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2D2E1" w14:textId="77777777" w:rsidR="00D60D5E" w:rsidRDefault="00891EF0">
      <w:pPr>
        <w:spacing w:after="40"/>
        <w:jc w:val="center"/>
      </w:pPr>
      <w:r>
        <w:rPr>
          <w:noProof/>
        </w:rPr>
        <w:drawing>
          <wp:inline distT="0" distB="0" distL="0" distR="0" wp14:anchorId="615FA7F7" wp14:editId="2DBB9755">
            <wp:extent cx="1325880" cy="13104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rim.png"/>
                    <pic:cNvPicPr/>
                  </pic:nvPicPr>
                  <pic:blipFill>
                    <a:blip r:embed="rId8"/>
                    <a:stretch>
                      <a:fillRect/>
                    </a:stretch>
                  </pic:blipFill>
                  <pic:spPr>
                    <a:xfrm>
                      <a:off x="0" y="0"/>
                      <a:ext cx="1325880" cy="1310463"/>
                    </a:xfrm>
                    <a:prstGeom prst="rect">
                      <a:avLst/>
                    </a:prstGeom>
                  </pic:spPr>
                </pic:pic>
              </a:graphicData>
            </a:graphic>
          </wp:inline>
        </w:drawing>
      </w:r>
    </w:p>
    <w:p w14:paraId="35A0A1CF" w14:textId="77777777" w:rsidR="00D60D5E" w:rsidRDefault="00891EF0">
      <w:pPr>
        <w:spacing w:after="0"/>
        <w:jc w:val="center"/>
      </w:pPr>
      <w:r>
        <w:rPr>
          <w:rFonts w:eastAsia="Aptos"/>
          <w:b/>
          <w:color w:val="2F4F8F"/>
          <w:sz w:val="46"/>
        </w:rPr>
        <w:t>CUSTOM PROVISIONING SERVICE</w:t>
      </w:r>
    </w:p>
    <w:p w14:paraId="6E6C5226" w14:textId="77777777" w:rsidR="00D60D5E" w:rsidRDefault="00891EF0">
      <w:pPr>
        <w:spacing w:after="160"/>
        <w:jc w:val="center"/>
      </w:pPr>
      <w:r>
        <w:rPr>
          <w:rFonts w:eastAsia="Aptos"/>
          <w:b/>
          <w:color w:val="76A943"/>
          <w:sz w:val="22"/>
        </w:rPr>
        <w:t>2026–2027  |  Product Price List &amp; Order Form</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184"/>
        <w:gridCol w:w="5184"/>
      </w:tblGrid>
      <w:tr w:rsidR="00D60D5E" w14:paraId="30DBC007" w14:textId="77777777">
        <w:trPr>
          <w:jc w:val="center"/>
        </w:trPr>
        <w:tc>
          <w:tcPr>
            <w:tcW w:w="5184" w:type="dxa"/>
            <w:shd w:val="clear" w:color="auto" w:fill="F7F8FA"/>
            <w:tcMar>
              <w:top w:w="110" w:type="dxa"/>
              <w:left w:w="120" w:type="dxa"/>
              <w:bottom w:w="110" w:type="dxa"/>
              <w:right w:w="120" w:type="dxa"/>
            </w:tcMar>
            <w:vAlign w:val="center"/>
          </w:tcPr>
          <w:p w14:paraId="4C986561" w14:textId="77777777" w:rsidR="00D60D5E" w:rsidRDefault="00891EF0">
            <w:r>
              <w:rPr>
                <w:rFonts w:eastAsia="Aptos"/>
                <w:b/>
                <w:color w:val="76A943"/>
                <w:sz w:val="16"/>
              </w:rPr>
              <w:t>VISIT / MAIL</w:t>
            </w:r>
          </w:p>
          <w:p w14:paraId="0D761188" w14:textId="77777777" w:rsidR="00D60D5E" w:rsidRDefault="00891EF0">
            <w:pPr>
              <w:spacing w:after="0"/>
            </w:pPr>
            <w:r>
              <w:rPr>
                <w:rFonts w:eastAsia="Aptos"/>
                <w:sz w:val="18"/>
              </w:rPr>
              <w:t>Wickhams Cay I</w:t>
            </w:r>
          </w:p>
          <w:p w14:paraId="058B5957" w14:textId="77777777" w:rsidR="00D60D5E" w:rsidRDefault="00891EF0">
            <w:pPr>
              <w:spacing w:after="0"/>
            </w:pPr>
            <w:r>
              <w:rPr>
                <w:rFonts w:eastAsia="Aptos"/>
                <w:sz w:val="18"/>
              </w:rPr>
              <w:t>PO Box 3014, Road Town</w:t>
            </w:r>
          </w:p>
          <w:p w14:paraId="4DEF044B" w14:textId="77777777" w:rsidR="00D60D5E" w:rsidRDefault="00891EF0">
            <w:pPr>
              <w:spacing w:after="0"/>
            </w:pPr>
            <w:r>
              <w:rPr>
                <w:rFonts w:eastAsia="Aptos"/>
                <w:sz w:val="18"/>
              </w:rPr>
              <w:t>Tortola, British Virgin Islands</w:t>
            </w:r>
          </w:p>
        </w:tc>
        <w:tc>
          <w:tcPr>
            <w:tcW w:w="5184" w:type="dxa"/>
            <w:shd w:val="clear" w:color="auto" w:fill="F7F8FA"/>
            <w:tcMar>
              <w:top w:w="110" w:type="dxa"/>
              <w:left w:w="120" w:type="dxa"/>
              <w:bottom w:w="110" w:type="dxa"/>
              <w:right w:w="120" w:type="dxa"/>
            </w:tcMar>
            <w:vAlign w:val="center"/>
          </w:tcPr>
          <w:p w14:paraId="65849918" w14:textId="77777777" w:rsidR="00D60D5E" w:rsidRDefault="00891EF0">
            <w:r>
              <w:rPr>
                <w:rFonts w:eastAsia="Aptos"/>
                <w:b/>
                <w:color w:val="76A943"/>
                <w:sz w:val="16"/>
              </w:rPr>
              <w:t>CONTACT</w:t>
            </w:r>
          </w:p>
          <w:p w14:paraId="2AF2247B" w14:textId="77777777" w:rsidR="00D60D5E" w:rsidRDefault="00891EF0">
            <w:pPr>
              <w:spacing w:after="0"/>
            </w:pPr>
            <w:r>
              <w:rPr>
                <w:rFonts w:eastAsia="Aptos"/>
                <w:sz w:val="18"/>
              </w:rPr>
              <w:t>Tel: 284-494-2189</w:t>
            </w:r>
          </w:p>
          <w:p w14:paraId="266E58B4" w14:textId="77777777" w:rsidR="00D60D5E" w:rsidRDefault="00891EF0">
            <w:pPr>
              <w:spacing w:after="0"/>
            </w:pPr>
            <w:r>
              <w:rPr>
                <w:rFonts w:eastAsia="Aptos"/>
                <w:sz w:val="18"/>
              </w:rPr>
              <w:t>provisioning@bobbyssupermarket.com</w:t>
            </w:r>
          </w:p>
          <w:p w14:paraId="2ABD07AA" w14:textId="3A97C0DF" w:rsidR="00D60D5E" w:rsidRDefault="00891EF0">
            <w:pPr>
              <w:spacing w:after="0"/>
            </w:pPr>
            <w:r>
              <w:rPr>
                <w:rFonts w:eastAsia="Aptos"/>
                <w:sz w:val="18"/>
              </w:rPr>
              <w:t>www.bobbys</w:t>
            </w:r>
            <w:r w:rsidR="003F6790">
              <w:rPr>
                <w:rFonts w:eastAsia="Aptos"/>
                <w:sz w:val="18"/>
              </w:rPr>
              <w:t>marketplacevi</w:t>
            </w:r>
            <w:r>
              <w:rPr>
                <w:rFonts w:eastAsia="Aptos"/>
                <w:sz w:val="18"/>
              </w:rPr>
              <w:t>.com</w:t>
            </w:r>
          </w:p>
        </w:tc>
      </w:tr>
    </w:tbl>
    <w:p w14:paraId="79629A04" w14:textId="77777777" w:rsidR="00D60D5E" w:rsidRDefault="00D60D5E"/>
    <w:tbl>
      <w:tblPr>
        <w:tblW w:w="0" w:type="auto"/>
        <w:jc w:val="center"/>
        <w:tblBorders>
          <w:top w:val="single" w:sz="5" w:space="0" w:color="D5DADF"/>
          <w:left w:val="single" w:sz="5" w:space="0" w:color="D5DADF"/>
          <w:bottom w:val="single" w:sz="5" w:space="0" w:color="D5DADF"/>
          <w:right w:val="single" w:sz="5" w:space="0" w:color="D5DADF"/>
          <w:insideH w:val="single" w:sz="5" w:space="0" w:color="D5DADF"/>
          <w:insideV w:val="single" w:sz="5" w:space="0" w:color="D5DADF"/>
        </w:tblBorders>
        <w:tblLayout w:type="fixed"/>
        <w:tblLook w:val="04A0" w:firstRow="1" w:lastRow="0" w:firstColumn="1" w:lastColumn="0" w:noHBand="0" w:noVBand="1"/>
      </w:tblPr>
      <w:tblGrid>
        <w:gridCol w:w="3024"/>
        <w:gridCol w:w="7343"/>
      </w:tblGrid>
      <w:tr w:rsidR="00D60D5E" w14:paraId="61B039ED" w14:textId="77777777">
        <w:trPr>
          <w:jc w:val="center"/>
        </w:trPr>
        <w:tc>
          <w:tcPr>
            <w:tcW w:w="3024" w:type="dxa"/>
            <w:shd w:val="clear" w:color="auto" w:fill="EAF0F8"/>
            <w:tcMar>
              <w:top w:w="70" w:type="dxa"/>
              <w:left w:w="80" w:type="dxa"/>
              <w:bottom w:w="70" w:type="dxa"/>
              <w:right w:w="80" w:type="dxa"/>
            </w:tcMar>
            <w:vAlign w:val="center"/>
          </w:tcPr>
          <w:p w14:paraId="56BB849C" w14:textId="77777777" w:rsidR="00D60D5E" w:rsidRDefault="00891EF0">
            <w:pPr>
              <w:spacing w:after="0"/>
            </w:pPr>
            <w:r>
              <w:rPr>
                <w:rFonts w:eastAsia="Aptos"/>
                <w:b/>
                <w:color w:val="2F4F8F"/>
                <w:sz w:val="17"/>
              </w:rPr>
              <w:t>Name of Yacht</w:t>
            </w:r>
          </w:p>
        </w:tc>
        <w:tc>
          <w:tcPr>
            <w:tcW w:w="7343" w:type="dxa"/>
            <w:tcMar>
              <w:top w:w="70" w:type="dxa"/>
              <w:left w:w="80" w:type="dxa"/>
              <w:bottom w:w="70" w:type="dxa"/>
              <w:right w:w="80" w:type="dxa"/>
            </w:tcMar>
            <w:vAlign w:val="center"/>
          </w:tcPr>
          <w:p w14:paraId="72DB49EF" w14:textId="77777777" w:rsidR="00D60D5E" w:rsidRDefault="00891EF0">
            <w:pPr>
              <w:spacing w:after="0"/>
            </w:pPr>
            <w:r>
              <w:rPr>
                <w:rFonts w:eastAsia="Aptos"/>
                <w:sz w:val="18"/>
              </w:rPr>
              <w:t xml:space="preserve"> </w:t>
            </w:r>
          </w:p>
        </w:tc>
      </w:tr>
      <w:tr w:rsidR="00D60D5E" w14:paraId="68CFE5B3" w14:textId="77777777">
        <w:trPr>
          <w:jc w:val="center"/>
        </w:trPr>
        <w:tc>
          <w:tcPr>
            <w:tcW w:w="3024" w:type="dxa"/>
            <w:shd w:val="clear" w:color="auto" w:fill="EAF0F8"/>
            <w:tcMar>
              <w:top w:w="70" w:type="dxa"/>
              <w:left w:w="80" w:type="dxa"/>
              <w:bottom w:w="70" w:type="dxa"/>
              <w:right w:w="80" w:type="dxa"/>
            </w:tcMar>
            <w:vAlign w:val="center"/>
          </w:tcPr>
          <w:p w14:paraId="40AB2CB6" w14:textId="77777777" w:rsidR="00D60D5E" w:rsidRDefault="00891EF0">
            <w:pPr>
              <w:spacing w:after="0"/>
            </w:pPr>
            <w:r>
              <w:rPr>
                <w:rFonts w:eastAsia="Aptos"/>
                <w:b/>
                <w:color w:val="2F4F8F"/>
                <w:sz w:val="17"/>
              </w:rPr>
              <w:t>Contact Person</w:t>
            </w:r>
          </w:p>
        </w:tc>
        <w:tc>
          <w:tcPr>
            <w:tcW w:w="7343" w:type="dxa"/>
            <w:tcMar>
              <w:top w:w="70" w:type="dxa"/>
              <w:left w:w="80" w:type="dxa"/>
              <w:bottom w:w="70" w:type="dxa"/>
              <w:right w:w="80" w:type="dxa"/>
            </w:tcMar>
            <w:vAlign w:val="center"/>
          </w:tcPr>
          <w:p w14:paraId="01DF2660" w14:textId="77777777" w:rsidR="00D60D5E" w:rsidRDefault="00891EF0">
            <w:pPr>
              <w:spacing w:after="0"/>
            </w:pPr>
            <w:r>
              <w:rPr>
                <w:rFonts w:eastAsia="Aptos"/>
                <w:sz w:val="18"/>
              </w:rPr>
              <w:t xml:space="preserve"> </w:t>
            </w:r>
          </w:p>
        </w:tc>
      </w:tr>
      <w:tr w:rsidR="00D60D5E" w14:paraId="79A11D4D" w14:textId="77777777">
        <w:trPr>
          <w:jc w:val="center"/>
        </w:trPr>
        <w:tc>
          <w:tcPr>
            <w:tcW w:w="3024" w:type="dxa"/>
            <w:shd w:val="clear" w:color="auto" w:fill="EAF0F8"/>
            <w:tcMar>
              <w:top w:w="70" w:type="dxa"/>
              <w:left w:w="80" w:type="dxa"/>
              <w:bottom w:w="70" w:type="dxa"/>
              <w:right w:w="80" w:type="dxa"/>
            </w:tcMar>
            <w:vAlign w:val="center"/>
          </w:tcPr>
          <w:p w14:paraId="0AABE00C" w14:textId="77777777" w:rsidR="00D60D5E" w:rsidRDefault="00891EF0">
            <w:pPr>
              <w:spacing w:after="0"/>
            </w:pPr>
            <w:r>
              <w:rPr>
                <w:rFonts w:eastAsia="Aptos"/>
                <w:b/>
                <w:color w:val="2F4F8F"/>
                <w:sz w:val="17"/>
              </w:rPr>
              <w:t>Telephone / Email</w:t>
            </w:r>
          </w:p>
        </w:tc>
        <w:tc>
          <w:tcPr>
            <w:tcW w:w="7343" w:type="dxa"/>
            <w:tcMar>
              <w:top w:w="70" w:type="dxa"/>
              <w:left w:w="80" w:type="dxa"/>
              <w:bottom w:w="70" w:type="dxa"/>
              <w:right w:w="80" w:type="dxa"/>
            </w:tcMar>
            <w:vAlign w:val="center"/>
          </w:tcPr>
          <w:p w14:paraId="7EBED292" w14:textId="77777777" w:rsidR="00D60D5E" w:rsidRDefault="00891EF0">
            <w:pPr>
              <w:spacing w:after="0"/>
            </w:pPr>
            <w:r>
              <w:rPr>
                <w:rFonts w:eastAsia="Aptos"/>
                <w:sz w:val="18"/>
              </w:rPr>
              <w:t xml:space="preserve"> </w:t>
            </w:r>
          </w:p>
        </w:tc>
      </w:tr>
      <w:tr w:rsidR="00D60D5E" w14:paraId="350C87DC" w14:textId="77777777">
        <w:trPr>
          <w:jc w:val="center"/>
        </w:trPr>
        <w:tc>
          <w:tcPr>
            <w:tcW w:w="3024" w:type="dxa"/>
            <w:shd w:val="clear" w:color="auto" w:fill="EAF0F8"/>
            <w:tcMar>
              <w:top w:w="70" w:type="dxa"/>
              <w:left w:w="80" w:type="dxa"/>
              <w:bottom w:w="70" w:type="dxa"/>
              <w:right w:w="80" w:type="dxa"/>
            </w:tcMar>
            <w:vAlign w:val="center"/>
          </w:tcPr>
          <w:p w14:paraId="34EE1353" w14:textId="77777777" w:rsidR="00D60D5E" w:rsidRDefault="00891EF0">
            <w:pPr>
              <w:spacing w:after="0"/>
            </w:pPr>
            <w:r>
              <w:rPr>
                <w:rFonts w:eastAsia="Aptos"/>
                <w:b/>
                <w:color w:val="2F4F8F"/>
                <w:sz w:val="17"/>
              </w:rPr>
              <w:t>Delivery Date / Time</w:t>
            </w:r>
          </w:p>
        </w:tc>
        <w:tc>
          <w:tcPr>
            <w:tcW w:w="7343" w:type="dxa"/>
            <w:tcMar>
              <w:top w:w="70" w:type="dxa"/>
              <w:left w:w="80" w:type="dxa"/>
              <w:bottom w:w="70" w:type="dxa"/>
              <w:right w:w="80" w:type="dxa"/>
            </w:tcMar>
            <w:vAlign w:val="center"/>
          </w:tcPr>
          <w:p w14:paraId="2C6836D6" w14:textId="77777777" w:rsidR="00D60D5E" w:rsidRDefault="00891EF0">
            <w:pPr>
              <w:spacing w:after="0"/>
            </w:pPr>
            <w:r>
              <w:rPr>
                <w:rFonts w:eastAsia="Aptos"/>
                <w:sz w:val="18"/>
              </w:rPr>
              <w:t xml:space="preserve"> </w:t>
            </w:r>
          </w:p>
        </w:tc>
      </w:tr>
      <w:tr w:rsidR="00D60D5E" w14:paraId="40DC1ED9" w14:textId="77777777">
        <w:trPr>
          <w:jc w:val="center"/>
        </w:trPr>
        <w:tc>
          <w:tcPr>
            <w:tcW w:w="3024" w:type="dxa"/>
            <w:shd w:val="clear" w:color="auto" w:fill="EAF0F8"/>
            <w:tcMar>
              <w:top w:w="70" w:type="dxa"/>
              <w:left w:w="80" w:type="dxa"/>
              <w:bottom w:w="70" w:type="dxa"/>
              <w:right w:w="80" w:type="dxa"/>
            </w:tcMar>
            <w:vAlign w:val="center"/>
          </w:tcPr>
          <w:p w14:paraId="3CC4CDC7" w14:textId="77777777" w:rsidR="00D60D5E" w:rsidRDefault="00891EF0">
            <w:pPr>
              <w:spacing w:after="0"/>
            </w:pPr>
            <w:r>
              <w:rPr>
                <w:rFonts w:eastAsia="Aptos"/>
                <w:b/>
                <w:color w:val="2F4F8F"/>
                <w:sz w:val="17"/>
              </w:rPr>
              <w:t>Payment Information / Special Requests</w:t>
            </w:r>
          </w:p>
        </w:tc>
        <w:tc>
          <w:tcPr>
            <w:tcW w:w="7343" w:type="dxa"/>
            <w:tcMar>
              <w:top w:w="70" w:type="dxa"/>
              <w:left w:w="80" w:type="dxa"/>
              <w:bottom w:w="70" w:type="dxa"/>
              <w:right w:w="80" w:type="dxa"/>
            </w:tcMar>
            <w:vAlign w:val="center"/>
          </w:tcPr>
          <w:p w14:paraId="65171060" w14:textId="77777777" w:rsidR="00D60D5E" w:rsidRDefault="00891EF0">
            <w:pPr>
              <w:spacing w:after="0"/>
            </w:pPr>
            <w:r>
              <w:rPr>
                <w:rFonts w:eastAsia="Aptos"/>
                <w:sz w:val="18"/>
              </w:rPr>
              <w:t xml:space="preserve"> </w:t>
            </w:r>
          </w:p>
        </w:tc>
      </w:tr>
    </w:tbl>
    <w:p w14:paraId="57983ADB" w14:textId="77777777" w:rsidR="00D60D5E" w:rsidRDefault="00891EF0">
      <w:pPr>
        <w:spacing w:before="160" w:after="80"/>
      </w:pPr>
      <w:r>
        <w:rPr>
          <w:rFonts w:eastAsia="Aptos"/>
          <w:b/>
          <w:color w:val="2F4F8F"/>
          <w:sz w:val="24"/>
        </w:rPr>
        <w:t>A simpler way to provision your yacht, villa, or stay.</w:t>
      </w:r>
    </w:p>
    <w:p w14:paraId="0616BD1A" w14:textId="77777777" w:rsidR="00D60D5E" w:rsidRDefault="00891EF0">
      <w:pPr>
        <w:spacing w:after="100"/>
      </w:pPr>
      <w:r>
        <w:rPr>
          <w:rFonts w:eastAsia="Aptos"/>
        </w:rPr>
        <w:t>Choose exactly what you need from our product list, add any special requests, and send us your order. Our team will prepare your provisions and deliver them to your requested boat, base, villa, resort, or other agreed location.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456"/>
        <w:gridCol w:w="3456"/>
        <w:gridCol w:w="3456"/>
      </w:tblGrid>
      <w:tr w:rsidR="00D60D5E" w14:paraId="3B017D15" w14:textId="77777777">
        <w:trPr>
          <w:jc w:val="center"/>
        </w:trPr>
        <w:tc>
          <w:tcPr>
            <w:tcW w:w="3456" w:type="dxa"/>
            <w:shd w:val="clear" w:color="auto" w:fill="EEF5E8"/>
            <w:tcMar>
              <w:top w:w="85" w:type="dxa"/>
              <w:left w:w="90" w:type="dxa"/>
              <w:bottom w:w="85" w:type="dxa"/>
              <w:right w:w="90" w:type="dxa"/>
            </w:tcMar>
          </w:tcPr>
          <w:p w14:paraId="3161443F" w14:textId="77777777" w:rsidR="00D60D5E" w:rsidRDefault="00891EF0">
            <w:pPr>
              <w:spacing w:after="40"/>
              <w:jc w:val="center"/>
            </w:pPr>
            <w:r>
              <w:rPr>
                <w:rFonts w:eastAsia="Aptos"/>
                <w:b/>
                <w:color w:val="76A943"/>
                <w:sz w:val="20"/>
              </w:rPr>
              <w:t>FREE DELIVERY</w:t>
            </w:r>
          </w:p>
          <w:p w14:paraId="7B83E865" w14:textId="77777777" w:rsidR="00D60D5E" w:rsidRDefault="00891EF0">
            <w:pPr>
              <w:spacing w:after="0"/>
              <w:jc w:val="center"/>
            </w:pPr>
            <w:r>
              <w:rPr>
                <w:rFonts w:eastAsia="Aptos"/>
                <w:sz w:val="16"/>
              </w:rPr>
              <w:t>Provisioning orders are delivered at no additional charge.</w:t>
            </w:r>
          </w:p>
        </w:tc>
        <w:tc>
          <w:tcPr>
            <w:tcW w:w="3456" w:type="dxa"/>
            <w:shd w:val="clear" w:color="auto" w:fill="EAF0F8"/>
            <w:tcMar>
              <w:top w:w="85" w:type="dxa"/>
              <w:left w:w="90" w:type="dxa"/>
              <w:bottom w:w="85" w:type="dxa"/>
              <w:right w:w="90" w:type="dxa"/>
            </w:tcMar>
          </w:tcPr>
          <w:p w14:paraId="0E775DC9" w14:textId="77777777" w:rsidR="00D60D5E" w:rsidRDefault="00891EF0">
            <w:pPr>
              <w:spacing w:after="40"/>
              <w:jc w:val="center"/>
            </w:pPr>
            <w:r>
              <w:rPr>
                <w:rFonts w:eastAsia="Aptos"/>
                <w:b/>
                <w:color w:val="2F4F8F"/>
                <w:sz w:val="20"/>
              </w:rPr>
              <w:t>SAVE 5%</w:t>
            </w:r>
          </w:p>
          <w:p w14:paraId="14559B80" w14:textId="77777777" w:rsidR="00D60D5E" w:rsidRDefault="00891EF0">
            <w:pPr>
              <w:spacing w:after="0"/>
              <w:jc w:val="center"/>
            </w:pPr>
            <w:r>
              <w:rPr>
                <w:rFonts w:eastAsia="Aptos"/>
                <w:sz w:val="16"/>
              </w:rPr>
              <w:t>Receive 5% off provisioning orders over $250.</w:t>
            </w:r>
          </w:p>
        </w:tc>
        <w:tc>
          <w:tcPr>
            <w:tcW w:w="3456" w:type="dxa"/>
            <w:shd w:val="clear" w:color="auto" w:fill="EEF5E8"/>
            <w:tcMar>
              <w:top w:w="85" w:type="dxa"/>
              <w:left w:w="90" w:type="dxa"/>
              <w:bottom w:w="85" w:type="dxa"/>
              <w:right w:w="90" w:type="dxa"/>
            </w:tcMar>
          </w:tcPr>
          <w:p w14:paraId="333B28CF" w14:textId="77777777" w:rsidR="00D60D5E" w:rsidRDefault="00891EF0">
            <w:pPr>
              <w:spacing w:after="40"/>
              <w:jc w:val="center"/>
            </w:pPr>
            <w:r>
              <w:rPr>
                <w:rFonts w:eastAsia="Aptos"/>
                <w:b/>
                <w:color w:val="76A943"/>
                <w:sz w:val="20"/>
              </w:rPr>
              <w:t>3–5 DAYS</w:t>
            </w:r>
          </w:p>
          <w:p w14:paraId="7F996696" w14:textId="77777777" w:rsidR="00D60D5E" w:rsidRDefault="00891EF0">
            <w:pPr>
              <w:spacing w:after="0"/>
              <w:jc w:val="center"/>
            </w:pPr>
            <w:r>
              <w:rPr>
                <w:rFonts w:eastAsia="Aptos"/>
                <w:sz w:val="16"/>
              </w:rPr>
              <w:t>Typical turnaround; extra time is recommended for special requests.</w:t>
            </w:r>
          </w:p>
        </w:tc>
      </w:tr>
    </w:tbl>
    <w:p w14:paraId="43285A62" w14:textId="11180929" w:rsidR="00D60D5E" w:rsidRDefault="00891EF0">
      <w:pPr>
        <w:spacing w:before="140" w:after="0"/>
      </w:pPr>
      <w:r>
        <w:rPr>
          <w:rFonts w:eastAsia="Aptos"/>
          <w:b/>
          <w:color w:val="2F4F8F"/>
          <w:sz w:val="17"/>
        </w:rPr>
        <w:t xml:space="preserve">Payment: </w:t>
      </w:r>
      <w:r>
        <w:rPr>
          <w:rFonts w:eastAsia="Aptos"/>
          <w:sz w:val="17"/>
        </w:rPr>
        <w:t xml:space="preserve">AMEX and Visa/Mastercard are accepted prior to delivery. Card payments are processed only </w:t>
      </w:r>
      <w:r w:rsidR="003F6790">
        <w:rPr>
          <w:rFonts w:eastAsia="Aptos"/>
          <w:sz w:val="17"/>
        </w:rPr>
        <w:t>on</w:t>
      </w:r>
      <w:r>
        <w:rPr>
          <w:rFonts w:eastAsia="Aptos"/>
          <w:sz w:val="17"/>
        </w:rPr>
        <w:t xml:space="preserve"> delivery</w:t>
      </w:r>
      <w:r w:rsidR="003F6790">
        <w:rPr>
          <w:rFonts w:eastAsia="Aptos"/>
          <w:sz w:val="17"/>
        </w:rPr>
        <w:t xml:space="preserve"> day</w:t>
      </w:r>
      <w:r>
        <w:rPr>
          <w:rFonts w:eastAsia="Aptos"/>
          <w:sz w:val="17"/>
        </w:rPr>
        <w:t>, after your authorization and satisfaction.</w:t>
      </w:r>
    </w:p>
    <w:p w14:paraId="7E202D93" w14:textId="77777777" w:rsidR="00D60D5E" w:rsidRDefault="00891EF0">
      <w:pPr>
        <w:spacing w:after="0"/>
      </w:pPr>
      <w:r>
        <w:rPr>
          <w:rFonts w:eastAsia="Aptos"/>
          <w:b/>
          <w:color w:val="2F4F8F"/>
          <w:sz w:val="17"/>
        </w:rPr>
        <w:t xml:space="preserve">Email orders: </w:t>
      </w:r>
      <w:r>
        <w:rPr>
          <w:rFonts w:eastAsia="Aptos"/>
          <w:sz w:val="17"/>
        </w:rPr>
        <w:t>Please include a telephone number or other reliable contact method with all emailed requests and orders.</w:t>
      </w:r>
    </w:p>
    <w:p w14:paraId="338167A6" w14:textId="77777777" w:rsidR="00D60D5E" w:rsidRDefault="00891EF0">
      <w:r>
        <w:br w:type="page"/>
      </w:r>
    </w:p>
    <w:p w14:paraId="06721FE7" w14:textId="77777777" w:rsidR="00D60D5E" w:rsidRDefault="00891EF0">
      <w:pPr>
        <w:spacing w:after="40"/>
      </w:pPr>
      <w:r>
        <w:rPr>
          <w:rFonts w:eastAsia="Aptos"/>
          <w:b/>
          <w:color w:val="2F4F8F"/>
          <w:sz w:val="38"/>
        </w:rPr>
        <w:lastRenderedPageBreak/>
        <w:t>Ordering &amp; Pricing Information</w:t>
      </w:r>
    </w:p>
    <w:p w14:paraId="633E972A" w14:textId="77777777" w:rsidR="00D60D5E" w:rsidRDefault="00891EF0">
      <w:pPr>
        <w:spacing w:after="200"/>
      </w:pPr>
      <w:r>
        <w:rPr>
          <w:rFonts w:eastAsia="Aptos"/>
          <w:color w:val="6A7075"/>
          <w:sz w:val="20"/>
        </w:rPr>
        <w:t>Everything you need before submitting your provisioning order.</w:t>
      </w:r>
    </w:p>
    <w:p w14:paraId="733A1393" w14:textId="77777777" w:rsidR="00D60D5E" w:rsidRDefault="00891EF0">
      <w:pPr>
        <w:spacing w:before="40" w:after="20"/>
      </w:pPr>
      <w:r>
        <w:rPr>
          <w:rFonts w:eastAsia="Aptos"/>
          <w:b/>
          <w:color w:val="76A943"/>
          <w:sz w:val="20"/>
        </w:rPr>
        <w:t>1  Build your order</w:t>
      </w:r>
    </w:p>
    <w:p w14:paraId="160DEF22" w14:textId="77777777" w:rsidR="00D60D5E" w:rsidRDefault="00891EF0">
      <w:pPr>
        <w:spacing w:after="100"/>
        <w:ind w:left="317"/>
      </w:pPr>
      <w:r>
        <w:rPr>
          <w:rFonts w:eastAsia="Aptos"/>
          <w:sz w:val="18"/>
        </w:rPr>
        <w:t>Use the full product/price list or the Short List Order Form for smaller, customized orders.</w:t>
      </w:r>
    </w:p>
    <w:p w14:paraId="2F9BA13A" w14:textId="77777777" w:rsidR="00D60D5E" w:rsidRDefault="00891EF0">
      <w:pPr>
        <w:spacing w:before="40" w:after="20"/>
      </w:pPr>
      <w:r>
        <w:rPr>
          <w:rFonts w:eastAsia="Aptos"/>
          <w:b/>
          <w:color w:val="76A943"/>
          <w:sz w:val="20"/>
        </w:rPr>
        <w:t>2  Add special requests</w:t>
      </w:r>
    </w:p>
    <w:p w14:paraId="0084F88E" w14:textId="77777777" w:rsidR="00D60D5E" w:rsidRDefault="00891EF0">
      <w:pPr>
        <w:spacing w:after="100"/>
        <w:ind w:left="317"/>
      </w:pPr>
      <w:r>
        <w:rPr>
          <w:rFonts w:eastAsia="Aptos"/>
          <w:sz w:val="18"/>
        </w:rPr>
        <w:t>The list is a guide, not a limitation. If an item is not shown, add it and our team will make every reasonable effort to source it.</w:t>
      </w:r>
    </w:p>
    <w:p w14:paraId="084001D5" w14:textId="77777777" w:rsidR="00D60D5E" w:rsidRDefault="00891EF0">
      <w:pPr>
        <w:spacing w:before="40" w:after="20"/>
      </w:pPr>
      <w:r>
        <w:rPr>
          <w:rFonts w:eastAsia="Aptos"/>
          <w:b/>
          <w:color w:val="76A943"/>
          <w:sz w:val="20"/>
        </w:rPr>
        <w:t>3  Confirm your list</w:t>
      </w:r>
    </w:p>
    <w:p w14:paraId="1A92FC3C" w14:textId="77777777" w:rsidR="00D60D5E" w:rsidRDefault="00891EF0">
      <w:pPr>
        <w:spacing w:after="100"/>
        <w:ind w:left="317"/>
      </w:pPr>
      <w:r>
        <w:rPr>
          <w:rFonts w:eastAsia="Aptos"/>
          <w:sz w:val="18"/>
        </w:rPr>
        <w:t>Review your quantities, preferred brands or sizes, delivery details, and substitutions. When you are satisfied, confirm the list as your official order.</w:t>
      </w:r>
    </w:p>
    <w:p w14:paraId="13E33D17" w14:textId="77777777" w:rsidR="00D60D5E" w:rsidRDefault="00891EF0">
      <w:pPr>
        <w:spacing w:before="40" w:after="20"/>
      </w:pPr>
      <w:r>
        <w:rPr>
          <w:rFonts w:eastAsia="Aptos"/>
          <w:b/>
          <w:color w:val="76A943"/>
          <w:sz w:val="20"/>
        </w:rPr>
        <w:t>4  Allow preparation time</w:t>
      </w:r>
    </w:p>
    <w:p w14:paraId="0FAB486E" w14:textId="77777777" w:rsidR="00D60D5E" w:rsidRDefault="00891EF0">
      <w:pPr>
        <w:spacing w:after="100"/>
        <w:ind w:left="317"/>
      </w:pPr>
      <w:r>
        <w:rPr>
          <w:rFonts w:eastAsia="Aptos"/>
          <w:sz w:val="18"/>
        </w:rPr>
        <w:t>A 3–5 day turnaround is typical. More lead time is recommended for quotations, special orders, large orders, or hard-to-source products.</w:t>
      </w:r>
    </w:p>
    <w:tbl>
      <w:tblPr>
        <w:tblW w:w="0" w:type="auto"/>
        <w:tblBorders>
          <w:top w:val="single" w:sz="8" w:space="0" w:color="2F4F8F"/>
          <w:left w:val="single" w:sz="8" w:space="0" w:color="2F4F8F"/>
          <w:bottom w:val="single" w:sz="8" w:space="0" w:color="2F4F8F"/>
          <w:right w:val="single" w:sz="8" w:space="0" w:color="2F4F8F"/>
          <w:insideH w:val="single" w:sz="8" w:space="0" w:color="2F4F8F"/>
          <w:insideV w:val="single" w:sz="8" w:space="0" w:color="2F4F8F"/>
        </w:tblBorders>
        <w:tblLook w:val="04A0" w:firstRow="1" w:lastRow="0" w:firstColumn="1" w:lastColumn="0" w:noHBand="0" w:noVBand="1"/>
      </w:tblPr>
      <w:tblGrid>
        <w:gridCol w:w="10348"/>
      </w:tblGrid>
      <w:tr w:rsidR="00D60D5E" w14:paraId="5E4DFF9B" w14:textId="77777777">
        <w:tc>
          <w:tcPr>
            <w:tcW w:w="10368" w:type="dxa"/>
            <w:shd w:val="clear" w:color="auto" w:fill="F6F8FC"/>
            <w:tcMar>
              <w:top w:w="120" w:type="dxa"/>
              <w:left w:w="130" w:type="dxa"/>
              <w:bottom w:w="120" w:type="dxa"/>
              <w:right w:w="130" w:type="dxa"/>
            </w:tcMar>
          </w:tcPr>
          <w:p w14:paraId="39064E1C" w14:textId="77777777" w:rsidR="00D60D5E" w:rsidRDefault="00891EF0">
            <w:pPr>
              <w:spacing w:after="80"/>
            </w:pPr>
            <w:r>
              <w:rPr>
                <w:rFonts w:eastAsia="Aptos"/>
                <w:b/>
                <w:color w:val="2F4F8F"/>
                <w:sz w:val="22"/>
              </w:rPr>
              <w:t>PRICING NOTES</w:t>
            </w:r>
          </w:p>
          <w:p w14:paraId="41EF5576" w14:textId="69C48AC3" w:rsidR="00D60D5E" w:rsidRDefault="00891EF0">
            <w:pPr>
              <w:spacing w:after="80"/>
            </w:pPr>
            <w:r>
              <w:rPr>
                <w:rFonts w:eastAsia="Aptos"/>
                <w:sz w:val="18"/>
              </w:rPr>
              <w:t xml:space="preserve">Prices in this printed list are subject to change without notice. Printed and online lists are updated periodically, while in-store shelf prices may change daily and may reflect temporary updates or specials. Price movement is most common in fresh produce, fruits, vegetables, meats, </w:t>
            </w:r>
            <w:r w:rsidR="000617E0">
              <w:rPr>
                <w:rFonts w:eastAsia="Aptos"/>
                <w:sz w:val="18"/>
              </w:rPr>
              <w:t>poultry, fish, and alcohol beverages</w:t>
            </w:r>
            <w:r>
              <w:rPr>
                <w:rFonts w:eastAsia="Aptos"/>
                <w:sz w:val="18"/>
              </w:rPr>
              <w:t>. Final pricing will reflect current applicable prices at the time your order is processed.</w:t>
            </w:r>
          </w:p>
          <w:p w14:paraId="15AE6464" w14:textId="1794F4E6" w:rsidR="00D60D5E" w:rsidRDefault="00891EF0">
            <w:pPr>
              <w:spacing w:after="0"/>
            </w:pPr>
            <w:r>
              <w:rPr>
                <w:rFonts w:eastAsia="Aptos"/>
                <w:b/>
                <w:color w:val="76A943"/>
                <w:sz w:val="18"/>
              </w:rPr>
              <w:t xml:space="preserve">Errors and omissions </w:t>
            </w:r>
            <w:r w:rsidR="003F6790">
              <w:rPr>
                <w:rFonts w:eastAsia="Aptos"/>
                <w:b/>
                <w:color w:val="76A943"/>
                <w:sz w:val="18"/>
              </w:rPr>
              <w:t>acc</w:t>
            </w:r>
            <w:r>
              <w:rPr>
                <w:rFonts w:eastAsia="Aptos"/>
                <w:b/>
                <w:color w:val="76A943"/>
                <w:sz w:val="18"/>
              </w:rPr>
              <w:t>epted.</w:t>
            </w:r>
          </w:p>
        </w:tc>
      </w:tr>
    </w:tbl>
    <w:p w14:paraId="7153CEBF" w14:textId="77777777" w:rsidR="00D60D5E" w:rsidRDefault="00891EF0">
      <w:pPr>
        <w:spacing w:before="240" w:after="40"/>
      </w:pPr>
      <w:r>
        <w:rPr>
          <w:rFonts w:eastAsia="Aptos"/>
          <w:b/>
          <w:color w:val="2F4F8F"/>
          <w:sz w:val="22"/>
        </w:rPr>
        <w:t>Need help?</w:t>
      </w:r>
    </w:p>
    <w:p w14:paraId="372F75BD" w14:textId="77777777" w:rsidR="00D60D5E" w:rsidRDefault="00891EF0">
      <w:pPr>
        <w:spacing w:after="100"/>
      </w:pPr>
      <w:r>
        <w:rPr>
          <w:rFonts w:eastAsia="Aptos"/>
          <w:sz w:val="18"/>
        </w:rPr>
        <w:t>Call 284-494-2189 or email provisioning@bobbyssupermarket.com with questions, special requests, or assistance building your order.</w:t>
      </w:r>
    </w:p>
    <w:p w14:paraId="32C4B358" w14:textId="77777777" w:rsidR="00D60D5E" w:rsidRDefault="00891EF0">
      <w:pPr>
        <w:spacing w:before="140" w:after="80"/>
      </w:pPr>
      <w:r>
        <w:rPr>
          <w:rFonts w:eastAsia="Aptos"/>
          <w:b/>
          <w:color w:val="76A943"/>
          <w:sz w:val="20"/>
        </w:rPr>
        <w:t>Thank you for choosing Bobby’s Marketplace for your provisioning needs.</w:t>
      </w:r>
    </w:p>
    <w:p w14:paraId="3F210F16" w14:textId="77777777" w:rsidR="00D60D5E" w:rsidRDefault="00D60D5E">
      <w:pPr>
        <w:sectPr w:rsidR="00D60D5E">
          <w:headerReference w:type="even" r:id="rId9"/>
          <w:headerReference w:type="default" r:id="rId10"/>
          <w:footerReference w:type="even" r:id="rId11"/>
          <w:footerReference w:type="default" r:id="rId12"/>
          <w:headerReference w:type="first" r:id="rId13"/>
          <w:footerReference w:type="first" r:id="rId14"/>
          <w:pgSz w:w="12240" w:h="15840"/>
          <w:pgMar w:top="720" w:right="936" w:bottom="720" w:left="936" w:header="720" w:footer="720" w:gutter="0"/>
          <w:cols w:space="720"/>
          <w:docGrid w:linePitch="360"/>
        </w:sectPr>
      </w:pPr>
    </w:p>
    <w:tbl>
      <w:tblPr>
        <w:tblW w:w="5141" w:type="dxa"/>
        <w:jc w:val="center"/>
        <w:tblBorders>
          <w:top w:val="single" w:sz="4" w:space="0" w:color="C9CED4"/>
          <w:left w:val="single" w:sz="4" w:space="0" w:color="C9CED4"/>
          <w:bottom w:val="single" w:sz="4" w:space="0" w:color="C9CED4"/>
          <w:right w:val="single" w:sz="4" w:space="0" w:color="C9CED4"/>
          <w:insideH w:val="single" w:sz="4" w:space="0" w:color="C9CED4"/>
          <w:insideV w:val="single" w:sz="4" w:space="0" w:color="C9CED4"/>
        </w:tblBorders>
        <w:tblLayout w:type="fixed"/>
        <w:tblLook w:val="04A0" w:firstRow="1" w:lastRow="0" w:firstColumn="1" w:lastColumn="0" w:noHBand="0" w:noVBand="1"/>
      </w:tblPr>
      <w:tblGrid>
        <w:gridCol w:w="677"/>
        <w:gridCol w:w="2648"/>
        <w:gridCol w:w="630"/>
        <w:gridCol w:w="540"/>
        <w:gridCol w:w="646"/>
      </w:tblGrid>
      <w:tr w:rsidR="00D60D5E" w14:paraId="5813964F" w14:textId="77777777" w:rsidTr="000617E0">
        <w:trPr>
          <w:cantSplit/>
          <w:tblHeader/>
          <w:jc w:val="center"/>
        </w:trPr>
        <w:tc>
          <w:tcPr>
            <w:tcW w:w="677" w:type="dxa"/>
            <w:shd w:val="clear" w:color="auto" w:fill="1F4E78"/>
            <w:tcMar>
              <w:top w:w="45" w:type="dxa"/>
              <w:left w:w="40" w:type="dxa"/>
              <w:bottom w:w="45" w:type="dxa"/>
              <w:right w:w="40" w:type="dxa"/>
            </w:tcMar>
            <w:vAlign w:val="center"/>
          </w:tcPr>
          <w:p w14:paraId="29B61322" w14:textId="77777777" w:rsidR="00D60D5E" w:rsidRDefault="00891EF0">
            <w:pPr>
              <w:spacing w:after="0"/>
              <w:jc w:val="center"/>
            </w:pPr>
            <w:r>
              <w:rPr>
                <w:rFonts w:eastAsia="Aptos"/>
                <w:b/>
                <w:color w:val="FFFFFF"/>
              </w:rPr>
              <w:lastRenderedPageBreak/>
              <w:t>CODE</w:t>
            </w:r>
          </w:p>
        </w:tc>
        <w:tc>
          <w:tcPr>
            <w:tcW w:w="2648" w:type="dxa"/>
            <w:shd w:val="clear" w:color="auto" w:fill="1F4E78"/>
            <w:tcMar>
              <w:top w:w="45" w:type="dxa"/>
              <w:left w:w="40" w:type="dxa"/>
              <w:bottom w:w="45" w:type="dxa"/>
              <w:right w:w="40" w:type="dxa"/>
            </w:tcMar>
            <w:vAlign w:val="center"/>
          </w:tcPr>
          <w:p w14:paraId="4908B706" w14:textId="77777777" w:rsidR="00D60D5E" w:rsidRDefault="00891EF0">
            <w:pPr>
              <w:spacing w:after="0"/>
              <w:jc w:val="center"/>
            </w:pPr>
            <w:r>
              <w:rPr>
                <w:rFonts w:eastAsia="Aptos"/>
                <w:b/>
                <w:color w:val="FFFFFF"/>
              </w:rPr>
              <w:t>PRODUCT DESCRIPTION</w:t>
            </w:r>
          </w:p>
        </w:tc>
        <w:tc>
          <w:tcPr>
            <w:tcW w:w="630" w:type="dxa"/>
            <w:shd w:val="clear" w:color="auto" w:fill="1F4E78"/>
            <w:tcMar>
              <w:top w:w="45" w:type="dxa"/>
              <w:left w:w="40" w:type="dxa"/>
              <w:bottom w:w="45" w:type="dxa"/>
              <w:right w:w="40" w:type="dxa"/>
            </w:tcMar>
            <w:vAlign w:val="center"/>
          </w:tcPr>
          <w:p w14:paraId="6E623971" w14:textId="77777777" w:rsidR="00D60D5E" w:rsidRDefault="00891EF0">
            <w:pPr>
              <w:spacing w:after="0"/>
              <w:jc w:val="center"/>
            </w:pPr>
            <w:r>
              <w:rPr>
                <w:rFonts w:eastAsia="Aptos"/>
                <w:b/>
                <w:color w:val="FFFFFF"/>
              </w:rPr>
              <w:t>PRICE</w:t>
            </w:r>
          </w:p>
        </w:tc>
        <w:tc>
          <w:tcPr>
            <w:tcW w:w="540" w:type="dxa"/>
            <w:shd w:val="clear" w:color="auto" w:fill="1F4E78"/>
            <w:tcMar>
              <w:top w:w="45" w:type="dxa"/>
              <w:left w:w="40" w:type="dxa"/>
              <w:bottom w:w="45" w:type="dxa"/>
              <w:right w:w="40" w:type="dxa"/>
            </w:tcMar>
            <w:vAlign w:val="center"/>
          </w:tcPr>
          <w:p w14:paraId="4942A334" w14:textId="77777777" w:rsidR="00D60D5E" w:rsidRDefault="00891EF0">
            <w:pPr>
              <w:spacing w:after="0"/>
              <w:jc w:val="center"/>
            </w:pPr>
            <w:r>
              <w:rPr>
                <w:rFonts w:eastAsia="Aptos"/>
                <w:b/>
                <w:color w:val="FFFFFF"/>
              </w:rPr>
              <w:t>UNIT</w:t>
            </w:r>
          </w:p>
        </w:tc>
        <w:tc>
          <w:tcPr>
            <w:tcW w:w="646" w:type="dxa"/>
            <w:shd w:val="clear" w:color="auto" w:fill="1F4E78"/>
            <w:tcMar>
              <w:top w:w="45" w:type="dxa"/>
              <w:left w:w="40" w:type="dxa"/>
              <w:bottom w:w="45" w:type="dxa"/>
              <w:right w:w="40" w:type="dxa"/>
            </w:tcMar>
            <w:vAlign w:val="center"/>
          </w:tcPr>
          <w:p w14:paraId="1C7BE52C" w14:textId="77777777" w:rsidR="00D60D5E" w:rsidRDefault="00891EF0">
            <w:pPr>
              <w:spacing w:after="0"/>
              <w:jc w:val="center"/>
            </w:pPr>
            <w:r>
              <w:rPr>
                <w:b/>
                <w:color w:val="FFFFFF"/>
              </w:rPr>
              <w:t>QTY</w:t>
            </w:r>
          </w:p>
        </w:tc>
      </w:tr>
      <w:tr w:rsidR="00D60D5E" w14:paraId="6990017D" w14:textId="77777777" w:rsidTr="002E31BE">
        <w:trPr>
          <w:cantSplit/>
          <w:trHeight w:val="396"/>
          <w:jc w:val="center"/>
        </w:trPr>
        <w:tc>
          <w:tcPr>
            <w:tcW w:w="677" w:type="dxa"/>
            <w:shd w:val="clear" w:color="auto" w:fill="D9EAF7"/>
            <w:tcMar>
              <w:top w:w="28" w:type="dxa"/>
              <w:left w:w="38" w:type="dxa"/>
              <w:bottom w:w="28" w:type="dxa"/>
              <w:right w:w="38" w:type="dxa"/>
            </w:tcMar>
            <w:vAlign w:val="center"/>
          </w:tcPr>
          <w:p w14:paraId="027A3FED" w14:textId="77777777" w:rsidR="00D60D5E" w:rsidRDefault="00891EF0">
            <w:pPr>
              <w:spacing w:after="0" w:line="240" w:lineRule="auto"/>
              <w:jc w:val="center"/>
            </w:pPr>
            <w:r>
              <w:rPr>
                <w:rFonts w:eastAsia="Aptos"/>
                <w:b/>
                <w:color w:val="2F4F8F"/>
                <w:sz w:val="18"/>
              </w:rPr>
              <w:t>100-</w:t>
            </w:r>
          </w:p>
        </w:tc>
        <w:tc>
          <w:tcPr>
            <w:tcW w:w="2648" w:type="dxa"/>
            <w:shd w:val="clear" w:color="auto" w:fill="D9EAF7"/>
            <w:tcMar>
              <w:top w:w="28" w:type="dxa"/>
              <w:left w:w="38" w:type="dxa"/>
              <w:bottom w:w="28" w:type="dxa"/>
              <w:right w:w="38" w:type="dxa"/>
            </w:tcMar>
            <w:vAlign w:val="center"/>
          </w:tcPr>
          <w:p w14:paraId="26F317CE" w14:textId="77777777" w:rsidR="00D60D5E" w:rsidRDefault="00891EF0">
            <w:pPr>
              <w:spacing w:after="0" w:line="240" w:lineRule="auto"/>
            </w:pPr>
            <w:r>
              <w:rPr>
                <w:rFonts w:eastAsia="Aptos"/>
                <w:b/>
                <w:color w:val="2F4F8F"/>
                <w:sz w:val="18"/>
              </w:rPr>
              <w:t>FRESH FRUITS</w:t>
            </w:r>
          </w:p>
        </w:tc>
        <w:tc>
          <w:tcPr>
            <w:tcW w:w="630" w:type="dxa"/>
            <w:shd w:val="clear" w:color="auto" w:fill="D9EAF7"/>
            <w:tcMar>
              <w:top w:w="28" w:type="dxa"/>
              <w:left w:w="38" w:type="dxa"/>
              <w:bottom w:w="28" w:type="dxa"/>
              <w:right w:w="38" w:type="dxa"/>
            </w:tcMar>
            <w:vAlign w:val="center"/>
          </w:tcPr>
          <w:p w14:paraId="56E4EFD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7D2BA58"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A437944" w14:textId="77777777" w:rsidR="00D60D5E" w:rsidRDefault="00D60D5E">
            <w:pPr>
              <w:jc w:val="center"/>
            </w:pPr>
          </w:p>
        </w:tc>
      </w:tr>
      <w:tr w:rsidR="00D60D5E" w14:paraId="01D670D7" w14:textId="77777777" w:rsidTr="00B234E3">
        <w:trPr>
          <w:cantSplit/>
          <w:trHeight w:val="261"/>
          <w:jc w:val="center"/>
        </w:trPr>
        <w:tc>
          <w:tcPr>
            <w:tcW w:w="677" w:type="dxa"/>
            <w:tcMar>
              <w:top w:w="28" w:type="dxa"/>
              <w:left w:w="38" w:type="dxa"/>
              <w:bottom w:w="28" w:type="dxa"/>
              <w:right w:w="38" w:type="dxa"/>
            </w:tcMar>
            <w:vAlign w:val="center"/>
          </w:tcPr>
          <w:p w14:paraId="549605CE" w14:textId="77777777" w:rsidR="00D60D5E" w:rsidRDefault="00891EF0">
            <w:pPr>
              <w:spacing w:after="0" w:line="240" w:lineRule="auto"/>
              <w:jc w:val="center"/>
            </w:pPr>
            <w:r>
              <w:rPr>
                <w:rFonts w:eastAsia="Aptos"/>
                <w:color w:val="6A7075"/>
                <w:sz w:val="17"/>
              </w:rPr>
              <w:t>100-105</w:t>
            </w:r>
          </w:p>
        </w:tc>
        <w:tc>
          <w:tcPr>
            <w:tcW w:w="2648" w:type="dxa"/>
            <w:tcMar>
              <w:top w:w="28" w:type="dxa"/>
              <w:left w:w="38" w:type="dxa"/>
              <w:bottom w:w="28" w:type="dxa"/>
              <w:right w:w="38" w:type="dxa"/>
            </w:tcMar>
            <w:vAlign w:val="center"/>
          </w:tcPr>
          <w:p w14:paraId="1A69912C" w14:textId="77777777" w:rsidR="00D60D5E" w:rsidRDefault="00891EF0">
            <w:pPr>
              <w:spacing w:after="0" w:line="240" w:lineRule="auto"/>
            </w:pPr>
            <w:r>
              <w:rPr>
                <w:rFonts w:eastAsia="Aptos"/>
                <w:sz w:val="17"/>
              </w:rPr>
              <w:t>Asian Pears</w:t>
            </w:r>
          </w:p>
        </w:tc>
        <w:tc>
          <w:tcPr>
            <w:tcW w:w="630" w:type="dxa"/>
            <w:tcMar>
              <w:top w:w="28" w:type="dxa"/>
              <w:left w:w="38" w:type="dxa"/>
              <w:bottom w:w="28" w:type="dxa"/>
              <w:right w:w="38" w:type="dxa"/>
            </w:tcMar>
            <w:vAlign w:val="center"/>
          </w:tcPr>
          <w:p w14:paraId="5EF2F696" w14:textId="77777777" w:rsidR="00D60D5E" w:rsidRDefault="00891EF0">
            <w:pPr>
              <w:spacing w:after="0" w:line="240" w:lineRule="auto"/>
              <w:jc w:val="center"/>
            </w:pPr>
            <w:r>
              <w:rPr>
                <w:rFonts w:eastAsia="Aptos"/>
                <w:b/>
                <w:sz w:val="17"/>
              </w:rPr>
              <w:t>3.69</w:t>
            </w:r>
          </w:p>
        </w:tc>
        <w:tc>
          <w:tcPr>
            <w:tcW w:w="540" w:type="dxa"/>
            <w:tcMar>
              <w:top w:w="28" w:type="dxa"/>
              <w:left w:w="38" w:type="dxa"/>
              <w:bottom w:w="28" w:type="dxa"/>
              <w:right w:w="38" w:type="dxa"/>
            </w:tcMar>
            <w:vAlign w:val="center"/>
          </w:tcPr>
          <w:p w14:paraId="29EABBC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326842" w14:textId="77777777" w:rsidR="00D60D5E" w:rsidRDefault="00D60D5E">
            <w:pPr>
              <w:jc w:val="center"/>
            </w:pPr>
          </w:p>
        </w:tc>
      </w:tr>
      <w:tr w:rsidR="00D60D5E" w14:paraId="7C30367D" w14:textId="77777777" w:rsidTr="00490D75">
        <w:trPr>
          <w:cantSplit/>
          <w:trHeight w:val="234"/>
          <w:jc w:val="center"/>
        </w:trPr>
        <w:tc>
          <w:tcPr>
            <w:tcW w:w="677" w:type="dxa"/>
            <w:tcMar>
              <w:top w:w="28" w:type="dxa"/>
              <w:left w:w="38" w:type="dxa"/>
              <w:bottom w:w="28" w:type="dxa"/>
              <w:right w:w="38" w:type="dxa"/>
            </w:tcMar>
            <w:vAlign w:val="center"/>
          </w:tcPr>
          <w:p w14:paraId="1AB398D0" w14:textId="77777777" w:rsidR="00D60D5E" w:rsidRDefault="00891EF0">
            <w:pPr>
              <w:spacing w:after="0" w:line="240" w:lineRule="auto"/>
              <w:jc w:val="center"/>
            </w:pPr>
            <w:r>
              <w:rPr>
                <w:rFonts w:eastAsia="Aptos"/>
                <w:color w:val="6A7075"/>
                <w:sz w:val="17"/>
              </w:rPr>
              <w:t>100-110</w:t>
            </w:r>
          </w:p>
        </w:tc>
        <w:tc>
          <w:tcPr>
            <w:tcW w:w="2648" w:type="dxa"/>
            <w:tcMar>
              <w:top w:w="28" w:type="dxa"/>
              <w:left w:w="38" w:type="dxa"/>
              <w:bottom w:w="28" w:type="dxa"/>
              <w:right w:w="38" w:type="dxa"/>
            </w:tcMar>
            <w:vAlign w:val="center"/>
          </w:tcPr>
          <w:p w14:paraId="76FA1996" w14:textId="77777777" w:rsidR="00D60D5E" w:rsidRDefault="00891EF0">
            <w:pPr>
              <w:spacing w:after="0" w:line="240" w:lineRule="auto"/>
            </w:pPr>
            <w:r>
              <w:rPr>
                <w:rFonts w:eastAsia="Aptos"/>
                <w:sz w:val="17"/>
              </w:rPr>
              <w:t>Apples Gala</w:t>
            </w:r>
          </w:p>
        </w:tc>
        <w:tc>
          <w:tcPr>
            <w:tcW w:w="630" w:type="dxa"/>
            <w:tcMar>
              <w:top w:w="28" w:type="dxa"/>
              <w:left w:w="38" w:type="dxa"/>
              <w:bottom w:w="28" w:type="dxa"/>
              <w:right w:w="38" w:type="dxa"/>
            </w:tcMar>
            <w:vAlign w:val="center"/>
          </w:tcPr>
          <w:p w14:paraId="73B47EE8"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6E758E6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E40212" w14:textId="77777777" w:rsidR="00D60D5E" w:rsidRDefault="00D60D5E">
            <w:pPr>
              <w:jc w:val="center"/>
            </w:pPr>
          </w:p>
        </w:tc>
      </w:tr>
      <w:tr w:rsidR="00D60D5E" w14:paraId="023045B7" w14:textId="77777777" w:rsidTr="000617E0">
        <w:trPr>
          <w:cantSplit/>
          <w:jc w:val="center"/>
        </w:trPr>
        <w:tc>
          <w:tcPr>
            <w:tcW w:w="677" w:type="dxa"/>
            <w:tcMar>
              <w:top w:w="28" w:type="dxa"/>
              <w:left w:w="38" w:type="dxa"/>
              <w:bottom w:w="28" w:type="dxa"/>
              <w:right w:w="38" w:type="dxa"/>
            </w:tcMar>
            <w:vAlign w:val="center"/>
          </w:tcPr>
          <w:p w14:paraId="60A76453" w14:textId="77777777" w:rsidR="00D60D5E" w:rsidRDefault="00891EF0">
            <w:pPr>
              <w:spacing w:after="0" w:line="240" w:lineRule="auto"/>
              <w:jc w:val="center"/>
            </w:pPr>
            <w:r>
              <w:rPr>
                <w:rFonts w:eastAsia="Aptos"/>
                <w:color w:val="6A7075"/>
                <w:sz w:val="17"/>
              </w:rPr>
              <w:t>100-115</w:t>
            </w:r>
          </w:p>
        </w:tc>
        <w:tc>
          <w:tcPr>
            <w:tcW w:w="2648" w:type="dxa"/>
            <w:tcMar>
              <w:top w:w="28" w:type="dxa"/>
              <w:left w:w="38" w:type="dxa"/>
              <w:bottom w:w="28" w:type="dxa"/>
              <w:right w:w="38" w:type="dxa"/>
            </w:tcMar>
            <w:vAlign w:val="center"/>
          </w:tcPr>
          <w:p w14:paraId="10C0BB5E" w14:textId="77777777" w:rsidR="00D60D5E" w:rsidRDefault="00891EF0">
            <w:pPr>
              <w:spacing w:after="0" w:line="240" w:lineRule="auto"/>
            </w:pPr>
            <w:r>
              <w:rPr>
                <w:rFonts w:eastAsia="Aptos"/>
                <w:sz w:val="17"/>
              </w:rPr>
              <w:t>Apples Honey Crisp</w:t>
            </w:r>
          </w:p>
        </w:tc>
        <w:tc>
          <w:tcPr>
            <w:tcW w:w="630" w:type="dxa"/>
            <w:tcMar>
              <w:top w:w="28" w:type="dxa"/>
              <w:left w:w="38" w:type="dxa"/>
              <w:bottom w:w="28" w:type="dxa"/>
              <w:right w:w="38" w:type="dxa"/>
            </w:tcMar>
            <w:vAlign w:val="center"/>
          </w:tcPr>
          <w:p w14:paraId="4CE0B840" w14:textId="77777777" w:rsidR="00D60D5E" w:rsidRDefault="00891EF0">
            <w:pPr>
              <w:spacing w:after="0" w:line="240" w:lineRule="auto"/>
              <w:jc w:val="center"/>
            </w:pPr>
            <w:r>
              <w:rPr>
                <w:rFonts w:eastAsia="Aptos"/>
                <w:b/>
                <w:sz w:val="17"/>
              </w:rPr>
              <w:t>3.39</w:t>
            </w:r>
          </w:p>
        </w:tc>
        <w:tc>
          <w:tcPr>
            <w:tcW w:w="540" w:type="dxa"/>
            <w:tcMar>
              <w:top w:w="28" w:type="dxa"/>
              <w:left w:w="38" w:type="dxa"/>
              <w:bottom w:w="28" w:type="dxa"/>
              <w:right w:w="38" w:type="dxa"/>
            </w:tcMar>
            <w:vAlign w:val="center"/>
          </w:tcPr>
          <w:p w14:paraId="6409447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93910B" w14:textId="77777777" w:rsidR="00D60D5E" w:rsidRDefault="00D60D5E">
            <w:pPr>
              <w:jc w:val="center"/>
            </w:pPr>
          </w:p>
        </w:tc>
      </w:tr>
      <w:tr w:rsidR="00D60D5E" w14:paraId="6D90AABF" w14:textId="77777777" w:rsidTr="000617E0">
        <w:trPr>
          <w:cantSplit/>
          <w:jc w:val="center"/>
        </w:trPr>
        <w:tc>
          <w:tcPr>
            <w:tcW w:w="677" w:type="dxa"/>
            <w:tcMar>
              <w:top w:w="28" w:type="dxa"/>
              <w:left w:w="38" w:type="dxa"/>
              <w:bottom w:w="28" w:type="dxa"/>
              <w:right w:w="38" w:type="dxa"/>
            </w:tcMar>
            <w:vAlign w:val="center"/>
          </w:tcPr>
          <w:p w14:paraId="10EF347B" w14:textId="77777777" w:rsidR="00D60D5E" w:rsidRDefault="00891EF0">
            <w:pPr>
              <w:spacing w:after="0" w:line="240" w:lineRule="auto"/>
              <w:jc w:val="center"/>
            </w:pPr>
            <w:r>
              <w:rPr>
                <w:rFonts w:eastAsia="Aptos"/>
                <w:color w:val="6A7075"/>
                <w:sz w:val="17"/>
              </w:rPr>
              <w:t>100-120</w:t>
            </w:r>
          </w:p>
        </w:tc>
        <w:tc>
          <w:tcPr>
            <w:tcW w:w="2648" w:type="dxa"/>
            <w:tcMar>
              <w:top w:w="28" w:type="dxa"/>
              <w:left w:w="38" w:type="dxa"/>
              <w:bottom w:w="28" w:type="dxa"/>
              <w:right w:w="38" w:type="dxa"/>
            </w:tcMar>
            <w:vAlign w:val="center"/>
          </w:tcPr>
          <w:p w14:paraId="43BD129A" w14:textId="77777777" w:rsidR="00D60D5E" w:rsidRDefault="00891EF0">
            <w:pPr>
              <w:spacing w:after="0" w:line="240" w:lineRule="auto"/>
            </w:pPr>
            <w:r>
              <w:rPr>
                <w:rFonts w:eastAsia="Aptos"/>
                <w:sz w:val="17"/>
              </w:rPr>
              <w:t>Apples Granny Smith</w:t>
            </w:r>
          </w:p>
        </w:tc>
        <w:tc>
          <w:tcPr>
            <w:tcW w:w="630" w:type="dxa"/>
            <w:tcMar>
              <w:top w:w="28" w:type="dxa"/>
              <w:left w:w="38" w:type="dxa"/>
              <w:bottom w:w="28" w:type="dxa"/>
              <w:right w:w="38" w:type="dxa"/>
            </w:tcMar>
            <w:vAlign w:val="center"/>
          </w:tcPr>
          <w:p w14:paraId="477F661A" w14:textId="77777777" w:rsidR="00D60D5E" w:rsidRDefault="00891EF0">
            <w:pPr>
              <w:spacing w:after="0" w:line="240" w:lineRule="auto"/>
              <w:jc w:val="center"/>
            </w:pPr>
            <w:r>
              <w:rPr>
                <w:rFonts w:eastAsia="Aptos"/>
                <w:b/>
                <w:sz w:val="17"/>
              </w:rPr>
              <w:t>0.99</w:t>
            </w:r>
          </w:p>
        </w:tc>
        <w:tc>
          <w:tcPr>
            <w:tcW w:w="540" w:type="dxa"/>
            <w:tcMar>
              <w:top w:w="28" w:type="dxa"/>
              <w:left w:w="38" w:type="dxa"/>
              <w:bottom w:w="28" w:type="dxa"/>
              <w:right w:w="38" w:type="dxa"/>
            </w:tcMar>
            <w:vAlign w:val="center"/>
          </w:tcPr>
          <w:p w14:paraId="7D7CCA3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66607F" w14:textId="77777777" w:rsidR="00D60D5E" w:rsidRDefault="00D60D5E">
            <w:pPr>
              <w:jc w:val="center"/>
            </w:pPr>
          </w:p>
        </w:tc>
      </w:tr>
      <w:tr w:rsidR="00D60D5E" w14:paraId="705269C6" w14:textId="77777777" w:rsidTr="000617E0">
        <w:trPr>
          <w:cantSplit/>
          <w:jc w:val="center"/>
        </w:trPr>
        <w:tc>
          <w:tcPr>
            <w:tcW w:w="677" w:type="dxa"/>
            <w:tcMar>
              <w:top w:w="28" w:type="dxa"/>
              <w:left w:w="38" w:type="dxa"/>
              <w:bottom w:w="28" w:type="dxa"/>
              <w:right w:w="38" w:type="dxa"/>
            </w:tcMar>
            <w:vAlign w:val="center"/>
          </w:tcPr>
          <w:p w14:paraId="61F34D95" w14:textId="77777777" w:rsidR="00D60D5E" w:rsidRDefault="00891EF0">
            <w:pPr>
              <w:spacing w:after="0" w:line="240" w:lineRule="auto"/>
              <w:jc w:val="center"/>
            </w:pPr>
            <w:r>
              <w:rPr>
                <w:rFonts w:eastAsia="Aptos"/>
                <w:color w:val="6A7075"/>
                <w:sz w:val="17"/>
              </w:rPr>
              <w:t>100-125</w:t>
            </w:r>
          </w:p>
        </w:tc>
        <w:tc>
          <w:tcPr>
            <w:tcW w:w="2648" w:type="dxa"/>
            <w:tcMar>
              <w:top w:w="28" w:type="dxa"/>
              <w:left w:w="38" w:type="dxa"/>
              <w:bottom w:w="28" w:type="dxa"/>
              <w:right w:w="38" w:type="dxa"/>
            </w:tcMar>
            <w:vAlign w:val="center"/>
          </w:tcPr>
          <w:p w14:paraId="4DF4320F" w14:textId="77777777" w:rsidR="00D60D5E" w:rsidRDefault="00891EF0">
            <w:pPr>
              <w:spacing w:after="0" w:line="240" w:lineRule="auto"/>
            </w:pPr>
            <w:r>
              <w:rPr>
                <w:rFonts w:eastAsia="Aptos"/>
                <w:sz w:val="17"/>
              </w:rPr>
              <w:t>Apples Fuji</w:t>
            </w:r>
          </w:p>
        </w:tc>
        <w:tc>
          <w:tcPr>
            <w:tcW w:w="630" w:type="dxa"/>
            <w:tcMar>
              <w:top w:w="28" w:type="dxa"/>
              <w:left w:w="38" w:type="dxa"/>
              <w:bottom w:w="28" w:type="dxa"/>
              <w:right w:w="38" w:type="dxa"/>
            </w:tcMar>
            <w:vAlign w:val="center"/>
          </w:tcPr>
          <w:p w14:paraId="2C3136A0" w14:textId="77777777" w:rsidR="00D60D5E" w:rsidRDefault="00891EF0">
            <w:pPr>
              <w:spacing w:after="0" w:line="240" w:lineRule="auto"/>
              <w:jc w:val="center"/>
            </w:pPr>
            <w:r>
              <w:rPr>
                <w:rFonts w:eastAsia="Aptos"/>
                <w:b/>
                <w:sz w:val="17"/>
              </w:rPr>
              <w:t>1.70</w:t>
            </w:r>
          </w:p>
        </w:tc>
        <w:tc>
          <w:tcPr>
            <w:tcW w:w="540" w:type="dxa"/>
            <w:tcMar>
              <w:top w:w="28" w:type="dxa"/>
              <w:left w:w="38" w:type="dxa"/>
              <w:bottom w:w="28" w:type="dxa"/>
              <w:right w:w="38" w:type="dxa"/>
            </w:tcMar>
            <w:vAlign w:val="center"/>
          </w:tcPr>
          <w:p w14:paraId="770975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EA1C74" w14:textId="77777777" w:rsidR="00D60D5E" w:rsidRDefault="00D60D5E">
            <w:pPr>
              <w:jc w:val="center"/>
            </w:pPr>
          </w:p>
        </w:tc>
      </w:tr>
      <w:tr w:rsidR="00D60D5E" w14:paraId="38F5D234" w14:textId="77777777" w:rsidTr="000617E0">
        <w:trPr>
          <w:cantSplit/>
          <w:jc w:val="center"/>
        </w:trPr>
        <w:tc>
          <w:tcPr>
            <w:tcW w:w="677" w:type="dxa"/>
            <w:tcMar>
              <w:top w:w="28" w:type="dxa"/>
              <w:left w:w="38" w:type="dxa"/>
              <w:bottom w:w="28" w:type="dxa"/>
              <w:right w:w="38" w:type="dxa"/>
            </w:tcMar>
            <w:vAlign w:val="center"/>
          </w:tcPr>
          <w:p w14:paraId="24B0D6C1" w14:textId="77777777" w:rsidR="00D60D5E" w:rsidRDefault="00891EF0">
            <w:pPr>
              <w:spacing w:after="0" w:line="240" w:lineRule="auto"/>
              <w:jc w:val="center"/>
            </w:pPr>
            <w:r>
              <w:rPr>
                <w:rFonts w:eastAsia="Aptos"/>
                <w:color w:val="6A7075"/>
                <w:sz w:val="17"/>
              </w:rPr>
              <w:t>100-130</w:t>
            </w:r>
          </w:p>
        </w:tc>
        <w:tc>
          <w:tcPr>
            <w:tcW w:w="2648" w:type="dxa"/>
            <w:tcMar>
              <w:top w:w="28" w:type="dxa"/>
              <w:left w:w="38" w:type="dxa"/>
              <w:bottom w:w="28" w:type="dxa"/>
              <w:right w:w="38" w:type="dxa"/>
            </w:tcMar>
            <w:vAlign w:val="center"/>
          </w:tcPr>
          <w:p w14:paraId="2F2B6D7A" w14:textId="77777777" w:rsidR="00D60D5E" w:rsidRDefault="00891EF0">
            <w:pPr>
              <w:spacing w:after="0" w:line="240" w:lineRule="auto"/>
            </w:pPr>
            <w:r>
              <w:rPr>
                <w:rFonts w:eastAsia="Aptos"/>
                <w:sz w:val="17"/>
              </w:rPr>
              <w:t>Avocados Hass</w:t>
            </w:r>
          </w:p>
        </w:tc>
        <w:tc>
          <w:tcPr>
            <w:tcW w:w="630" w:type="dxa"/>
            <w:tcMar>
              <w:top w:w="28" w:type="dxa"/>
              <w:left w:w="38" w:type="dxa"/>
              <w:bottom w:w="28" w:type="dxa"/>
              <w:right w:w="38" w:type="dxa"/>
            </w:tcMar>
            <w:vAlign w:val="center"/>
          </w:tcPr>
          <w:p w14:paraId="3013A01D" w14:textId="77777777" w:rsidR="00D60D5E" w:rsidRDefault="00891EF0">
            <w:pPr>
              <w:spacing w:after="0" w:line="240" w:lineRule="auto"/>
              <w:jc w:val="center"/>
            </w:pPr>
            <w:r>
              <w:rPr>
                <w:rFonts w:eastAsia="Aptos"/>
                <w:b/>
                <w:sz w:val="17"/>
              </w:rPr>
              <w:t>3.39</w:t>
            </w:r>
          </w:p>
        </w:tc>
        <w:tc>
          <w:tcPr>
            <w:tcW w:w="540" w:type="dxa"/>
            <w:tcMar>
              <w:top w:w="28" w:type="dxa"/>
              <w:left w:w="38" w:type="dxa"/>
              <w:bottom w:w="28" w:type="dxa"/>
              <w:right w:w="38" w:type="dxa"/>
            </w:tcMar>
            <w:vAlign w:val="center"/>
          </w:tcPr>
          <w:p w14:paraId="7BF2344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CB728A" w14:textId="77777777" w:rsidR="00D60D5E" w:rsidRDefault="00D60D5E">
            <w:pPr>
              <w:jc w:val="center"/>
            </w:pPr>
          </w:p>
        </w:tc>
      </w:tr>
      <w:tr w:rsidR="00D60D5E" w14:paraId="5870B812" w14:textId="77777777" w:rsidTr="000617E0">
        <w:trPr>
          <w:cantSplit/>
          <w:jc w:val="center"/>
        </w:trPr>
        <w:tc>
          <w:tcPr>
            <w:tcW w:w="677" w:type="dxa"/>
            <w:tcMar>
              <w:top w:w="28" w:type="dxa"/>
              <w:left w:w="38" w:type="dxa"/>
              <w:bottom w:w="28" w:type="dxa"/>
              <w:right w:w="38" w:type="dxa"/>
            </w:tcMar>
            <w:vAlign w:val="center"/>
          </w:tcPr>
          <w:p w14:paraId="498DE5F6" w14:textId="77777777" w:rsidR="00D60D5E" w:rsidRDefault="00891EF0">
            <w:pPr>
              <w:spacing w:after="0" w:line="240" w:lineRule="auto"/>
              <w:jc w:val="center"/>
            </w:pPr>
            <w:r>
              <w:rPr>
                <w:rFonts w:eastAsia="Aptos"/>
                <w:color w:val="6A7075"/>
                <w:sz w:val="17"/>
              </w:rPr>
              <w:t>100-135</w:t>
            </w:r>
          </w:p>
        </w:tc>
        <w:tc>
          <w:tcPr>
            <w:tcW w:w="2648" w:type="dxa"/>
            <w:tcMar>
              <w:top w:w="28" w:type="dxa"/>
              <w:left w:w="38" w:type="dxa"/>
              <w:bottom w:w="28" w:type="dxa"/>
              <w:right w:w="38" w:type="dxa"/>
            </w:tcMar>
            <w:vAlign w:val="center"/>
          </w:tcPr>
          <w:p w14:paraId="63BBFCBC" w14:textId="77777777" w:rsidR="00D60D5E" w:rsidRDefault="00891EF0">
            <w:pPr>
              <w:spacing w:after="0" w:line="240" w:lineRule="auto"/>
            </w:pPr>
            <w:r>
              <w:rPr>
                <w:rFonts w:eastAsia="Aptos"/>
                <w:sz w:val="17"/>
              </w:rPr>
              <w:t>Black Berries 6oz</w:t>
            </w:r>
          </w:p>
        </w:tc>
        <w:tc>
          <w:tcPr>
            <w:tcW w:w="630" w:type="dxa"/>
            <w:tcMar>
              <w:top w:w="28" w:type="dxa"/>
              <w:left w:w="38" w:type="dxa"/>
              <w:bottom w:w="28" w:type="dxa"/>
              <w:right w:w="38" w:type="dxa"/>
            </w:tcMar>
            <w:vAlign w:val="center"/>
          </w:tcPr>
          <w:p w14:paraId="3DDBA77E"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2EB555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9F0431" w14:textId="77777777" w:rsidR="00D60D5E" w:rsidRDefault="00D60D5E">
            <w:pPr>
              <w:jc w:val="center"/>
            </w:pPr>
          </w:p>
        </w:tc>
      </w:tr>
      <w:tr w:rsidR="00D60D5E" w14:paraId="21F35E3E" w14:textId="77777777" w:rsidTr="000617E0">
        <w:trPr>
          <w:cantSplit/>
          <w:jc w:val="center"/>
        </w:trPr>
        <w:tc>
          <w:tcPr>
            <w:tcW w:w="677" w:type="dxa"/>
            <w:tcMar>
              <w:top w:w="28" w:type="dxa"/>
              <w:left w:w="38" w:type="dxa"/>
              <w:bottom w:w="28" w:type="dxa"/>
              <w:right w:w="38" w:type="dxa"/>
            </w:tcMar>
            <w:vAlign w:val="center"/>
          </w:tcPr>
          <w:p w14:paraId="77527682" w14:textId="77777777" w:rsidR="00D60D5E" w:rsidRDefault="00891EF0">
            <w:pPr>
              <w:spacing w:after="0" w:line="240" w:lineRule="auto"/>
              <w:jc w:val="center"/>
            </w:pPr>
            <w:r>
              <w:rPr>
                <w:rFonts w:eastAsia="Aptos"/>
                <w:color w:val="6A7075"/>
                <w:sz w:val="17"/>
              </w:rPr>
              <w:t>100-140</w:t>
            </w:r>
          </w:p>
        </w:tc>
        <w:tc>
          <w:tcPr>
            <w:tcW w:w="2648" w:type="dxa"/>
            <w:tcMar>
              <w:top w:w="28" w:type="dxa"/>
              <w:left w:w="38" w:type="dxa"/>
              <w:bottom w:w="28" w:type="dxa"/>
              <w:right w:w="38" w:type="dxa"/>
            </w:tcMar>
            <w:vAlign w:val="center"/>
          </w:tcPr>
          <w:p w14:paraId="31994F9D" w14:textId="77777777" w:rsidR="00D60D5E" w:rsidRDefault="00891EF0">
            <w:pPr>
              <w:spacing w:after="0" w:line="240" w:lineRule="auto"/>
            </w:pPr>
            <w:r>
              <w:rPr>
                <w:rFonts w:eastAsia="Aptos"/>
                <w:sz w:val="17"/>
              </w:rPr>
              <w:t>Banana Green Cooking Per lbs</w:t>
            </w:r>
          </w:p>
        </w:tc>
        <w:tc>
          <w:tcPr>
            <w:tcW w:w="630" w:type="dxa"/>
            <w:tcMar>
              <w:top w:w="28" w:type="dxa"/>
              <w:left w:w="38" w:type="dxa"/>
              <w:bottom w:w="28" w:type="dxa"/>
              <w:right w:w="38" w:type="dxa"/>
            </w:tcMar>
            <w:vAlign w:val="center"/>
          </w:tcPr>
          <w:p w14:paraId="61901393" w14:textId="77777777" w:rsidR="00D60D5E" w:rsidRDefault="00891EF0">
            <w:pPr>
              <w:spacing w:after="0" w:line="240" w:lineRule="auto"/>
              <w:jc w:val="center"/>
            </w:pPr>
            <w:r>
              <w:rPr>
                <w:rFonts w:eastAsia="Aptos"/>
                <w:b/>
                <w:sz w:val="17"/>
              </w:rPr>
              <w:t>1.70</w:t>
            </w:r>
          </w:p>
        </w:tc>
        <w:tc>
          <w:tcPr>
            <w:tcW w:w="540" w:type="dxa"/>
            <w:tcMar>
              <w:top w:w="28" w:type="dxa"/>
              <w:left w:w="38" w:type="dxa"/>
              <w:bottom w:w="28" w:type="dxa"/>
              <w:right w:w="38" w:type="dxa"/>
            </w:tcMar>
            <w:vAlign w:val="center"/>
          </w:tcPr>
          <w:p w14:paraId="6F4BCA9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9A6E030" w14:textId="77777777" w:rsidR="00D60D5E" w:rsidRDefault="00D60D5E">
            <w:pPr>
              <w:jc w:val="center"/>
            </w:pPr>
          </w:p>
        </w:tc>
      </w:tr>
      <w:tr w:rsidR="00D60D5E" w14:paraId="6B8A974D" w14:textId="77777777" w:rsidTr="000617E0">
        <w:trPr>
          <w:cantSplit/>
          <w:jc w:val="center"/>
        </w:trPr>
        <w:tc>
          <w:tcPr>
            <w:tcW w:w="677" w:type="dxa"/>
            <w:tcMar>
              <w:top w:w="28" w:type="dxa"/>
              <w:left w:w="38" w:type="dxa"/>
              <w:bottom w:w="28" w:type="dxa"/>
              <w:right w:w="38" w:type="dxa"/>
            </w:tcMar>
            <w:vAlign w:val="center"/>
          </w:tcPr>
          <w:p w14:paraId="10732AF9" w14:textId="77777777" w:rsidR="00D60D5E" w:rsidRDefault="00891EF0">
            <w:pPr>
              <w:spacing w:after="0" w:line="240" w:lineRule="auto"/>
              <w:jc w:val="center"/>
            </w:pPr>
            <w:r>
              <w:rPr>
                <w:rFonts w:eastAsia="Aptos"/>
                <w:color w:val="6A7075"/>
                <w:sz w:val="17"/>
              </w:rPr>
              <w:t>100-145</w:t>
            </w:r>
          </w:p>
        </w:tc>
        <w:tc>
          <w:tcPr>
            <w:tcW w:w="2648" w:type="dxa"/>
            <w:tcMar>
              <w:top w:w="28" w:type="dxa"/>
              <w:left w:w="38" w:type="dxa"/>
              <w:bottom w:w="28" w:type="dxa"/>
              <w:right w:w="38" w:type="dxa"/>
            </w:tcMar>
            <w:vAlign w:val="center"/>
          </w:tcPr>
          <w:p w14:paraId="2D4439A5" w14:textId="77777777" w:rsidR="00D60D5E" w:rsidRDefault="00891EF0">
            <w:pPr>
              <w:spacing w:after="0" w:line="240" w:lineRule="auto"/>
            </w:pPr>
            <w:r>
              <w:rPr>
                <w:rFonts w:eastAsia="Aptos"/>
                <w:sz w:val="17"/>
              </w:rPr>
              <w:t>Banana Ripe Yellow Per lbs</w:t>
            </w:r>
          </w:p>
        </w:tc>
        <w:tc>
          <w:tcPr>
            <w:tcW w:w="630" w:type="dxa"/>
            <w:tcMar>
              <w:top w:w="28" w:type="dxa"/>
              <w:left w:w="38" w:type="dxa"/>
              <w:bottom w:w="28" w:type="dxa"/>
              <w:right w:w="38" w:type="dxa"/>
            </w:tcMar>
            <w:vAlign w:val="center"/>
          </w:tcPr>
          <w:p w14:paraId="2D6448B5" w14:textId="77777777" w:rsidR="00D60D5E" w:rsidRDefault="00891EF0">
            <w:pPr>
              <w:spacing w:after="0" w:line="240" w:lineRule="auto"/>
              <w:jc w:val="center"/>
            </w:pPr>
            <w:r>
              <w:rPr>
                <w:rFonts w:eastAsia="Aptos"/>
                <w:b/>
                <w:sz w:val="17"/>
              </w:rPr>
              <w:t>1.85</w:t>
            </w:r>
          </w:p>
        </w:tc>
        <w:tc>
          <w:tcPr>
            <w:tcW w:w="540" w:type="dxa"/>
            <w:tcMar>
              <w:top w:w="28" w:type="dxa"/>
              <w:left w:w="38" w:type="dxa"/>
              <w:bottom w:w="28" w:type="dxa"/>
              <w:right w:w="38" w:type="dxa"/>
            </w:tcMar>
            <w:vAlign w:val="center"/>
          </w:tcPr>
          <w:p w14:paraId="7B461274"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A3EF004" w14:textId="77777777" w:rsidR="00D60D5E" w:rsidRDefault="00D60D5E">
            <w:pPr>
              <w:jc w:val="center"/>
            </w:pPr>
          </w:p>
        </w:tc>
      </w:tr>
      <w:tr w:rsidR="00D60D5E" w14:paraId="0D7267C5" w14:textId="77777777" w:rsidTr="000617E0">
        <w:trPr>
          <w:cantSplit/>
          <w:jc w:val="center"/>
        </w:trPr>
        <w:tc>
          <w:tcPr>
            <w:tcW w:w="677" w:type="dxa"/>
            <w:tcMar>
              <w:top w:w="28" w:type="dxa"/>
              <w:left w:w="38" w:type="dxa"/>
              <w:bottom w:w="28" w:type="dxa"/>
              <w:right w:w="38" w:type="dxa"/>
            </w:tcMar>
            <w:vAlign w:val="center"/>
          </w:tcPr>
          <w:p w14:paraId="3EDB5A9C" w14:textId="77777777" w:rsidR="00D60D5E" w:rsidRDefault="00891EF0">
            <w:pPr>
              <w:spacing w:after="0" w:line="240" w:lineRule="auto"/>
              <w:jc w:val="center"/>
            </w:pPr>
            <w:r>
              <w:rPr>
                <w:rFonts w:eastAsia="Aptos"/>
                <w:color w:val="6A7075"/>
                <w:sz w:val="17"/>
              </w:rPr>
              <w:t>100-150</w:t>
            </w:r>
          </w:p>
        </w:tc>
        <w:tc>
          <w:tcPr>
            <w:tcW w:w="2648" w:type="dxa"/>
            <w:tcMar>
              <w:top w:w="28" w:type="dxa"/>
              <w:left w:w="38" w:type="dxa"/>
              <w:bottom w:w="28" w:type="dxa"/>
              <w:right w:w="38" w:type="dxa"/>
            </w:tcMar>
            <w:vAlign w:val="center"/>
          </w:tcPr>
          <w:p w14:paraId="002FF369" w14:textId="77777777" w:rsidR="00D60D5E" w:rsidRDefault="00891EF0">
            <w:pPr>
              <w:spacing w:after="0" w:line="240" w:lineRule="auto"/>
            </w:pPr>
            <w:r>
              <w:rPr>
                <w:rFonts w:eastAsia="Aptos"/>
                <w:sz w:val="17"/>
              </w:rPr>
              <w:t>Cantaloupes</w:t>
            </w:r>
          </w:p>
        </w:tc>
        <w:tc>
          <w:tcPr>
            <w:tcW w:w="630" w:type="dxa"/>
            <w:tcMar>
              <w:top w:w="28" w:type="dxa"/>
              <w:left w:w="38" w:type="dxa"/>
              <w:bottom w:w="28" w:type="dxa"/>
              <w:right w:w="38" w:type="dxa"/>
            </w:tcMar>
            <w:vAlign w:val="center"/>
          </w:tcPr>
          <w:p w14:paraId="4A99A35D"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031D04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491334" w14:textId="77777777" w:rsidR="00D60D5E" w:rsidRDefault="00D60D5E">
            <w:pPr>
              <w:jc w:val="center"/>
            </w:pPr>
          </w:p>
        </w:tc>
      </w:tr>
      <w:tr w:rsidR="00D60D5E" w14:paraId="32255A82" w14:textId="77777777" w:rsidTr="000617E0">
        <w:trPr>
          <w:cantSplit/>
          <w:jc w:val="center"/>
        </w:trPr>
        <w:tc>
          <w:tcPr>
            <w:tcW w:w="677" w:type="dxa"/>
            <w:tcMar>
              <w:top w:w="28" w:type="dxa"/>
              <w:left w:w="38" w:type="dxa"/>
              <w:bottom w:w="28" w:type="dxa"/>
              <w:right w:w="38" w:type="dxa"/>
            </w:tcMar>
            <w:vAlign w:val="center"/>
          </w:tcPr>
          <w:p w14:paraId="7903ABAC" w14:textId="77777777" w:rsidR="00D60D5E" w:rsidRDefault="00891EF0">
            <w:pPr>
              <w:spacing w:after="0" w:line="240" w:lineRule="auto"/>
              <w:jc w:val="center"/>
            </w:pPr>
            <w:r>
              <w:rPr>
                <w:rFonts w:eastAsia="Aptos"/>
                <w:color w:val="6A7075"/>
                <w:sz w:val="17"/>
              </w:rPr>
              <w:t>100-155</w:t>
            </w:r>
          </w:p>
        </w:tc>
        <w:tc>
          <w:tcPr>
            <w:tcW w:w="2648" w:type="dxa"/>
            <w:tcMar>
              <w:top w:w="28" w:type="dxa"/>
              <w:left w:w="38" w:type="dxa"/>
              <w:bottom w:w="28" w:type="dxa"/>
              <w:right w:w="38" w:type="dxa"/>
            </w:tcMar>
            <w:vAlign w:val="center"/>
          </w:tcPr>
          <w:p w14:paraId="1CDDE281" w14:textId="77777777" w:rsidR="00D60D5E" w:rsidRDefault="00891EF0">
            <w:pPr>
              <w:spacing w:after="0" w:line="240" w:lineRule="auto"/>
            </w:pPr>
            <w:r>
              <w:rPr>
                <w:rFonts w:eastAsia="Aptos"/>
                <w:sz w:val="17"/>
              </w:rPr>
              <w:t>Grapefruit White</w:t>
            </w:r>
          </w:p>
        </w:tc>
        <w:tc>
          <w:tcPr>
            <w:tcW w:w="630" w:type="dxa"/>
            <w:tcMar>
              <w:top w:w="28" w:type="dxa"/>
              <w:left w:w="38" w:type="dxa"/>
              <w:bottom w:w="28" w:type="dxa"/>
              <w:right w:w="38" w:type="dxa"/>
            </w:tcMar>
            <w:vAlign w:val="center"/>
          </w:tcPr>
          <w:p w14:paraId="07473839" w14:textId="77777777" w:rsidR="00D60D5E" w:rsidRDefault="00891EF0">
            <w:pPr>
              <w:spacing w:after="0" w:line="240" w:lineRule="auto"/>
              <w:jc w:val="center"/>
            </w:pPr>
            <w:r>
              <w:rPr>
                <w:rFonts w:eastAsia="Aptos"/>
                <w:b/>
                <w:sz w:val="17"/>
              </w:rPr>
              <w:t>1.69</w:t>
            </w:r>
          </w:p>
        </w:tc>
        <w:tc>
          <w:tcPr>
            <w:tcW w:w="540" w:type="dxa"/>
            <w:tcMar>
              <w:top w:w="28" w:type="dxa"/>
              <w:left w:w="38" w:type="dxa"/>
              <w:bottom w:w="28" w:type="dxa"/>
              <w:right w:w="38" w:type="dxa"/>
            </w:tcMar>
            <w:vAlign w:val="center"/>
          </w:tcPr>
          <w:p w14:paraId="52448F8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428642" w14:textId="77777777" w:rsidR="00D60D5E" w:rsidRDefault="00D60D5E">
            <w:pPr>
              <w:jc w:val="center"/>
            </w:pPr>
          </w:p>
        </w:tc>
      </w:tr>
      <w:tr w:rsidR="00D60D5E" w14:paraId="78EFFBF9" w14:textId="77777777" w:rsidTr="000617E0">
        <w:trPr>
          <w:cantSplit/>
          <w:jc w:val="center"/>
        </w:trPr>
        <w:tc>
          <w:tcPr>
            <w:tcW w:w="677" w:type="dxa"/>
            <w:tcMar>
              <w:top w:w="28" w:type="dxa"/>
              <w:left w:w="38" w:type="dxa"/>
              <w:bottom w:w="28" w:type="dxa"/>
              <w:right w:w="38" w:type="dxa"/>
            </w:tcMar>
            <w:vAlign w:val="center"/>
          </w:tcPr>
          <w:p w14:paraId="5E0E0078" w14:textId="77777777" w:rsidR="00D60D5E" w:rsidRDefault="00891EF0">
            <w:pPr>
              <w:spacing w:after="0" w:line="240" w:lineRule="auto"/>
              <w:jc w:val="center"/>
            </w:pPr>
            <w:r>
              <w:rPr>
                <w:rFonts w:eastAsia="Aptos"/>
                <w:color w:val="6A7075"/>
                <w:sz w:val="17"/>
              </w:rPr>
              <w:t>100-160</w:t>
            </w:r>
          </w:p>
        </w:tc>
        <w:tc>
          <w:tcPr>
            <w:tcW w:w="2648" w:type="dxa"/>
            <w:tcMar>
              <w:top w:w="28" w:type="dxa"/>
              <w:left w:w="38" w:type="dxa"/>
              <w:bottom w:w="28" w:type="dxa"/>
              <w:right w:w="38" w:type="dxa"/>
            </w:tcMar>
            <w:vAlign w:val="center"/>
          </w:tcPr>
          <w:p w14:paraId="5A34F43A" w14:textId="77777777" w:rsidR="00D60D5E" w:rsidRDefault="00891EF0">
            <w:pPr>
              <w:spacing w:after="0" w:line="240" w:lineRule="auto"/>
            </w:pPr>
            <w:r>
              <w:rPr>
                <w:rFonts w:eastAsia="Aptos"/>
                <w:sz w:val="17"/>
              </w:rPr>
              <w:t>Grapefruit Red</w:t>
            </w:r>
          </w:p>
        </w:tc>
        <w:tc>
          <w:tcPr>
            <w:tcW w:w="630" w:type="dxa"/>
            <w:tcMar>
              <w:top w:w="28" w:type="dxa"/>
              <w:left w:w="38" w:type="dxa"/>
              <w:bottom w:w="28" w:type="dxa"/>
              <w:right w:w="38" w:type="dxa"/>
            </w:tcMar>
            <w:vAlign w:val="center"/>
          </w:tcPr>
          <w:p w14:paraId="3C8A3FD8" w14:textId="77777777" w:rsidR="00D60D5E" w:rsidRDefault="00891EF0">
            <w:pPr>
              <w:spacing w:after="0" w:line="240" w:lineRule="auto"/>
              <w:jc w:val="center"/>
            </w:pPr>
            <w:r>
              <w:rPr>
                <w:rFonts w:eastAsia="Aptos"/>
                <w:b/>
                <w:sz w:val="17"/>
              </w:rPr>
              <w:t>2.19</w:t>
            </w:r>
          </w:p>
        </w:tc>
        <w:tc>
          <w:tcPr>
            <w:tcW w:w="540" w:type="dxa"/>
            <w:tcMar>
              <w:top w:w="28" w:type="dxa"/>
              <w:left w:w="38" w:type="dxa"/>
              <w:bottom w:w="28" w:type="dxa"/>
              <w:right w:w="38" w:type="dxa"/>
            </w:tcMar>
            <w:vAlign w:val="center"/>
          </w:tcPr>
          <w:p w14:paraId="1EC015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9F5E21B" w14:textId="77777777" w:rsidR="00D60D5E" w:rsidRDefault="00D60D5E">
            <w:pPr>
              <w:jc w:val="center"/>
            </w:pPr>
          </w:p>
        </w:tc>
      </w:tr>
      <w:tr w:rsidR="00D60D5E" w14:paraId="0BDFEF69" w14:textId="77777777" w:rsidTr="000617E0">
        <w:trPr>
          <w:cantSplit/>
          <w:jc w:val="center"/>
        </w:trPr>
        <w:tc>
          <w:tcPr>
            <w:tcW w:w="677" w:type="dxa"/>
            <w:tcMar>
              <w:top w:w="28" w:type="dxa"/>
              <w:left w:w="38" w:type="dxa"/>
              <w:bottom w:w="28" w:type="dxa"/>
              <w:right w:w="38" w:type="dxa"/>
            </w:tcMar>
            <w:vAlign w:val="center"/>
          </w:tcPr>
          <w:p w14:paraId="29A27B51" w14:textId="77777777" w:rsidR="00D60D5E" w:rsidRDefault="00891EF0">
            <w:pPr>
              <w:spacing w:after="0" w:line="240" w:lineRule="auto"/>
              <w:jc w:val="center"/>
            </w:pPr>
            <w:r>
              <w:rPr>
                <w:rFonts w:eastAsia="Aptos"/>
                <w:color w:val="6A7075"/>
                <w:sz w:val="17"/>
              </w:rPr>
              <w:t>100-165</w:t>
            </w:r>
          </w:p>
        </w:tc>
        <w:tc>
          <w:tcPr>
            <w:tcW w:w="2648" w:type="dxa"/>
            <w:tcMar>
              <w:top w:w="28" w:type="dxa"/>
              <w:left w:w="38" w:type="dxa"/>
              <w:bottom w:w="28" w:type="dxa"/>
              <w:right w:w="38" w:type="dxa"/>
            </w:tcMar>
            <w:vAlign w:val="center"/>
          </w:tcPr>
          <w:p w14:paraId="59618FA4" w14:textId="77777777" w:rsidR="00D60D5E" w:rsidRDefault="00891EF0">
            <w:pPr>
              <w:spacing w:after="0" w:line="240" w:lineRule="auto"/>
            </w:pPr>
            <w:r>
              <w:rPr>
                <w:rFonts w:eastAsia="Aptos"/>
                <w:sz w:val="17"/>
              </w:rPr>
              <w:t>Grapes Seedless Red Per lbs</w:t>
            </w:r>
          </w:p>
        </w:tc>
        <w:tc>
          <w:tcPr>
            <w:tcW w:w="630" w:type="dxa"/>
            <w:tcMar>
              <w:top w:w="28" w:type="dxa"/>
              <w:left w:w="38" w:type="dxa"/>
              <w:bottom w:w="28" w:type="dxa"/>
              <w:right w:w="38" w:type="dxa"/>
            </w:tcMar>
            <w:vAlign w:val="center"/>
          </w:tcPr>
          <w:p w14:paraId="0ED06FC8"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6D5D000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3D70B79" w14:textId="77777777" w:rsidR="00D60D5E" w:rsidRDefault="00D60D5E">
            <w:pPr>
              <w:jc w:val="center"/>
            </w:pPr>
          </w:p>
        </w:tc>
      </w:tr>
      <w:tr w:rsidR="00D60D5E" w14:paraId="18222EB1" w14:textId="77777777" w:rsidTr="000617E0">
        <w:trPr>
          <w:cantSplit/>
          <w:jc w:val="center"/>
        </w:trPr>
        <w:tc>
          <w:tcPr>
            <w:tcW w:w="677" w:type="dxa"/>
            <w:tcMar>
              <w:top w:w="28" w:type="dxa"/>
              <w:left w:w="38" w:type="dxa"/>
              <w:bottom w:w="28" w:type="dxa"/>
              <w:right w:w="38" w:type="dxa"/>
            </w:tcMar>
            <w:vAlign w:val="center"/>
          </w:tcPr>
          <w:p w14:paraId="28F04971" w14:textId="77777777" w:rsidR="00D60D5E" w:rsidRDefault="00891EF0">
            <w:pPr>
              <w:spacing w:after="0" w:line="240" w:lineRule="auto"/>
              <w:jc w:val="center"/>
            </w:pPr>
            <w:r>
              <w:rPr>
                <w:rFonts w:eastAsia="Aptos"/>
                <w:color w:val="6A7075"/>
                <w:sz w:val="17"/>
              </w:rPr>
              <w:t>100-170</w:t>
            </w:r>
          </w:p>
        </w:tc>
        <w:tc>
          <w:tcPr>
            <w:tcW w:w="2648" w:type="dxa"/>
            <w:tcMar>
              <w:top w:w="28" w:type="dxa"/>
              <w:left w:w="38" w:type="dxa"/>
              <w:bottom w:w="28" w:type="dxa"/>
              <w:right w:w="38" w:type="dxa"/>
            </w:tcMar>
            <w:vAlign w:val="center"/>
          </w:tcPr>
          <w:p w14:paraId="253E33AB" w14:textId="77777777" w:rsidR="00D60D5E" w:rsidRDefault="00891EF0">
            <w:pPr>
              <w:spacing w:after="0" w:line="240" w:lineRule="auto"/>
            </w:pPr>
            <w:r>
              <w:rPr>
                <w:rFonts w:eastAsia="Aptos"/>
                <w:sz w:val="17"/>
              </w:rPr>
              <w:t>Grapes Seedless white Per lbs</w:t>
            </w:r>
          </w:p>
        </w:tc>
        <w:tc>
          <w:tcPr>
            <w:tcW w:w="630" w:type="dxa"/>
            <w:tcMar>
              <w:top w:w="28" w:type="dxa"/>
              <w:left w:w="38" w:type="dxa"/>
              <w:bottom w:w="28" w:type="dxa"/>
              <w:right w:w="38" w:type="dxa"/>
            </w:tcMar>
            <w:vAlign w:val="center"/>
          </w:tcPr>
          <w:p w14:paraId="5E50E2C3"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6018432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DD53A16" w14:textId="77777777" w:rsidR="00D60D5E" w:rsidRDefault="00D60D5E">
            <w:pPr>
              <w:jc w:val="center"/>
            </w:pPr>
          </w:p>
        </w:tc>
      </w:tr>
      <w:tr w:rsidR="00D60D5E" w14:paraId="6D9F0925" w14:textId="77777777" w:rsidTr="000617E0">
        <w:trPr>
          <w:cantSplit/>
          <w:jc w:val="center"/>
        </w:trPr>
        <w:tc>
          <w:tcPr>
            <w:tcW w:w="677" w:type="dxa"/>
            <w:tcMar>
              <w:top w:w="28" w:type="dxa"/>
              <w:left w:w="38" w:type="dxa"/>
              <w:bottom w:w="28" w:type="dxa"/>
              <w:right w:w="38" w:type="dxa"/>
            </w:tcMar>
            <w:vAlign w:val="center"/>
          </w:tcPr>
          <w:p w14:paraId="726607D3" w14:textId="77777777" w:rsidR="00D60D5E" w:rsidRDefault="00891EF0">
            <w:pPr>
              <w:spacing w:after="0" w:line="240" w:lineRule="auto"/>
              <w:jc w:val="center"/>
            </w:pPr>
            <w:r>
              <w:rPr>
                <w:rFonts w:eastAsia="Aptos"/>
                <w:color w:val="6A7075"/>
                <w:sz w:val="17"/>
              </w:rPr>
              <w:t>100-175</w:t>
            </w:r>
          </w:p>
        </w:tc>
        <w:tc>
          <w:tcPr>
            <w:tcW w:w="2648" w:type="dxa"/>
            <w:tcMar>
              <w:top w:w="28" w:type="dxa"/>
              <w:left w:w="38" w:type="dxa"/>
              <w:bottom w:w="28" w:type="dxa"/>
              <w:right w:w="38" w:type="dxa"/>
            </w:tcMar>
            <w:vAlign w:val="center"/>
          </w:tcPr>
          <w:p w14:paraId="4F472D73" w14:textId="77777777" w:rsidR="00D60D5E" w:rsidRDefault="00891EF0">
            <w:pPr>
              <w:spacing w:after="0" w:line="240" w:lineRule="auto"/>
            </w:pPr>
            <w:r>
              <w:rPr>
                <w:rFonts w:eastAsia="Aptos"/>
                <w:sz w:val="17"/>
              </w:rPr>
              <w:t>Grapes Black Seedless Per lbs</w:t>
            </w:r>
          </w:p>
        </w:tc>
        <w:tc>
          <w:tcPr>
            <w:tcW w:w="630" w:type="dxa"/>
            <w:tcMar>
              <w:top w:w="28" w:type="dxa"/>
              <w:left w:w="38" w:type="dxa"/>
              <w:bottom w:w="28" w:type="dxa"/>
              <w:right w:w="38" w:type="dxa"/>
            </w:tcMar>
            <w:vAlign w:val="center"/>
          </w:tcPr>
          <w:p w14:paraId="78A78218"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4D36D37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B5A98A7" w14:textId="77777777" w:rsidR="00D60D5E" w:rsidRDefault="00D60D5E">
            <w:pPr>
              <w:jc w:val="center"/>
            </w:pPr>
          </w:p>
        </w:tc>
      </w:tr>
      <w:tr w:rsidR="00D60D5E" w14:paraId="6ED5E484" w14:textId="77777777" w:rsidTr="000617E0">
        <w:trPr>
          <w:cantSplit/>
          <w:jc w:val="center"/>
        </w:trPr>
        <w:tc>
          <w:tcPr>
            <w:tcW w:w="677" w:type="dxa"/>
            <w:tcMar>
              <w:top w:w="28" w:type="dxa"/>
              <w:left w:w="38" w:type="dxa"/>
              <w:bottom w:w="28" w:type="dxa"/>
              <w:right w:w="38" w:type="dxa"/>
            </w:tcMar>
            <w:vAlign w:val="center"/>
          </w:tcPr>
          <w:p w14:paraId="092EBF6A" w14:textId="77777777" w:rsidR="00D60D5E" w:rsidRDefault="00891EF0">
            <w:pPr>
              <w:spacing w:after="0" w:line="240" w:lineRule="auto"/>
              <w:jc w:val="center"/>
            </w:pPr>
            <w:r>
              <w:rPr>
                <w:rFonts w:eastAsia="Aptos"/>
                <w:color w:val="6A7075"/>
                <w:sz w:val="17"/>
              </w:rPr>
              <w:t>100-180</w:t>
            </w:r>
          </w:p>
        </w:tc>
        <w:tc>
          <w:tcPr>
            <w:tcW w:w="2648" w:type="dxa"/>
            <w:tcMar>
              <w:top w:w="28" w:type="dxa"/>
              <w:left w:w="38" w:type="dxa"/>
              <w:bottom w:w="28" w:type="dxa"/>
              <w:right w:w="38" w:type="dxa"/>
            </w:tcMar>
            <w:vAlign w:val="center"/>
          </w:tcPr>
          <w:p w14:paraId="6171F96E" w14:textId="77777777" w:rsidR="00D60D5E" w:rsidRDefault="00891EF0">
            <w:pPr>
              <w:spacing w:after="0" w:line="240" w:lineRule="auto"/>
            </w:pPr>
            <w:r>
              <w:rPr>
                <w:rFonts w:eastAsia="Aptos"/>
                <w:sz w:val="17"/>
              </w:rPr>
              <w:t>Honeydew Melon</w:t>
            </w:r>
          </w:p>
        </w:tc>
        <w:tc>
          <w:tcPr>
            <w:tcW w:w="630" w:type="dxa"/>
            <w:tcMar>
              <w:top w:w="28" w:type="dxa"/>
              <w:left w:w="38" w:type="dxa"/>
              <w:bottom w:w="28" w:type="dxa"/>
              <w:right w:w="38" w:type="dxa"/>
            </w:tcMar>
            <w:vAlign w:val="center"/>
          </w:tcPr>
          <w:p w14:paraId="6C7AEC71"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42CD921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69D9D0" w14:textId="77777777" w:rsidR="00D60D5E" w:rsidRDefault="00D60D5E">
            <w:pPr>
              <w:jc w:val="center"/>
            </w:pPr>
          </w:p>
        </w:tc>
      </w:tr>
      <w:tr w:rsidR="00D60D5E" w14:paraId="3A3E3887" w14:textId="77777777" w:rsidTr="000617E0">
        <w:trPr>
          <w:cantSplit/>
          <w:jc w:val="center"/>
        </w:trPr>
        <w:tc>
          <w:tcPr>
            <w:tcW w:w="677" w:type="dxa"/>
            <w:tcMar>
              <w:top w:w="28" w:type="dxa"/>
              <w:left w:w="38" w:type="dxa"/>
              <w:bottom w:w="28" w:type="dxa"/>
              <w:right w:w="38" w:type="dxa"/>
            </w:tcMar>
            <w:vAlign w:val="center"/>
          </w:tcPr>
          <w:p w14:paraId="1EAC81A2" w14:textId="77777777" w:rsidR="00D60D5E" w:rsidRDefault="00891EF0">
            <w:pPr>
              <w:spacing w:after="0" w:line="240" w:lineRule="auto"/>
              <w:jc w:val="center"/>
            </w:pPr>
            <w:r>
              <w:rPr>
                <w:rFonts w:eastAsia="Aptos"/>
                <w:color w:val="6A7075"/>
                <w:sz w:val="17"/>
              </w:rPr>
              <w:t>100-185</w:t>
            </w:r>
          </w:p>
        </w:tc>
        <w:tc>
          <w:tcPr>
            <w:tcW w:w="2648" w:type="dxa"/>
            <w:tcMar>
              <w:top w:w="28" w:type="dxa"/>
              <w:left w:w="38" w:type="dxa"/>
              <w:bottom w:w="28" w:type="dxa"/>
              <w:right w:w="38" w:type="dxa"/>
            </w:tcMar>
            <w:vAlign w:val="center"/>
          </w:tcPr>
          <w:p w14:paraId="5AF5EA0F" w14:textId="70A3F59D" w:rsidR="00D60D5E" w:rsidRDefault="00891EF0">
            <w:pPr>
              <w:spacing w:after="0" w:line="240" w:lineRule="auto"/>
            </w:pPr>
            <w:r>
              <w:rPr>
                <w:rFonts w:eastAsia="Aptos"/>
                <w:sz w:val="17"/>
              </w:rPr>
              <w:t xml:space="preserve">Kiwis </w:t>
            </w:r>
          </w:p>
        </w:tc>
        <w:tc>
          <w:tcPr>
            <w:tcW w:w="630" w:type="dxa"/>
            <w:tcMar>
              <w:top w:w="28" w:type="dxa"/>
              <w:left w:w="38" w:type="dxa"/>
              <w:bottom w:w="28" w:type="dxa"/>
              <w:right w:w="38" w:type="dxa"/>
            </w:tcMar>
            <w:vAlign w:val="center"/>
          </w:tcPr>
          <w:p w14:paraId="272122DC"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3D430A7E" w14:textId="4E9C6CAA" w:rsidR="00D60D5E" w:rsidRDefault="00883E43">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FF662EF" w14:textId="77777777" w:rsidR="00D60D5E" w:rsidRDefault="00D60D5E">
            <w:pPr>
              <w:jc w:val="center"/>
            </w:pPr>
          </w:p>
        </w:tc>
      </w:tr>
      <w:tr w:rsidR="00D60D5E" w14:paraId="1AF18BEE" w14:textId="77777777" w:rsidTr="000617E0">
        <w:trPr>
          <w:cantSplit/>
          <w:jc w:val="center"/>
        </w:trPr>
        <w:tc>
          <w:tcPr>
            <w:tcW w:w="677" w:type="dxa"/>
            <w:tcMar>
              <w:top w:w="28" w:type="dxa"/>
              <w:left w:w="38" w:type="dxa"/>
              <w:bottom w:w="28" w:type="dxa"/>
              <w:right w:w="38" w:type="dxa"/>
            </w:tcMar>
            <w:vAlign w:val="center"/>
          </w:tcPr>
          <w:p w14:paraId="000B5462" w14:textId="77777777" w:rsidR="00D60D5E" w:rsidRDefault="00891EF0">
            <w:pPr>
              <w:spacing w:after="0" w:line="240" w:lineRule="auto"/>
              <w:jc w:val="center"/>
            </w:pPr>
            <w:r>
              <w:rPr>
                <w:rFonts w:eastAsia="Aptos"/>
                <w:color w:val="6A7075"/>
                <w:sz w:val="17"/>
              </w:rPr>
              <w:t>100-190</w:t>
            </w:r>
          </w:p>
        </w:tc>
        <w:tc>
          <w:tcPr>
            <w:tcW w:w="2648" w:type="dxa"/>
            <w:tcMar>
              <w:top w:w="28" w:type="dxa"/>
              <w:left w:w="38" w:type="dxa"/>
              <w:bottom w:w="28" w:type="dxa"/>
              <w:right w:w="38" w:type="dxa"/>
            </w:tcMar>
            <w:vAlign w:val="center"/>
          </w:tcPr>
          <w:p w14:paraId="4DB0F610" w14:textId="77777777" w:rsidR="00D60D5E" w:rsidRDefault="00891EF0">
            <w:pPr>
              <w:spacing w:after="0" w:line="240" w:lineRule="auto"/>
            </w:pPr>
            <w:r>
              <w:rPr>
                <w:rFonts w:eastAsia="Aptos"/>
                <w:sz w:val="17"/>
              </w:rPr>
              <w:t>Lemons</w:t>
            </w:r>
          </w:p>
        </w:tc>
        <w:tc>
          <w:tcPr>
            <w:tcW w:w="630" w:type="dxa"/>
            <w:tcMar>
              <w:top w:w="28" w:type="dxa"/>
              <w:left w:w="38" w:type="dxa"/>
              <w:bottom w:w="28" w:type="dxa"/>
              <w:right w:w="38" w:type="dxa"/>
            </w:tcMar>
            <w:vAlign w:val="center"/>
          </w:tcPr>
          <w:p w14:paraId="18DCA214" w14:textId="77777777" w:rsidR="00D60D5E" w:rsidRDefault="00891EF0">
            <w:pPr>
              <w:spacing w:after="0" w:line="240" w:lineRule="auto"/>
              <w:jc w:val="center"/>
            </w:pPr>
            <w:r>
              <w:rPr>
                <w:rFonts w:eastAsia="Aptos"/>
                <w:b/>
                <w:sz w:val="17"/>
              </w:rPr>
              <w:t>0.69</w:t>
            </w:r>
          </w:p>
        </w:tc>
        <w:tc>
          <w:tcPr>
            <w:tcW w:w="540" w:type="dxa"/>
            <w:tcMar>
              <w:top w:w="28" w:type="dxa"/>
              <w:left w:w="38" w:type="dxa"/>
              <w:bottom w:w="28" w:type="dxa"/>
              <w:right w:w="38" w:type="dxa"/>
            </w:tcMar>
            <w:vAlign w:val="center"/>
          </w:tcPr>
          <w:p w14:paraId="6342875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4F3003" w14:textId="77777777" w:rsidR="00D60D5E" w:rsidRDefault="00D60D5E">
            <w:pPr>
              <w:jc w:val="center"/>
            </w:pPr>
          </w:p>
        </w:tc>
      </w:tr>
      <w:tr w:rsidR="00D60D5E" w14:paraId="1792F67A" w14:textId="77777777" w:rsidTr="000617E0">
        <w:trPr>
          <w:cantSplit/>
          <w:jc w:val="center"/>
        </w:trPr>
        <w:tc>
          <w:tcPr>
            <w:tcW w:w="677" w:type="dxa"/>
            <w:tcMar>
              <w:top w:w="28" w:type="dxa"/>
              <w:left w:w="38" w:type="dxa"/>
              <w:bottom w:w="28" w:type="dxa"/>
              <w:right w:w="38" w:type="dxa"/>
            </w:tcMar>
            <w:vAlign w:val="center"/>
          </w:tcPr>
          <w:p w14:paraId="3F91DCB6" w14:textId="77777777" w:rsidR="00D60D5E" w:rsidRDefault="00891EF0">
            <w:pPr>
              <w:spacing w:after="0" w:line="240" w:lineRule="auto"/>
              <w:jc w:val="center"/>
            </w:pPr>
            <w:r>
              <w:rPr>
                <w:rFonts w:eastAsia="Aptos"/>
                <w:color w:val="6A7075"/>
                <w:sz w:val="17"/>
              </w:rPr>
              <w:t>100-195</w:t>
            </w:r>
          </w:p>
        </w:tc>
        <w:tc>
          <w:tcPr>
            <w:tcW w:w="2648" w:type="dxa"/>
            <w:tcMar>
              <w:top w:w="28" w:type="dxa"/>
              <w:left w:w="38" w:type="dxa"/>
              <w:bottom w:w="28" w:type="dxa"/>
              <w:right w:w="38" w:type="dxa"/>
            </w:tcMar>
            <w:vAlign w:val="center"/>
          </w:tcPr>
          <w:p w14:paraId="59CD153F" w14:textId="77777777" w:rsidR="00D60D5E" w:rsidRDefault="00891EF0">
            <w:pPr>
              <w:spacing w:after="0" w:line="240" w:lineRule="auto"/>
            </w:pPr>
            <w:r>
              <w:rPr>
                <w:rFonts w:eastAsia="Aptos"/>
                <w:sz w:val="17"/>
              </w:rPr>
              <w:t>Limes</w:t>
            </w:r>
          </w:p>
        </w:tc>
        <w:tc>
          <w:tcPr>
            <w:tcW w:w="630" w:type="dxa"/>
            <w:tcMar>
              <w:top w:w="28" w:type="dxa"/>
              <w:left w:w="38" w:type="dxa"/>
              <w:bottom w:w="28" w:type="dxa"/>
              <w:right w:w="38" w:type="dxa"/>
            </w:tcMar>
            <w:vAlign w:val="center"/>
          </w:tcPr>
          <w:p w14:paraId="2BB4F7A4" w14:textId="77777777" w:rsidR="00D60D5E" w:rsidRDefault="00891EF0">
            <w:pPr>
              <w:spacing w:after="0" w:line="240" w:lineRule="auto"/>
              <w:jc w:val="center"/>
            </w:pPr>
            <w:r>
              <w:rPr>
                <w:rFonts w:eastAsia="Aptos"/>
                <w:b/>
                <w:sz w:val="17"/>
              </w:rPr>
              <w:t>0.59</w:t>
            </w:r>
          </w:p>
        </w:tc>
        <w:tc>
          <w:tcPr>
            <w:tcW w:w="540" w:type="dxa"/>
            <w:tcMar>
              <w:top w:w="28" w:type="dxa"/>
              <w:left w:w="38" w:type="dxa"/>
              <w:bottom w:w="28" w:type="dxa"/>
              <w:right w:w="38" w:type="dxa"/>
            </w:tcMar>
            <w:vAlign w:val="center"/>
          </w:tcPr>
          <w:p w14:paraId="588D1BA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6BB887" w14:textId="77777777" w:rsidR="00D60D5E" w:rsidRDefault="00D60D5E">
            <w:pPr>
              <w:jc w:val="center"/>
            </w:pPr>
          </w:p>
        </w:tc>
      </w:tr>
      <w:tr w:rsidR="00D60D5E" w14:paraId="10BA2E4B" w14:textId="77777777" w:rsidTr="000617E0">
        <w:trPr>
          <w:cantSplit/>
          <w:jc w:val="center"/>
        </w:trPr>
        <w:tc>
          <w:tcPr>
            <w:tcW w:w="677" w:type="dxa"/>
            <w:tcMar>
              <w:top w:w="28" w:type="dxa"/>
              <w:left w:w="38" w:type="dxa"/>
              <w:bottom w:w="28" w:type="dxa"/>
              <w:right w:w="38" w:type="dxa"/>
            </w:tcMar>
            <w:vAlign w:val="center"/>
          </w:tcPr>
          <w:p w14:paraId="7C065B37" w14:textId="77777777" w:rsidR="00D60D5E" w:rsidRDefault="00891EF0">
            <w:pPr>
              <w:spacing w:after="0" w:line="240" w:lineRule="auto"/>
              <w:jc w:val="center"/>
            </w:pPr>
            <w:r>
              <w:rPr>
                <w:rFonts w:eastAsia="Aptos"/>
                <w:color w:val="6A7075"/>
                <w:sz w:val="17"/>
              </w:rPr>
              <w:t>100-200</w:t>
            </w:r>
          </w:p>
        </w:tc>
        <w:tc>
          <w:tcPr>
            <w:tcW w:w="2648" w:type="dxa"/>
            <w:tcMar>
              <w:top w:w="28" w:type="dxa"/>
              <w:left w:w="38" w:type="dxa"/>
              <w:bottom w:w="28" w:type="dxa"/>
              <w:right w:w="38" w:type="dxa"/>
            </w:tcMar>
            <w:vAlign w:val="center"/>
          </w:tcPr>
          <w:p w14:paraId="1AE65654" w14:textId="77777777" w:rsidR="00D60D5E" w:rsidRDefault="00891EF0">
            <w:pPr>
              <w:spacing w:after="0" w:line="240" w:lineRule="auto"/>
            </w:pPr>
            <w:r>
              <w:rPr>
                <w:rFonts w:eastAsia="Aptos"/>
                <w:sz w:val="17"/>
              </w:rPr>
              <w:t>Mangoes</w:t>
            </w:r>
          </w:p>
        </w:tc>
        <w:tc>
          <w:tcPr>
            <w:tcW w:w="630" w:type="dxa"/>
            <w:tcMar>
              <w:top w:w="28" w:type="dxa"/>
              <w:left w:w="38" w:type="dxa"/>
              <w:bottom w:w="28" w:type="dxa"/>
              <w:right w:w="38" w:type="dxa"/>
            </w:tcMar>
            <w:vAlign w:val="center"/>
          </w:tcPr>
          <w:p w14:paraId="118A860C"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0A4530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5B1826" w14:textId="77777777" w:rsidR="00D60D5E" w:rsidRDefault="00D60D5E">
            <w:pPr>
              <w:jc w:val="center"/>
            </w:pPr>
          </w:p>
        </w:tc>
      </w:tr>
      <w:tr w:rsidR="00D60D5E" w14:paraId="3F9E8715" w14:textId="77777777" w:rsidTr="000617E0">
        <w:trPr>
          <w:cantSplit/>
          <w:jc w:val="center"/>
        </w:trPr>
        <w:tc>
          <w:tcPr>
            <w:tcW w:w="677" w:type="dxa"/>
            <w:tcMar>
              <w:top w:w="28" w:type="dxa"/>
              <w:left w:w="38" w:type="dxa"/>
              <w:bottom w:w="28" w:type="dxa"/>
              <w:right w:w="38" w:type="dxa"/>
            </w:tcMar>
            <w:vAlign w:val="center"/>
          </w:tcPr>
          <w:p w14:paraId="518EA778" w14:textId="77777777" w:rsidR="00D60D5E" w:rsidRDefault="00891EF0">
            <w:pPr>
              <w:spacing w:after="0" w:line="240" w:lineRule="auto"/>
              <w:jc w:val="center"/>
            </w:pPr>
            <w:r>
              <w:rPr>
                <w:rFonts w:eastAsia="Aptos"/>
                <w:color w:val="6A7075"/>
                <w:sz w:val="17"/>
              </w:rPr>
              <w:t>100-205</w:t>
            </w:r>
          </w:p>
        </w:tc>
        <w:tc>
          <w:tcPr>
            <w:tcW w:w="2648" w:type="dxa"/>
            <w:tcMar>
              <w:top w:w="28" w:type="dxa"/>
              <w:left w:w="38" w:type="dxa"/>
              <w:bottom w:w="28" w:type="dxa"/>
              <w:right w:w="38" w:type="dxa"/>
            </w:tcMar>
            <w:vAlign w:val="center"/>
          </w:tcPr>
          <w:p w14:paraId="68BB9795" w14:textId="77777777" w:rsidR="00D60D5E" w:rsidRDefault="00891EF0">
            <w:pPr>
              <w:spacing w:after="0" w:line="240" w:lineRule="auto"/>
            </w:pPr>
            <w:r>
              <w:rPr>
                <w:rFonts w:eastAsia="Aptos"/>
                <w:sz w:val="17"/>
              </w:rPr>
              <w:t>Oranges</w:t>
            </w:r>
          </w:p>
        </w:tc>
        <w:tc>
          <w:tcPr>
            <w:tcW w:w="630" w:type="dxa"/>
            <w:tcMar>
              <w:top w:w="28" w:type="dxa"/>
              <w:left w:w="38" w:type="dxa"/>
              <w:bottom w:w="28" w:type="dxa"/>
              <w:right w:w="38" w:type="dxa"/>
            </w:tcMar>
            <w:vAlign w:val="center"/>
          </w:tcPr>
          <w:p w14:paraId="7FB32C08" w14:textId="77777777" w:rsidR="00D60D5E" w:rsidRDefault="00891EF0">
            <w:pPr>
              <w:spacing w:after="0" w:line="240" w:lineRule="auto"/>
              <w:jc w:val="center"/>
            </w:pPr>
            <w:r>
              <w:rPr>
                <w:rFonts w:eastAsia="Aptos"/>
                <w:b/>
                <w:sz w:val="17"/>
              </w:rPr>
              <w:t>0.60</w:t>
            </w:r>
          </w:p>
        </w:tc>
        <w:tc>
          <w:tcPr>
            <w:tcW w:w="540" w:type="dxa"/>
            <w:tcMar>
              <w:top w:w="28" w:type="dxa"/>
              <w:left w:w="38" w:type="dxa"/>
              <w:bottom w:w="28" w:type="dxa"/>
              <w:right w:w="38" w:type="dxa"/>
            </w:tcMar>
            <w:vAlign w:val="center"/>
          </w:tcPr>
          <w:p w14:paraId="17AD27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C74492" w14:textId="77777777" w:rsidR="00D60D5E" w:rsidRDefault="00D60D5E">
            <w:pPr>
              <w:jc w:val="center"/>
            </w:pPr>
          </w:p>
        </w:tc>
      </w:tr>
      <w:tr w:rsidR="00D60D5E" w14:paraId="51EB7646" w14:textId="77777777" w:rsidTr="000617E0">
        <w:trPr>
          <w:cantSplit/>
          <w:jc w:val="center"/>
        </w:trPr>
        <w:tc>
          <w:tcPr>
            <w:tcW w:w="677" w:type="dxa"/>
            <w:tcMar>
              <w:top w:w="28" w:type="dxa"/>
              <w:left w:w="38" w:type="dxa"/>
              <w:bottom w:w="28" w:type="dxa"/>
              <w:right w:w="38" w:type="dxa"/>
            </w:tcMar>
            <w:vAlign w:val="center"/>
          </w:tcPr>
          <w:p w14:paraId="3FB0F5A3" w14:textId="77777777" w:rsidR="00D60D5E" w:rsidRDefault="00891EF0">
            <w:pPr>
              <w:spacing w:after="0" w:line="240" w:lineRule="auto"/>
              <w:jc w:val="center"/>
            </w:pPr>
            <w:r>
              <w:rPr>
                <w:rFonts w:eastAsia="Aptos"/>
                <w:color w:val="6A7075"/>
                <w:sz w:val="17"/>
              </w:rPr>
              <w:t>100-206</w:t>
            </w:r>
          </w:p>
        </w:tc>
        <w:tc>
          <w:tcPr>
            <w:tcW w:w="2648" w:type="dxa"/>
            <w:tcMar>
              <w:top w:w="28" w:type="dxa"/>
              <w:left w:w="38" w:type="dxa"/>
              <w:bottom w:w="28" w:type="dxa"/>
              <w:right w:w="38" w:type="dxa"/>
            </w:tcMar>
            <w:vAlign w:val="center"/>
          </w:tcPr>
          <w:p w14:paraId="02CC5339" w14:textId="77777777" w:rsidR="00D60D5E" w:rsidRDefault="00891EF0">
            <w:pPr>
              <w:spacing w:after="0" w:line="240" w:lineRule="auto"/>
            </w:pPr>
            <w:r>
              <w:rPr>
                <w:rFonts w:eastAsia="Aptos"/>
                <w:sz w:val="17"/>
              </w:rPr>
              <w:t>Oranges medium</w:t>
            </w:r>
          </w:p>
        </w:tc>
        <w:tc>
          <w:tcPr>
            <w:tcW w:w="630" w:type="dxa"/>
            <w:tcMar>
              <w:top w:w="28" w:type="dxa"/>
              <w:left w:w="38" w:type="dxa"/>
              <w:bottom w:w="28" w:type="dxa"/>
              <w:right w:w="38" w:type="dxa"/>
            </w:tcMar>
            <w:vAlign w:val="center"/>
          </w:tcPr>
          <w:p w14:paraId="73A15F7C" w14:textId="77777777" w:rsidR="00D60D5E" w:rsidRDefault="00891EF0">
            <w:pPr>
              <w:spacing w:after="0" w:line="240" w:lineRule="auto"/>
              <w:jc w:val="center"/>
            </w:pPr>
            <w:r>
              <w:rPr>
                <w:rFonts w:eastAsia="Aptos"/>
                <w:b/>
                <w:sz w:val="17"/>
              </w:rPr>
              <w:t>0.75</w:t>
            </w:r>
          </w:p>
        </w:tc>
        <w:tc>
          <w:tcPr>
            <w:tcW w:w="540" w:type="dxa"/>
            <w:tcMar>
              <w:top w:w="28" w:type="dxa"/>
              <w:left w:w="38" w:type="dxa"/>
              <w:bottom w:w="28" w:type="dxa"/>
              <w:right w:w="38" w:type="dxa"/>
            </w:tcMar>
            <w:vAlign w:val="center"/>
          </w:tcPr>
          <w:p w14:paraId="10D9179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6A5929" w14:textId="77777777" w:rsidR="00D60D5E" w:rsidRDefault="00D60D5E">
            <w:pPr>
              <w:jc w:val="center"/>
            </w:pPr>
          </w:p>
        </w:tc>
      </w:tr>
      <w:tr w:rsidR="00D60D5E" w14:paraId="54E0FCCF" w14:textId="77777777" w:rsidTr="000617E0">
        <w:trPr>
          <w:cantSplit/>
          <w:jc w:val="center"/>
        </w:trPr>
        <w:tc>
          <w:tcPr>
            <w:tcW w:w="677" w:type="dxa"/>
            <w:tcMar>
              <w:top w:w="28" w:type="dxa"/>
              <w:left w:w="38" w:type="dxa"/>
              <w:bottom w:w="28" w:type="dxa"/>
              <w:right w:w="38" w:type="dxa"/>
            </w:tcMar>
            <w:vAlign w:val="center"/>
          </w:tcPr>
          <w:p w14:paraId="51254959" w14:textId="77777777" w:rsidR="00D60D5E" w:rsidRDefault="00891EF0">
            <w:pPr>
              <w:spacing w:after="0" w:line="240" w:lineRule="auto"/>
              <w:jc w:val="center"/>
            </w:pPr>
            <w:r>
              <w:rPr>
                <w:rFonts w:eastAsia="Aptos"/>
                <w:color w:val="6A7075"/>
                <w:sz w:val="17"/>
              </w:rPr>
              <w:t>100-207</w:t>
            </w:r>
          </w:p>
        </w:tc>
        <w:tc>
          <w:tcPr>
            <w:tcW w:w="2648" w:type="dxa"/>
            <w:tcMar>
              <w:top w:w="28" w:type="dxa"/>
              <w:left w:w="38" w:type="dxa"/>
              <w:bottom w:w="28" w:type="dxa"/>
              <w:right w:w="38" w:type="dxa"/>
            </w:tcMar>
            <w:vAlign w:val="center"/>
          </w:tcPr>
          <w:p w14:paraId="1E7BC715" w14:textId="77777777" w:rsidR="00D60D5E" w:rsidRDefault="00891EF0">
            <w:pPr>
              <w:spacing w:after="0" w:line="240" w:lineRule="auto"/>
            </w:pPr>
            <w:r>
              <w:rPr>
                <w:rFonts w:eastAsia="Aptos"/>
                <w:sz w:val="17"/>
              </w:rPr>
              <w:t>Oranges Navels large</w:t>
            </w:r>
          </w:p>
        </w:tc>
        <w:tc>
          <w:tcPr>
            <w:tcW w:w="630" w:type="dxa"/>
            <w:tcMar>
              <w:top w:w="28" w:type="dxa"/>
              <w:left w:w="38" w:type="dxa"/>
              <w:bottom w:w="28" w:type="dxa"/>
              <w:right w:w="38" w:type="dxa"/>
            </w:tcMar>
            <w:vAlign w:val="center"/>
          </w:tcPr>
          <w:p w14:paraId="0D912BC0" w14:textId="77777777" w:rsidR="00D60D5E" w:rsidRDefault="00891EF0">
            <w:pPr>
              <w:spacing w:after="0" w:line="240" w:lineRule="auto"/>
              <w:jc w:val="center"/>
            </w:pPr>
            <w:r>
              <w:rPr>
                <w:rFonts w:eastAsia="Aptos"/>
                <w:b/>
                <w:sz w:val="17"/>
              </w:rPr>
              <w:t>2.80</w:t>
            </w:r>
          </w:p>
        </w:tc>
        <w:tc>
          <w:tcPr>
            <w:tcW w:w="540" w:type="dxa"/>
            <w:tcMar>
              <w:top w:w="28" w:type="dxa"/>
              <w:left w:w="38" w:type="dxa"/>
              <w:bottom w:w="28" w:type="dxa"/>
              <w:right w:w="38" w:type="dxa"/>
            </w:tcMar>
            <w:vAlign w:val="center"/>
          </w:tcPr>
          <w:p w14:paraId="154824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A505ED" w14:textId="77777777" w:rsidR="00D60D5E" w:rsidRDefault="00D60D5E">
            <w:pPr>
              <w:jc w:val="center"/>
            </w:pPr>
          </w:p>
        </w:tc>
      </w:tr>
      <w:tr w:rsidR="00D60D5E" w14:paraId="69697659" w14:textId="77777777" w:rsidTr="000617E0">
        <w:trPr>
          <w:cantSplit/>
          <w:jc w:val="center"/>
        </w:trPr>
        <w:tc>
          <w:tcPr>
            <w:tcW w:w="677" w:type="dxa"/>
            <w:tcMar>
              <w:top w:w="28" w:type="dxa"/>
              <w:left w:w="38" w:type="dxa"/>
              <w:bottom w:w="28" w:type="dxa"/>
              <w:right w:w="38" w:type="dxa"/>
            </w:tcMar>
            <w:vAlign w:val="center"/>
          </w:tcPr>
          <w:p w14:paraId="564F7561" w14:textId="77777777" w:rsidR="00D60D5E" w:rsidRDefault="00891EF0">
            <w:pPr>
              <w:spacing w:after="0" w:line="240" w:lineRule="auto"/>
              <w:jc w:val="center"/>
            </w:pPr>
            <w:r>
              <w:rPr>
                <w:rFonts w:eastAsia="Aptos"/>
                <w:color w:val="6A7075"/>
                <w:sz w:val="17"/>
              </w:rPr>
              <w:t>100-210</w:t>
            </w:r>
          </w:p>
        </w:tc>
        <w:tc>
          <w:tcPr>
            <w:tcW w:w="2648" w:type="dxa"/>
            <w:tcMar>
              <w:top w:w="28" w:type="dxa"/>
              <w:left w:w="38" w:type="dxa"/>
              <w:bottom w:w="28" w:type="dxa"/>
              <w:right w:w="38" w:type="dxa"/>
            </w:tcMar>
            <w:vAlign w:val="center"/>
          </w:tcPr>
          <w:p w14:paraId="4156DE75" w14:textId="77777777" w:rsidR="00D60D5E" w:rsidRDefault="00891EF0">
            <w:pPr>
              <w:spacing w:after="0" w:line="240" w:lineRule="auto"/>
            </w:pPr>
            <w:r>
              <w:rPr>
                <w:rFonts w:eastAsia="Aptos"/>
                <w:sz w:val="17"/>
              </w:rPr>
              <w:t>Nectarines Per lbs</w:t>
            </w:r>
          </w:p>
        </w:tc>
        <w:tc>
          <w:tcPr>
            <w:tcW w:w="630" w:type="dxa"/>
            <w:tcMar>
              <w:top w:w="28" w:type="dxa"/>
              <w:left w:w="38" w:type="dxa"/>
              <w:bottom w:w="28" w:type="dxa"/>
              <w:right w:w="38" w:type="dxa"/>
            </w:tcMar>
            <w:vAlign w:val="center"/>
          </w:tcPr>
          <w:p w14:paraId="3CA10EA3" w14:textId="77777777" w:rsidR="00D60D5E" w:rsidRDefault="00891EF0">
            <w:pPr>
              <w:spacing w:after="0" w:line="240" w:lineRule="auto"/>
              <w:jc w:val="center"/>
            </w:pPr>
            <w:r>
              <w:rPr>
                <w:rFonts w:eastAsia="Aptos"/>
                <w:b/>
                <w:sz w:val="17"/>
              </w:rPr>
              <w:t>3.55</w:t>
            </w:r>
          </w:p>
        </w:tc>
        <w:tc>
          <w:tcPr>
            <w:tcW w:w="540" w:type="dxa"/>
            <w:tcMar>
              <w:top w:w="28" w:type="dxa"/>
              <w:left w:w="38" w:type="dxa"/>
              <w:bottom w:w="28" w:type="dxa"/>
              <w:right w:w="38" w:type="dxa"/>
            </w:tcMar>
            <w:vAlign w:val="center"/>
          </w:tcPr>
          <w:p w14:paraId="09BB5EC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42FD0C8" w14:textId="77777777" w:rsidR="00D60D5E" w:rsidRDefault="00D60D5E">
            <w:pPr>
              <w:jc w:val="center"/>
            </w:pPr>
          </w:p>
        </w:tc>
      </w:tr>
      <w:tr w:rsidR="00D60D5E" w14:paraId="5F9ABF94" w14:textId="77777777" w:rsidTr="000617E0">
        <w:trPr>
          <w:cantSplit/>
          <w:jc w:val="center"/>
        </w:trPr>
        <w:tc>
          <w:tcPr>
            <w:tcW w:w="677" w:type="dxa"/>
            <w:tcMar>
              <w:top w:w="28" w:type="dxa"/>
              <w:left w:w="38" w:type="dxa"/>
              <w:bottom w:w="28" w:type="dxa"/>
              <w:right w:w="38" w:type="dxa"/>
            </w:tcMar>
            <w:vAlign w:val="center"/>
          </w:tcPr>
          <w:p w14:paraId="0DEE318A" w14:textId="77777777" w:rsidR="00D60D5E" w:rsidRDefault="00891EF0">
            <w:pPr>
              <w:spacing w:after="0" w:line="240" w:lineRule="auto"/>
              <w:jc w:val="center"/>
            </w:pPr>
            <w:r>
              <w:rPr>
                <w:rFonts w:eastAsia="Aptos"/>
                <w:color w:val="6A7075"/>
                <w:sz w:val="17"/>
              </w:rPr>
              <w:t>100-215</w:t>
            </w:r>
          </w:p>
        </w:tc>
        <w:tc>
          <w:tcPr>
            <w:tcW w:w="2648" w:type="dxa"/>
            <w:tcMar>
              <w:top w:w="28" w:type="dxa"/>
              <w:left w:w="38" w:type="dxa"/>
              <w:bottom w:w="28" w:type="dxa"/>
              <w:right w:w="38" w:type="dxa"/>
            </w:tcMar>
            <w:vAlign w:val="center"/>
          </w:tcPr>
          <w:p w14:paraId="05EF429E" w14:textId="77777777" w:rsidR="00D60D5E" w:rsidRDefault="00891EF0">
            <w:pPr>
              <w:spacing w:after="0" w:line="240" w:lineRule="auto"/>
            </w:pPr>
            <w:r>
              <w:rPr>
                <w:rFonts w:eastAsia="Aptos"/>
                <w:sz w:val="17"/>
              </w:rPr>
              <w:t>Papayas (Per lbs)</w:t>
            </w:r>
          </w:p>
        </w:tc>
        <w:tc>
          <w:tcPr>
            <w:tcW w:w="630" w:type="dxa"/>
            <w:tcMar>
              <w:top w:w="28" w:type="dxa"/>
              <w:left w:w="38" w:type="dxa"/>
              <w:bottom w:w="28" w:type="dxa"/>
              <w:right w:w="38" w:type="dxa"/>
            </w:tcMar>
            <w:vAlign w:val="center"/>
          </w:tcPr>
          <w:p w14:paraId="46DB65D0"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69DDC22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B6EAAC8" w14:textId="77777777" w:rsidR="00D60D5E" w:rsidRDefault="00D60D5E">
            <w:pPr>
              <w:jc w:val="center"/>
            </w:pPr>
          </w:p>
        </w:tc>
      </w:tr>
      <w:tr w:rsidR="00D60D5E" w14:paraId="673C412A" w14:textId="77777777" w:rsidTr="000617E0">
        <w:trPr>
          <w:cantSplit/>
          <w:jc w:val="center"/>
        </w:trPr>
        <w:tc>
          <w:tcPr>
            <w:tcW w:w="677" w:type="dxa"/>
            <w:tcMar>
              <w:top w:w="28" w:type="dxa"/>
              <w:left w:w="38" w:type="dxa"/>
              <w:bottom w:w="28" w:type="dxa"/>
              <w:right w:w="38" w:type="dxa"/>
            </w:tcMar>
            <w:vAlign w:val="center"/>
          </w:tcPr>
          <w:p w14:paraId="4EB47398" w14:textId="77777777" w:rsidR="00D60D5E" w:rsidRDefault="00891EF0">
            <w:pPr>
              <w:spacing w:after="0" w:line="240" w:lineRule="auto"/>
              <w:jc w:val="center"/>
            </w:pPr>
            <w:r>
              <w:rPr>
                <w:rFonts w:eastAsia="Aptos"/>
                <w:color w:val="6A7075"/>
                <w:sz w:val="17"/>
              </w:rPr>
              <w:t>100-220</w:t>
            </w:r>
          </w:p>
        </w:tc>
        <w:tc>
          <w:tcPr>
            <w:tcW w:w="2648" w:type="dxa"/>
            <w:tcMar>
              <w:top w:w="28" w:type="dxa"/>
              <w:left w:w="38" w:type="dxa"/>
              <w:bottom w:w="28" w:type="dxa"/>
              <w:right w:w="38" w:type="dxa"/>
            </w:tcMar>
            <w:vAlign w:val="center"/>
          </w:tcPr>
          <w:p w14:paraId="7BC37E75" w14:textId="77777777" w:rsidR="00D60D5E" w:rsidRDefault="00891EF0">
            <w:pPr>
              <w:spacing w:after="0" w:line="240" w:lineRule="auto"/>
            </w:pPr>
            <w:r>
              <w:rPr>
                <w:rFonts w:eastAsia="Aptos"/>
                <w:sz w:val="17"/>
              </w:rPr>
              <w:t>Peach Per lbs (Seasonal fruit)</w:t>
            </w:r>
          </w:p>
        </w:tc>
        <w:tc>
          <w:tcPr>
            <w:tcW w:w="630" w:type="dxa"/>
            <w:tcMar>
              <w:top w:w="28" w:type="dxa"/>
              <w:left w:w="38" w:type="dxa"/>
              <w:bottom w:w="28" w:type="dxa"/>
              <w:right w:w="38" w:type="dxa"/>
            </w:tcMar>
            <w:vAlign w:val="center"/>
          </w:tcPr>
          <w:p w14:paraId="15D75275" w14:textId="77777777" w:rsidR="00D60D5E" w:rsidRDefault="00891EF0">
            <w:pPr>
              <w:spacing w:after="0" w:line="240" w:lineRule="auto"/>
              <w:jc w:val="center"/>
            </w:pPr>
            <w:r>
              <w:rPr>
                <w:rFonts w:eastAsia="Aptos"/>
                <w:b/>
                <w:sz w:val="17"/>
              </w:rPr>
              <w:t>5.39</w:t>
            </w:r>
          </w:p>
        </w:tc>
        <w:tc>
          <w:tcPr>
            <w:tcW w:w="540" w:type="dxa"/>
            <w:tcMar>
              <w:top w:w="28" w:type="dxa"/>
              <w:left w:w="38" w:type="dxa"/>
              <w:bottom w:w="28" w:type="dxa"/>
              <w:right w:w="38" w:type="dxa"/>
            </w:tcMar>
            <w:vAlign w:val="center"/>
          </w:tcPr>
          <w:p w14:paraId="0083010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CCB8864" w14:textId="77777777" w:rsidR="00D60D5E" w:rsidRDefault="00D60D5E">
            <w:pPr>
              <w:jc w:val="center"/>
            </w:pPr>
          </w:p>
        </w:tc>
      </w:tr>
      <w:tr w:rsidR="00D60D5E" w14:paraId="43EB0D4F" w14:textId="77777777" w:rsidTr="000617E0">
        <w:trPr>
          <w:cantSplit/>
          <w:jc w:val="center"/>
        </w:trPr>
        <w:tc>
          <w:tcPr>
            <w:tcW w:w="677" w:type="dxa"/>
            <w:tcMar>
              <w:top w:w="28" w:type="dxa"/>
              <w:left w:w="38" w:type="dxa"/>
              <w:bottom w:w="28" w:type="dxa"/>
              <w:right w:w="38" w:type="dxa"/>
            </w:tcMar>
            <w:vAlign w:val="center"/>
          </w:tcPr>
          <w:p w14:paraId="0D9CCF96" w14:textId="77777777" w:rsidR="00D60D5E" w:rsidRDefault="00891EF0">
            <w:pPr>
              <w:spacing w:after="0" w:line="240" w:lineRule="auto"/>
              <w:jc w:val="center"/>
            </w:pPr>
            <w:r>
              <w:rPr>
                <w:rFonts w:eastAsia="Aptos"/>
                <w:color w:val="6A7075"/>
                <w:sz w:val="17"/>
              </w:rPr>
              <w:t>100-225</w:t>
            </w:r>
          </w:p>
        </w:tc>
        <w:tc>
          <w:tcPr>
            <w:tcW w:w="2648" w:type="dxa"/>
            <w:tcMar>
              <w:top w:w="28" w:type="dxa"/>
              <w:left w:w="38" w:type="dxa"/>
              <w:bottom w:w="28" w:type="dxa"/>
              <w:right w:w="38" w:type="dxa"/>
            </w:tcMar>
            <w:vAlign w:val="center"/>
          </w:tcPr>
          <w:p w14:paraId="53D47379" w14:textId="77777777" w:rsidR="00D60D5E" w:rsidRDefault="00891EF0">
            <w:pPr>
              <w:spacing w:after="0" w:line="240" w:lineRule="auto"/>
            </w:pPr>
            <w:r>
              <w:rPr>
                <w:rFonts w:eastAsia="Aptos"/>
                <w:sz w:val="17"/>
              </w:rPr>
              <w:t>Pears Anjou</w:t>
            </w:r>
          </w:p>
        </w:tc>
        <w:tc>
          <w:tcPr>
            <w:tcW w:w="630" w:type="dxa"/>
            <w:tcMar>
              <w:top w:w="28" w:type="dxa"/>
              <w:left w:w="38" w:type="dxa"/>
              <w:bottom w:w="28" w:type="dxa"/>
              <w:right w:w="38" w:type="dxa"/>
            </w:tcMar>
            <w:vAlign w:val="center"/>
          </w:tcPr>
          <w:p w14:paraId="185EDBD3" w14:textId="77777777" w:rsidR="00D60D5E" w:rsidRDefault="00891EF0">
            <w:pPr>
              <w:spacing w:after="0" w:line="240" w:lineRule="auto"/>
              <w:jc w:val="center"/>
            </w:pPr>
            <w:r>
              <w:rPr>
                <w:rFonts w:eastAsia="Aptos"/>
                <w:b/>
                <w:sz w:val="17"/>
              </w:rPr>
              <w:t>2.20</w:t>
            </w:r>
          </w:p>
        </w:tc>
        <w:tc>
          <w:tcPr>
            <w:tcW w:w="540" w:type="dxa"/>
            <w:tcMar>
              <w:top w:w="28" w:type="dxa"/>
              <w:left w:w="38" w:type="dxa"/>
              <w:bottom w:w="28" w:type="dxa"/>
              <w:right w:w="38" w:type="dxa"/>
            </w:tcMar>
            <w:vAlign w:val="center"/>
          </w:tcPr>
          <w:p w14:paraId="0A23F29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01E4288" w14:textId="77777777" w:rsidR="00D60D5E" w:rsidRDefault="00D60D5E">
            <w:pPr>
              <w:jc w:val="center"/>
            </w:pPr>
          </w:p>
        </w:tc>
      </w:tr>
      <w:tr w:rsidR="00D60D5E" w14:paraId="04955914" w14:textId="77777777" w:rsidTr="000617E0">
        <w:trPr>
          <w:cantSplit/>
          <w:jc w:val="center"/>
        </w:trPr>
        <w:tc>
          <w:tcPr>
            <w:tcW w:w="677" w:type="dxa"/>
            <w:tcMar>
              <w:top w:w="28" w:type="dxa"/>
              <w:left w:w="38" w:type="dxa"/>
              <w:bottom w:w="28" w:type="dxa"/>
              <w:right w:w="38" w:type="dxa"/>
            </w:tcMar>
            <w:vAlign w:val="center"/>
          </w:tcPr>
          <w:p w14:paraId="2B6A687E" w14:textId="77777777" w:rsidR="00D60D5E" w:rsidRDefault="00891EF0">
            <w:pPr>
              <w:spacing w:after="0" w:line="240" w:lineRule="auto"/>
              <w:jc w:val="center"/>
            </w:pPr>
            <w:r>
              <w:rPr>
                <w:rFonts w:eastAsia="Aptos"/>
                <w:color w:val="6A7075"/>
                <w:sz w:val="17"/>
              </w:rPr>
              <w:t>100-226</w:t>
            </w:r>
          </w:p>
        </w:tc>
        <w:tc>
          <w:tcPr>
            <w:tcW w:w="2648" w:type="dxa"/>
            <w:tcMar>
              <w:top w:w="28" w:type="dxa"/>
              <w:left w:w="38" w:type="dxa"/>
              <w:bottom w:w="28" w:type="dxa"/>
              <w:right w:w="38" w:type="dxa"/>
            </w:tcMar>
            <w:vAlign w:val="center"/>
          </w:tcPr>
          <w:p w14:paraId="2C37669E" w14:textId="77777777" w:rsidR="00D60D5E" w:rsidRDefault="00891EF0">
            <w:pPr>
              <w:spacing w:after="0" w:line="240" w:lineRule="auto"/>
            </w:pPr>
            <w:r>
              <w:rPr>
                <w:rFonts w:eastAsia="Aptos"/>
                <w:sz w:val="17"/>
              </w:rPr>
              <w:t>Pears Bosc</w:t>
            </w:r>
          </w:p>
        </w:tc>
        <w:tc>
          <w:tcPr>
            <w:tcW w:w="630" w:type="dxa"/>
            <w:tcMar>
              <w:top w:w="28" w:type="dxa"/>
              <w:left w:w="38" w:type="dxa"/>
              <w:bottom w:w="28" w:type="dxa"/>
              <w:right w:w="38" w:type="dxa"/>
            </w:tcMar>
            <w:vAlign w:val="center"/>
          </w:tcPr>
          <w:p w14:paraId="646881C1" w14:textId="77777777" w:rsidR="00D60D5E" w:rsidRDefault="00891EF0">
            <w:pPr>
              <w:spacing w:after="0" w:line="240" w:lineRule="auto"/>
              <w:jc w:val="center"/>
            </w:pPr>
            <w:r>
              <w:rPr>
                <w:rFonts w:eastAsia="Aptos"/>
                <w:b/>
                <w:sz w:val="17"/>
              </w:rPr>
              <w:t>1.25</w:t>
            </w:r>
          </w:p>
        </w:tc>
        <w:tc>
          <w:tcPr>
            <w:tcW w:w="540" w:type="dxa"/>
            <w:tcMar>
              <w:top w:w="28" w:type="dxa"/>
              <w:left w:w="38" w:type="dxa"/>
              <w:bottom w:w="28" w:type="dxa"/>
              <w:right w:w="38" w:type="dxa"/>
            </w:tcMar>
            <w:vAlign w:val="center"/>
          </w:tcPr>
          <w:p w14:paraId="1846B87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1F3732" w14:textId="77777777" w:rsidR="00D60D5E" w:rsidRDefault="00D60D5E">
            <w:pPr>
              <w:jc w:val="center"/>
            </w:pPr>
          </w:p>
        </w:tc>
      </w:tr>
      <w:tr w:rsidR="00D60D5E" w14:paraId="55876042" w14:textId="77777777" w:rsidTr="000617E0">
        <w:trPr>
          <w:cantSplit/>
          <w:jc w:val="center"/>
        </w:trPr>
        <w:tc>
          <w:tcPr>
            <w:tcW w:w="677" w:type="dxa"/>
            <w:tcMar>
              <w:top w:w="28" w:type="dxa"/>
              <w:left w:w="38" w:type="dxa"/>
              <w:bottom w:w="28" w:type="dxa"/>
              <w:right w:w="38" w:type="dxa"/>
            </w:tcMar>
            <w:vAlign w:val="center"/>
          </w:tcPr>
          <w:p w14:paraId="7086F48F" w14:textId="77777777" w:rsidR="00D60D5E" w:rsidRDefault="00891EF0">
            <w:pPr>
              <w:spacing w:after="0" w:line="240" w:lineRule="auto"/>
              <w:jc w:val="center"/>
            </w:pPr>
            <w:r>
              <w:rPr>
                <w:rFonts w:eastAsia="Aptos"/>
                <w:color w:val="6A7075"/>
                <w:sz w:val="17"/>
              </w:rPr>
              <w:t>100-230</w:t>
            </w:r>
          </w:p>
        </w:tc>
        <w:tc>
          <w:tcPr>
            <w:tcW w:w="2648" w:type="dxa"/>
            <w:tcMar>
              <w:top w:w="28" w:type="dxa"/>
              <w:left w:w="38" w:type="dxa"/>
              <w:bottom w:w="28" w:type="dxa"/>
              <w:right w:w="38" w:type="dxa"/>
            </w:tcMar>
            <w:vAlign w:val="center"/>
          </w:tcPr>
          <w:p w14:paraId="0460F6CF" w14:textId="77777777" w:rsidR="00D60D5E" w:rsidRDefault="00891EF0">
            <w:pPr>
              <w:spacing w:after="0" w:line="240" w:lineRule="auto"/>
            </w:pPr>
            <w:r>
              <w:rPr>
                <w:rFonts w:eastAsia="Aptos"/>
                <w:sz w:val="17"/>
              </w:rPr>
              <w:t>Pineapple Per lbs</w:t>
            </w:r>
          </w:p>
        </w:tc>
        <w:tc>
          <w:tcPr>
            <w:tcW w:w="630" w:type="dxa"/>
            <w:tcMar>
              <w:top w:w="28" w:type="dxa"/>
              <w:left w:w="38" w:type="dxa"/>
              <w:bottom w:w="28" w:type="dxa"/>
              <w:right w:w="38" w:type="dxa"/>
            </w:tcMar>
            <w:vAlign w:val="center"/>
          </w:tcPr>
          <w:p w14:paraId="16E90332" w14:textId="77777777" w:rsidR="00D60D5E" w:rsidRDefault="00891EF0">
            <w:pPr>
              <w:spacing w:after="0" w:line="240" w:lineRule="auto"/>
              <w:jc w:val="center"/>
            </w:pPr>
            <w:r>
              <w:rPr>
                <w:rFonts w:eastAsia="Aptos"/>
                <w:b/>
                <w:sz w:val="17"/>
              </w:rPr>
              <w:t>2.95</w:t>
            </w:r>
          </w:p>
        </w:tc>
        <w:tc>
          <w:tcPr>
            <w:tcW w:w="540" w:type="dxa"/>
            <w:tcMar>
              <w:top w:w="28" w:type="dxa"/>
              <w:left w:w="38" w:type="dxa"/>
              <w:bottom w:w="28" w:type="dxa"/>
              <w:right w:w="38" w:type="dxa"/>
            </w:tcMar>
            <w:vAlign w:val="center"/>
          </w:tcPr>
          <w:p w14:paraId="042C5E2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5248822" w14:textId="77777777" w:rsidR="00D60D5E" w:rsidRDefault="00D60D5E">
            <w:pPr>
              <w:jc w:val="center"/>
            </w:pPr>
          </w:p>
        </w:tc>
      </w:tr>
      <w:tr w:rsidR="00D60D5E" w14:paraId="5858739E" w14:textId="77777777" w:rsidTr="000617E0">
        <w:trPr>
          <w:cantSplit/>
          <w:jc w:val="center"/>
        </w:trPr>
        <w:tc>
          <w:tcPr>
            <w:tcW w:w="677" w:type="dxa"/>
            <w:tcMar>
              <w:top w:w="28" w:type="dxa"/>
              <w:left w:w="38" w:type="dxa"/>
              <w:bottom w:w="28" w:type="dxa"/>
              <w:right w:w="38" w:type="dxa"/>
            </w:tcMar>
            <w:vAlign w:val="center"/>
          </w:tcPr>
          <w:p w14:paraId="4584B0FF" w14:textId="77777777" w:rsidR="00D60D5E" w:rsidRDefault="00891EF0">
            <w:pPr>
              <w:spacing w:after="0" w:line="240" w:lineRule="auto"/>
              <w:jc w:val="center"/>
            </w:pPr>
            <w:r>
              <w:rPr>
                <w:rFonts w:eastAsia="Aptos"/>
                <w:color w:val="6A7075"/>
                <w:sz w:val="17"/>
              </w:rPr>
              <w:t>100-235</w:t>
            </w:r>
          </w:p>
        </w:tc>
        <w:tc>
          <w:tcPr>
            <w:tcW w:w="2648" w:type="dxa"/>
            <w:tcMar>
              <w:top w:w="28" w:type="dxa"/>
              <w:left w:w="38" w:type="dxa"/>
              <w:bottom w:w="28" w:type="dxa"/>
              <w:right w:w="38" w:type="dxa"/>
            </w:tcMar>
            <w:vAlign w:val="center"/>
          </w:tcPr>
          <w:p w14:paraId="0E870B7E" w14:textId="77777777" w:rsidR="00D60D5E" w:rsidRDefault="00891EF0">
            <w:pPr>
              <w:spacing w:after="0" w:line="240" w:lineRule="auto"/>
            </w:pPr>
            <w:r>
              <w:rPr>
                <w:rFonts w:eastAsia="Aptos"/>
                <w:sz w:val="17"/>
              </w:rPr>
              <w:t>Plantain EA</w:t>
            </w:r>
          </w:p>
        </w:tc>
        <w:tc>
          <w:tcPr>
            <w:tcW w:w="630" w:type="dxa"/>
            <w:tcMar>
              <w:top w:w="28" w:type="dxa"/>
              <w:left w:w="38" w:type="dxa"/>
              <w:bottom w:w="28" w:type="dxa"/>
              <w:right w:w="38" w:type="dxa"/>
            </w:tcMar>
            <w:vAlign w:val="center"/>
          </w:tcPr>
          <w:p w14:paraId="6DD0A6FB" w14:textId="77777777" w:rsidR="00D60D5E" w:rsidRDefault="00891EF0">
            <w:pPr>
              <w:spacing w:after="0" w:line="240" w:lineRule="auto"/>
              <w:jc w:val="center"/>
            </w:pPr>
            <w:r>
              <w:rPr>
                <w:rFonts w:eastAsia="Aptos"/>
                <w:b/>
                <w:sz w:val="17"/>
              </w:rPr>
              <w:t>1.75</w:t>
            </w:r>
          </w:p>
        </w:tc>
        <w:tc>
          <w:tcPr>
            <w:tcW w:w="540" w:type="dxa"/>
            <w:tcMar>
              <w:top w:w="28" w:type="dxa"/>
              <w:left w:w="38" w:type="dxa"/>
              <w:bottom w:w="28" w:type="dxa"/>
              <w:right w:w="38" w:type="dxa"/>
            </w:tcMar>
            <w:vAlign w:val="center"/>
          </w:tcPr>
          <w:p w14:paraId="78A2CC9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8F9BCB" w14:textId="77777777" w:rsidR="00D60D5E" w:rsidRDefault="00D60D5E">
            <w:pPr>
              <w:jc w:val="center"/>
            </w:pPr>
          </w:p>
        </w:tc>
      </w:tr>
      <w:tr w:rsidR="00D60D5E" w14:paraId="73772714" w14:textId="77777777" w:rsidTr="000617E0">
        <w:trPr>
          <w:cantSplit/>
          <w:jc w:val="center"/>
        </w:trPr>
        <w:tc>
          <w:tcPr>
            <w:tcW w:w="677" w:type="dxa"/>
            <w:tcMar>
              <w:top w:w="28" w:type="dxa"/>
              <w:left w:w="38" w:type="dxa"/>
              <w:bottom w:w="28" w:type="dxa"/>
              <w:right w:w="38" w:type="dxa"/>
            </w:tcMar>
            <w:vAlign w:val="center"/>
          </w:tcPr>
          <w:p w14:paraId="54584911" w14:textId="77777777" w:rsidR="00D60D5E" w:rsidRDefault="00891EF0">
            <w:pPr>
              <w:spacing w:after="0" w:line="240" w:lineRule="auto"/>
              <w:jc w:val="center"/>
            </w:pPr>
            <w:r>
              <w:rPr>
                <w:rFonts w:eastAsia="Aptos"/>
                <w:color w:val="6A7075"/>
                <w:sz w:val="17"/>
              </w:rPr>
              <w:t>100-240</w:t>
            </w:r>
          </w:p>
        </w:tc>
        <w:tc>
          <w:tcPr>
            <w:tcW w:w="2648" w:type="dxa"/>
            <w:tcMar>
              <w:top w:w="28" w:type="dxa"/>
              <w:left w:w="38" w:type="dxa"/>
              <w:bottom w:w="28" w:type="dxa"/>
              <w:right w:w="38" w:type="dxa"/>
            </w:tcMar>
            <w:vAlign w:val="center"/>
          </w:tcPr>
          <w:p w14:paraId="59F7F4C1" w14:textId="77777777" w:rsidR="00D60D5E" w:rsidRDefault="00891EF0">
            <w:pPr>
              <w:spacing w:after="0" w:line="240" w:lineRule="auto"/>
            </w:pPr>
            <w:r>
              <w:rPr>
                <w:rFonts w:eastAsia="Aptos"/>
                <w:sz w:val="17"/>
              </w:rPr>
              <w:t>Plums Black Per lbs</w:t>
            </w:r>
          </w:p>
        </w:tc>
        <w:tc>
          <w:tcPr>
            <w:tcW w:w="630" w:type="dxa"/>
            <w:tcMar>
              <w:top w:w="28" w:type="dxa"/>
              <w:left w:w="38" w:type="dxa"/>
              <w:bottom w:w="28" w:type="dxa"/>
              <w:right w:w="38" w:type="dxa"/>
            </w:tcMar>
            <w:vAlign w:val="center"/>
          </w:tcPr>
          <w:p w14:paraId="18757951" w14:textId="77777777" w:rsidR="00D60D5E" w:rsidRDefault="00891EF0">
            <w:pPr>
              <w:spacing w:after="0" w:line="240" w:lineRule="auto"/>
              <w:jc w:val="center"/>
            </w:pPr>
            <w:r>
              <w:rPr>
                <w:rFonts w:eastAsia="Aptos"/>
                <w:b/>
                <w:sz w:val="17"/>
              </w:rPr>
              <w:t>3.98</w:t>
            </w:r>
          </w:p>
        </w:tc>
        <w:tc>
          <w:tcPr>
            <w:tcW w:w="540" w:type="dxa"/>
            <w:tcMar>
              <w:top w:w="28" w:type="dxa"/>
              <w:left w:w="38" w:type="dxa"/>
              <w:bottom w:w="28" w:type="dxa"/>
              <w:right w:w="38" w:type="dxa"/>
            </w:tcMar>
            <w:vAlign w:val="center"/>
          </w:tcPr>
          <w:p w14:paraId="6DBBCCC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8ACAD09" w14:textId="77777777" w:rsidR="00D60D5E" w:rsidRDefault="00D60D5E">
            <w:pPr>
              <w:jc w:val="center"/>
            </w:pPr>
          </w:p>
        </w:tc>
      </w:tr>
      <w:tr w:rsidR="00D60D5E" w14:paraId="6945DD52" w14:textId="77777777" w:rsidTr="000617E0">
        <w:trPr>
          <w:cantSplit/>
          <w:jc w:val="center"/>
        </w:trPr>
        <w:tc>
          <w:tcPr>
            <w:tcW w:w="677" w:type="dxa"/>
            <w:tcMar>
              <w:top w:w="28" w:type="dxa"/>
              <w:left w:w="38" w:type="dxa"/>
              <w:bottom w:w="28" w:type="dxa"/>
              <w:right w:w="38" w:type="dxa"/>
            </w:tcMar>
            <w:vAlign w:val="center"/>
          </w:tcPr>
          <w:p w14:paraId="3D233149" w14:textId="77777777" w:rsidR="00D60D5E" w:rsidRDefault="00891EF0">
            <w:pPr>
              <w:spacing w:after="0" w:line="240" w:lineRule="auto"/>
              <w:jc w:val="center"/>
            </w:pPr>
            <w:r>
              <w:rPr>
                <w:rFonts w:eastAsia="Aptos"/>
                <w:color w:val="6A7075"/>
                <w:sz w:val="17"/>
              </w:rPr>
              <w:t>100-245</w:t>
            </w:r>
          </w:p>
        </w:tc>
        <w:tc>
          <w:tcPr>
            <w:tcW w:w="2648" w:type="dxa"/>
            <w:tcMar>
              <w:top w:w="28" w:type="dxa"/>
              <w:left w:w="38" w:type="dxa"/>
              <w:bottom w:w="28" w:type="dxa"/>
              <w:right w:w="38" w:type="dxa"/>
            </w:tcMar>
            <w:vAlign w:val="center"/>
          </w:tcPr>
          <w:p w14:paraId="0A26A3A7" w14:textId="77777777" w:rsidR="00D60D5E" w:rsidRDefault="00891EF0">
            <w:pPr>
              <w:spacing w:after="0" w:line="240" w:lineRule="auto"/>
            </w:pPr>
            <w:r>
              <w:rPr>
                <w:rFonts w:eastAsia="Aptos"/>
                <w:sz w:val="17"/>
              </w:rPr>
              <w:t>Raspberry 6oz</w:t>
            </w:r>
          </w:p>
        </w:tc>
        <w:tc>
          <w:tcPr>
            <w:tcW w:w="630" w:type="dxa"/>
            <w:tcMar>
              <w:top w:w="28" w:type="dxa"/>
              <w:left w:w="38" w:type="dxa"/>
              <w:bottom w:w="28" w:type="dxa"/>
              <w:right w:w="38" w:type="dxa"/>
            </w:tcMar>
            <w:vAlign w:val="center"/>
          </w:tcPr>
          <w:p w14:paraId="0760E0E3" w14:textId="77777777" w:rsidR="00D60D5E" w:rsidRDefault="00891EF0">
            <w:pPr>
              <w:spacing w:after="0" w:line="240" w:lineRule="auto"/>
              <w:jc w:val="center"/>
            </w:pPr>
            <w:r>
              <w:rPr>
                <w:rFonts w:eastAsia="Aptos"/>
                <w:b/>
                <w:sz w:val="17"/>
              </w:rPr>
              <w:t>8.49</w:t>
            </w:r>
          </w:p>
        </w:tc>
        <w:tc>
          <w:tcPr>
            <w:tcW w:w="540" w:type="dxa"/>
            <w:tcMar>
              <w:top w:w="28" w:type="dxa"/>
              <w:left w:w="38" w:type="dxa"/>
              <w:bottom w:w="28" w:type="dxa"/>
              <w:right w:w="38" w:type="dxa"/>
            </w:tcMar>
            <w:vAlign w:val="center"/>
          </w:tcPr>
          <w:p w14:paraId="2AA0262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E571A6" w14:textId="77777777" w:rsidR="00D60D5E" w:rsidRDefault="00D60D5E">
            <w:pPr>
              <w:jc w:val="center"/>
            </w:pPr>
          </w:p>
        </w:tc>
      </w:tr>
      <w:tr w:rsidR="00D60D5E" w14:paraId="67A8B893" w14:textId="77777777" w:rsidTr="000617E0">
        <w:trPr>
          <w:cantSplit/>
          <w:jc w:val="center"/>
        </w:trPr>
        <w:tc>
          <w:tcPr>
            <w:tcW w:w="677" w:type="dxa"/>
            <w:tcMar>
              <w:top w:w="28" w:type="dxa"/>
              <w:left w:w="38" w:type="dxa"/>
              <w:bottom w:w="28" w:type="dxa"/>
              <w:right w:w="38" w:type="dxa"/>
            </w:tcMar>
            <w:vAlign w:val="center"/>
          </w:tcPr>
          <w:p w14:paraId="384881D5" w14:textId="77777777" w:rsidR="00D60D5E" w:rsidRDefault="00891EF0">
            <w:pPr>
              <w:spacing w:after="0" w:line="240" w:lineRule="auto"/>
              <w:jc w:val="center"/>
            </w:pPr>
            <w:r>
              <w:rPr>
                <w:rFonts w:eastAsia="Aptos"/>
                <w:color w:val="6A7075"/>
                <w:sz w:val="17"/>
              </w:rPr>
              <w:t>100-250</w:t>
            </w:r>
          </w:p>
        </w:tc>
        <w:tc>
          <w:tcPr>
            <w:tcW w:w="2648" w:type="dxa"/>
            <w:tcMar>
              <w:top w:w="28" w:type="dxa"/>
              <w:left w:w="38" w:type="dxa"/>
              <w:bottom w:w="28" w:type="dxa"/>
              <w:right w:w="38" w:type="dxa"/>
            </w:tcMar>
            <w:vAlign w:val="center"/>
          </w:tcPr>
          <w:p w14:paraId="50A9A98F" w14:textId="77777777" w:rsidR="00D60D5E" w:rsidRDefault="00891EF0">
            <w:pPr>
              <w:spacing w:after="0" w:line="240" w:lineRule="auto"/>
            </w:pPr>
            <w:r>
              <w:rPr>
                <w:rFonts w:eastAsia="Aptos"/>
                <w:sz w:val="17"/>
              </w:rPr>
              <w:t>Strawberry 16oz</w:t>
            </w:r>
          </w:p>
        </w:tc>
        <w:tc>
          <w:tcPr>
            <w:tcW w:w="630" w:type="dxa"/>
            <w:tcMar>
              <w:top w:w="28" w:type="dxa"/>
              <w:left w:w="38" w:type="dxa"/>
              <w:bottom w:w="28" w:type="dxa"/>
              <w:right w:w="38" w:type="dxa"/>
            </w:tcMar>
            <w:vAlign w:val="center"/>
          </w:tcPr>
          <w:p w14:paraId="17DAC358" w14:textId="77777777" w:rsidR="00D60D5E" w:rsidRDefault="00891EF0">
            <w:pPr>
              <w:spacing w:after="0" w:line="240" w:lineRule="auto"/>
              <w:jc w:val="center"/>
            </w:pPr>
            <w:r>
              <w:rPr>
                <w:rFonts w:eastAsia="Aptos"/>
                <w:b/>
                <w:sz w:val="17"/>
              </w:rPr>
              <w:t>11.49</w:t>
            </w:r>
          </w:p>
        </w:tc>
        <w:tc>
          <w:tcPr>
            <w:tcW w:w="540" w:type="dxa"/>
            <w:tcMar>
              <w:top w:w="28" w:type="dxa"/>
              <w:left w:w="38" w:type="dxa"/>
              <w:bottom w:w="28" w:type="dxa"/>
              <w:right w:w="38" w:type="dxa"/>
            </w:tcMar>
            <w:vAlign w:val="center"/>
          </w:tcPr>
          <w:p w14:paraId="3E84CC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97DA92" w14:textId="77777777" w:rsidR="00D60D5E" w:rsidRDefault="00D60D5E">
            <w:pPr>
              <w:jc w:val="center"/>
            </w:pPr>
          </w:p>
        </w:tc>
      </w:tr>
      <w:tr w:rsidR="00D60D5E" w14:paraId="521A0E68" w14:textId="77777777" w:rsidTr="000617E0">
        <w:trPr>
          <w:cantSplit/>
          <w:jc w:val="center"/>
        </w:trPr>
        <w:tc>
          <w:tcPr>
            <w:tcW w:w="677" w:type="dxa"/>
            <w:tcMar>
              <w:top w:w="28" w:type="dxa"/>
              <w:left w:w="38" w:type="dxa"/>
              <w:bottom w:w="28" w:type="dxa"/>
              <w:right w:w="38" w:type="dxa"/>
            </w:tcMar>
            <w:vAlign w:val="center"/>
          </w:tcPr>
          <w:p w14:paraId="4EBDDFAE" w14:textId="77777777" w:rsidR="00D60D5E" w:rsidRDefault="00891EF0">
            <w:pPr>
              <w:spacing w:after="0" w:line="240" w:lineRule="auto"/>
              <w:jc w:val="center"/>
            </w:pPr>
            <w:r>
              <w:rPr>
                <w:rFonts w:eastAsia="Aptos"/>
                <w:color w:val="6A7075"/>
                <w:sz w:val="17"/>
              </w:rPr>
              <w:t>100-251</w:t>
            </w:r>
          </w:p>
        </w:tc>
        <w:tc>
          <w:tcPr>
            <w:tcW w:w="2648" w:type="dxa"/>
            <w:tcMar>
              <w:top w:w="28" w:type="dxa"/>
              <w:left w:w="38" w:type="dxa"/>
              <w:bottom w:w="28" w:type="dxa"/>
              <w:right w:w="38" w:type="dxa"/>
            </w:tcMar>
            <w:vAlign w:val="center"/>
          </w:tcPr>
          <w:p w14:paraId="653AEED9" w14:textId="77777777" w:rsidR="00D60D5E" w:rsidRDefault="00891EF0">
            <w:pPr>
              <w:spacing w:after="0" w:line="240" w:lineRule="auto"/>
            </w:pPr>
            <w:r>
              <w:rPr>
                <w:rFonts w:eastAsia="Aptos"/>
                <w:sz w:val="17"/>
              </w:rPr>
              <w:t>Starfruit (Seasonal)</w:t>
            </w:r>
          </w:p>
        </w:tc>
        <w:tc>
          <w:tcPr>
            <w:tcW w:w="630" w:type="dxa"/>
            <w:tcMar>
              <w:top w:w="28" w:type="dxa"/>
              <w:left w:w="38" w:type="dxa"/>
              <w:bottom w:w="28" w:type="dxa"/>
              <w:right w:w="38" w:type="dxa"/>
            </w:tcMar>
            <w:vAlign w:val="center"/>
          </w:tcPr>
          <w:p w14:paraId="20E9F677"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4AA101D4"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DD0109D" w14:textId="77777777" w:rsidR="00D60D5E" w:rsidRDefault="00D60D5E">
            <w:pPr>
              <w:jc w:val="center"/>
            </w:pPr>
          </w:p>
        </w:tc>
      </w:tr>
      <w:tr w:rsidR="00D60D5E" w14:paraId="332E8712" w14:textId="77777777" w:rsidTr="000617E0">
        <w:trPr>
          <w:cantSplit/>
          <w:jc w:val="center"/>
        </w:trPr>
        <w:tc>
          <w:tcPr>
            <w:tcW w:w="677" w:type="dxa"/>
            <w:tcMar>
              <w:top w:w="28" w:type="dxa"/>
              <w:left w:w="38" w:type="dxa"/>
              <w:bottom w:w="28" w:type="dxa"/>
              <w:right w:w="38" w:type="dxa"/>
            </w:tcMar>
            <w:vAlign w:val="center"/>
          </w:tcPr>
          <w:p w14:paraId="4CA78E89" w14:textId="77777777" w:rsidR="00D60D5E" w:rsidRDefault="00891EF0">
            <w:pPr>
              <w:spacing w:after="0" w:line="240" w:lineRule="auto"/>
              <w:jc w:val="center"/>
            </w:pPr>
            <w:r>
              <w:rPr>
                <w:rFonts w:eastAsia="Aptos"/>
                <w:color w:val="6A7075"/>
                <w:sz w:val="17"/>
              </w:rPr>
              <w:t>100-255</w:t>
            </w:r>
          </w:p>
        </w:tc>
        <w:tc>
          <w:tcPr>
            <w:tcW w:w="2648" w:type="dxa"/>
            <w:tcMar>
              <w:top w:w="28" w:type="dxa"/>
              <w:left w:w="38" w:type="dxa"/>
              <w:bottom w:w="28" w:type="dxa"/>
              <w:right w:w="38" w:type="dxa"/>
            </w:tcMar>
            <w:vAlign w:val="center"/>
          </w:tcPr>
          <w:p w14:paraId="5314070B" w14:textId="77777777" w:rsidR="00D60D5E" w:rsidRDefault="00891EF0">
            <w:pPr>
              <w:spacing w:after="0" w:line="240" w:lineRule="auto"/>
            </w:pPr>
            <w:r>
              <w:rPr>
                <w:rFonts w:eastAsia="Aptos"/>
                <w:sz w:val="17"/>
              </w:rPr>
              <w:t>Blueberry 6 oz</w:t>
            </w:r>
          </w:p>
        </w:tc>
        <w:tc>
          <w:tcPr>
            <w:tcW w:w="630" w:type="dxa"/>
            <w:tcMar>
              <w:top w:w="28" w:type="dxa"/>
              <w:left w:w="38" w:type="dxa"/>
              <w:bottom w:w="28" w:type="dxa"/>
              <w:right w:w="38" w:type="dxa"/>
            </w:tcMar>
            <w:vAlign w:val="center"/>
          </w:tcPr>
          <w:p w14:paraId="425F12B4"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545D57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FF7B6B" w14:textId="77777777" w:rsidR="00D60D5E" w:rsidRDefault="00D60D5E">
            <w:pPr>
              <w:jc w:val="center"/>
            </w:pPr>
          </w:p>
        </w:tc>
      </w:tr>
      <w:tr w:rsidR="00D60D5E" w14:paraId="79879B3F" w14:textId="77777777" w:rsidTr="000617E0">
        <w:trPr>
          <w:cantSplit/>
          <w:jc w:val="center"/>
        </w:trPr>
        <w:tc>
          <w:tcPr>
            <w:tcW w:w="677" w:type="dxa"/>
            <w:tcMar>
              <w:top w:w="28" w:type="dxa"/>
              <w:left w:w="38" w:type="dxa"/>
              <w:bottom w:w="28" w:type="dxa"/>
              <w:right w:w="38" w:type="dxa"/>
            </w:tcMar>
            <w:vAlign w:val="center"/>
          </w:tcPr>
          <w:p w14:paraId="1B009728" w14:textId="77777777" w:rsidR="00D60D5E" w:rsidRDefault="00891EF0">
            <w:pPr>
              <w:spacing w:after="0" w:line="240" w:lineRule="auto"/>
              <w:jc w:val="center"/>
            </w:pPr>
            <w:r>
              <w:rPr>
                <w:rFonts w:eastAsia="Aptos"/>
                <w:color w:val="6A7075"/>
                <w:sz w:val="17"/>
              </w:rPr>
              <w:t>100-260</w:t>
            </w:r>
          </w:p>
        </w:tc>
        <w:tc>
          <w:tcPr>
            <w:tcW w:w="2648" w:type="dxa"/>
            <w:tcMar>
              <w:top w:w="28" w:type="dxa"/>
              <w:left w:w="38" w:type="dxa"/>
              <w:bottom w:w="28" w:type="dxa"/>
              <w:right w:w="38" w:type="dxa"/>
            </w:tcMar>
            <w:vAlign w:val="center"/>
          </w:tcPr>
          <w:p w14:paraId="00B3964D" w14:textId="77777777" w:rsidR="00D60D5E" w:rsidRDefault="00891EF0">
            <w:pPr>
              <w:spacing w:after="0" w:line="240" w:lineRule="auto"/>
            </w:pPr>
            <w:r>
              <w:rPr>
                <w:rFonts w:eastAsia="Aptos"/>
                <w:sz w:val="17"/>
              </w:rPr>
              <w:t>Tangerines (Small) EA</w:t>
            </w:r>
          </w:p>
        </w:tc>
        <w:tc>
          <w:tcPr>
            <w:tcW w:w="630" w:type="dxa"/>
            <w:tcMar>
              <w:top w:w="28" w:type="dxa"/>
              <w:left w:w="38" w:type="dxa"/>
              <w:bottom w:w="28" w:type="dxa"/>
              <w:right w:w="38" w:type="dxa"/>
            </w:tcMar>
            <w:vAlign w:val="center"/>
          </w:tcPr>
          <w:p w14:paraId="0499C75E" w14:textId="77777777" w:rsidR="00D60D5E" w:rsidRDefault="00891EF0">
            <w:pPr>
              <w:spacing w:after="0" w:line="240" w:lineRule="auto"/>
              <w:jc w:val="center"/>
            </w:pPr>
            <w:r>
              <w:rPr>
                <w:rFonts w:eastAsia="Aptos"/>
                <w:b/>
                <w:sz w:val="17"/>
              </w:rPr>
              <w:t>0.79</w:t>
            </w:r>
          </w:p>
        </w:tc>
        <w:tc>
          <w:tcPr>
            <w:tcW w:w="540" w:type="dxa"/>
            <w:tcMar>
              <w:top w:w="28" w:type="dxa"/>
              <w:left w:w="38" w:type="dxa"/>
              <w:bottom w:w="28" w:type="dxa"/>
              <w:right w:w="38" w:type="dxa"/>
            </w:tcMar>
            <w:vAlign w:val="center"/>
          </w:tcPr>
          <w:p w14:paraId="1A8207E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757148" w14:textId="77777777" w:rsidR="00D60D5E" w:rsidRDefault="00D60D5E">
            <w:pPr>
              <w:jc w:val="center"/>
            </w:pPr>
          </w:p>
        </w:tc>
      </w:tr>
      <w:tr w:rsidR="00D60D5E" w14:paraId="27BEDA29" w14:textId="77777777" w:rsidTr="000617E0">
        <w:trPr>
          <w:cantSplit/>
          <w:jc w:val="center"/>
        </w:trPr>
        <w:tc>
          <w:tcPr>
            <w:tcW w:w="677" w:type="dxa"/>
            <w:tcMar>
              <w:top w:w="28" w:type="dxa"/>
              <w:left w:w="38" w:type="dxa"/>
              <w:bottom w:w="28" w:type="dxa"/>
              <w:right w:w="38" w:type="dxa"/>
            </w:tcMar>
            <w:vAlign w:val="center"/>
          </w:tcPr>
          <w:p w14:paraId="625BA5D8" w14:textId="77777777" w:rsidR="00D60D5E" w:rsidRDefault="00891EF0">
            <w:pPr>
              <w:spacing w:after="0" w:line="240" w:lineRule="auto"/>
              <w:jc w:val="center"/>
            </w:pPr>
            <w:r>
              <w:rPr>
                <w:rFonts w:eastAsia="Aptos"/>
                <w:color w:val="6A7075"/>
                <w:sz w:val="17"/>
              </w:rPr>
              <w:t>100-265</w:t>
            </w:r>
          </w:p>
        </w:tc>
        <w:tc>
          <w:tcPr>
            <w:tcW w:w="2648" w:type="dxa"/>
            <w:tcMar>
              <w:top w:w="28" w:type="dxa"/>
              <w:left w:w="38" w:type="dxa"/>
              <w:bottom w:w="28" w:type="dxa"/>
              <w:right w:w="38" w:type="dxa"/>
            </w:tcMar>
            <w:vAlign w:val="center"/>
          </w:tcPr>
          <w:p w14:paraId="70F63957" w14:textId="77777777" w:rsidR="00D60D5E" w:rsidRDefault="00891EF0">
            <w:pPr>
              <w:spacing w:after="0" w:line="240" w:lineRule="auto"/>
            </w:pPr>
            <w:r>
              <w:rPr>
                <w:rFonts w:eastAsia="Aptos"/>
                <w:sz w:val="17"/>
              </w:rPr>
              <w:t>Watermelon Sliced</w:t>
            </w:r>
          </w:p>
        </w:tc>
        <w:tc>
          <w:tcPr>
            <w:tcW w:w="630" w:type="dxa"/>
            <w:tcMar>
              <w:top w:w="28" w:type="dxa"/>
              <w:left w:w="38" w:type="dxa"/>
              <w:bottom w:w="28" w:type="dxa"/>
              <w:right w:w="38" w:type="dxa"/>
            </w:tcMar>
            <w:vAlign w:val="center"/>
          </w:tcPr>
          <w:p w14:paraId="3102B1B2"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4F67D38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D29CD89" w14:textId="77777777" w:rsidR="00D60D5E" w:rsidRDefault="00D60D5E">
            <w:pPr>
              <w:jc w:val="center"/>
            </w:pPr>
          </w:p>
        </w:tc>
      </w:tr>
      <w:tr w:rsidR="00D60D5E" w14:paraId="231718ED" w14:textId="77777777" w:rsidTr="000617E0">
        <w:trPr>
          <w:cantSplit/>
          <w:jc w:val="center"/>
        </w:trPr>
        <w:tc>
          <w:tcPr>
            <w:tcW w:w="677" w:type="dxa"/>
            <w:tcMar>
              <w:top w:w="28" w:type="dxa"/>
              <w:left w:w="38" w:type="dxa"/>
              <w:bottom w:w="28" w:type="dxa"/>
              <w:right w:w="38" w:type="dxa"/>
            </w:tcMar>
            <w:vAlign w:val="center"/>
          </w:tcPr>
          <w:p w14:paraId="5FC4251E" w14:textId="77777777" w:rsidR="00D60D5E" w:rsidRDefault="00891EF0">
            <w:pPr>
              <w:spacing w:after="0" w:line="240" w:lineRule="auto"/>
              <w:jc w:val="center"/>
            </w:pPr>
            <w:r>
              <w:rPr>
                <w:rFonts w:eastAsia="Aptos"/>
                <w:color w:val="6A7075"/>
                <w:sz w:val="17"/>
              </w:rPr>
              <w:t>100-270</w:t>
            </w:r>
          </w:p>
        </w:tc>
        <w:tc>
          <w:tcPr>
            <w:tcW w:w="2648" w:type="dxa"/>
            <w:tcMar>
              <w:top w:w="28" w:type="dxa"/>
              <w:left w:w="38" w:type="dxa"/>
              <w:bottom w:w="28" w:type="dxa"/>
              <w:right w:w="38" w:type="dxa"/>
            </w:tcMar>
            <w:vAlign w:val="center"/>
          </w:tcPr>
          <w:p w14:paraId="02D0E205" w14:textId="77777777" w:rsidR="00D60D5E" w:rsidRDefault="00891EF0">
            <w:pPr>
              <w:spacing w:after="0" w:line="240" w:lineRule="auto"/>
            </w:pPr>
            <w:r>
              <w:rPr>
                <w:rFonts w:eastAsia="Aptos"/>
                <w:sz w:val="17"/>
              </w:rPr>
              <w:t>Plums Red Per lbs</w:t>
            </w:r>
          </w:p>
        </w:tc>
        <w:tc>
          <w:tcPr>
            <w:tcW w:w="630" w:type="dxa"/>
            <w:tcMar>
              <w:top w:w="28" w:type="dxa"/>
              <w:left w:w="38" w:type="dxa"/>
              <w:bottom w:w="28" w:type="dxa"/>
              <w:right w:w="38" w:type="dxa"/>
            </w:tcMar>
            <w:vAlign w:val="center"/>
          </w:tcPr>
          <w:p w14:paraId="227B7F6F"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76D47FD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1396CFD" w14:textId="77777777" w:rsidR="00D60D5E" w:rsidRDefault="00D60D5E">
            <w:pPr>
              <w:jc w:val="center"/>
            </w:pPr>
          </w:p>
        </w:tc>
      </w:tr>
      <w:tr w:rsidR="00D60D5E" w14:paraId="32DA35E5" w14:textId="77777777" w:rsidTr="000617E0">
        <w:trPr>
          <w:cantSplit/>
          <w:jc w:val="center"/>
        </w:trPr>
        <w:tc>
          <w:tcPr>
            <w:tcW w:w="677" w:type="dxa"/>
            <w:shd w:val="clear" w:color="auto" w:fill="D9EAF7"/>
            <w:tcMar>
              <w:top w:w="28" w:type="dxa"/>
              <w:left w:w="38" w:type="dxa"/>
              <w:bottom w:w="28" w:type="dxa"/>
              <w:right w:w="38" w:type="dxa"/>
            </w:tcMar>
            <w:vAlign w:val="center"/>
          </w:tcPr>
          <w:p w14:paraId="48240EF8" w14:textId="77777777" w:rsidR="00D60D5E" w:rsidRDefault="00891EF0">
            <w:pPr>
              <w:spacing w:after="0" w:line="240" w:lineRule="auto"/>
              <w:jc w:val="center"/>
            </w:pPr>
            <w:r>
              <w:rPr>
                <w:rFonts w:eastAsia="Aptos"/>
                <w:b/>
                <w:color w:val="76A943"/>
                <w:sz w:val="18"/>
              </w:rPr>
              <w:t>105-</w:t>
            </w:r>
          </w:p>
        </w:tc>
        <w:tc>
          <w:tcPr>
            <w:tcW w:w="2648" w:type="dxa"/>
            <w:shd w:val="clear" w:color="auto" w:fill="D9EAF7"/>
            <w:tcMar>
              <w:top w:w="28" w:type="dxa"/>
              <w:left w:w="38" w:type="dxa"/>
              <w:bottom w:w="28" w:type="dxa"/>
              <w:right w:w="38" w:type="dxa"/>
            </w:tcMar>
            <w:vAlign w:val="center"/>
          </w:tcPr>
          <w:p w14:paraId="2A5F15E3" w14:textId="77777777" w:rsidR="00D60D5E" w:rsidRDefault="00891EF0">
            <w:pPr>
              <w:spacing w:after="0" w:line="240" w:lineRule="auto"/>
            </w:pPr>
            <w:r>
              <w:rPr>
                <w:rFonts w:eastAsia="Aptos"/>
                <w:b/>
                <w:color w:val="76A943"/>
                <w:sz w:val="18"/>
              </w:rPr>
              <w:t>FRESH VEGETABLES</w:t>
            </w:r>
          </w:p>
        </w:tc>
        <w:tc>
          <w:tcPr>
            <w:tcW w:w="630" w:type="dxa"/>
            <w:shd w:val="clear" w:color="auto" w:fill="D9EAF7"/>
            <w:tcMar>
              <w:top w:w="28" w:type="dxa"/>
              <w:left w:w="38" w:type="dxa"/>
              <w:bottom w:w="28" w:type="dxa"/>
              <w:right w:w="38" w:type="dxa"/>
            </w:tcMar>
            <w:vAlign w:val="center"/>
          </w:tcPr>
          <w:p w14:paraId="1CD77E7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21C066F"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82F8A51" w14:textId="77777777" w:rsidR="00D60D5E" w:rsidRDefault="00D60D5E">
            <w:pPr>
              <w:jc w:val="center"/>
            </w:pPr>
          </w:p>
        </w:tc>
      </w:tr>
      <w:tr w:rsidR="00D60D5E" w14:paraId="00A254BD" w14:textId="77777777" w:rsidTr="000617E0">
        <w:trPr>
          <w:cantSplit/>
          <w:jc w:val="center"/>
        </w:trPr>
        <w:tc>
          <w:tcPr>
            <w:tcW w:w="677" w:type="dxa"/>
            <w:tcMar>
              <w:top w:w="28" w:type="dxa"/>
              <w:left w:w="38" w:type="dxa"/>
              <w:bottom w:w="28" w:type="dxa"/>
              <w:right w:w="38" w:type="dxa"/>
            </w:tcMar>
            <w:vAlign w:val="center"/>
          </w:tcPr>
          <w:p w14:paraId="78525E51" w14:textId="77777777" w:rsidR="00D60D5E" w:rsidRDefault="00891EF0">
            <w:pPr>
              <w:spacing w:after="0" w:line="240" w:lineRule="auto"/>
              <w:jc w:val="center"/>
            </w:pPr>
            <w:r>
              <w:rPr>
                <w:rFonts w:eastAsia="Aptos"/>
                <w:color w:val="6A7075"/>
                <w:sz w:val="17"/>
              </w:rPr>
              <w:t>105-105</w:t>
            </w:r>
          </w:p>
        </w:tc>
        <w:tc>
          <w:tcPr>
            <w:tcW w:w="2648" w:type="dxa"/>
            <w:tcMar>
              <w:top w:w="28" w:type="dxa"/>
              <w:left w:w="38" w:type="dxa"/>
              <w:bottom w:w="28" w:type="dxa"/>
              <w:right w:w="38" w:type="dxa"/>
            </w:tcMar>
            <w:vAlign w:val="center"/>
          </w:tcPr>
          <w:p w14:paraId="0AF93840" w14:textId="77777777" w:rsidR="00D60D5E" w:rsidRDefault="00891EF0">
            <w:pPr>
              <w:spacing w:after="0" w:line="240" w:lineRule="auto"/>
            </w:pPr>
            <w:r>
              <w:rPr>
                <w:rFonts w:eastAsia="Aptos"/>
                <w:sz w:val="17"/>
              </w:rPr>
              <w:t>Alfalfa Sprouts 6oz</w:t>
            </w:r>
          </w:p>
        </w:tc>
        <w:tc>
          <w:tcPr>
            <w:tcW w:w="630" w:type="dxa"/>
            <w:tcMar>
              <w:top w:w="28" w:type="dxa"/>
              <w:left w:w="38" w:type="dxa"/>
              <w:bottom w:w="28" w:type="dxa"/>
              <w:right w:w="38" w:type="dxa"/>
            </w:tcMar>
            <w:vAlign w:val="center"/>
          </w:tcPr>
          <w:p w14:paraId="15EF953E"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233D228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622E97" w14:textId="77777777" w:rsidR="00D60D5E" w:rsidRDefault="00D60D5E">
            <w:pPr>
              <w:jc w:val="center"/>
            </w:pPr>
          </w:p>
        </w:tc>
      </w:tr>
      <w:tr w:rsidR="00D60D5E" w14:paraId="6599B339" w14:textId="77777777" w:rsidTr="000617E0">
        <w:trPr>
          <w:cantSplit/>
          <w:jc w:val="center"/>
        </w:trPr>
        <w:tc>
          <w:tcPr>
            <w:tcW w:w="677" w:type="dxa"/>
            <w:tcMar>
              <w:top w:w="28" w:type="dxa"/>
              <w:left w:w="38" w:type="dxa"/>
              <w:bottom w:w="28" w:type="dxa"/>
              <w:right w:w="38" w:type="dxa"/>
            </w:tcMar>
            <w:vAlign w:val="center"/>
          </w:tcPr>
          <w:p w14:paraId="6E999021" w14:textId="77777777" w:rsidR="00D60D5E" w:rsidRDefault="00891EF0">
            <w:pPr>
              <w:spacing w:after="0" w:line="240" w:lineRule="auto"/>
              <w:jc w:val="center"/>
            </w:pPr>
            <w:r>
              <w:rPr>
                <w:rFonts w:eastAsia="Aptos"/>
                <w:color w:val="6A7075"/>
                <w:sz w:val="17"/>
              </w:rPr>
              <w:t>105-110</w:t>
            </w:r>
          </w:p>
        </w:tc>
        <w:tc>
          <w:tcPr>
            <w:tcW w:w="2648" w:type="dxa"/>
            <w:tcMar>
              <w:top w:w="28" w:type="dxa"/>
              <w:left w:w="38" w:type="dxa"/>
              <w:bottom w:w="28" w:type="dxa"/>
              <w:right w:w="38" w:type="dxa"/>
            </w:tcMar>
            <w:vAlign w:val="center"/>
          </w:tcPr>
          <w:p w14:paraId="143B280B" w14:textId="77777777" w:rsidR="00D60D5E" w:rsidRDefault="00891EF0">
            <w:pPr>
              <w:spacing w:after="0" w:line="240" w:lineRule="auto"/>
            </w:pPr>
            <w:r>
              <w:rPr>
                <w:rFonts w:eastAsia="Aptos"/>
                <w:sz w:val="17"/>
              </w:rPr>
              <w:t>Artichokes</w:t>
            </w:r>
          </w:p>
        </w:tc>
        <w:tc>
          <w:tcPr>
            <w:tcW w:w="630" w:type="dxa"/>
            <w:tcMar>
              <w:top w:w="28" w:type="dxa"/>
              <w:left w:w="38" w:type="dxa"/>
              <w:bottom w:w="28" w:type="dxa"/>
              <w:right w:w="38" w:type="dxa"/>
            </w:tcMar>
            <w:vAlign w:val="center"/>
          </w:tcPr>
          <w:p w14:paraId="3C7BFC26" w14:textId="77777777" w:rsidR="00D60D5E" w:rsidRDefault="00891EF0">
            <w:pPr>
              <w:spacing w:after="0" w:line="240" w:lineRule="auto"/>
              <w:jc w:val="center"/>
            </w:pPr>
            <w:r>
              <w:rPr>
                <w:rFonts w:eastAsia="Aptos"/>
                <w:b/>
                <w:sz w:val="17"/>
              </w:rPr>
              <w:t>9.95</w:t>
            </w:r>
          </w:p>
        </w:tc>
        <w:tc>
          <w:tcPr>
            <w:tcW w:w="540" w:type="dxa"/>
            <w:tcMar>
              <w:top w:w="28" w:type="dxa"/>
              <w:left w:w="38" w:type="dxa"/>
              <w:bottom w:w="28" w:type="dxa"/>
              <w:right w:w="38" w:type="dxa"/>
            </w:tcMar>
            <w:vAlign w:val="center"/>
          </w:tcPr>
          <w:p w14:paraId="7B85029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C12AF4" w14:textId="77777777" w:rsidR="00D60D5E" w:rsidRDefault="00D60D5E">
            <w:pPr>
              <w:jc w:val="center"/>
            </w:pPr>
          </w:p>
        </w:tc>
      </w:tr>
      <w:tr w:rsidR="00D60D5E" w14:paraId="35BB11D0" w14:textId="77777777" w:rsidTr="000617E0">
        <w:trPr>
          <w:cantSplit/>
          <w:jc w:val="center"/>
        </w:trPr>
        <w:tc>
          <w:tcPr>
            <w:tcW w:w="677" w:type="dxa"/>
            <w:tcMar>
              <w:top w:w="28" w:type="dxa"/>
              <w:left w:w="38" w:type="dxa"/>
              <w:bottom w:w="28" w:type="dxa"/>
              <w:right w:w="38" w:type="dxa"/>
            </w:tcMar>
            <w:vAlign w:val="center"/>
          </w:tcPr>
          <w:p w14:paraId="547D70B7" w14:textId="77777777" w:rsidR="00D60D5E" w:rsidRDefault="00891EF0">
            <w:pPr>
              <w:spacing w:after="0" w:line="240" w:lineRule="auto"/>
              <w:jc w:val="center"/>
            </w:pPr>
            <w:r>
              <w:rPr>
                <w:rFonts w:eastAsia="Aptos"/>
                <w:color w:val="6A7075"/>
                <w:sz w:val="17"/>
              </w:rPr>
              <w:t>105-115</w:t>
            </w:r>
          </w:p>
        </w:tc>
        <w:tc>
          <w:tcPr>
            <w:tcW w:w="2648" w:type="dxa"/>
            <w:tcMar>
              <w:top w:w="28" w:type="dxa"/>
              <w:left w:w="38" w:type="dxa"/>
              <w:bottom w:w="28" w:type="dxa"/>
              <w:right w:w="38" w:type="dxa"/>
            </w:tcMar>
            <w:vAlign w:val="center"/>
          </w:tcPr>
          <w:p w14:paraId="6B5A029B" w14:textId="77777777" w:rsidR="00D60D5E" w:rsidRDefault="00891EF0">
            <w:pPr>
              <w:spacing w:after="0" w:line="240" w:lineRule="auto"/>
            </w:pPr>
            <w:r>
              <w:rPr>
                <w:rFonts w:eastAsia="Aptos"/>
                <w:sz w:val="17"/>
              </w:rPr>
              <w:t>Asparagus Per lbs</w:t>
            </w:r>
          </w:p>
        </w:tc>
        <w:tc>
          <w:tcPr>
            <w:tcW w:w="630" w:type="dxa"/>
            <w:tcMar>
              <w:top w:w="28" w:type="dxa"/>
              <w:left w:w="38" w:type="dxa"/>
              <w:bottom w:w="28" w:type="dxa"/>
              <w:right w:w="38" w:type="dxa"/>
            </w:tcMar>
            <w:vAlign w:val="center"/>
          </w:tcPr>
          <w:p w14:paraId="7722E440" w14:textId="77777777" w:rsidR="00D60D5E" w:rsidRDefault="00891EF0">
            <w:pPr>
              <w:spacing w:after="0" w:line="240" w:lineRule="auto"/>
              <w:jc w:val="center"/>
            </w:pPr>
            <w:r>
              <w:rPr>
                <w:rFonts w:eastAsia="Aptos"/>
                <w:b/>
                <w:sz w:val="17"/>
              </w:rPr>
              <w:t>12.49</w:t>
            </w:r>
          </w:p>
        </w:tc>
        <w:tc>
          <w:tcPr>
            <w:tcW w:w="540" w:type="dxa"/>
            <w:tcMar>
              <w:top w:w="28" w:type="dxa"/>
              <w:left w:w="38" w:type="dxa"/>
              <w:bottom w:w="28" w:type="dxa"/>
              <w:right w:w="38" w:type="dxa"/>
            </w:tcMar>
            <w:vAlign w:val="center"/>
          </w:tcPr>
          <w:p w14:paraId="109B537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1DE3C46" w14:textId="77777777" w:rsidR="00D60D5E" w:rsidRDefault="00D60D5E">
            <w:pPr>
              <w:jc w:val="center"/>
            </w:pPr>
          </w:p>
        </w:tc>
      </w:tr>
      <w:tr w:rsidR="00D60D5E" w14:paraId="2EFE0FE3" w14:textId="77777777" w:rsidTr="000617E0">
        <w:trPr>
          <w:cantSplit/>
          <w:jc w:val="center"/>
        </w:trPr>
        <w:tc>
          <w:tcPr>
            <w:tcW w:w="677" w:type="dxa"/>
            <w:tcMar>
              <w:top w:w="28" w:type="dxa"/>
              <w:left w:w="38" w:type="dxa"/>
              <w:bottom w:w="28" w:type="dxa"/>
              <w:right w:w="38" w:type="dxa"/>
            </w:tcMar>
            <w:vAlign w:val="center"/>
          </w:tcPr>
          <w:p w14:paraId="64A71DDF" w14:textId="77777777" w:rsidR="00D60D5E" w:rsidRDefault="00891EF0">
            <w:pPr>
              <w:spacing w:after="0" w:line="240" w:lineRule="auto"/>
              <w:jc w:val="center"/>
            </w:pPr>
            <w:r>
              <w:rPr>
                <w:rFonts w:eastAsia="Aptos"/>
                <w:color w:val="6A7075"/>
                <w:sz w:val="17"/>
              </w:rPr>
              <w:t>105-120</w:t>
            </w:r>
          </w:p>
        </w:tc>
        <w:tc>
          <w:tcPr>
            <w:tcW w:w="2648" w:type="dxa"/>
            <w:tcMar>
              <w:top w:w="28" w:type="dxa"/>
              <w:left w:w="38" w:type="dxa"/>
              <w:bottom w:w="28" w:type="dxa"/>
              <w:right w:w="38" w:type="dxa"/>
            </w:tcMar>
            <w:vAlign w:val="center"/>
          </w:tcPr>
          <w:p w14:paraId="7A31CE86" w14:textId="77777777" w:rsidR="00D60D5E" w:rsidRDefault="00891EF0">
            <w:pPr>
              <w:spacing w:after="0" w:line="240" w:lineRule="auto"/>
            </w:pPr>
            <w:r>
              <w:rPr>
                <w:rFonts w:eastAsia="Aptos"/>
                <w:sz w:val="17"/>
              </w:rPr>
              <w:t>Beets Per lbs</w:t>
            </w:r>
          </w:p>
        </w:tc>
        <w:tc>
          <w:tcPr>
            <w:tcW w:w="630" w:type="dxa"/>
            <w:tcMar>
              <w:top w:w="28" w:type="dxa"/>
              <w:left w:w="38" w:type="dxa"/>
              <w:bottom w:w="28" w:type="dxa"/>
              <w:right w:w="38" w:type="dxa"/>
            </w:tcMar>
            <w:vAlign w:val="center"/>
          </w:tcPr>
          <w:p w14:paraId="63CCD4B4"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4408D82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258428E" w14:textId="77777777" w:rsidR="00D60D5E" w:rsidRDefault="00D60D5E">
            <w:pPr>
              <w:jc w:val="center"/>
            </w:pPr>
          </w:p>
        </w:tc>
      </w:tr>
      <w:tr w:rsidR="00D60D5E" w14:paraId="4A11B99B" w14:textId="77777777" w:rsidTr="000617E0">
        <w:trPr>
          <w:cantSplit/>
          <w:jc w:val="center"/>
        </w:trPr>
        <w:tc>
          <w:tcPr>
            <w:tcW w:w="677" w:type="dxa"/>
            <w:tcMar>
              <w:top w:w="28" w:type="dxa"/>
              <w:left w:w="38" w:type="dxa"/>
              <w:bottom w:w="28" w:type="dxa"/>
              <w:right w:w="38" w:type="dxa"/>
            </w:tcMar>
            <w:vAlign w:val="center"/>
          </w:tcPr>
          <w:p w14:paraId="63B44A2F" w14:textId="77777777" w:rsidR="00D60D5E" w:rsidRDefault="00891EF0">
            <w:pPr>
              <w:spacing w:after="0" w:line="240" w:lineRule="auto"/>
              <w:jc w:val="center"/>
            </w:pPr>
            <w:r>
              <w:rPr>
                <w:rFonts w:eastAsia="Aptos"/>
                <w:color w:val="6A7075"/>
                <w:sz w:val="17"/>
              </w:rPr>
              <w:t>105-125</w:t>
            </w:r>
          </w:p>
        </w:tc>
        <w:tc>
          <w:tcPr>
            <w:tcW w:w="2648" w:type="dxa"/>
            <w:tcMar>
              <w:top w:w="28" w:type="dxa"/>
              <w:left w:w="38" w:type="dxa"/>
              <w:bottom w:w="28" w:type="dxa"/>
              <w:right w:w="38" w:type="dxa"/>
            </w:tcMar>
            <w:vAlign w:val="center"/>
          </w:tcPr>
          <w:p w14:paraId="168EDB4C" w14:textId="77777777" w:rsidR="00D60D5E" w:rsidRDefault="00891EF0">
            <w:pPr>
              <w:spacing w:after="0" w:line="240" w:lineRule="auto"/>
            </w:pPr>
            <w:r>
              <w:rPr>
                <w:rFonts w:eastAsia="Aptos"/>
                <w:sz w:val="17"/>
              </w:rPr>
              <w:t>Bean Sprouts 10oz</w:t>
            </w:r>
          </w:p>
        </w:tc>
        <w:tc>
          <w:tcPr>
            <w:tcW w:w="630" w:type="dxa"/>
            <w:tcMar>
              <w:top w:w="28" w:type="dxa"/>
              <w:left w:w="38" w:type="dxa"/>
              <w:bottom w:w="28" w:type="dxa"/>
              <w:right w:w="38" w:type="dxa"/>
            </w:tcMar>
            <w:vAlign w:val="center"/>
          </w:tcPr>
          <w:p w14:paraId="017FAD82" w14:textId="77777777" w:rsidR="00D60D5E" w:rsidRDefault="00891EF0">
            <w:pPr>
              <w:spacing w:after="0" w:line="240" w:lineRule="auto"/>
              <w:jc w:val="center"/>
            </w:pPr>
            <w:r>
              <w:rPr>
                <w:rFonts w:eastAsia="Aptos"/>
                <w:b/>
                <w:sz w:val="17"/>
              </w:rPr>
              <w:t>7.35</w:t>
            </w:r>
          </w:p>
        </w:tc>
        <w:tc>
          <w:tcPr>
            <w:tcW w:w="540" w:type="dxa"/>
            <w:tcMar>
              <w:top w:w="28" w:type="dxa"/>
              <w:left w:w="38" w:type="dxa"/>
              <w:bottom w:w="28" w:type="dxa"/>
              <w:right w:w="38" w:type="dxa"/>
            </w:tcMar>
            <w:vAlign w:val="center"/>
          </w:tcPr>
          <w:p w14:paraId="1A2FFED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512553" w14:textId="77777777" w:rsidR="00D60D5E" w:rsidRDefault="00D60D5E">
            <w:pPr>
              <w:jc w:val="center"/>
            </w:pPr>
          </w:p>
        </w:tc>
      </w:tr>
      <w:tr w:rsidR="00D60D5E" w14:paraId="1CA5E9A6" w14:textId="77777777" w:rsidTr="000617E0">
        <w:trPr>
          <w:cantSplit/>
          <w:jc w:val="center"/>
        </w:trPr>
        <w:tc>
          <w:tcPr>
            <w:tcW w:w="677" w:type="dxa"/>
            <w:tcMar>
              <w:top w:w="28" w:type="dxa"/>
              <w:left w:w="38" w:type="dxa"/>
              <w:bottom w:w="28" w:type="dxa"/>
              <w:right w:w="38" w:type="dxa"/>
            </w:tcMar>
            <w:vAlign w:val="center"/>
          </w:tcPr>
          <w:p w14:paraId="250A4661" w14:textId="77777777" w:rsidR="00D60D5E" w:rsidRDefault="00891EF0">
            <w:pPr>
              <w:spacing w:after="0" w:line="240" w:lineRule="auto"/>
              <w:jc w:val="center"/>
            </w:pPr>
            <w:r>
              <w:rPr>
                <w:rFonts w:eastAsia="Aptos"/>
                <w:color w:val="6A7075"/>
                <w:sz w:val="17"/>
              </w:rPr>
              <w:t>105-130</w:t>
            </w:r>
          </w:p>
        </w:tc>
        <w:tc>
          <w:tcPr>
            <w:tcW w:w="2648" w:type="dxa"/>
            <w:tcMar>
              <w:top w:w="28" w:type="dxa"/>
              <w:left w:w="38" w:type="dxa"/>
              <w:bottom w:w="28" w:type="dxa"/>
              <w:right w:w="38" w:type="dxa"/>
            </w:tcMar>
            <w:vAlign w:val="center"/>
          </w:tcPr>
          <w:p w14:paraId="163AAD44" w14:textId="77777777" w:rsidR="00D60D5E" w:rsidRDefault="00891EF0">
            <w:pPr>
              <w:spacing w:after="0" w:line="240" w:lineRule="auto"/>
            </w:pPr>
            <w:r>
              <w:rPr>
                <w:rFonts w:eastAsia="Aptos"/>
                <w:sz w:val="17"/>
              </w:rPr>
              <w:t>Belgian Endives Per lbs</w:t>
            </w:r>
          </w:p>
        </w:tc>
        <w:tc>
          <w:tcPr>
            <w:tcW w:w="630" w:type="dxa"/>
            <w:tcMar>
              <w:top w:w="28" w:type="dxa"/>
              <w:left w:w="38" w:type="dxa"/>
              <w:bottom w:w="28" w:type="dxa"/>
              <w:right w:w="38" w:type="dxa"/>
            </w:tcMar>
            <w:vAlign w:val="center"/>
          </w:tcPr>
          <w:p w14:paraId="6415BBC1" w14:textId="77777777" w:rsidR="00D60D5E" w:rsidRDefault="00891EF0">
            <w:pPr>
              <w:spacing w:after="0" w:line="240" w:lineRule="auto"/>
              <w:jc w:val="center"/>
            </w:pPr>
            <w:r>
              <w:rPr>
                <w:rFonts w:eastAsia="Aptos"/>
                <w:b/>
                <w:sz w:val="17"/>
              </w:rPr>
              <w:t>7.39</w:t>
            </w:r>
          </w:p>
        </w:tc>
        <w:tc>
          <w:tcPr>
            <w:tcW w:w="540" w:type="dxa"/>
            <w:tcMar>
              <w:top w:w="28" w:type="dxa"/>
              <w:left w:w="38" w:type="dxa"/>
              <w:bottom w:w="28" w:type="dxa"/>
              <w:right w:w="38" w:type="dxa"/>
            </w:tcMar>
            <w:vAlign w:val="center"/>
          </w:tcPr>
          <w:p w14:paraId="30D0C1D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3A93011" w14:textId="77777777" w:rsidR="00D60D5E" w:rsidRDefault="00D60D5E">
            <w:pPr>
              <w:jc w:val="center"/>
            </w:pPr>
          </w:p>
        </w:tc>
      </w:tr>
      <w:tr w:rsidR="00D60D5E" w14:paraId="0D38D71B" w14:textId="77777777" w:rsidTr="000617E0">
        <w:trPr>
          <w:cantSplit/>
          <w:jc w:val="center"/>
        </w:trPr>
        <w:tc>
          <w:tcPr>
            <w:tcW w:w="677" w:type="dxa"/>
            <w:tcMar>
              <w:top w:w="28" w:type="dxa"/>
              <w:left w:w="38" w:type="dxa"/>
              <w:bottom w:w="28" w:type="dxa"/>
              <w:right w:w="38" w:type="dxa"/>
            </w:tcMar>
            <w:vAlign w:val="center"/>
          </w:tcPr>
          <w:p w14:paraId="2401473E" w14:textId="77777777" w:rsidR="00D60D5E" w:rsidRDefault="00891EF0">
            <w:pPr>
              <w:spacing w:after="0" w:line="240" w:lineRule="auto"/>
              <w:jc w:val="center"/>
            </w:pPr>
            <w:r>
              <w:rPr>
                <w:rFonts w:eastAsia="Aptos"/>
                <w:color w:val="6A7075"/>
                <w:sz w:val="17"/>
              </w:rPr>
              <w:t>105-135</w:t>
            </w:r>
          </w:p>
        </w:tc>
        <w:tc>
          <w:tcPr>
            <w:tcW w:w="2648" w:type="dxa"/>
            <w:tcMar>
              <w:top w:w="28" w:type="dxa"/>
              <w:left w:w="38" w:type="dxa"/>
              <w:bottom w:w="28" w:type="dxa"/>
              <w:right w:w="38" w:type="dxa"/>
            </w:tcMar>
            <w:vAlign w:val="center"/>
          </w:tcPr>
          <w:p w14:paraId="6016E95E" w14:textId="77777777" w:rsidR="00D60D5E" w:rsidRDefault="00891EF0">
            <w:pPr>
              <w:spacing w:after="0" w:line="240" w:lineRule="auto"/>
            </w:pPr>
            <w:r>
              <w:rPr>
                <w:rFonts w:eastAsia="Aptos"/>
                <w:sz w:val="17"/>
              </w:rPr>
              <w:t>Bok Choy Per lbs</w:t>
            </w:r>
          </w:p>
        </w:tc>
        <w:tc>
          <w:tcPr>
            <w:tcW w:w="630" w:type="dxa"/>
            <w:tcMar>
              <w:top w:w="28" w:type="dxa"/>
              <w:left w:w="38" w:type="dxa"/>
              <w:bottom w:w="28" w:type="dxa"/>
              <w:right w:w="38" w:type="dxa"/>
            </w:tcMar>
            <w:vAlign w:val="center"/>
          </w:tcPr>
          <w:p w14:paraId="6A039ECD"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27F00EA4"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F6E8032" w14:textId="77777777" w:rsidR="00D60D5E" w:rsidRDefault="00D60D5E">
            <w:pPr>
              <w:jc w:val="center"/>
            </w:pPr>
          </w:p>
        </w:tc>
      </w:tr>
      <w:tr w:rsidR="00D60D5E" w14:paraId="656FCE5C" w14:textId="77777777" w:rsidTr="000617E0">
        <w:trPr>
          <w:cantSplit/>
          <w:jc w:val="center"/>
        </w:trPr>
        <w:tc>
          <w:tcPr>
            <w:tcW w:w="677" w:type="dxa"/>
            <w:tcMar>
              <w:top w:w="28" w:type="dxa"/>
              <w:left w:w="38" w:type="dxa"/>
              <w:bottom w:w="28" w:type="dxa"/>
              <w:right w:w="38" w:type="dxa"/>
            </w:tcMar>
            <w:vAlign w:val="center"/>
          </w:tcPr>
          <w:p w14:paraId="58A0F196" w14:textId="77777777" w:rsidR="00D60D5E" w:rsidRDefault="00891EF0">
            <w:pPr>
              <w:spacing w:after="0" w:line="240" w:lineRule="auto"/>
              <w:jc w:val="center"/>
            </w:pPr>
            <w:r>
              <w:rPr>
                <w:rFonts w:eastAsia="Aptos"/>
                <w:color w:val="6A7075"/>
                <w:sz w:val="17"/>
              </w:rPr>
              <w:t>105-140</w:t>
            </w:r>
          </w:p>
        </w:tc>
        <w:tc>
          <w:tcPr>
            <w:tcW w:w="2648" w:type="dxa"/>
            <w:tcMar>
              <w:top w:w="28" w:type="dxa"/>
              <w:left w:w="38" w:type="dxa"/>
              <w:bottom w:w="28" w:type="dxa"/>
              <w:right w:w="38" w:type="dxa"/>
            </w:tcMar>
            <w:vAlign w:val="center"/>
          </w:tcPr>
          <w:p w14:paraId="3160EBF9" w14:textId="77777777" w:rsidR="00D60D5E" w:rsidRDefault="00891EF0">
            <w:pPr>
              <w:spacing w:after="0" w:line="240" w:lineRule="auto"/>
            </w:pPr>
            <w:r>
              <w:rPr>
                <w:rFonts w:eastAsia="Aptos"/>
                <w:sz w:val="17"/>
              </w:rPr>
              <w:t>Broccoli  EA</w:t>
            </w:r>
          </w:p>
        </w:tc>
        <w:tc>
          <w:tcPr>
            <w:tcW w:w="630" w:type="dxa"/>
            <w:tcMar>
              <w:top w:w="28" w:type="dxa"/>
              <w:left w:w="38" w:type="dxa"/>
              <w:bottom w:w="28" w:type="dxa"/>
              <w:right w:w="38" w:type="dxa"/>
            </w:tcMar>
            <w:vAlign w:val="center"/>
          </w:tcPr>
          <w:p w14:paraId="6E49792F"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13BAF6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7F8722" w14:textId="77777777" w:rsidR="00D60D5E" w:rsidRDefault="00D60D5E">
            <w:pPr>
              <w:jc w:val="center"/>
            </w:pPr>
          </w:p>
        </w:tc>
      </w:tr>
      <w:tr w:rsidR="00D60D5E" w14:paraId="2A46717F" w14:textId="77777777" w:rsidTr="000617E0">
        <w:trPr>
          <w:cantSplit/>
          <w:jc w:val="center"/>
        </w:trPr>
        <w:tc>
          <w:tcPr>
            <w:tcW w:w="677" w:type="dxa"/>
            <w:tcMar>
              <w:top w:w="28" w:type="dxa"/>
              <w:left w:w="38" w:type="dxa"/>
              <w:bottom w:w="28" w:type="dxa"/>
              <w:right w:w="38" w:type="dxa"/>
            </w:tcMar>
            <w:vAlign w:val="center"/>
          </w:tcPr>
          <w:p w14:paraId="0D4C834E" w14:textId="77777777" w:rsidR="00D60D5E" w:rsidRDefault="00891EF0">
            <w:pPr>
              <w:spacing w:after="0" w:line="240" w:lineRule="auto"/>
              <w:jc w:val="center"/>
            </w:pPr>
            <w:r>
              <w:rPr>
                <w:rFonts w:eastAsia="Aptos"/>
                <w:color w:val="6A7075"/>
                <w:sz w:val="17"/>
              </w:rPr>
              <w:t>105-145</w:t>
            </w:r>
          </w:p>
        </w:tc>
        <w:tc>
          <w:tcPr>
            <w:tcW w:w="2648" w:type="dxa"/>
            <w:tcMar>
              <w:top w:w="28" w:type="dxa"/>
              <w:left w:w="38" w:type="dxa"/>
              <w:bottom w:w="28" w:type="dxa"/>
              <w:right w:w="38" w:type="dxa"/>
            </w:tcMar>
            <w:vAlign w:val="center"/>
          </w:tcPr>
          <w:p w14:paraId="4B55FFAF" w14:textId="77777777" w:rsidR="00D60D5E" w:rsidRDefault="00891EF0">
            <w:pPr>
              <w:spacing w:after="0" w:line="240" w:lineRule="auto"/>
            </w:pPr>
            <w:r>
              <w:rPr>
                <w:rFonts w:eastAsia="Aptos"/>
                <w:sz w:val="17"/>
              </w:rPr>
              <w:t>Brussels Sprouts lb</w:t>
            </w:r>
          </w:p>
        </w:tc>
        <w:tc>
          <w:tcPr>
            <w:tcW w:w="630" w:type="dxa"/>
            <w:tcMar>
              <w:top w:w="28" w:type="dxa"/>
              <w:left w:w="38" w:type="dxa"/>
              <w:bottom w:w="28" w:type="dxa"/>
              <w:right w:w="38" w:type="dxa"/>
            </w:tcMar>
            <w:vAlign w:val="center"/>
          </w:tcPr>
          <w:p w14:paraId="3D3EA6D4" w14:textId="77777777" w:rsidR="00D60D5E" w:rsidRDefault="00891EF0">
            <w:pPr>
              <w:spacing w:after="0" w:line="240" w:lineRule="auto"/>
              <w:jc w:val="center"/>
            </w:pPr>
            <w:r>
              <w:rPr>
                <w:rFonts w:eastAsia="Aptos"/>
                <w:b/>
                <w:sz w:val="17"/>
              </w:rPr>
              <w:t>3.69</w:t>
            </w:r>
          </w:p>
        </w:tc>
        <w:tc>
          <w:tcPr>
            <w:tcW w:w="540" w:type="dxa"/>
            <w:tcMar>
              <w:top w:w="28" w:type="dxa"/>
              <w:left w:w="38" w:type="dxa"/>
              <w:bottom w:w="28" w:type="dxa"/>
              <w:right w:w="38" w:type="dxa"/>
            </w:tcMar>
            <w:vAlign w:val="center"/>
          </w:tcPr>
          <w:p w14:paraId="2792ED1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9DFED8" w14:textId="77777777" w:rsidR="00D60D5E" w:rsidRDefault="00D60D5E">
            <w:pPr>
              <w:jc w:val="center"/>
            </w:pPr>
          </w:p>
        </w:tc>
      </w:tr>
      <w:tr w:rsidR="00D60D5E" w14:paraId="761CD407" w14:textId="77777777" w:rsidTr="000617E0">
        <w:trPr>
          <w:cantSplit/>
          <w:jc w:val="center"/>
        </w:trPr>
        <w:tc>
          <w:tcPr>
            <w:tcW w:w="677" w:type="dxa"/>
            <w:tcMar>
              <w:top w:w="28" w:type="dxa"/>
              <w:left w:w="38" w:type="dxa"/>
              <w:bottom w:w="28" w:type="dxa"/>
              <w:right w:w="38" w:type="dxa"/>
            </w:tcMar>
            <w:vAlign w:val="center"/>
          </w:tcPr>
          <w:p w14:paraId="6B7CE47C" w14:textId="77777777" w:rsidR="00D60D5E" w:rsidRDefault="00891EF0">
            <w:pPr>
              <w:spacing w:after="0" w:line="240" w:lineRule="auto"/>
              <w:jc w:val="center"/>
            </w:pPr>
            <w:r>
              <w:rPr>
                <w:rFonts w:eastAsia="Aptos"/>
                <w:color w:val="6A7075"/>
                <w:sz w:val="17"/>
              </w:rPr>
              <w:t>105-150</w:t>
            </w:r>
          </w:p>
        </w:tc>
        <w:tc>
          <w:tcPr>
            <w:tcW w:w="2648" w:type="dxa"/>
            <w:tcMar>
              <w:top w:w="28" w:type="dxa"/>
              <w:left w:w="38" w:type="dxa"/>
              <w:bottom w:w="28" w:type="dxa"/>
              <w:right w:w="38" w:type="dxa"/>
            </w:tcMar>
            <w:vAlign w:val="center"/>
          </w:tcPr>
          <w:p w14:paraId="31565099" w14:textId="77777777" w:rsidR="00D60D5E" w:rsidRDefault="00891EF0">
            <w:pPr>
              <w:spacing w:after="0" w:line="240" w:lineRule="auto"/>
            </w:pPr>
            <w:r>
              <w:rPr>
                <w:rFonts w:eastAsia="Aptos"/>
                <w:sz w:val="17"/>
              </w:rPr>
              <w:t>Carrots Cello 1lb Bag</w:t>
            </w:r>
          </w:p>
        </w:tc>
        <w:tc>
          <w:tcPr>
            <w:tcW w:w="630" w:type="dxa"/>
            <w:tcMar>
              <w:top w:w="28" w:type="dxa"/>
              <w:left w:w="38" w:type="dxa"/>
              <w:bottom w:w="28" w:type="dxa"/>
              <w:right w:w="38" w:type="dxa"/>
            </w:tcMar>
            <w:vAlign w:val="center"/>
          </w:tcPr>
          <w:p w14:paraId="575ED89E" w14:textId="77777777" w:rsidR="00D60D5E" w:rsidRDefault="00891EF0">
            <w:pPr>
              <w:spacing w:after="0" w:line="240" w:lineRule="auto"/>
              <w:jc w:val="center"/>
            </w:pPr>
            <w:r>
              <w:rPr>
                <w:rFonts w:eastAsia="Aptos"/>
                <w:b/>
                <w:sz w:val="17"/>
              </w:rPr>
              <w:t>1.85</w:t>
            </w:r>
          </w:p>
        </w:tc>
        <w:tc>
          <w:tcPr>
            <w:tcW w:w="540" w:type="dxa"/>
            <w:tcMar>
              <w:top w:w="28" w:type="dxa"/>
              <w:left w:w="38" w:type="dxa"/>
              <w:bottom w:w="28" w:type="dxa"/>
              <w:right w:w="38" w:type="dxa"/>
            </w:tcMar>
            <w:vAlign w:val="center"/>
          </w:tcPr>
          <w:p w14:paraId="6CA919D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510AEC" w14:textId="77777777" w:rsidR="00D60D5E" w:rsidRDefault="00D60D5E">
            <w:pPr>
              <w:jc w:val="center"/>
            </w:pPr>
          </w:p>
        </w:tc>
      </w:tr>
      <w:tr w:rsidR="00D60D5E" w14:paraId="3ECE0C0B" w14:textId="77777777" w:rsidTr="000617E0">
        <w:trPr>
          <w:cantSplit/>
          <w:jc w:val="center"/>
        </w:trPr>
        <w:tc>
          <w:tcPr>
            <w:tcW w:w="677" w:type="dxa"/>
            <w:tcMar>
              <w:top w:w="28" w:type="dxa"/>
              <w:left w:w="38" w:type="dxa"/>
              <w:bottom w:w="28" w:type="dxa"/>
              <w:right w:w="38" w:type="dxa"/>
            </w:tcMar>
            <w:vAlign w:val="center"/>
          </w:tcPr>
          <w:p w14:paraId="4AFEF7A5" w14:textId="77777777" w:rsidR="00D60D5E" w:rsidRDefault="00891EF0">
            <w:pPr>
              <w:spacing w:after="0" w:line="240" w:lineRule="auto"/>
              <w:jc w:val="center"/>
            </w:pPr>
            <w:r>
              <w:rPr>
                <w:rFonts w:eastAsia="Aptos"/>
                <w:color w:val="6A7075"/>
                <w:sz w:val="17"/>
              </w:rPr>
              <w:t>105-151</w:t>
            </w:r>
          </w:p>
        </w:tc>
        <w:tc>
          <w:tcPr>
            <w:tcW w:w="2648" w:type="dxa"/>
            <w:tcMar>
              <w:top w:w="28" w:type="dxa"/>
              <w:left w:w="38" w:type="dxa"/>
              <w:bottom w:w="28" w:type="dxa"/>
              <w:right w:w="38" w:type="dxa"/>
            </w:tcMar>
            <w:vAlign w:val="center"/>
          </w:tcPr>
          <w:p w14:paraId="326F4C62" w14:textId="77777777" w:rsidR="00D60D5E" w:rsidRDefault="00891EF0">
            <w:pPr>
              <w:spacing w:after="0" w:line="240" w:lineRule="auto"/>
            </w:pPr>
            <w:r>
              <w:rPr>
                <w:rFonts w:eastAsia="Aptos"/>
                <w:sz w:val="17"/>
              </w:rPr>
              <w:t>Carrots Jumbo lbs</w:t>
            </w:r>
          </w:p>
        </w:tc>
        <w:tc>
          <w:tcPr>
            <w:tcW w:w="630" w:type="dxa"/>
            <w:tcMar>
              <w:top w:w="28" w:type="dxa"/>
              <w:left w:w="38" w:type="dxa"/>
              <w:bottom w:w="28" w:type="dxa"/>
              <w:right w:w="38" w:type="dxa"/>
            </w:tcMar>
            <w:vAlign w:val="center"/>
          </w:tcPr>
          <w:p w14:paraId="72D22477" w14:textId="77777777" w:rsidR="00D60D5E" w:rsidRDefault="00891EF0">
            <w:pPr>
              <w:spacing w:after="0" w:line="240" w:lineRule="auto"/>
              <w:jc w:val="center"/>
            </w:pPr>
            <w:r>
              <w:rPr>
                <w:rFonts w:eastAsia="Aptos"/>
                <w:b/>
                <w:sz w:val="17"/>
              </w:rPr>
              <w:t>1.39</w:t>
            </w:r>
          </w:p>
        </w:tc>
        <w:tc>
          <w:tcPr>
            <w:tcW w:w="540" w:type="dxa"/>
            <w:tcMar>
              <w:top w:w="28" w:type="dxa"/>
              <w:left w:w="38" w:type="dxa"/>
              <w:bottom w:w="28" w:type="dxa"/>
              <w:right w:w="38" w:type="dxa"/>
            </w:tcMar>
            <w:vAlign w:val="center"/>
          </w:tcPr>
          <w:p w14:paraId="02CDD36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D33FF18" w14:textId="77777777" w:rsidR="00D60D5E" w:rsidRDefault="00D60D5E">
            <w:pPr>
              <w:jc w:val="center"/>
            </w:pPr>
          </w:p>
        </w:tc>
      </w:tr>
      <w:tr w:rsidR="00D60D5E" w14:paraId="56D0A232" w14:textId="77777777" w:rsidTr="000617E0">
        <w:trPr>
          <w:cantSplit/>
          <w:jc w:val="center"/>
        </w:trPr>
        <w:tc>
          <w:tcPr>
            <w:tcW w:w="677" w:type="dxa"/>
            <w:tcMar>
              <w:top w:w="28" w:type="dxa"/>
              <w:left w:w="38" w:type="dxa"/>
              <w:bottom w:w="28" w:type="dxa"/>
              <w:right w:w="38" w:type="dxa"/>
            </w:tcMar>
            <w:vAlign w:val="center"/>
          </w:tcPr>
          <w:p w14:paraId="01B0E80D" w14:textId="77777777" w:rsidR="00D60D5E" w:rsidRDefault="00891EF0">
            <w:pPr>
              <w:spacing w:after="0" w:line="240" w:lineRule="auto"/>
              <w:jc w:val="center"/>
            </w:pPr>
            <w:r>
              <w:rPr>
                <w:rFonts w:eastAsia="Aptos"/>
                <w:color w:val="6A7075"/>
                <w:sz w:val="17"/>
              </w:rPr>
              <w:t>105-155</w:t>
            </w:r>
          </w:p>
        </w:tc>
        <w:tc>
          <w:tcPr>
            <w:tcW w:w="2648" w:type="dxa"/>
            <w:tcMar>
              <w:top w:w="28" w:type="dxa"/>
              <w:left w:w="38" w:type="dxa"/>
              <w:bottom w:w="28" w:type="dxa"/>
              <w:right w:w="38" w:type="dxa"/>
            </w:tcMar>
            <w:vAlign w:val="center"/>
          </w:tcPr>
          <w:p w14:paraId="7AC2FD55" w14:textId="77777777" w:rsidR="00D60D5E" w:rsidRDefault="00891EF0">
            <w:pPr>
              <w:spacing w:after="0" w:line="240" w:lineRule="auto"/>
            </w:pPr>
            <w:r>
              <w:rPr>
                <w:rFonts w:eastAsia="Aptos"/>
                <w:sz w:val="17"/>
              </w:rPr>
              <w:t>Carrots Mini/Baby 1lb Bags EA</w:t>
            </w:r>
          </w:p>
        </w:tc>
        <w:tc>
          <w:tcPr>
            <w:tcW w:w="630" w:type="dxa"/>
            <w:tcMar>
              <w:top w:w="28" w:type="dxa"/>
              <w:left w:w="38" w:type="dxa"/>
              <w:bottom w:w="28" w:type="dxa"/>
              <w:right w:w="38" w:type="dxa"/>
            </w:tcMar>
            <w:vAlign w:val="center"/>
          </w:tcPr>
          <w:p w14:paraId="257D9214" w14:textId="77777777" w:rsidR="00D60D5E" w:rsidRDefault="00891EF0">
            <w:pPr>
              <w:spacing w:after="0" w:line="240" w:lineRule="auto"/>
              <w:jc w:val="center"/>
            </w:pPr>
            <w:r>
              <w:rPr>
                <w:rFonts w:eastAsia="Aptos"/>
                <w:b/>
                <w:sz w:val="17"/>
              </w:rPr>
              <w:t>2.39</w:t>
            </w:r>
          </w:p>
        </w:tc>
        <w:tc>
          <w:tcPr>
            <w:tcW w:w="540" w:type="dxa"/>
            <w:tcMar>
              <w:top w:w="28" w:type="dxa"/>
              <w:left w:w="38" w:type="dxa"/>
              <w:bottom w:w="28" w:type="dxa"/>
              <w:right w:w="38" w:type="dxa"/>
            </w:tcMar>
            <w:vAlign w:val="center"/>
          </w:tcPr>
          <w:p w14:paraId="5D59DEE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BC95BB9" w14:textId="77777777" w:rsidR="00D60D5E" w:rsidRDefault="00D60D5E">
            <w:pPr>
              <w:jc w:val="center"/>
            </w:pPr>
          </w:p>
        </w:tc>
      </w:tr>
      <w:tr w:rsidR="00D60D5E" w14:paraId="60421BBA" w14:textId="77777777" w:rsidTr="000617E0">
        <w:trPr>
          <w:cantSplit/>
          <w:jc w:val="center"/>
        </w:trPr>
        <w:tc>
          <w:tcPr>
            <w:tcW w:w="677" w:type="dxa"/>
            <w:tcMar>
              <w:top w:w="28" w:type="dxa"/>
              <w:left w:w="38" w:type="dxa"/>
              <w:bottom w:w="28" w:type="dxa"/>
              <w:right w:w="38" w:type="dxa"/>
            </w:tcMar>
            <w:vAlign w:val="center"/>
          </w:tcPr>
          <w:p w14:paraId="1CEB37C6" w14:textId="77777777" w:rsidR="00D60D5E" w:rsidRDefault="00891EF0">
            <w:pPr>
              <w:spacing w:after="0" w:line="240" w:lineRule="auto"/>
              <w:jc w:val="center"/>
            </w:pPr>
            <w:r>
              <w:rPr>
                <w:rFonts w:eastAsia="Aptos"/>
                <w:color w:val="6A7075"/>
                <w:sz w:val="17"/>
              </w:rPr>
              <w:t>105-160</w:t>
            </w:r>
          </w:p>
        </w:tc>
        <w:tc>
          <w:tcPr>
            <w:tcW w:w="2648" w:type="dxa"/>
            <w:tcMar>
              <w:top w:w="28" w:type="dxa"/>
              <w:left w:w="38" w:type="dxa"/>
              <w:bottom w:w="28" w:type="dxa"/>
              <w:right w:w="38" w:type="dxa"/>
            </w:tcMar>
            <w:vAlign w:val="center"/>
          </w:tcPr>
          <w:p w14:paraId="06C77815" w14:textId="77777777" w:rsidR="00D60D5E" w:rsidRDefault="00891EF0">
            <w:pPr>
              <w:spacing w:after="0" w:line="240" w:lineRule="auto"/>
            </w:pPr>
            <w:r>
              <w:rPr>
                <w:rFonts w:eastAsia="Aptos"/>
                <w:sz w:val="17"/>
              </w:rPr>
              <w:t>Cabbage,Green Per lbs</w:t>
            </w:r>
          </w:p>
        </w:tc>
        <w:tc>
          <w:tcPr>
            <w:tcW w:w="630" w:type="dxa"/>
            <w:tcMar>
              <w:top w:w="28" w:type="dxa"/>
              <w:left w:w="38" w:type="dxa"/>
              <w:bottom w:w="28" w:type="dxa"/>
              <w:right w:w="38" w:type="dxa"/>
            </w:tcMar>
            <w:vAlign w:val="center"/>
          </w:tcPr>
          <w:p w14:paraId="2D56663E" w14:textId="77777777" w:rsidR="00D60D5E" w:rsidRDefault="00891EF0">
            <w:pPr>
              <w:spacing w:after="0" w:line="240" w:lineRule="auto"/>
              <w:jc w:val="center"/>
            </w:pPr>
            <w:r>
              <w:rPr>
                <w:rFonts w:eastAsia="Aptos"/>
                <w:b/>
                <w:sz w:val="17"/>
              </w:rPr>
              <w:t>1.19</w:t>
            </w:r>
          </w:p>
        </w:tc>
        <w:tc>
          <w:tcPr>
            <w:tcW w:w="540" w:type="dxa"/>
            <w:tcMar>
              <w:top w:w="28" w:type="dxa"/>
              <w:left w:w="38" w:type="dxa"/>
              <w:bottom w:w="28" w:type="dxa"/>
              <w:right w:w="38" w:type="dxa"/>
            </w:tcMar>
            <w:vAlign w:val="center"/>
          </w:tcPr>
          <w:p w14:paraId="669D1D3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4774FEE" w14:textId="77777777" w:rsidR="00D60D5E" w:rsidRDefault="00D60D5E">
            <w:pPr>
              <w:jc w:val="center"/>
            </w:pPr>
          </w:p>
        </w:tc>
      </w:tr>
      <w:tr w:rsidR="00D60D5E" w14:paraId="0865C5EE" w14:textId="77777777" w:rsidTr="000617E0">
        <w:trPr>
          <w:cantSplit/>
          <w:jc w:val="center"/>
        </w:trPr>
        <w:tc>
          <w:tcPr>
            <w:tcW w:w="677" w:type="dxa"/>
            <w:tcMar>
              <w:top w:w="28" w:type="dxa"/>
              <w:left w:w="38" w:type="dxa"/>
              <w:bottom w:w="28" w:type="dxa"/>
              <w:right w:w="38" w:type="dxa"/>
            </w:tcMar>
            <w:vAlign w:val="center"/>
          </w:tcPr>
          <w:p w14:paraId="632E863C" w14:textId="77777777" w:rsidR="00D60D5E" w:rsidRDefault="00891EF0">
            <w:pPr>
              <w:spacing w:after="0" w:line="240" w:lineRule="auto"/>
              <w:jc w:val="center"/>
            </w:pPr>
            <w:r>
              <w:rPr>
                <w:rFonts w:eastAsia="Aptos"/>
                <w:color w:val="6A7075"/>
                <w:sz w:val="17"/>
              </w:rPr>
              <w:t>105-165</w:t>
            </w:r>
          </w:p>
        </w:tc>
        <w:tc>
          <w:tcPr>
            <w:tcW w:w="2648" w:type="dxa"/>
            <w:tcMar>
              <w:top w:w="28" w:type="dxa"/>
              <w:left w:w="38" w:type="dxa"/>
              <w:bottom w:w="28" w:type="dxa"/>
              <w:right w:w="38" w:type="dxa"/>
            </w:tcMar>
            <w:vAlign w:val="center"/>
          </w:tcPr>
          <w:p w14:paraId="0AE09992" w14:textId="77777777" w:rsidR="00D60D5E" w:rsidRDefault="00891EF0">
            <w:pPr>
              <w:spacing w:after="0" w:line="240" w:lineRule="auto"/>
            </w:pPr>
            <w:r>
              <w:rPr>
                <w:rFonts w:eastAsia="Aptos"/>
                <w:sz w:val="17"/>
              </w:rPr>
              <w:t>Cabbage,Red Per lbs</w:t>
            </w:r>
          </w:p>
        </w:tc>
        <w:tc>
          <w:tcPr>
            <w:tcW w:w="630" w:type="dxa"/>
            <w:tcMar>
              <w:top w:w="28" w:type="dxa"/>
              <w:left w:w="38" w:type="dxa"/>
              <w:bottom w:w="28" w:type="dxa"/>
              <w:right w:w="38" w:type="dxa"/>
            </w:tcMar>
            <w:vAlign w:val="center"/>
          </w:tcPr>
          <w:p w14:paraId="65702D7C" w14:textId="77777777" w:rsidR="00D60D5E" w:rsidRDefault="00891EF0">
            <w:pPr>
              <w:spacing w:after="0" w:line="240" w:lineRule="auto"/>
              <w:jc w:val="center"/>
            </w:pPr>
            <w:r>
              <w:rPr>
                <w:rFonts w:eastAsia="Aptos"/>
                <w:b/>
                <w:sz w:val="17"/>
              </w:rPr>
              <w:t>1.60</w:t>
            </w:r>
          </w:p>
        </w:tc>
        <w:tc>
          <w:tcPr>
            <w:tcW w:w="540" w:type="dxa"/>
            <w:tcMar>
              <w:top w:w="28" w:type="dxa"/>
              <w:left w:w="38" w:type="dxa"/>
              <w:bottom w:w="28" w:type="dxa"/>
              <w:right w:w="38" w:type="dxa"/>
            </w:tcMar>
            <w:vAlign w:val="center"/>
          </w:tcPr>
          <w:p w14:paraId="1B8DD7C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B9B85B9" w14:textId="77777777" w:rsidR="00D60D5E" w:rsidRDefault="00D60D5E">
            <w:pPr>
              <w:jc w:val="center"/>
            </w:pPr>
          </w:p>
        </w:tc>
      </w:tr>
      <w:tr w:rsidR="00D60D5E" w14:paraId="0AB92F33" w14:textId="77777777" w:rsidTr="000617E0">
        <w:trPr>
          <w:cantSplit/>
          <w:jc w:val="center"/>
        </w:trPr>
        <w:tc>
          <w:tcPr>
            <w:tcW w:w="677" w:type="dxa"/>
            <w:tcMar>
              <w:top w:w="28" w:type="dxa"/>
              <w:left w:w="38" w:type="dxa"/>
              <w:bottom w:w="28" w:type="dxa"/>
              <w:right w:w="38" w:type="dxa"/>
            </w:tcMar>
            <w:vAlign w:val="center"/>
          </w:tcPr>
          <w:p w14:paraId="4366E605" w14:textId="77777777" w:rsidR="00D60D5E" w:rsidRDefault="00891EF0">
            <w:pPr>
              <w:spacing w:after="0" w:line="240" w:lineRule="auto"/>
              <w:jc w:val="center"/>
            </w:pPr>
            <w:r>
              <w:rPr>
                <w:rFonts w:eastAsia="Aptos"/>
                <w:color w:val="6A7075"/>
                <w:sz w:val="17"/>
              </w:rPr>
              <w:t>105-170</w:t>
            </w:r>
          </w:p>
        </w:tc>
        <w:tc>
          <w:tcPr>
            <w:tcW w:w="2648" w:type="dxa"/>
            <w:tcMar>
              <w:top w:w="28" w:type="dxa"/>
              <w:left w:w="38" w:type="dxa"/>
              <w:bottom w:w="28" w:type="dxa"/>
              <w:right w:w="38" w:type="dxa"/>
            </w:tcMar>
            <w:vAlign w:val="center"/>
          </w:tcPr>
          <w:p w14:paraId="5D932E3F" w14:textId="77777777" w:rsidR="00D60D5E" w:rsidRDefault="00891EF0">
            <w:pPr>
              <w:spacing w:after="0" w:line="240" w:lineRule="auto"/>
            </w:pPr>
            <w:r>
              <w:rPr>
                <w:rFonts w:eastAsia="Aptos"/>
                <w:sz w:val="17"/>
              </w:rPr>
              <w:t>Cauliflower EA</w:t>
            </w:r>
          </w:p>
        </w:tc>
        <w:tc>
          <w:tcPr>
            <w:tcW w:w="630" w:type="dxa"/>
            <w:tcMar>
              <w:top w:w="28" w:type="dxa"/>
              <w:left w:w="38" w:type="dxa"/>
              <w:bottom w:w="28" w:type="dxa"/>
              <w:right w:w="38" w:type="dxa"/>
            </w:tcMar>
            <w:vAlign w:val="center"/>
          </w:tcPr>
          <w:p w14:paraId="72621E52"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39321E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BBD3CD" w14:textId="77777777" w:rsidR="00D60D5E" w:rsidRDefault="00D60D5E">
            <w:pPr>
              <w:jc w:val="center"/>
            </w:pPr>
          </w:p>
        </w:tc>
      </w:tr>
      <w:tr w:rsidR="00D60D5E" w14:paraId="5BB1FAFF" w14:textId="77777777" w:rsidTr="000617E0">
        <w:trPr>
          <w:cantSplit/>
          <w:jc w:val="center"/>
        </w:trPr>
        <w:tc>
          <w:tcPr>
            <w:tcW w:w="677" w:type="dxa"/>
            <w:tcMar>
              <w:top w:w="28" w:type="dxa"/>
              <w:left w:w="38" w:type="dxa"/>
              <w:bottom w:w="28" w:type="dxa"/>
              <w:right w:w="38" w:type="dxa"/>
            </w:tcMar>
            <w:vAlign w:val="center"/>
          </w:tcPr>
          <w:p w14:paraId="7D547531" w14:textId="77777777" w:rsidR="00D60D5E" w:rsidRDefault="00891EF0">
            <w:pPr>
              <w:spacing w:after="0" w:line="240" w:lineRule="auto"/>
              <w:jc w:val="center"/>
            </w:pPr>
            <w:r>
              <w:rPr>
                <w:rFonts w:eastAsia="Aptos"/>
                <w:color w:val="6A7075"/>
                <w:sz w:val="17"/>
              </w:rPr>
              <w:t>105-175</w:t>
            </w:r>
          </w:p>
        </w:tc>
        <w:tc>
          <w:tcPr>
            <w:tcW w:w="2648" w:type="dxa"/>
            <w:tcMar>
              <w:top w:w="28" w:type="dxa"/>
              <w:left w:w="38" w:type="dxa"/>
              <w:bottom w:w="28" w:type="dxa"/>
              <w:right w:w="38" w:type="dxa"/>
            </w:tcMar>
            <w:vAlign w:val="center"/>
          </w:tcPr>
          <w:p w14:paraId="2C20C573" w14:textId="77777777" w:rsidR="00D60D5E" w:rsidRDefault="00891EF0">
            <w:pPr>
              <w:spacing w:after="0" w:line="240" w:lineRule="auto"/>
            </w:pPr>
            <w:r>
              <w:rPr>
                <w:rFonts w:eastAsia="Aptos"/>
                <w:sz w:val="17"/>
              </w:rPr>
              <w:t>Celery 30ct</w:t>
            </w:r>
          </w:p>
        </w:tc>
        <w:tc>
          <w:tcPr>
            <w:tcW w:w="630" w:type="dxa"/>
            <w:tcMar>
              <w:top w:w="28" w:type="dxa"/>
              <w:left w:w="38" w:type="dxa"/>
              <w:bottom w:w="28" w:type="dxa"/>
              <w:right w:w="38" w:type="dxa"/>
            </w:tcMar>
            <w:vAlign w:val="center"/>
          </w:tcPr>
          <w:p w14:paraId="00438EF1"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3ACF75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3EC4F7B" w14:textId="77777777" w:rsidR="00D60D5E" w:rsidRDefault="00D60D5E">
            <w:pPr>
              <w:jc w:val="center"/>
            </w:pPr>
          </w:p>
        </w:tc>
      </w:tr>
      <w:tr w:rsidR="00D60D5E" w14:paraId="41E4A124" w14:textId="77777777" w:rsidTr="000617E0">
        <w:trPr>
          <w:cantSplit/>
          <w:jc w:val="center"/>
        </w:trPr>
        <w:tc>
          <w:tcPr>
            <w:tcW w:w="677" w:type="dxa"/>
            <w:tcMar>
              <w:top w:w="28" w:type="dxa"/>
              <w:left w:w="38" w:type="dxa"/>
              <w:bottom w:w="28" w:type="dxa"/>
              <w:right w:w="38" w:type="dxa"/>
            </w:tcMar>
            <w:vAlign w:val="center"/>
          </w:tcPr>
          <w:p w14:paraId="55F6F641" w14:textId="77777777" w:rsidR="00D60D5E" w:rsidRDefault="00891EF0">
            <w:pPr>
              <w:spacing w:after="0" w:line="240" w:lineRule="auto"/>
              <w:jc w:val="center"/>
            </w:pPr>
            <w:r>
              <w:rPr>
                <w:rFonts w:eastAsia="Aptos"/>
                <w:color w:val="6A7075"/>
                <w:sz w:val="17"/>
              </w:rPr>
              <w:lastRenderedPageBreak/>
              <w:t>105-180</w:t>
            </w:r>
          </w:p>
        </w:tc>
        <w:tc>
          <w:tcPr>
            <w:tcW w:w="2648" w:type="dxa"/>
            <w:tcMar>
              <w:top w:w="28" w:type="dxa"/>
              <w:left w:w="38" w:type="dxa"/>
              <w:bottom w:w="28" w:type="dxa"/>
              <w:right w:w="38" w:type="dxa"/>
            </w:tcMar>
            <w:vAlign w:val="center"/>
          </w:tcPr>
          <w:p w14:paraId="7E5211D9" w14:textId="77777777" w:rsidR="00D60D5E" w:rsidRDefault="00891EF0">
            <w:pPr>
              <w:spacing w:after="0" w:line="240" w:lineRule="auto"/>
            </w:pPr>
            <w:r>
              <w:rPr>
                <w:rFonts w:eastAsia="Aptos"/>
                <w:sz w:val="17"/>
              </w:rPr>
              <w:t>Christophene Per lbs</w:t>
            </w:r>
          </w:p>
        </w:tc>
        <w:tc>
          <w:tcPr>
            <w:tcW w:w="630" w:type="dxa"/>
            <w:tcMar>
              <w:top w:w="28" w:type="dxa"/>
              <w:left w:w="38" w:type="dxa"/>
              <w:bottom w:w="28" w:type="dxa"/>
              <w:right w:w="38" w:type="dxa"/>
            </w:tcMar>
            <w:vAlign w:val="center"/>
          </w:tcPr>
          <w:p w14:paraId="2D83A3CD" w14:textId="77777777" w:rsidR="00D60D5E" w:rsidRDefault="00891EF0">
            <w:pPr>
              <w:spacing w:after="0" w:line="240" w:lineRule="auto"/>
              <w:jc w:val="center"/>
            </w:pPr>
            <w:r>
              <w:rPr>
                <w:rFonts w:eastAsia="Aptos"/>
                <w:b/>
                <w:sz w:val="17"/>
              </w:rPr>
              <w:t>3.12</w:t>
            </w:r>
          </w:p>
        </w:tc>
        <w:tc>
          <w:tcPr>
            <w:tcW w:w="540" w:type="dxa"/>
            <w:tcMar>
              <w:top w:w="28" w:type="dxa"/>
              <w:left w:w="38" w:type="dxa"/>
              <w:bottom w:w="28" w:type="dxa"/>
              <w:right w:w="38" w:type="dxa"/>
            </w:tcMar>
            <w:vAlign w:val="center"/>
          </w:tcPr>
          <w:p w14:paraId="2E2FAD9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6234395" w14:textId="77777777" w:rsidR="00D60D5E" w:rsidRDefault="00D60D5E">
            <w:pPr>
              <w:jc w:val="center"/>
            </w:pPr>
          </w:p>
        </w:tc>
      </w:tr>
      <w:tr w:rsidR="00D60D5E" w14:paraId="117EA1EE" w14:textId="77777777" w:rsidTr="000617E0">
        <w:trPr>
          <w:cantSplit/>
          <w:jc w:val="center"/>
        </w:trPr>
        <w:tc>
          <w:tcPr>
            <w:tcW w:w="677" w:type="dxa"/>
            <w:tcMar>
              <w:top w:w="28" w:type="dxa"/>
              <w:left w:w="38" w:type="dxa"/>
              <w:bottom w:w="28" w:type="dxa"/>
              <w:right w:w="38" w:type="dxa"/>
            </w:tcMar>
            <w:vAlign w:val="center"/>
          </w:tcPr>
          <w:p w14:paraId="7B06BF36" w14:textId="77777777" w:rsidR="00D60D5E" w:rsidRDefault="00891EF0">
            <w:pPr>
              <w:spacing w:after="0" w:line="240" w:lineRule="auto"/>
              <w:jc w:val="center"/>
            </w:pPr>
            <w:r>
              <w:rPr>
                <w:rFonts w:eastAsia="Aptos"/>
                <w:color w:val="6A7075"/>
                <w:sz w:val="17"/>
              </w:rPr>
              <w:t>105-185</w:t>
            </w:r>
          </w:p>
        </w:tc>
        <w:tc>
          <w:tcPr>
            <w:tcW w:w="2648" w:type="dxa"/>
            <w:tcMar>
              <w:top w:w="28" w:type="dxa"/>
              <w:left w:w="38" w:type="dxa"/>
              <w:bottom w:w="28" w:type="dxa"/>
              <w:right w:w="38" w:type="dxa"/>
            </w:tcMar>
            <w:vAlign w:val="center"/>
          </w:tcPr>
          <w:p w14:paraId="4CE2725A" w14:textId="77777777" w:rsidR="00D60D5E" w:rsidRDefault="00891EF0">
            <w:pPr>
              <w:spacing w:after="0" w:line="240" w:lineRule="auto"/>
            </w:pPr>
            <w:r>
              <w:rPr>
                <w:rFonts w:eastAsia="Aptos"/>
                <w:sz w:val="17"/>
              </w:rPr>
              <w:t>Corn EA</w:t>
            </w:r>
          </w:p>
        </w:tc>
        <w:tc>
          <w:tcPr>
            <w:tcW w:w="630" w:type="dxa"/>
            <w:tcMar>
              <w:top w:w="28" w:type="dxa"/>
              <w:left w:w="38" w:type="dxa"/>
              <w:bottom w:w="28" w:type="dxa"/>
              <w:right w:w="38" w:type="dxa"/>
            </w:tcMar>
            <w:vAlign w:val="center"/>
          </w:tcPr>
          <w:p w14:paraId="2649CABA" w14:textId="77777777" w:rsidR="00D60D5E" w:rsidRDefault="00891EF0">
            <w:pPr>
              <w:spacing w:after="0" w:line="240" w:lineRule="auto"/>
              <w:jc w:val="center"/>
            </w:pPr>
            <w:r>
              <w:rPr>
                <w:rFonts w:eastAsia="Aptos"/>
                <w:b/>
                <w:sz w:val="17"/>
              </w:rPr>
              <w:t>1.20</w:t>
            </w:r>
          </w:p>
        </w:tc>
        <w:tc>
          <w:tcPr>
            <w:tcW w:w="540" w:type="dxa"/>
            <w:tcMar>
              <w:top w:w="28" w:type="dxa"/>
              <w:left w:w="38" w:type="dxa"/>
              <w:bottom w:w="28" w:type="dxa"/>
              <w:right w:w="38" w:type="dxa"/>
            </w:tcMar>
            <w:vAlign w:val="center"/>
          </w:tcPr>
          <w:p w14:paraId="77F307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811E92" w14:textId="77777777" w:rsidR="00D60D5E" w:rsidRDefault="00D60D5E">
            <w:pPr>
              <w:jc w:val="center"/>
            </w:pPr>
          </w:p>
        </w:tc>
      </w:tr>
      <w:tr w:rsidR="00D60D5E" w14:paraId="5FF1F040" w14:textId="77777777" w:rsidTr="000617E0">
        <w:trPr>
          <w:cantSplit/>
          <w:jc w:val="center"/>
        </w:trPr>
        <w:tc>
          <w:tcPr>
            <w:tcW w:w="677" w:type="dxa"/>
            <w:tcMar>
              <w:top w:w="28" w:type="dxa"/>
              <w:left w:w="38" w:type="dxa"/>
              <w:bottom w:w="28" w:type="dxa"/>
              <w:right w:w="38" w:type="dxa"/>
            </w:tcMar>
            <w:vAlign w:val="center"/>
          </w:tcPr>
          <w:p w14:paraId="4216E79A" w14:textId="77777777" w:rsidR="00D60D5E" w:rsidRDefault="00891EF0">
            <w:pPr>
              <w:spacing w:after="0" w:line="240" w:lineRule="auto"/>
              <w:jc w:val="center"/>
            </w:pPr>
            <w:r>
              <w:rPr>
                <w:rFonts w:eastAsia="Aptos"/>
                <w:color w:val="6A7075"/>
                <w:sz w:val="17"/>
              </w:rPr>
              <w:t>105-187</w:t>
            </w:r>
          </w:p>
        </w:tc>
        <w:tc>
          <w:tcPr>
            <w:tcW w:w="2648" w:type="dxa"/>
            <w:tcMar>
              <w:top w:w="28" w:type="dxa"/>
              <w:left w:w="38" w:type="dxa"/>
              <w:bottom w:w="28" w:type="dxa"/>
              <w:right w:w="38" w:type="dxa"/>
            </w:tcMar>
            <w:vAlign w:val="center"/>
          </w:tcPr>
          <w:p w14:paraId="03BFC502" w14:textId="77777777" w:rsidR="00D60D5E" w:rsidRDefault="00891EF0">
            <w:pPr>
              <w:spacing w:after="0" w:line="240" w:lineRule="auto"/>
            </w:pPr>
            <w:r>
              <w:rPr>
                <w:rFonts w:eastAsia="Aptos"/>
                <w:sz w:val="17"/>
              </w:rPr>
              <w:t>Collard Greens FRESH Cello Pack 16oz</w:t>
            </w:r>
          </w:p>
        </w:tc>
        <w:tc>
          <w:tcPr>
            <w:tcW w:w="630" w:type="dxa"/>
            <w:tcMar>
              <w:top w:w="28" w:type="dxa"/>
              <w:left w:w="38" w:type="dxa"/>
              <w:bottom w:w="28" w:type="dxa"/>
              <w:right w:w="38" w:type="dxa"/>
            </w:tcMar>
            <w:vAlign w:val="center"/>
          </w:tcPr>
          <w:p w14:paraId="6EF58AD5" w14:textId="77777777" w:rsidR="00D60D5E" w:rsidRDefault="00891EF0">
            <w:pPr>
              <w:spacing w:after="0" w:line="240" w:lineRule="auto"/>
              <w:jc w:val="center"/>
            </w:pPr>
            <w:r>
              <w:rPr>
                <w:rFonts w:eastAsia="Aptos"/>
                <w:b/>
                <w:sz w:val="17"/>
              </w:rPr>
              <w:t>6.72</w:t>
            </w:r>
          </w:p>
        </w:tc>
        <w:tc>
          <w:tcPr>
            <w:tcW w:w="540" w:type="dxa"/>
            <w:tcMar>
              <w:top w:w="28" w:type="dxa"/>
              <w:left w:w="38" w:type="dxa"/>
              <w:bottom w:w="28" w:type="dxa"/>
              <w:right w:w="38" w:type="dxa"/>
            </w:tcMar>
            <w:vAlign w:val="center"/>
          </w:tcPr>
          <w:p w14:paraId="5CDBF48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41CA11" w14:textId="77777777" w:rsidR="00D60D5E" w:rsidRDefault="00D60D5E">
            <w:pPr>
              <w:jc w:val="center"/>
            </w:pPr>
          </w:p>
        </w:tc>
      </w:tr>
      <w:tr w:rsidR="00D60D5E" w14:paraId="458DE394" w14:textId="77777777" w:rsidTr="000617E0">
        <w:trPr>
          <w:cantSplit/>
          <w:jc w:val="center"/>
        </w:trPr>
        <w:tc>
          <w:tcPr>
            <w:tcW w:w="677" w:type="dxa"/>
            <w:tcMar>
              <w:top w:w="28" w:type="dxa"/>
              <w:left w:w="38" w:type="dxa"/>
              <w:bottom w:w="28" w:type="dxa"/>
              <w:right w:w="38" w:type="dxa"/>
            </w:tcMar>
            <w:vAlign w:val="center"/>
          </w:tcPr>
          <w:p w14:paraId="5F9AADAD" w14:textId="77777777" w:rsidR="00D60D5E" w:rsidRDefault="00891EF0">
            <w:pPr>
              <w:spacing w:after="0" w:line="240" w:lineRule="auto"/>
              <w:jc w:val="center"/>
            </w:pPr>
            <w:r>
              <w:rPr>
                <w:rFonts w:eastAsia="Aptos"/>
                <w:color w:val="6A7075"/>
                <w:sz w:val="17"/>
              </w:rPr>
              <w:t>105-190</w:t>
            </w:r>
          </w:p>
        </w:tc>
        <w:tc>
          <w:tcPr>
            <w:tcW w:w="2648" w:type="dxa"/>
            <w:tcMar>
              <w:top w:w="28" w:type="dxa"/>
              <w:left w:w="38" w:type="dxa"/>
              <w:bottom w:w="28" w:type="dxa"/>
              <w:right w:w="38" w:type="dxa"/>
            </w:tcMar>
            <w:vAlign w:val="center"/>
          </w:tcPr>
          <w:p w14:paraId="4C05AB4D" w14:textId="77777777" w:rsidR="00D60D5E" w:rsidRDefault="00891EF0">
            <w:pPr>
              <w:spacing w:after="0" w:line="240" w:lineRule="auto"/>
            </w:pPr>
            <w:r>
              <w:rPr>
                <w:rFonts w:eastAsia="Aptos"/>
                <w:sz w:val="17"/>
              </w:rPr>
              <w:t>Cucumber Per lbs</w:t>
            </w:r>
          </w:p>
        </w:tc>
        <w:tc>
          <w:tcPr>
            <w:tcW w:w="630" w:type="dxa"/>
            <w:tcMar>
              <w:top w:w="28" w:type="dxa"/>
              <w:left w:w="38" w:type="dxa"/>
              <w:bottom w:w="28" w:type="dxa"/>
              <w:right w:w="38" w:type="dxa"/>
            </w:tcMar>
            <w:vAlign w:val="center"/>
          </w:tcPr>
          <w:p w14:paraId="10898091" w14:textId="77777777" w:rsidR="00D60D5E" w:rsidRDefault="00891EF0">
            <w:pPr>
              <w:spacing w:after="0" w:line="240" w:lineRule="auto"/>
              <w:jc w:val="center"/>
            </w:pPr>
            <w:r>
              <w:rPr>
                <w:rFonts w:eastAsia="Aptos"/>
                <w:b/>
                <w:sz w:val="17"/>
              </w:rPr>
              <w:t>2.89</w:t>
            </w:r>
          </w:p>
        </w:tc>
        <w:tc>
          <w:tcPr>
            <w:tcW w:w="540" w:type="dxa"/>
            <w:tcMar>
              <w:top w:w="28" w:type="dxa"/>
              <w:left w:w="38" w:type="dxa"/>
              <w:bottom w:w="28" w:type="dxa"/>
              <w:right w:w="38" w:type="dxa"/>
            </w:tcMar>
            <w:vAlign w:val="center"/>
          </w:tcPr>
          <w:p w14:paraId="0615FB1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44F6978" w14:textId="77777777" w:rsidR="00D60D5E" w:rsidRDefault="00D60D5E">
            <w:pPr>
              <w:jc w:val="center"/>
            </w:pPr>
          </w:p>
        </w:tc>
      </w:tr>
      <w:tr w:rsidR="00D60D5E" w14:paraId="3E1CBDFA" w14:textId="77777777" w:rsidTr="000617E0">
        <w:trPr>
          <w:cantSplit/>
          <w:jc w:val="center"/>
        </w:trPr>
        <w:tc>
          <w:tcPr>
            <w:tcW w:w="677" w:type="dxa"/>
            <w:tcMar>
              <w:top w:w="28" w:type="dxa"/>
              <w:left w:w="38" w:type="dxa"/>
              <w:bottom w:w="28" w:type="dxa"/>
              <w:right w:w="38" w:type="dxa"/>
            </w:tcMar>
            <w:vAlign w:val="center"/>
          </w:tcPr>
          <w:p w14:paraId="6F608D70" w14:textId="77777777" w:rsidR="00D60D5E" w:rsidRDefault="00891EF0">
            <w:pPr>
              <w:spacing w:after="0" w:line="240" w:lineRule="auto"/>
              <w:jc w:val="center"/>
            </w:pPr>
            <w:r>
              <w:rPr>
                <w:rFonts w:eastAsia="Aptos"/>
                <w:color w:val="6A7075"/>
                <w:sz w:val="17"/>
              </w:rPr>
              <w:t>105-195</w:t>
            </w:r>
          </w:p>
        </w:tc>
        <w:tc>
          <w:tcPr>
            <w:tcW w:w="2648" w:type="dxa"/>
            <w:tcMar>
              <w:top w:w="28" w:type="dxa"/>
              <w:left w:w="38" w:type="dxa"/>
              <w:bottom w:w="28" w:type="dxa"/>
              <w:right w:w="38" w:type="dxa"/>
            </w:tcMar>
            <w:vAlign w:val="center"/>
          </w:tcPr>
          <w:p w14:paraId="661EF85F" w14:textId="77777777" w:rsidR="00D60D5E" w:rsidRDefault="00891EF0">
            <w:pPr>
              <w:spacing w:after="0" w:line="240" w:lineRule="auto"/>
            </w:pPr>
            <w:r>
              <w:rPr>
                <w:rFonts w:eastAsia="Aptos"/>
                <w:sz w:val="17"/>
              </w:rPr>
              <w:t>Cucumber European 12ct</w:t>
            </w:r>
          </w:p>
        </w:tc>
        <w:tc>
          <w:tcPr>
            <w:tcW w:w="630" w:type="dxa"/>
            <w:tcMar>
              <w:top w:w="28" w:type="dxa"/>
              <w:left w:w="38" w:type="dxa"/>
              <w:bottom w:w="28" w:type="dxa"/>
              <w:right w:w="38" w:type="dxa"/>
            </w:tcMar>
            <w:vAlign w:val="center"/>
          </w:tcPr>
          <w:p w14:paraId="4D2B49ED"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10BFD4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529B4E" w14:textId="77777777" w:rsidR="00D60D5E" w:rsidRDefault="00D60D5E">
            <w:pPr>
              <w:jc w:val="center"/>
            </w:pPr>
          </w:p>
        </w:tc>
      </w:tr>
      <w:tr w:rsidR="00D60D5E" w14:paraId="4BEC6005" w14:textId="77777777" w:rsidTr="000617E0">
        <w:trPr>
          <w:cantSplit/>
          <w:jc w:val="center"/>
        </w:trPr>
        <w:tc>
          <w:tcPr>
            <w:tcW w:w="677" w:type="dxa"/>
            <w:tcMar>
              <w:top w:w="28" w:type="dxa"/>
              <w:left w:w="38" w:type="dxa"/>
              <w:bottom w:w="28" w:type="dxa"/>
              <w:right w:w="38" w:type="dxa"/>
            </w:tcMar>
            <w:vAlign w:val="center"/>
          </w:tcPr>
          <w:p w14:paraId="6FB0F3F6" w14:textId="77777777" w:rsidR="00D60D5E" w:rsidRDefault="00891EF0">
            <w:pPr>
              <w:spacing w:after="0" w:line="240" w:lineRule="auto"/>
              <w:jc w:val="center"/>
            </w:pPr>
            <w:r>
              <w:rPr>
                <w:rFonts w:eastAsia="Aptos"/>
                <w:color w:val="6A7075"/>
                <w:sz w:val="17"/>
              </w:rPr>
              <w:t>105-200</w:t>
            </w:r>
          </w:p>
        </w:tc>
        <w:tc>
          <w:tcPr>
            <w:tcW w:w="2648" w:type="dxa"/>
            <w:tcMar>
              <w:top w:w="28" w:type="dxa"/>
              <w:left w:w="38" w:type="dxa"/>
              <w:bottom w:w="28" w:type="dxa"/>
              <w:right w:w="38" w:type="dxa"/>
            </w:tcMar>
            <w:vAlign w:val="center"/>
          </w:tcPr>
          <w:p w14:paraId="728C23E4" w14:textId="77777777" w:rsidR="00D60D5E" w:rsidRDefault="00891EF0">
            <w:pPr>
              <w:spacing w:after="0" w:line="240" w:lineRule="auto"/>
            </w:pPr>
            <w:r>
              <w:rPr>
                <w:rFonts w:eastAsia="Aptos"/>
                <w:sz w:val="17"/>
              </w:rPr>
              <w:t>Eggplant Per lbs</w:t>
            </w:r>
          </w:p>
        </w:tc>
        <w:tc>
          <w:tcPr>
            <w:tcW w:w="630" w:type="dxa"/>
            <w:tcMar>
              <w:top w:w="28" w:type="dxa"/>
              <w:left w:w="38" w:type="dxa"/>
              <w:bottom w:w="28" w:type="dxa"/>
              <w:right w:w="38" w:type="dxa"/>
            </w:tcMar>
            <w:vAlign w:val="center"/>
          </w:tcPr>
          <w:p w14:paraId="0549E807"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F57144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AB2E447" w14:textId="77777777" w:rsidR="00D60D5E" w:rsidRDefault="00D60D5E">
            <w:pPr>
              <w:jc w:val="center"/>
            </w:pPr>
          </w:p>
        </w:tc>
      </w:tr>
      <w:tr w:rsidR="00D60D5E" w14:paraId="68F4BEB8" w14:textId="77777777" w:rsidTr="000617E0">
        <w:trPr>
          <w:cantSplit/>
          <w:jc w:val="center"/>
        </w:trPr>
        <w:tc>
          <w:tcPr>
            <w:tcW w:w="677" w:type="dxa"/>
            <w:tcMar>
              <w:top w:w="28" w:type="dxa"/>
              <w:left w:w="38" w:type="dxa"/>
              <w:bottom w:w="28" w:type="dxa"/>
              <w:right w:w="38" w:type="dxa"/>
            </w:tcMar>
            <w:vAlign w:val="center"/>
          </w:tcPr>
          <w:p w14:paraId="462C6CB1" w14:textId="77777777" w:rsidR="00D60D5E" w:rsidRDefault="00891EF0">
            <w:pPr>
              <w:spacing w:after="0" w:line="240" w:lineRule="auto"/>
              <w:jc w:val="center"/>
            </w:pPr>
            <w:r>
              <w:rPr>
                <w:rFonts w:eastAsia="Aptos"/>
                <w:color w:val="6A7075"/>
                <w:sz w:val="17"/>
              </w:rPr>
              <w:t>105-205</w:t>
            </w:r>
          </w:p>
        </w:tc>
        <w:tc>
          <w:tcPr>
            <w:tcW w:w="2648" w:type="dxa"/>
            <w:tcMar>
              <w:top w:w="28" w:type="dxa"/>
              <w:left w:w="38" w:type="dxa"/>
              <w:bottom w:w="28" w:type="dxa"/>
              <w:right w:w="38" w:type="dxa"/>
            </w:tcMar>
            <w:vAlign w:val="center"/>
          </w:tcPr>
          <w:p w14:paraId="3152AA14" w14:textId="77777777" w:rsidR="00D60D5E" w:rsidRDefault="00891EF0">
            <w:pPr>
              <w:spacing w:after="0" w:line="240" w:lineRule="auto"/>
            </w:pPr>
            <w:r>
              <w:rPr>
                <w:rFonts w:eastAsia="Aptos"/>
                <w:sz w:val="17"/>
              </w:rPr>
              <w:t>Garlic Bulbs Per lbs</w:t>
            </w:r>
          </w:p>
        </w:tc>
        <w:tc>
          <w:tcPr>
            <w:tcW w:w="630" w:type="dxa"/>
            <w:tcMar>
              <w:top w:w="28" w:type="dxa"/>
              <w:left w:w="38" w:type="dxa"/>
              <w:bottom w:w="28" w:type="dxa"/>
              <w:right w:w="38" w:type="dxa"/>
            </w:tcMar>
            <w:vAlign w:val="center"/>
          </w:tcPr>
          <w:p w14:paraId="4B538AB2" w14:textId="77777777" w:rsidR="00D60D5E" w:rsidRDefault="00891EF0">
            <w:pPr>
              <w:spacing w:after="0" w:line="240" w:lineRule="auto"/>
              <w:jc w:val="center"/>
            </w:pPr>
            <w:r>
              <w:rPr>
                <w:rFonts w:eastAsia="Aptos"/>
                <w:b/>
                <w:sz w:val="17"/>
              </w:rPr>
              <w:t>5.20</w:t>
            </w:r>
          </w:p>
        </w:tc>
        <w:tc>
          <w:tcPr>
            <w:tcW w:w="540" w:type="dxa"/>
            <w:tcMar>
              <w:top w:w="28" w:type="dxa"/>
              <w:left w:w="38" w:type="dxa"/>
              <w:bottom w:w="28" w:type="dxa"/>
              <w:right w:w="38" w:type="dxa"/>
            </w:tcMar>
            <w:vAlign w:val="center"/>
          </w:tcPr>
          <w:p w14:paraId="5EFCA8CD"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DE4AE05" w14:textId="77777777" w:rsidR="00D60D5E" w:rsidRDefault="00D60D5E">
            <w:pPr>
              <w:jc w:val="center"/>
            </w:pPr>
          </w:p>
        </w:tc>
      </w:tr>
      <w:tr w:rsidR="00D60D5E" w14:paraId="6E6A2CBE" w14:textId="77777777" w:rsidTr="000617E0">
        <w:trPr>
          <w:cantSplit/>
          <w:jc w:val="center"/>
        </w:trPr>
        <w:tc>
          <w:tcPr>
            <w:tcW w:w="677" w:type="dxa"/>
            <w:tcMar>
              <w:top w:w="28" w:type="dxa"/>
              <w:left w:w="38" w:type="dxa"/>
              <w:bottom w:w="28" w:type="dxa"/>
              <w:right w:w="38" w:type="dxa"/>
            </w:tcMar>
            <w:vAlign w:val="center"/>
          </w:tcPr>
          <w:p w14:paraId="10458EEF" w14:textId="77777777" w:rsidR="00D60D5E" w:rsidRDefault="00891EF0">
            <w:pPr>
              <w:spacing w:after="0" w:line="240" w:lineRule="auto"/>
              <w:jc w:val="center"/>
            </w:pPr>
            <w:r>
              <w:rPr>
                <w:rFonts w:eastAsia="Aptos"/>
                <w:color w:val="6A7075"/>
                <w:sz w:val="17"/>
              </w:rPr>
              <w:t>105-210</w:t>
            </w:r>
          </w:p>
        </w:tc>
        <w:tc>
          <w:tcPr>
            <w:tcW w:w="2648" w:type="dxa"/>
            <w:tcMar>
              <w:top w:w="28" w:type="dxa"/>
              <w:left w:w="38" w:type="dxa"/>
              <w:bottom w:w="28" w:type="dxa"/>
              <w:right w:w="38" w:type="dxa"/>
            </w:tcMar>
            <w:vAlign w:val="center"/>
          </w:tcPr>
          <w:p w14:paraId="5789247D" w14:textId="77777777" w:rsidR="00D60D5E" w:rsidRDefault="00891EF0">
            <w:pPr>
              <w:spacing w:after="0" w:line="240" w:lineRule="auto"/>
            </w:pPr>
            <w:r>
              <w:rPr>
                <w:rFonts w:eastAsia="Aptos"/>
                <w:sz w:val="17"/>
              </w:rPr>
              <w:t>Garlic Jumbo Per lbs</w:t>
            </w:r>
          </w:p>
        </w:tc>
        <w:tc>
          <w:tcPr>
            <w:tcW w:w="630" w:type="dxa"/>
            <w:tcMar>
              <w:top w:w="28" w:type="dxa"/>
              <w:left w:w="38" w:type="dxa"/>
              <w:bottom w:w="28" w:type="dxa"/>
              <w:right w:w="38" w:type="dxa"/>
            </w:tcMar>
            <w:vAlign w:val="center"/>
          </w:tcPr>
          <w:p w14:paraId="4349BC0E"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7EC04D7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26882AE" w14:textId="77777777" w:rsidR="00D60D5E" w:rsidRDefault="00D60D5E">
            <w:pPr>
              <w:jc w:val="center"/>
            </w:pPr>
          </w:p>
        </w:tc>
      </w:tr>
      <w:tr w:rsidR="00D60D5E" w14:paraId="74637344" w14:textId="77777777" w:rsidTr="000617E0">
        <w:trPr>
          <w:cantSplit/>
          <w:jc w:val="center"/>
        </w:trPr>
        <w:tc>
          <w:tcPr>
            <w:tcW w:w="677" w:type="dxa"/>
            <w:tcMar>
              <w:top w:w="28" w:type="dxa"/>
              <w:left w:w="38" w:type="dxa"/>
              <w:bottom w:w="28" w:type="dxa"/>
              <w:right w:w="38" w:type="dxa"/>
            </w:tcMar>
            <w:vAlign w:val="center"/>
          </w:tcPr>
          <w:p w14:paraId="7A436590" w14:textId="77777777" w:rsidR="00D60D5E" w:rsidRDefault="00891EF0">
            <w:pPr>
              <w:spacing w:after="0" w:line="240" w:lineRule="auto"/>
              <w:jc w:val="center"/>
            </w:pPr>
            <w:r>
              <w:rPr>
                <w:rFonts w:eastAsia="Aptos"/>
                <w:color w:val="6A7075"/>
                <w:sz w:val="17"/>
              </w:rPr>
              <w:t>105-215</w:t>
            </w:r>
          </w:p>
        </w:tc>
        <w:tc>
          <w:tcPr>
            <w:tcW w:w="2648" w:type="dxa"/>
            <w:tcMar>
              <w:top w:w="28" w:type="dxa"/>
              <w:left w:w="38" w:type="dxa"/>
              <w:bottom w:w="28" w:type="dxa"/>
              <w:right w:w="38" w:type="dxa"/>
            </w:tcMar>
            <w:vAlign w:val="center"/>
          </w:tcPr>
          <w:p w14:paraId="069C3EED" w14:textId="77777777" w:rsidR="00D60D5E" w:rsidRDefault="00891EF0">
            <w:pPr>
              <w:spacing w:after="0" w:line="240" w:lineRule="auto"/>
            </w:pPr>
            <w:r>
              <w:rPr>
                <w:rFonts w:eastAsia="Aptos"/>
                <w:sz w:val="17"/>
              </w:rPr>
              <w:t>Green Beans Per lbs</w:t>
            </w:r>
          </w:p>
        </w:tc>
        <w:tc>
          <w:tcPr>
            <w:tcW w:w="630" w:type="dxa"/>
            <w:tcMar>
              <w:top w:w="28" w:type="dxa"/>
              <w:left w:w="38" w:type="dxa"/>
              <w:bottom w:w="28" w:type="dxa"/>
              <w:right w:w="38" w:type="dxa"/>
            </w:tcMar>
            <w:vAlign w:val="center"/>
          </w:tcPr>
          <w:p w14:paraId="3326B615"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6F240F0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5608F39" w14:textId="77777777" w:rsidR="00D60D5E" w:rsidRDefault="00D60D5E">
            <w:pPr>
              <w:jc w:val="center"/>
            </w:pPr>
          </w:p>
        </w:tc>
      </w:tr>
      <w:tr w:rsidR="00D60D5E" w14:paraId="0CEEE1DA" w14:textId="77777777" w:rsidTr="000617E0">
        <w:trPr>
          <w:cantSplit/>
          <w:jc w:val="center"/>
        </w:trPr>
        <w:tc>
          <w:tcPr>
            <w:tcW w:w="677" w:type="dxa"/>
            <w:tcMar>
              <w:top w:w="28" w:type="dxa"/>
              <w:left w:w="38" w:type="dxa"/>
              <w:bottom w:w="28" w:type="dxa"/>
              <w:right w:w="38" w:type="dxa"/>
            </w:tcMar>
            <w:vAlign w:val="center"/>
          </w:tcPr>
          <w:p w14:paraId="2649F7AF" w14:textId="77777777" w:rsidR="00D60D5E" w:rsidRDefault="00891EF0">
            <w:pPr>
              <w:spacing w:after="0" w:line="240" w:lineRule="auto"/>
              <w:jc w:val="center"/>
            </w:pPr>
            <w:r>
              <w:rPr>
                <w:rFonts w:eastAsia="Aptos"/>
                <w:color w:val="6A7075"/>
                <w:sz w:val="17"/>
              </w:rPr>
              <w:t>105-220</w:t>
            </w:r>
          </w:p>
        </w:tc>
        <w:tc>
          <w:tcPr>
            <w:tcW w:w="2648" w:type="dxa"/>
            <w:tcMar>
              <w:top w:w="28" w:type="dxa"/>
              <w:left w:w="38" w:type="dxa"/>
              <w:bottom w:w="28" w:type="dxa"/>
              <w:right w:w="38" w:type="dxa"/>
            </w:tcMar>
            <w:vAlign w:val="center"/>
          </w:tcPr>
          <w:p w14:paraId="7EAFB156" w14:textId="77777777" w:rsidR="00D60D5E" w:rsidRDefault="00891EF0">
            <w:pPr>
              <w:spacing w:after="0" w:line="240" w:lineRule="auto"/>
            </w:pPr>
            <w:r>
              <w:rPr>
                <w:rFonts w:eastAsia="Aptos"/>
                <w:sz w:val="17"/>
              </w:rPr>
              <w:t>Leeks Bunch EA</w:t>
            </w:r>
          </w:p>
        </w:tc>
        <w:tc>
          <w:tcPr>
            <w:tcW w:w="630" w:type="dxa"/>
            <w:tcMar>
              <w:top w:w="28" w:type="dxa"/>
              <w:left w:w="38" w:type="dxa"/>
              <w:bottom w:w="28" w:type="dxa"/>
              <w:right w:w="38" w:type="dxa"/>
            </w:tcMar>
            <w:vAlign w:val="center"/>
          </w:tcPr>
          <w:p w14:paraId="35333C5C" w14:textId="77777777" w:rsidR="00D60D5E" w:rsidRDefault="00891EF0">
            <w:pPr>
              <w:spacing w:after="0" w:line="240" w:lineRule="auto"/>
              <w:jc w:val="center"/>
            </w:pPr>
            <w:r>
              <w:rPr>
                <w:rFonts w:eastAsia="Aptos"/>
                <w:b/>
                <w:sz w:val="17"/>
              </w:rPr>
              <w:t>9.99</w:t>
            </w:r>
          </w:p>
        </w:tc>
        <w:tc>
          <w:tcPr>
            <w:tcW w:w="540" w:type="dxa"/>
            <w:tcMar>
              <w:top w:w="28" w:type="dxa"/>
              <w:left w:w="38" w:type="dxa"/>
              <w:bottom w:w="28" w:type="dxa"/>
              <w:right w:w="38" w:type="dxa"/>
            </w:tcMar>
            <w:vAlign w:val="center"/>
          </w:tcPr>
          <w:p w14:paraId="099F62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9944BD" w14:textId="77777777" w:rsidR="00D60D5E" w:rsidRDefault="00D60D5E">
            <w:pPr>
              <w:jc w:val="center"/>
            </w:pPr>
          </w:p>
        </w:tc>
      </w:tr>
      <w:tr w:rsidR="00D60D5E" w14:paraId="4F875765" w14:textId="77777777" w:rsidTr="000617E0">
        <w:trPr>
          <w:cantSplit/>
          <w:jc w:val="center"/>
        </w:trPr>
        <w:tc>
          <w:tcPr>
            <w:tcW w:w="677" w:type="dxa"/>
            <w:tcMar>
              <w:top w:w="28" w:type="dxa"/>
              <w:left w:w="38" w:type="dxa"/>
              <w:bottom w:w="28" w:type="dxa"/>
              <w:right w:w="38" w:type="dxa"/>
            </w:tcMar>
            <w:vAlign w:val="center"/>
          </w:tcPr>
          <w:p w14:paraId="435B1DD8" w14:textId="77777777" w:rsidR="00D60D5E" w:rsidRDefault="00891EF0">
            <w:pPr>
              <w:spacing w:after="0" w:line="240" w:lineRule="auto"/>
              <w:jc w:val="center"/>
            </w:pPr>
            <w:r>
              <w:rPr>
                <w:rFonts w:eastAsia="Aptos"/>
                <w:color w:val="6A7075"/>
                <w:sz w:val="17"/>
              </w:rPr>
              <w:t>105-225</w:t>
            </w:r>
          </w:p>
        </w:tc>
        <w:tc>
          <w:tcPr>
            <w:tcW w:w="2648" w:type="dxa"/>
            <w:tcMar>
              <w:top w:w="28" w:type="dxa"/>
              <w:left w:w="38" w:type="dxa"/>
              <w:bottom w:w="28" w:type="dxa"/>
              <w:right w:w="38" w:type="dxa"/>
            </w:tcMar>
            <w:vAlign w:val="center"/>
          </w:tcPr>
          <w:p w14:paraId="1994C369" w14:textId="77777777" w:rsidR="00D60D5E" w:rsidRDefault="00891EF0">
            <w:pPr>
              <w:spacing w:after="0" w:line="240" w:lineRule="auto"/>
            </w:pPr>
            <w:r>
              <w:rPr>
                <w:rFonts w:eastAsia="Aptos"/>
                <w:sz w:val="17"/>
              </w:rPr>
              <w:t>Lettuce Romaine EA</w:t>
            </w:r>
          </w:p>
        </w:tc>
        <w:tc>
          <w:tcPr>
            <w:tcW w:w="630" w:type="dxa"/>
            <w:tcMar>
              <w:top w:w="28" w:type="dxa"/>
              <w:left w:w="38" w:type="dxa"/>
              <w:bottom w:w="28" w:type="dxa"/>
              <w:right w:w="38" w:type="dxa"/>
            </w:tcMar>
            <w:vAlign w:val="center"/>
          </w:tcPr>
          <w:p w14:paraId="7B1941BF" w14:textId="77777777" w:rsidR="00D60D5E" w:rsidRDefault="00891EF0">
            <w:pPr>
              <w:spacing w:after="0" w:line="240" w:lineRule="auto"/>
              <w:jc w:val="center"/>
            </w:pPr>
            <w:r>
              <w:rPr>
                <w:rFonts w:eastAsia="Aptos"/>
                <w:b/>
                <w:sz w:val="17"/>
              </w:rPr>
              <w:t>5.79</w:t>
            </w:r>
          </w:p>
        </w:tc>
        <w:tc>
          <w:tcPr>
            <w:tcW w:w="540" w:type="dxa"/>
            <w:tcMar>
              <w:top w:w="28" w:type="dxa"/>
              <w:left w:w="38" w:type="dxa"/>
              <w:bottom w:w="28" w:type="dxa"/>
              <w:right w:w="38" w:type="dxa"/>
            </w:tcMar>
            <w:vAlign w:val="center"/>
          </w:tcPr>
          <w:p w14:paraId="12FC3BD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907FE5" w14:textId="77777777" w:rsidR="00D60D5E" w:rsidRDefault="00D60D5E">
            <w:pPr>
              <w:jc w:val="center"/>
            </w:pPr>
          </w:p>
        </w:tc>
      </w:tr>
      <w:tr w:rsidR="00D60D5E" w14:paraId="62B9FA55" w14:textId="77777777" w:rsidTr="000617E0">
        <w:trPr>
          <w:cantSplit/>
          <w:jc w:val="center"/>
        </w:trPr>
        <w:tc>
          <w:tcPr>
            <w:tcW w:w="677" w:type="dxa"/>
            <w:tcMar>
              <w:top w:w="28" w:type="dxa"/>
              <w:left w:w="38" w:type="dxa"/>
              <w:bottom w:w="28" w:type="dxa"/>
              <w:right w:w="38" w:type="dxa"/>
            </w:tcMar>
            <w:vAlign w:val="center"/>
          </w:tcPr>
          <w:p w14:paraId="1630AA6A" w14:textId="77777777" w:rsidR="00D60D5E" w:rsidRDefault="00891EF0">
            <w:pPr>
              <w:spacing w:after="0" w:line="240" w:lineRule="auto"/>
              <w:jc w:val="center"/>
            </w:pPr>
            <w:r>
              <w:rPr>
                <w:rFonts w:eastAsia="Aptos"/>
                <w:color w:val="6A7075"/>
                <w:sz w:val="17"/>
              </w:rPr>
              <w:t>105-230</w:t>
            </w:r>
          </w:p>
        </w:tc>
        <w:tc>
          <w:tcPr>
            <w:tcW w:w="2648" w:type="dxa"/>
            <w:tcMar>
              <w:top w:w="28" w:type="dxa"/>
              <w:left w:w="38" w:type="dxa"/>
              <w:bottom w:w="28" w:type="dxa"/>
              <w:right w:w="38" w:type="dxa"/>
            </w:tcMar>
            <w:vAlign w:val="center"/>
          </w:tcPr>
          <w:p w14:paraId="64066D7C" w14:textId="77777777" w:rsidR="00D60D5E" w:rsidRDefault="00891EF0">
            <w:pPr>
              <w:spacing w:after="0" w:line="240" w:lineRule="auto"/>
            </w:pPr>
            <w:r>
              <w:rPr>
                <w:rFonts w:eastAsia="Aptos"/>
                <w:sz w:val="17"/>
              </w:rPr>
              <w:t>Lettuce Iceberg EA</w:t>
            </w:r>
          </w:p>
        </w:tc>
        <w:tc>
          <w:tcPr>
            <w:tcW w:w="630" w:type="dxa"/>
            <w:tcMar>
              <w:top w:w="28" w:type="dxa"/>
              <w:left w:w="38" w:type="dxa"/>
              <w:bottom w:w="28" w:type="dxa"/>
              <w:right w:w="38" w:type="dxa"/>
            </w:tcMar>
            <w:vAlign w:val="center"/>
          </w:tcPr>
          <w:p w14:paraId="65A32B1A" w14:textId="77777777" w:rsidR="00D60D5E" w:rsidRDefault="00891EF0">
            <w:pPr>
              <w:spacing w:after="0" w:line="240" w:lineRule="auto"/>
              <w:jc w:val="center"/>
            </w:pPr>
            <w:r>
              <w:rPr>
                <w:rFonts w:eastAsia="Aptos"/>
                <w:b/>
                <w:sz w:val="17"/>
              </w:rPr>
              <w:t>5.25</w:t>
            </w:r>
          </w:p>
        </w:tc>
        <w:tc>
          <w:tcPr>
            <w:tcW w:w="540" w:type="dxa"/>
            <w:tcMar>
              <w:top w:w="28" w:type="dxa"/>
              <w:left w:w="38" w:type="dxa"/>
              <w:bottom w:w="28" w:type="dxa"/>
              <w:right w:w="38" w:type="dxa"/>
            </w:tcMar>
            <w:vAlign w:val="center"/>
          </w:tcPr>
          <w:p w14:paraId="3FB964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4BBDB7" w14:textId="77777777" w:rsidR="00D60D5E" w:rsidRDefault="00D60D5E">
            <w:pPr>
              <w:jc w:val="center"/>
            </w:pPr>
          </w:p>
        </w:tc>
      </w:tr>
      <w:tr w:rsidR="00D60D5E" w14:paraId="3CF25DF6" w14:textId="77777777" w:rsidTr="000617E0">
        <w:trPr>
          <w:cantSplit/>
          <w:jc w:val="center"/>
        </w:trPr>
        <w:tc>
          <w:tcPr>
            <w:tcW w:w="677" w:type="dxa"/>
            <w:tcMar>
              <w:top w:w="28" w:type="dxa"/>
              <w:left w:w="38" w:type="dxa"/>
              <w:bottom w:w="28" w:type="dxa"/>
              <w:right w:w="38" w:type="dxa"/>
            </w:tcMar>
            <w:vAlign w:val="center"/>
          </w:tcPr>
          <w:p w14:paraId="13C57B74" w14:textId="77777777" w:rsidR="00D60D5E" w:rsidRDefault="00891EF0">
            <w:pPr>
              <w:spacing w:after="0" w:line="240" w:lineRule="auto"/>
              <w:jc w:val="center"/>
            </w:pPr>
            <w:r>
              <w:rPr>
                <w:rFonts w:eastAsia="Aptos"/>
                <w:color w:val="6A7075"/>
                <w:sz w:val="17"/>
              </w:rPr>
              <w:t>105-235</w:t>
            </w:r>
          </w:p>
        </w:tc>
        <w:tc>
          <w:tcPr>
            <w:tcW w:w="2648" w:type="dxa"/>
            <w:tcMar>
              <w:top w:w="28" w:type="dxa"/>
              <w:left w:w="38" w:type="dxa"/>
              <w:bottom w:w="28" w:type="dxa"/>
              <w:right w:w="38" w:type="dxa"/>
            </w:tcMar>
            <w:vAlign w:val="center"/>
          </w:tcPr>
          <w:p w14:paraId="1A1DCC30" w14:textId="77777777" w:rsidR="00D60D5E" w:rsidRDefault="00891EF0">
            <w:pPr>
              <w:spacing w:after="0" w:line="240" w:lineRule="auto"/>
            </w:pPr>
            <w:r>
              <w:rPr>
                <w:rFonts w:eastAsia="Aptos"/>
                <w:sz w:val="17"/>
              </w:rPr>
              <w:t>Lettuce Romaine Hearts 3pck</w:t>
            </w:r>
          </w:p>
        </w:tc>
        <w:tc>
          <w:tcPr>
            <w:tcW w:w="630" w:type="dxa"/>
            <w:tcMar>
              <w:top w:w="28" w:type="dxa"/>
              <w:left w:w="38" w:type="dxa"/>
              <w:bottom w:w="28" w:type="dxa"/>
              <w:right w:w="38" w:type="dxa"/>
            </w:tcMar>
            <w:vAlign w:val="center"/>
          </w:tcPr>
          <w:p w14:paraId="042F0603"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1B0659E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B3272A" w14:textId="77777777" w:rsidR="00D60D5E" w:rsidRDefault="00D60D5E">
            <w:pPr>
              <w:jc w:val="center"/>
            </w:pPr>
          </w:p>
        </w:tc>
      </w:tr>
      <w:tr w:rsidR="00D60D5E" w14:paraId="7B8D0742" w14:textId="77777777" w:rsidTr="000617E0">
        <w:trPr>
          <w:cantSplit/>
          <w:jc w:val="center"/>
        </w:trPr>
        <w:tc>
          <w:tcPr>
            <w:tcW w:w="677" w:type="dxa"/>
            <w:tcMar>
              <w:top w:w="28" w:type="dxa"/>
              <w:left w:w="38" w:type="dxa"/>
              <w:bottom w:w="28" w:type="dxa"/>
              <w:right w:w="38" w:type="dxa"/>
            </w:tcMar>
            <w:vAlign w:val="center"/>
          </w:tcPr>
          <w:p w14:paraId="390B68D4" w14:textId="77777777" w:rsidR="00D60D5E" w:rsidRDefault="00891EF0">
            <w:pPr>
              <w:spacing w:after="0" w:line="240" w:lineRule="auto"/>
              <w:jc w:val="center"/>
            </w:pPr>
            <w:r>
              <w:rPr>
                <w:rFonts w:eastAsia="Aptos"/>
                <w:color w:val="6A7075"/>
                <w:sz w:val="17"/>
              </w:rPr>
              <w:t>105-240</w:t>
            </w:r>
          </w:p>
        </w:tc>
        <w:tc>
          <w:tcPr>
            <w:tcW w:w="2648" w:type="dxa"/>
            <w:tcMar>
              <w:top w:w="28" w:type="dxa"/>
              <w:left w:w="38" w:type="dxa"/>
              <w:bottom w:w="28" w:type="dxa"/>
              <w:right w:w="38" w:type="dxa"/>
            </w:tcMar>
            <w:vAlign w:val="center"/>
          </w:tcPr>
          <w:p w14:paraId="05C16B47" w14:textId="77777777" w:rsidR="00D60D5E" w:rsidRDefault="00891EF0">
            <w:pPr>
              <w:spacing w:after="0" w:line="240" w:lineRule="auto"/>
            </w:pPr>
            <w:r>
              <w:rPr>
                <w:rFonts w:eastAsia="Aptos"/>
                <w:sz w:val="17"/>
              </w:rPr>
              <w:t>Lettuce Green Leaf EA</w:t>
            </w:r>
          </w:p>
        </w:tc>
        <w:tc>
          <w:tcPr>
            <w:tcW w:w="630" w:type="dxa"/>
            <w:tcMar>
              <w:top w:w="28" w:type="dxa"/>
              <w:left w:w="38" w:type="dxa"/>
              <w:bottom w:w="28" w:type="dxa"/>
              <w:right w:w="38" w:type="dxa"/>
            </w:tcMar>
            <w:vAlign w:val="center"/>
          </w:tcPr>
          <w:p w14:paraId="683D4999"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123D656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66D1D7" w14:textId="77777777" w:rsidR="00D60D5E" w:rsidRDefault="00D60D5E">
            <w:pPr>
              <w:jc w:val="center"/>
            </w:pPr>
          </w:p>
        </w:tc>
      </w:tr>
      <w:tr w:rsidR="00D60D5E" w14:paraId="7F630697" w14:textId="77777777" w:rsidTr="000617E0">
        <w:trPr>
          <w:cantSplit/>
          <w:jc w:val="center"/>
        </w:trPr>
        <w:tc>
          <w:tcPr>
            <w:tcW w:w="677" w:type="dxa"/>
            <w:tcMar>
              <w:top w:w="28" w:type="dxa"/>
              <w:left w:w="38" w:type="dxa"/>
              <w:bottom w:w="28" w:type="dxa"/>
              <w:right w:w="38" w:type="dxa"/>
            </w:tcMar>
            <w:vAlign w:val="center"/>
          </w:tcPr>
          <w:p w14:paraId="6C5C6D3A" w14:textId="77777777" w:rsidR="00D60D5E" w:rsidRDefault="00891EF0">
            <w:pPr>
              <w:spacing w:after="0" w:line="240" w:lineRule="auto"/>
              <w:jc w:val="center"/>
            </w:pPr>
            <w:r>
              <w:rPr>
                <w:rFonts w:eastAsia="Aptos"/>
                <w:color w:val="6A7075"/>
                <w:sz w:val="17"/>
              </w:rPr>
              <w:t>105-245</w:t>
            </w:r>
          </w:p>
        </w:tc>
        <w:tc>
          <w:tcPr>
            <w:tcW w:w="2648" w:type="dxa"/>
            <w:tcMar>
              <w:top w:w="28" w:type="dxa"/>
              <w:left w:w="38" w:type="dxa"/>
              <w:bottom w:w="28" w:type="dxa"/>
              <w:right w:w="38" w:type="dxa"/>
            </w:tcMar>
            <w:vAlign w:val="center"/>
          </w:tcPr>
          <w:p w14:paraId="30D74CD2" w14:textId="77777777" w:rsidR="00D60D5E" w:rsidRDefault="00891EF0">
            <w:pPr>
              <w:spacing w:after="0" w:line="240" w:lineRule="auto"/>
            </w:pPr>
            <w:r>
              <w:rPr>
                <w:rFonts w:eastAsia="Aptos"/>
                <w:sz w:val="17"/>
              </w:rPr>
              <w:t>Lettuce Red Leaf EA</w:t>
            </w:r>
          </w:p>
        </w:tc>
        <w:tc>
          <w:tcPr>
            <w:tcW w:w="630" w:type="dxa"/>
            <w:tcMar>
              <w:top w:w="28" w:type="dxa"/>
              <w:left w:w="38" w:type="dxa"/>
              <w:bottom w:w="28" w:type="dxa"/>
              <w:right w:w="38" w:type="dxa"/>
            </w:tcMar>
            <w:vAlign w:val="center"/>
          </w:tcPr>
          <w:p w14:paraId="4EAAECC7"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0E4A7BF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836FC0" w14:textId="77777777" w:rsidR="00D60D5E" w:rsidRDefault="00D60D5E">
            <w:pPr>
              <w:jc w:val="center"/>
            </w:pPr>
          </w:p>
        </w:tc>
      </w:tr>
      <w:tr w:rsidR="00D60D5E" w14:paraId="434FA99A" w14:textId="77777777" w:rsidTr="000617E0">
        <w:trPr>
          <w:cantSplit/>
          <w:jc w:val="center"/>
        </w:trPr>
        <w:tc>
          <w:tcPr>
            <w:tcW w:w="677" w:type="dxa"/>
            <w:tcMar>
              <w:top w:w="28" w:type="dxa"/>
              <w:left w:w="38" w:type="dxa"/>
              <w:bottom w:w="28" w:type="dxa"/>
              <w:right w:w="38" w:type="dxa"/>
            </w:tcMar>
            <w:vAlign w:val="center"/>
          </w:tcPr>
          <w:p w14:paraId="1500DA00" w14:textId="77777777" w:rsidR="00D60D5E" w:rsidRDefault="00891EF0">
            <w:pPr>
              <w:spacing w:after="0" w:line="240" w:lineRule="auto"/>
              <w:jc w:val="center"/>
            </w:pPr>
            <w:r>
              <w:rPr>
                <w:rFonts w:eastAsia="Aptos"/>
                <w:color w:val="6A7075"/>
                <w:sz w:val="17"/>
              </w:rPr>
              <w:t>105-250</w:t>
            </w:r>
          </w:p>
        </w:tc>
        <w:tc>
          <w:tcPr>
            <w:tcW w:w="2648" w:type="dxa"/>
            <w:tcMar>
              <w:top w:w="28" w:type="dxa"/>
              <w:left w:w="38" w:type="dxa"/>
              <w:bottom w:w="28" w:type="dxa"/>
              <w:right w:w="38" w:type="dxa"/>
            </w:tcMar>
            <w:vAlign w:val="center"/>
          </w:tcPr>
          <w:p w14:paraId="5CB7F150" w14:textId="77777777" w:rsidR="00D60D5E" w:rsidRDefault="00891EF0">
            <w:pPr>
              <w:spacing w:after="0" w:line="240" w:lineRule="auto"/>
            </w:pPr>
            <w:r>
              <w:rPr>
                <w:rFonts w:eastAsia="Aptos"/>
                <w:sz w:val="17"/>
              </w:rPr>
              <w:t>Lettuce Radiccio Per lbs</w:t>
            </w:r>
          </w:p>
        </w:tc>
        <w:tc>
          <w:tcPr>
            <w:tcW w:w="630" w:type="dxa"/>
            <w:tcMar>
              <w:top w:w="28" w:type="dxa"/>
              <w:left w:w="38" w:type="dxa"/>
              <w:bottom w:w="28" w:type="dxa"/>
              <w:right w:w="38" w:type="dxa"/>
            </w:tcMar>
            <w:vAlign w:val="center"/>
          </w:tcPr>
          <w:p w14:paraId="17B17690" w14:textId="77777777" w:rsidR="00D60D5E" w:rsidRDefault="00891EF0">
            <w:pPr>
              <w:spacing w:after="0" w:line="240" w:lineRule="auto"/>
              <w:jc w:val="center"/>
            </w:pPr>
            <w:r>
              <w:rPr>
                <w:rFonts w:eastAsia="Aptos"/>
                <w:b/>
                <w:sz w:val="17"/>
              </w:rPr>
              <w:t>5.80</w:t>
            </w:r>
          </w:p>
        </w:tc>
        <w:tc>
          <w:tcPr>
            <w:tcW w:w="540" w:type="dxa"/>
            <w:tcMar>
              <w:top w:w="28" w:type="dxa"/>
              <w:left w:w="38" w:type="dxa"/>
              <w:bottom w:w="28" w:type="dxa"/>
              <w:right w:w="38" w:type="dxa"/>
            </w:tcMar>
            <w:vAlign w:val="center"/>
          </w:tcPr>
          <w:p w14:paraId="0E1E2664"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5B38705" w14:textId="77777777" w:rsidR="00D60D5E" w:rsidRDefault="00D60D5E">
            <w:pPr>
              <w:jc w:val="center"/>
            </w:pPr>
          </w:p>
        </w:tc>
      </w:tr>
      <w:tr w:rsidR="00D60D5E" w14:paraId="1B0426D9" w14:textId="77777777" w:rsidTr="000617E0">
        <w:trPr>
          <w:cantSplit/>
          <w:jc w:val="center"/>
        </w:trPr>
        <w:tc>
          <w:tcPr>
            <w:tcW w:w="677" w:type="dxa"/>
            <w:tcMar>
              <w:top w:w="28" w:type="dxa"/>
              <w:left w:w="38" w:type="dxa"/>
              <w:bottom w:w="28" w:type="dxa"/>
              <w:right w:w="38" w:type="dxa"/>
            </w:tcMar>
            <w:vAlign w:val="center"/>
          </w:tcPr>
          <w:p w14:paraId="622A4A2A" w14:textId="77777777" w:rsidR="00D60D5E" w:rsidRDefault="00891EF0">
            <w:pPr>
              <w:spacing w:after="0" w:line="240" w:lineRule="auto"/>
              <w:jc w:val="center"/>
            </w:pPr>
            <w:r>
              <w:rPr>
                <w:rFonts w:eastAsia="Aptos"/>
                <w:color w:val="6A7075"/>
                <w:sz w:val="17"/>
              </w:rPr>
              <w:t>105-255</w:t>
            </w:r>
          </w:p>
        </w:tc>
        <w:tc>
          <w:tcPr>
            <w:tcW w:w="2648" w:type="dxa"/>
            <w:tcMar>
              <w:top w:w="28" w:type="dxa"/>
              <w:left w:w="38" w:type="dxa"/>
              <w:bottom w:w="28" w:type="dxa"/>
              <w:right w:w="38" w:type="dxa"/>
            </w:tcMar>
            <w:vAlign w:val="center"/>
          </w:tcPr>
          <w:p w14:paraId="0B6C2991" w14:textId="77777777" w:rsidR="00D60D5E" w:rsidRDefault="00891EF0">
            <w:pPr>
              <w:spacing w:after="0" w:line="240" w:lineRule="auto"/>
            </w:pPr>
            <w:r>
              <w:rPr>
                <w:rFonts w:eastAsia="Aptos"/>
                <w:sz w:val="17"/>
              </w:rPr>
              <w:t>Mushroom 14oz Cello packs</w:t>
            </w:r>
          </w:p>
        </w:tc>
        <w:tc>
          <w:tcPr>
            <w:tcW w:w="630" w:type="dxa"/>
            <w:tcMar>
              <w:top w:w="28" w:type="dxa"/>
              <w:left w:w="38" w:type="dxa"/>
              <w:bottom w:w="28" w:type="dxa"/>
              <w:right w:w="38" w:type="dxa"/>
            </w:tcMar>
            <w:vAlign w:val="center"/>
          </w:tcPr>
          <w:p w14:paraId="4F836043" w14:textId="77777777" w:rsidR="00D60D5E" w:rsidRDefault="00891EF0">
            <w:pPr>
              <w:spacing w:after="0" w:line="240" w:lineRule="auto"/>
              <w:jc w:val="center"/>
            </w:pPr>
            <w:r>
              <w:rPr>
                <w:rFonts w:eastAsia="Aptos"/>
                <w:b/>
                <w:sz w:val="17"/>
              </w:rPr>
              <w:t>5.85</w:t>
            </w:r>
          </w:p>
        </w:tc>
        <w:tc>
          <w:tcPr>
            <w:tcW w:w="540" w:type="dxa"/>
            <w:tcMar>
              <w:top w:w="28" w:type="dxa"/>
              <w:left w:w="38" w:type="dxa"/>
              <w:bottom w:w="28" w:type="dxa"/>
              <w:right w:w="38" w:type="dxa"/>
            </w:tcMar>
            <w:vAlign w:val="center"/>
          </w:tcPr>
          <w:p w14:paraId="7E10DA3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90045C" w14:textId="77777777" w:rsidR="00D60D5E" w:rsidRDefault="00D60D5E">
            <w:pPr>
              <w:jc w:val="center"/>
            </w:pPr>
          </w:p>
        </w:tc>
      </w:tr>
      <w:tr w:rsidR="00D60D5E" w14:paraId="1CCADDEB" w14:textId="77777777" w:rsidTr="000617E0">
        <w:trPr>
          <w:cantSplit/>
          <w:jc w:val="center"/>
        </w:trPr>
        <w:tc>
          <w:tcPr>
            <w:tcW w:w="677" w:type="dxa"/>
            <w:tcMar>
              <w:top w:w="28" w:type="dxa"/>
              <w:left w:w="38" w:type="dxa"/>
              <w:bottom w:w="28" w:type="dxa"/>
              <w:right w:w="38" w:type="dxa"/>
            </w:tcMar>
            <w:vAlign w:val="center"/>
          </w:tcPr>
          <w:p w14:paraId="09531C1E" w14:textId="77777777" w:rsidR="00D60D5E" w:rsidRDefault="00891EF0">
            <w:pPr>
              <w:spacing w:after="0" w:line="240" w:lineRule="auto"/>
              <w:jc w:val="center"/>
            </w:pPr>
            <w:r>
              <w:rPr>
                <w:rFonts w:eastAsia="Aptos"/>
                <w:color w:val="6A7075"/>
                <w:sz w:val="17"/>
              </w:rPr>
              <w:t>105-260</w:t>
            </w:r>
          </w:p>
        </w:tc>
        <w:tc>
          <w:tcPr>
            <w:tcW w:w="2648" w:type="dxa"/>
            <w:tcMar>
              <w:top w:w="28" w:type="dxa"/>
              <w:left w:w="38" w:type="dxa"/>
              <w:bottom w:w="28" w:type="dxa"/>
              <w:right w:w="38" w:type="dxa"/>
            </w:tcMar>
            <w:vAlign w:val="center"/>
          </w:tcPr>
          <w:p w14:paraId="546A50BC" w14:textId="77777777" w:rsidR="00D60D5E" w:rsidRDefault="00891EF0">
            <w:pPr>
              <w:spacing w:after="0" w:line="240" w:lineRule="auto"/>
            </w:pPr>
            <w:r>
              <w:rPr>
                <w:rFonts w:eastAsia="Aptos"/>
                <w:sz w:val="17"/>
              </w:rPr>
              <w:t>Mushroom Cremini LB</w:t>
            </w:r>
          </w:p>
        </w:tc>
        <w:tc>
          <w:tcPr>
            <w:tcW w:w="630" w:type="dxa"/>
            <w:tcMar>
              <w:top w:w="28" w:type="dxa"/>
              <w:left w:w="38" w:type="dxa"/>
              <w:bottom w:w="28" w:type="dxa"/>
              <w:right w:w="38" w:type="dxa"/>
            </w:tcMar>
            <w:vAlign w:val="center"/>
          </w:tcPr>
          <w:p w14:paraId="0DA83216"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08963E2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DB0E93" w14:textId="77777777" w:rsidR="00D60D5E" w:rsidRDefault="00D60D5E">
            <w:pPr>
              <w:jc w:val="center"/>
            </w:pPr>
          </w:p>
        </w:tc>
      </w:tr>
      <w:tr w:rsidR="00D60D5E" w14:paraId="3E57D918" w14:textId="77777777" w:rsidTr="000617E0">
        <w:trPr>
          <w:cantSplit/>
          <w:jc w:val="center"/>
        </w:trPr>
        <w:tc>
          <w:tcPr>
            <w:tcW w:w="677" w:type="dxa"/>
            <w:tcMar>
              <w:top w:w="28" w:type="dxa"/>
              <w:left w:w="38" w:type="dxa"/>
              <w:bottom w:w="28" w:type="dxa"/>
              <w:right w:w="38" w:type="dxa"/>
            </w:tcMar>
            <w:vAlign w:val="center"/>
          </w:tcPr>
          <w:p w14:paraId="2DB042E9" w14:textId="77777777" w:rsidR="00D60D5E" w:rsidRDefault="00891EF0">
            <w:pPr>
              <w:spacing w:after="0" w:line="240" w:lineRule="auto"/>
              <w:jc w:val="center"/>
            </w:pPr>
            <w:r>
              <w:rPr>
                <w:rFonts w:eastAsia="Aptos"/>
                <w:color w:val="6A7075"/>
                <w:sz w:val="17"/>
              </w:rPr>
              <w:t>105-265</w:t>
            </w:r>
          </w:p>
        </w:tc>
        <w:tc>
          <w:tcPr>
            <w:tcW w:w="2648" w:type="dxa"/>
            <w:tcMar>
              <w:top w:w="28" w:type="dxa"/>
              <w:left w:w="38" w:type="dxa"/>
              <w:bottom w:w="28" w:type="dxa"/>
              <w:right w:w="38" w:type="dxa"/>
            </w:tcMar>
            <w:vAlign w:val="center"/>
          </w:tcPr>
          <w:p w14:paraId="5E03A382" w14:textId="77777777" w:rsidR="00D60D5E" w:rsidRDefault="00891EF0">
            <w:pPr>
              <w:spacing w:after="0" w:line="240" w:lineRule="auto"/>
            </w:pPr>
            <w:r>
              <w:rPr>
                <w:rFonts w:eastAsia="Aptos"/>
                <w:sz w:val="17"/>
              </w:rPr>
              <w:t>Mushroom Oyster 3.5 oz</w:t>
            </w:r>
          </w:p>
        </w:tc>
        <w:tc>
          <w:tcPr>
            <w:tcW w:w="630" w:type="dxa"/>
            <w:tcMar>
              <w:top w:w="28" w:type="dxa"/>
              <w:left w:w="38" w:type="dxa"/>
              <w:bottom w:w="28" w:type="dxa"/>
              <w:right w:w="38" w:type="dxa"/>
            </w:tcMar>
            <w:vAlign w:val="center"/>
          </w:tcPr>
          <w:p w14:paraId="4CA49B47" w14:textId="77777777" w:rsidR="00D60D5E" w:rsidRDefault="00891EF0">
            <w:pPr>
              <w:spacing w:after="0" w:line="240" w:lineRule="auto"/>
              <w:jc w:val="center"/>
            </w:pPr>
            <w:r>
              <w:rPr>
                <w:rFonts w:eastAsia="Aptos"/>
                <w:b/>
                <w:sz w:val="17"/>
              </w:rPr>
              <w:t>8.54</w:t>
            </w:r>
          </w:p>
        </w:tc>
        <w:tc>
          <w:tcPr>
            <w:tcW w:w="540" w:type="dxa"/>
            <w:tcMar>
              <w:top w:w="28" w:type="dxa"/>
              <w:left w:w="38" w:type="dxa"/>
              <w:bottom w:w="28" w:type="dxa"/>
              <w:right w:w="38" w:type="dxa"/>
            </w:tcMar>
            <w:vAlign w:val="center"/>
          </w:tcPr>
          <w:p w14:paraId="61E5BF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F40B07" w14:textId="77777777" w:rsidR="00D60D5E" w:rsidRDefault="00D60D5E">
            <w:pPr>
              <w:jc w:val="center"/>
            </w:pPr>
          </w:p>
        </w:tc>
      </w:tr>
      <w:tr w:rsidR="00D60D5E" w14:paraId="1766F57D" w14:textId="77777777" w:rsidTr="000617E0">
        <w:trPr>
          <w:cantSplit/>
          <w:jc w:val="center"/>
        </w:trPr>
        <w:tc>
          <w:tcPr>
            <w:tcW w:w="677" w:type="dxa"/>
            <w:tcMar>
              <w:top w:w="28" w:type="dxa"/>
              <w:left w:w="38" w:type="dxa"/>
              <w:bottom w:w="28" w:type="dxa"/>
              <w:right w:w="38" w:type="dxa"/>
            </w:tcMar>
            <w:vAlign w:val="center"/>
          </w:tcPr>
          <w:p w14:paraId="4B30477C" w14:textId="77777777" w:rsidR="00D60D5E" w:rsidRDefault="00891EF0">
            <w:pPr>
              <w:spacing w:after="0" w:line="240" w:lineRule="auto"/>
              <w:jc w:val="center"/>
            </w:pPr>
            <w:r>
              <w:rPr>
                <w:rFonts w:eastAsia="Aptos"/>
                <w:color w:val="6A7075"/>
                <w:sz w:val="17"/>
              </w:rPr>
              <w:t>105-270</w:t>
            </w:r>
          </w:p>
        </w:tc>
        <w:tc>
          <w:tcPr>
            <w:tcW w:w="2648" w:type="dxa"/>
            <w:tcMar>
              <w:top w:w="28" w:type="dxa"/>
              <w:left w:w="38" w:type="dxa"/>
              <w:bottom w:w="28" w:type="dxa"/>
              <w:right w:w="38" w:type="dxa"/>
            </w:tcMar>
            <w:vAlign w:val="center"/>
          </w:tcPr>
          <w:p w14:paraId="16332AC1" w14:textId="77777777" w:rsidR="00D60D5E" w:rsidRDefault="00891EF0">
            <w:pPr>
              <w:spacing w:after="0" w:line="240" w:lineRule="auto"/>
            </w:pPr>
            <w:r>
              <w:rPr>
                <w:rFonts w:eastAsia="Aptos"/>
                <w:sz w:val="17"/>
              </w:rPr>
              <w:t>Mushroom Shiitake lbs</w:t>
            </w:r>
          </w:p>
        </w:tc>
        <w:tc>
          <w:tcPr>
            <w:tcW w:w="630" w:type="dxa"/>
            <w:tcMar>
              <w:top w:w="28" w:type="dxa"/>
              <w:left w:w="38" w:type="dxa"/>
              <w:bottom w:w="28" w:type="dxa"/>
              <w:right w:w="38" w:type="dxa"/>
            </w:tcMar>
            <w:vAlign w:val="center"/>
          </w:tcPr>
          <w:p w14:paraId="43FBE543" w14:textId="77777777" w:rsidR="00D60D5E" w:rsidRDefault="00891EF0">
            <w:pPr>
              <w:spacing w:after="0" w:line="240" w:lineRule="auto"/>
              <w:jc w:val="center"/>
            </w:pPr>
            <w:r>
              <w:rPr>
                <w:rFonts w:eastAsia="Aptos"/>
                <w:b/>
                <w:sz w:val="17"/>
              </w:rPr>
              <w:t>14.85</w:t>
            </w:r>
          </w:p>
        </w:tc>
        <w:tc>
          <w:tcPr>
            <w:tcW w:w="540" w:type="dxa"/>
            <w:tcMar>
              <w:top w:w="28" w:type="dxa"/>
              <w:left w:w="38" w:type="dxa"/>
              <w:bottom w:w="28" w:type="dxa"/>
              <w:right w:w="38" w:type="dxa"/>
            </w:tcMar>
            <w:vAlign w:val="center"/>
          </w:tcPr>
          <w:p w14:paraId="3197093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A486C14" w14:textId="77777777" w:rsidR="00D60D5E" w:rsidRDefault="00D60D5E">
            <w:pPr>
              <w:jc w:val="center"/>
            </w:pPr>
          </w:p>
        </w:tc>
      </w:tr>
      <w:tr w:rsidR="00D60D5E" w14:paraId="4CDC46B4" w14:textId="77777777" w:rsidTr="000617E0">
        <w:trPr>
          <w:cantSplit/>
          <w:jc w:val="center"/>
        </w:trPr>
        <w:tc>
          <w:tcPr>
            <w:tcW w:w="677" w:type="dxa"/>
            <w:tcMar>
              <w:top w:w="28" w:type="dxa"/>
              <w:left w:w="38" w:type="dxa"/>
              <w:bottom w:w="28" w:type="dxa"/>
              <w:right w:w="38" w:type="dxa"/>
            </w:tcMar>
            <w:vAlign w:val="center"/>
          </w:tcPr>
          <w:p w14:paraId="63E4750E" w14:textId="77777777" w:rsidR="00D60D5E" w:rsidRDefault="00891EF0">
            <w:pPr>
              <w:spacing w:after="0" w:line="240" w:lineRule="auto"/>
              <w:jc w:val="center"/>
            </w:pPr>
            <w:r>
              <w:rPr>
                <w:rFonts w:eastAsia="Aptos"/>
                <w:color w:val="6A7075"/>
                <w:sz w:val="17"/>
              </w:rPr>
              <w:t>105-275</w:t>
            </w:r>
          </w:p>
        </w:tc>
        <w:tc>
          <w:tcPr>
            <w:tcW w:w="2648" w:type="dxa"/>
            <w:tcMar>
              <w:top w:w="28" w:type="dxa"/>
              <w:left w:w="38" w:type="dxa"/>
              <w:bottom w:w="28" w:type="dxa"/>
              <w:right w:w="38" w:type="dxa"/>
            </w:tcMar>
            <w:vAlign w:val="center"/>
          </w:tcPr>
          <w:p w14:paraId="4E6B8036" w14:textId="77777777" w:rsidR="00D60D5E" w:rsidRDefault="00891EF0">
            <w:pPr>
              <w:spacing w:after="0" w:line="240" w:lineRule="auto"/>
            </w:pPr>
            <w:r>
              <w:rPr>
                <w:rFonts w:eastAsia="Aptos"/>
                <w:sz w:val="17"/>
              </w:rPr>
              <w:t>Mushroom Portobello lb</w:t>
            </w:r>
          </w:p>
        </w:tc>
        <w:tc>
          <w:tcPr>
            <w:tcW w:w="630" w:type="dxa"/>
            <w:tcMar>
              <w:top w:w="28" w:type="dxa"/>
              <w:left w:w="38" w:type="dxa"/>
              <w:bottom w:w="28" w:type="dxa"/>
              <w:right w:w="38" w:type="dxa"/>
            </w:tcMar>
            <w:vAlign w:val="center"/>
          </w:tcPr>
          <w:p w14:paraId="0D228790"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00B7610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12087C" w14:textId="77777777" w:rsidR="00D60D5E" w:rsidRDefault="00D60D5E">
            <w:pPr>
              <w:jc w:val="center"/>
            </w:pPr>
          </w:p>
        </w:tc>
      </w:tr>
      <w:tr w:rsidR="00D60D5E" w14:paraId="485D8581" w14:textId="77777777" w:rsidTr="000617E0">
        <w:trPr>
          <w:cantSplit/>
          <w:jc w:val="center"/>
        </w:trPr>
        <w:tc>
          <w:tcPr>
            <w:tcW w:w="677" w:type="dxa"/>
            <w:tcMar>
              <w:top w:w="28" w:type="dxa"/>
              <w:left w:w="38" w:type="dxa"/>
              <w:bottom w:w="28" w:type="dxa"/>
              <w:right w:w="38" w:type="dxa"/>
            </w:tcMar>
            <w:vAlign w:val="center"/>
          </w:tcPr>
          <w:p w14:paraId="39913B93" w14:textId="77777777" w:rsidR="00D60D5E" w:rsidRDefault="00891EF0">
            <w:pPr>
              <w:spacing w:after="0" w:line="240" w:lineRule="auto"/>
              <w:jc w:val="center"/>
            </w:pPr>
            <w:r>
              <w:rPr>
                <w:rFonts w:eastAsia="Aptos"/>
                <w:color w:val="6A7075"/>
                <w:sz w:val="17"/>
              </w:rPr>
              <w:t>105-280</w:t>
            </w:r>
          </w:p>
        </w:tc>
        <w:tc>
          <w:tcPr>
            <w:tcW w:w="2648" w:type="dxa"/>
            <w:tcMar>
              <w:top w:w="28" w:type="dxa"/>
              <w:left w:w="38" w:type="dxa"/>
              <w:bottom w:w="28" w:type="dxa"/>
              <w:right w:w="38" w:type="dxa"/>
            </w:tcMar>
            <w:vAlign w:val="center"/>
          </w:tcPr>
          <w:p w14:paraId="13A73FD6" w14:textId="77777777" w:rsidR="00D60D5E" w:rsidRDefault="00891EF0">
            <w:pPr>
              <w:spacing w:after="0" w:line="240" w:lineRule="auto"/>
            </w:pPr>
            <w:r>
              <w:rPr>
                <w:rFonts w:eastAsia="Aptos"/>
                <w:sz w:val="17"/>
              </w:rPr>
              <w:t>Mushroom Baby Portobello 8oz</w:t>
            </w:r>
          </w:p>
        </w:tc>
        <w:tc>
          <w:tcPr>
            <w:tcW w:w="630" w:type="dxa"/>
            <w:tcMar>
              <w:top w:w="28" w:type="dxa"/>
              <w:left w:w="38" w:type="dxa"/>
              <w:bottom w:w="28" w:type="dxa"/>
              <w:right w:w="38" w:type="dxa"/>
            </w:tcMar>
            <w:vAlign w:val="center"/>
          </w:tcPr>
          <w:p w14:paraId="1248A885" w14:textId="77777777" w:rsidR="00D60D5E" w:rsidRDefault="00891EF0">
            <w:pPr>
              <w:spacing w:after="0" w:line="240" w:lineRule="auto"/>
              <w:jc w:val="center"/>
            </w:pPr>
            <w:r>
              <w:rPr>
                <w:rFonts w:eastAsia="Aptos"/>
                <w:b/>
                <w:sz w:val="17"/>
              </w:rPr>
              <w:t>4.21</w:t>
            </w:r>
          </w:p>
        </w:tc>
        <w:tc>
          <w:tcPr>
            <w:tcW w:w="540" w:type="dxa"/>
            <w:tcMar>
              <w:top w:w="28" w:type="dxa"/>
              <w:left w:w="38" w:type="dxa"/>
              <w:bottom w:w="28" w:type="dxa"/>
              <w:right w:w="38" w:type="dxa"/>
            </w:tcMar>
            <w:vAlign w:val="center"/>
          </w:tcPr>
          <w:p w14:paraId="0875BD8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F3A068" w14:textId="77777777" w:rsidR="00D60D5E" w:rsidRDefault="00D60D5E">
            <w:pPr>
              <w:jc w:val="center"/>
            </w:pPr>
          </w:p>
        </w:tc>
      </w:tr>
      <w:tr w:rsidR="00D60D5E" w14:paraId="2B50E9EC" w14:textId="77777777" w:rsidTr="000617E0">
        <w:trPr>
          <w:cantSplit/>
          <w:jc w:val="center"/>
        </w:trPr>
        <w:tc>
          <w:tcPr>
            <w:tcW w:w="677" w:type="dxa"/>
            <w:tcMar>
              <w:top w:w="28" w:type="dxa"/>
              <w:left w:w="38" w:type="dxa"/>
              <w:bottom w:w="28" w:type="dxa"/>
              <w:right w:w="38" w:type="dxa"/>
            </w:tcMar>
            <w:vAlign w:val="center"/>
          </w:tcPr>
          <w:p w14:paraId="46D789E4" w14:textId="77777777" w:rsidR="00D60D5E" w:rsidRDefault="00891EF0">
            <w:pPr>
              <w:spacing w:after="0" w:line="240" w:lineRule="auto"/>
              <w:jc w:val="center"/>
            </w:pPr>
            <w:r>
              <w:rPr>
                <w:rFonts w:eastAsia="Aptos"/>
                <w:color w:val="6A7075"/>
                <w:sz w:val="17"/>
              </w:rPr>
              <w:t>105-285</w:t>
            </w:r>
          </w:p>
        </w:tc>
        <w:tc>
          <w:tcPr>
            <w:tcW w:w="2648" w:type="dxa"/>
            <w:tcMar>
              <w:top w:w="28" w:type="dxa"/>
              <w:left w:w="38" w:type="dxa"/>
              <w:bottom w:w="28" w:type="dxa"/>
              <w:right w:w="38" w:type="dxa"/>
            </w:tcMar>
            <w:vAlign w:val="center"/>
          </w:tcPr>
          <w:p w14:paraId="55D1DC79" w14:textId="77777777" w:rsidR="00D60D5E" w:rsidRDefault="00891EF0">
            <w:pPr>
              <w:spacing w:after="0" w:line="240" w:lineRule="auto"/>
            </w:pPr>
            <w:r>
              <w:rPr>
                <w:rFonts w:eastAsia="Aptos"/>
                <w:sz w:val="17"/>
              </w:rPr>
              <w:t>Mushroom Enoki 3oz</w:t>
            </w:r>
          </w:p>
        </w:tc>
        <w:tc>
          <w:tcPr>
            <w:tcW w:w="630" w:type="dxa"/>
            <w:tcMar>
              <w:top w:w="28" w:type="dxa"/>
              <w:left w:w="38" w:type="dxa"/>
              <w:bottom w:w="28" w:type="dxa"/>
              <w:right w:w="38" w:type="dxa"/>
            </w:tcMar>
            <w:vAlign w:val="center"/>
          </w:tcPr>
          <w:p w14:paraId="6F03F654" w14:textId="77777777" w:rsidR="00D60D5E" w:rsidRDefault="00891EF0">
            <w:pPr>
              <w:spacing w:after="0" w:line="240" w:lineRule="auto"/>
              <w:jc w:val="center"/>
            </w:pPr>
            <w:r>
              <w:rPr>
                <w:rFonts w:eastAsia="Aptos"/>
                <w:b/>
                <w:sz w:val="17"/>
              </w:rPr>
              <w:t>8.65</w:t>
            </w:r>
          </w:p>
        </w:tc>
        <w:tc>
          <w:tcPr>
            <w:tcW w:w="540" w:type="dxa"/>
            <w:tcMar>
              <w:top w:w="28" w:type="dxa"/>
              <w:left w:w="38" w:type="dxa"/>
              <w:bottom w:w="28" w:type="dxa"/>
              <w:right w:w="38" w:type="dxa"/>
            </w:tcMar>
            <w:vAlign w:val="center"/>
          </w:tcPr>
          <w:p w14:paraId="060DF5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9766D5" w14:textId="77777777" w:rsidR="00D60D5E" w:rsidRDefault="00D60D5E">
            <w:pPr>
              <w:jc w:val="center"/>
            </w:pPr>
          </w:p>
        </w:tc>
      </w:tr>
      <w:tr w:rsidR="00D60D5E" w14:paraId="1C025742" w14:textId="77777777" w:rsidTr="000617E0">
        <w:trPr>
          <w:cantSplit/>
          <w:jc w:val="center"/>
        </w:trPr>
        <w:tc>
          <w:tcPr>
            <w:tcW w:w="677" w:type="dxa"/>
            <w:tcMar>
              <w:top w:w="28" w:type="dxa"/>
              <w:left w:w="38" w:type="dxa"/>
              <w:bottom w:w="28" w:type="dxa"/>
              <w:right w:w="38" w:type="dxa"/>
            </w:tcMar>
            <w:vAlign w:val="center"/>
          </w:tcPr>
          <w:p w14:paraId="5A2AD5D4" w14:textId="77777777" w:rsidR="00D60D5E" w:rsidRDefault="00891EF0">
            <w:pPr>
              <w:spacing w:after="0" w:line="240" w:lineRule="auto"/>
              <w:jc w:val="center"/>
            </w:pPr>
            <w:r>
              <w:rPr>
                <w:rFonts w:eastAsia="Aptos"/>
                <w:color w:val="6A7075"/>
                <w:sz w:val="17"/>
              </w:rPr>
              <w:t>105-290</w:t>
            </w:r>
          </w:p>
        </w:tc>
        <w:tc>
          <w:tcPr>
            <w:tcW w:w="2648" w:type="dxa"/>
            <w:tcMar>
              <w:top w:w="28" w:type="dxa"/>
              <w:left w:w="38" w:type="dxa"/>
              <w:bottom w:w="28" w:type="dxa"/>
              <w:right w:w="38" w:type="dxa"/>
            </w:tcMar>
            <w:vAlign w:val="center"/>
          </w:tcPr>
          <w:p w14:paraId="385A10B7" w14:textId="77777777" w:rsidR="00D60D5E" w:rsidRDefault="00891EF0">
            <w:pPr>
              <w:spacing w:after="0" w:line="240" w:lineRule="auto"/>
            </w:pPr>
            <w:r>
              <w:rPr>
                <w:rFonts w:eastAsia="Aptos"/>
                <w:sz w:val="17"/>
              </w:rPr>
              <w:t>Mushroom Stuffers 12ct</w:t>
            </w:r>
          </w:p>
        </w:tc>
        <w:tc>
          <w:tcPr>
            <w:tcW w:w="630" w:type="dxa"/>
            <w:tcMar>
              <w:top w:w="28" w:type="dxa"/>
              <w:left w:w="38" w:type="dxa"/>
              <w:bottom w:w="28" w:type="dxa"/>
              <w:right w:w="38" w:type="dxa"/>
            </w:tcMar>
            <w:vAlign w:val="center"/>
          </w:tcPr>
          <w:p w14:paraId="72400921" w14:textId="77777777" w:rsidR="00D60D5E" w:rsidRDefault="00891EF0">
            <w:pPr>
              <w:spacing w:after="0" w:line="240" w:lineRule="auto"/>
              <w:jc w:val="center"/>
            </w:pPr>
            <w:r>
              <w:rPr>
                <w:rFonts w:eastAsia="Aptos"/>
                <w:b/>
                <w:sz w:val="17"/>
              </w:rPr>
              <w:t>7.79</w:t>
            </w:r>
          </w:p>
        </w:tc>
        <w:tc>
          <w:tcPr>
            <w:tcW w:w="540" w:type="dxa"/>
            <w:tcMar>
              <w:top w:w="28" w:type="dxa"/>
              <w:left w:w="38" w:type="dxa"/>
              <w:bottom w:w="28" w:type="dxa"/>
              <w:right w:w="38" w:type="dxa"/>
            </w:tcMar>
            <w:vAlign w:val="center"/>
          </w:tcPr>
          <w:p w14:paraId="1DAB303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65D0A6" w14:textId="77777777" w:rsidR="00D60D5E" w:rsidRDefault="00D60D5E">
            <w:pPr>
              <w:jc w:val="center"/>
            </w:pPr>
          </w:p>
        </w:tc>
      </w:tr>
      <w:tr w:rsidR="00D60D5E" w14:paraId="56F91AC7" w14:textId="77777777" w:rsidTr="000617E0">
        <w:trPr>
          <w:cantSplit/>
          <w:jc w:val="center"/>
        </w:trPr>
        <w:tc>
          <w:tcPr>
            <w:tcW w:w="677" w:type="dxa"/>
            <w:tcMar>
              <w:top w:w="28" w:type="dxa"/>
              <w:left w:w="38" w:type="dxa"/>
              <w:bottom w:w="28" w:type="dxa"/>
              <w:right w:w="38" w:type="dxa"/>
            </w:tcMar>
            <w:vAlign w:val="center"/>
          </w:tcPr>
          <w:p w14:paraId="20DA487C" w14:textId="77777777" w:rsidR="00D60D5E" w:rsidRDefault="00891EF0">
            <w:pPr>
              <w:spacing w:after="0" w:line="240" w:lineRule="auto"/>
              <w:jc w:val="center"/>
            </w:pPr>
            <w:r>
              <w:rPr>
                <w:rFonts w:eastAsia="Aptos"/>
                <w:color w:val="6A7075"/>
                <w:sz w:val="17"/>
              </w:rPr>
              <w:t>105-295</w:t>
            </w:r>
          </w:p>
        </w:tc>
        <w:tc>
          <w:tcPr>
            <w:tcW w:w="2648" w:type="dxa"/>
            <w:tcMar>
              <w:top w:w="28" w:type="dxa"/>
              <w:left w:w="38" w:type="dxa"/>
              <w:bottom w:w="28" w:type="dxa"/>
              <w:right w:w="38" w:type="dxa"/>
            </w:tcMar>
            <w:vAlign w:val="center"/>
          </w:tcPr>
          <w:p w14:paraId="711B77CA" w14:textId="77777777" w:rsidR="00D60D5E" w:rsidRDefault="00891EF0">
            <w:pPr>
              <w:spacing w:after="0" w:line="240" w:lineRule="auto"/>
            </w:pPr>
            <w:r>
              <w:rPr>
                <w:rFonts w:eastAsia="Aptos"/>
                <w:sz w:val="17"/>
              </w:rPr>
              <w:t>Okra Fresh Per lbs</w:t>
            </w:r>
          </w:p>
        </w:tc>
        <w:tc>
          <w:tcPr>
            <w:tcW w:w="630" w:type="dxa"/>
            <w:tcMar>
              <w:top w:w="28" w:type="dxa"/>
              <w:left w:w="38" w:type="dxa"/>
              <w:bottom w:w="28" w:type="dxa"/>
              <w:right w:w="38" w:type="dxa"/>
            </w:tcMar>
            <w:vAlign w:val="center"/>
          </w:tcPr>
          <w:p w14:paraId="45CF69CF" w14:textId="77777777" w:rsidR="00D60D5E" w:rsidRDefault="00891EF0">
            <w:pPr>
              <w:spacing w:after="0" w:line="240" w:lineRule="auto"/>
              <w:jc w:val="center"/>
            </w:pPr>
            <w:r>
              <w:rPr>
                <w:rFonts w:eastAsia="Aptos"/>
                <w:b/>
                <w:sz w:val="17"/>
              </w:rPr>
              <w:t>7.75</w:t>
            </w:r>
          </w:p>
        </w:tc>
        <w:tc>
          <w:tcPr>
            <w:tcW w:w="540" w:type="dxa"/>
            <w:tcMar>
              <w:top w:w="28" w:type="dxa"/>
              <w:left w:w="38" w:type="dxa"/>
              <w:bottom w:w="28" w:type="dxa"/>
              <w:right w:w="38" w:type="dxa"/>
            </w:tcMar>
            <w:vAlign w:val="center"/>
          </w:tcPr>
          <w:p w14:paraId="411AF38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1FE61C2" w14:textId="77777777" w:rsidR="00D60D5E" w:rsidRDefault="00D60D5E">
            <w:pPr>
              <w:jc w:val="center"/>
            </w:pPr>
          </w:p>
        </w:tc>
      </w:tr>
      <w:tr w:rsidR="00D60D5E" w14:paraId="59154331" w14:textId="77777777" w:rsidTr="000617E0">
        <w:trPr>
          <w:cantSplit/>
          <w:jc w:val="center"/>
        </w:trPr>
        <w:tc>
          <w:tcPr>
            <w:tcW w:w="677" w:type="dxa"/>
            <w:tcMar>
              <w:top w:w="28" w:type="dxa"/>
              <w:left w:w="38" w:type="dxa"/>
              <w:bottom w:w="28" w:type="dxa"/>
              <w:right w:w="38" w:type="dxa"/>
            </w:tcMar>
            <w:vAlign w:val="center"/>
          </w:tcPr>
          <w:p w14:paraId="2D853330" w14:textId="77777777" w:rsidR="00D60D5E" w:rsidRDefault="00891EF0">
            <w:pPr>
              <w:spacing w:after="0" w:line="240" w:lineRule="auto"/>
              <w:jc w:val="center"/>
            </w:pPr>
            <w:r>
              <w:rPr>
                <w:rFonts w:eastAsia="Aptos"/>
                <w:color w:val="6A7075"/>
                <w:sz w:val="17"/>
              </w:rPr>
              <w:t>105-300</w:t>
            </w:r>
          </w:p>
        </w:tc>
        <w:tc>
          <w:tcPr>
            <w:tcW w:w="2648" w:type="dxa"/>
            <w:tcMar>
              <w:top w:w="28" w:type="dxa"/>
              <w:left w:w="38" w:type="dxa"/>
              <w:bottom w:w="28" w:type="dxa"/>
              <w:right w:w="38" w:type="dxa"/>
            </w:tcMar>
            <w:vAlign w:val="center"/>
          </w:tcPr>
          <w:p w14:paraId="6A098BAE" w14:textId="77777777" w:rsidR="00D60D5E" w:rsidRDefault="00891EF0">
            <w:pPr>
              <w:spacing w:after="0" w:line="240" w:lineRule="auto"/>
            </w:pPr>
            <w:r>
              <w:rPr>
                <w:rFonts w:eastAsia="Aptos"/>
                <w:sz w:val="17"/>
              </w:rPr>
              <w:t>Onion Green/Scallion 48ct</w:t>
            </w:r>
          </w:p>
        </w:tc>
        <w:tc>
          <w:tcPr>
            <w:tcW w:w="630" w:type="dxa"/>
            <w:tcMar>
              <w:top w:w="28" w:type="dxa"/>
              <w:left w:w="38" w:type="dxa"/>
              <w:bottom w:w="28" w:type="dxa"/>
              <w:right w:w="38" w:type="dxa"/>
            </w:tcMar>
            <w:vAlign w:val="center"/>
          </w:tcPr>
          <w:p w14:paraId="0B408AD9" w14:textId="77777777" w:rsidR="00D60D5E" w:rsidRDefault="00891EF0">
            <w:pPr>
              <w:spacing w:after="0" w:line="240" w:lineRule="auto"/>
              <w:jc w:val="center"/>
            </w:pPr>
            <w:r>
              <w:rPr>
                <w:rFonts w:eastAsia="Aptos"/>
                <w:b/>
                <w:sz w:val="17"/>
              </w:rPr>
              <w:t>2.79</w:t>
            </w:r>
          </w:p>
        </w:tc>
        <w:tc>
          <w:tcPr>
            <w:tcW w:w="540" w:type="dxa"/>
            <w:tcMar>
              <w:top w:w="28" w:type="dxa"/>
              <w:left w:w="38" w:type="dxa"/>
              <w:bottom w:w="28" w:type="dxa"/>
              <w:right w:w="38" w:type="dxa"/>
            </w:tcMar>
            <w:vAlign w:val="center"/>
          </w:tcPr>
          <w:p w14:paraId="461B6B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EDFD25" w14:textId="77777777" w:rsidR="00D60D5E" w:rsidRDefault="00D60D5E">
            <w:pPr>
              <w:jc w:val="center"/>
            </w:pPr>
          </w:p>
        </w:tc>
      </w:tr>
      <w:tr w:rsidR="00D60D5E" w14:paraId="11EB166C" w14:textId="77777777" w:rsidTr="000617E0">
        <w:trPr>
          <w:cantSplit/>
          <w:jc w:val="center"/>
        </w:trPr>
        <w:tc>
          <w:tcPr>
            <w:tcW w:w="677" w:type="dxa"/>
            <w:tcMar>
              <w:top w:w="28" w:type="dxa"/>
              <w:left w:w="38" w:type="dxa"/>
              <w:bottom w:w="28" w:type="dxa"/>
              <w:right w:w="38" w:type="dxa"/>
            </w:tcMar>
            <w:vAlign w:val="center"/>
          </w:tcPr>
          <w:p w14:paraId="1FBF84F8" w14:textId="77777777" w:rsidR="00D60D5E" w:rsidRDefault="00891EF0">
            <w:pPr>
              <w:spacing w:after="0" w:line="240" w:lineRule="auto"/>
              <w:jc w:val="center"/>
            </w:pPr>
            <w:r>
              <w:rPr>
                <w:rFonts w:eastAsia="Aptos"/>
                <w:color w:val="6A7075"/>
                <w:sz w:val="17"/>
              </w:rPr>
              <w:t>105-305</w:t>
            </w:r>
          </w:p>
        </w:tc>
        <w:tc>
          <w:tcPr>
            <w:tcW w:w="2648" w:type="dxa"/>
            <w:tcMar>
              <w:top w:w="28" w:type="dxa"/>
              <w:left w:w="38" w:type="dxa"/>
              <w:bottom w:w="28" w:type="dxa"/>
              <w:right w:w="38" w:type="dxa"/>
            </w:tcMar>
            <w:vAlign w:val="center"/>
          </w:tcPr>
          <w:p w14:paraId="115CF397" w14:textId="77777777" w:rsidR="00D60D5E" w:rsidRDefault="00891EF0">
            <w:pPr>
              <w:spacing w:after="0" w:line="240" w:lineRule="auto"/>
            </w:pPr>
            <w:r>
              <w:rPr>
                <w:rFonts w:eastAsia="Aptos"/>
                <w:sz w:val="17"/>
              </w:rPr>
              <w:t>Onion Yellow Regular Per lb</w:t>
            </w:r>
          </w:p>
        </w:tc>
        <w:tc>
          <w:tcPr>
            <w:tcW w:w="630" w:type="dxa"/>
            <w:tcMar>
              <w:top w:w="28" w:type="dxa"/>
              <w:left w:w="38" w:type="dxa"/>
              <w:bottom w:w="28" w:type="dxa"/>
              <w:right w:w="38" w:type="dxa"/>
            </w:tcMar>
            <w:vAlign w:val="center"/>
          </w:tcPr>
          <w:p w14:paraId="35F9A4FF" w14:textId="77777777" w:rsidR="00D60D5E" w:rsidRDefault="00891EF0">
            <w:pPr>
              <w:spacing w:after="0" w:line="240" w:lineRule="auto"/>
              <w:jc w:val="center"/>
            </w:pPr>
            <w:r>
              <w:rPr>
                <w:rFonts w:eastAsia="Aptos"/>
                <w:b/>
                <w:sz w:val="17"/>
              </w:rPr>
              <w:t>1.20</w:t>
            </w:r>
          </w:p>
        </w:tc>
        <w:tc>
          <w:tcPr>
            <w:tcW w:w="540" w:type="dxa"/>
            <w:tcMar>
              <w:top w:w="28" w:type="dxa"/>
              <w:left w:w="38" w:type="dxa"/>
              <w:bottom w:w="28" w:type="dxa"/>
              <w:right w:w="38" w:type="dxa"/>
            </w:tcMar>
            <w:vAlign w:val="center"/>
          </w:tcPr>
          <w:p w14:paraId="453BACD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D639F83" w14:textId="77777777" w:rsidR="00D60D5E" w:rsidRDefault="00D60D5E">
            <w:pPr>
              <w:jc w:val="center"/>
            </w:pPr>
          </w:p>
        </w:tc>
      </w:tr>
      <w:tr w:rsidR="00D60D5E" w14:paraId="26D3AAF1" w14:textId="77777777" w:rsidTr="000617E0">
        <w:trPr>
          <w:cantSplit/>
          <w:jc w:val="center"/>
        </w:trPr>
        <w:tc>
          <w:tcPr>
            <w:tcW w:w="677" w:type="dxa"/>
            <w:tcMar>
              <w:top w:w="28" w:type="dxa"/>
              <w:left w:w="38" w:type="dxa"/>
              <w:bottom w:w="28" w:type="dxa"/>
              <w:right w:w="38" w:type="dxa"/>
            </w:tcMar>
            <w:vAlign w:val="center"/>
          </w:tcPr>
          <w:p w14:paraId="02C7D8B2" w14:textId="77777777" w:rsidR="00D60D5E" w:rsidRDefault="00891EF0">
            <w:pPr>
              <w:spacing w:after="0" w:line="240" w:lineRule="auto"/>
              <w:jc w:val="center"/>
            </w:pPr>
            <w:r>
              <w:rPr>
                <w:rFonts w:eastAsia="Aptos"/>
                <w:color w:val="6A7075"/>
                <w:sz w:val="17"/>
              </w:rPr>
              <w:t>105-310</w:t>
            </w:r>
          </w:p>
        </w:tc>
        <w:tc>
          <w:tcPr>
            <w:tcW w:w="2648" w:type="dxa"/>
            <w:tcMar>
              <w:top w:w="28" w:type="dxa"/>
              <w:left w:w="38" w:type="dxa"/>
              <w:bottom w:w="28" w:type="dxa"/>
              <w:right w:w="38" w:type="dxa"/>
            </w:tcMar>
            <w:vAlign w:val="center"/>
          </w:tcPr>
          <w:p w14:paraId="47D0E5A0" w14:textId="77777777" w:rsidR="00D60D5E" w:rsidRDefault="00891EF0">
            <w:pPr>
              <w:spacing w:after="0" w:line="240" w:lineRule="auto"/>
            </w:pPr>
            <w:r>
              <w:rPr>
                <w:rFonts w:eastAsia="Aptos"/>
                <w:sz w:val="17"/>
              </w:rPr>
              <w:t>Onion Jumbo White Per lbs</w:t>
            </w:r>
          </w:p>
        </w:tc>
        <w:tc>
          <w:tcPr>
            <w:tcW w:w="630" w:type="dxa"/>
            <w:tcMar>
              <w:top w:w="28" w:type="dxa"/>
              <w:left w:w="38" w:type="dxa"/>
              <w:bottom w:w="28" w:type="dxa"/>
              <w:right w:w="38" w:type="dxa"/>
            </w:tcMar>
            <w:vAlign w:val="center"/>
          </w:tcPr>
          <w:p w14:paraId="3406177A" w14:textId="77777777" w:rsidR="00D60D5E" w:rsidRDefault="00891EF0">
            <w:pPr>
              <w:spacing w:after="0" w:line="240" w:lineRule="auto"/>
              <w:jc w:val="center"/>
            </w:pPr>
            <w:r>
              <w:rPr>
                <w:rFonts w:eastAsia="Aptos"/>
                <w:b/>
                <w:sz w:val="17"/>
              </w:rPr>
              <w:t>2.52</w:t>
            </w:r>
          </w:p>
        </w:tc>
        <w:tc>
          <w:tcPr>
            <w:tcW w:w="540" w:type="dxa"/>
            <w:tcMar>
              <w:top w:w="28" w:type="dxa"/>
              <w:left w:w="38" w:type="dxa"/>
              <w:bottom w:w="28" w:type="dxa"/>
              <w:right w:w="38" w:type="dxa"/>
            </w:tcMar>
            <w:vAlign w:val="center"/>
          </w:tcPr>
          <w:p w14:paraId="68BF607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0E4711A" w14:textId="77777777" w:rsidR="00D60D5E" w:rsidRDefault="00D60D5E">
            <w:pPr>
              <w:jc w:val="center"/>
            </w:pPr>
          </w:p>
        </w:tc>
      </w:tr>
      <w:tr w:rsidR="00D60D5E" w14:paraId="675846A4" w14:textId="77777777" w:rsidTr="000617E0">
        <w:trPr>
          <w:cantSplit/>
          <w:jc w:val="center"/>
        </w:trPr>
        <w:tc>
          <w:tcPr>
            <w:tcW w:w="677" w:type="dxa"/>
            <w:tcMar>
              <w:top w:w="28" w:type="dxa"/>
              <w:left w:w="38" w:type="dxa"/>
              <w:bottom w:w="28" w:type="dxa"/>
              <w:right w:w="38" w:type="dxa"/>
            </w:tcMar>
            <w:vAlign w:val="center"/>
          </w:tcPr>
          <w:p w14:paraId="2151B7BE" w14:textId="77777777" w:rsidR="00D60D5E" w:rsidRDefault="00891EF0">
            <w:pPr>
              <w:spacing w:after="0" w:line="240" w:lineRule="auto"/>
              <w:jc w:val="center"/>
            </w:pPr>
            <w:r>
              <w:rPr>
                <w:rFonts w:eastAsia="Aptos"/>
                <w:color w:val="6A7075"/>
                <w:sz w:val="17"/>
              </w:rPr>
              <w:t>105-315</w:t>
            </w:r>
          </w:p>
        </w:tc>
        <w:tc>
          <w:tcPr>
            <w:tcW w:w="2648" w:type="dxa"/>
            <w:tcMar>
              <w:top w:w="28" w:type="dxa"/>
              <w:left w:w="38" w:type="dxa"/>
              <w:bottom w:w="28" w:type="dxa"/>
              <w:right w:w="38" w:type="dxa"/>
            </w:tcMar>
            <w:vAlign w:val="center"/>
          </w:tcPr>
          <w:p w14:paraId="5702C5D8" w14:textId="77777777" w:rsidR="00D60D5E" w:rsidRDefault="00891EF0">
            <w:pPr>
              <w:spacing w:after="0" w:line="240" w:lineRule="auto"/>
            </w:pPr>
            <w:r>
              <w:rPr>
                <w:rFonts w:eastAsia="Aptos"/>
                <w:sz w:val="17"/>
              </w:rPr>
              <w:t>Onion Red Per lbs</w:t>
            </w:r>
          </w:p>
        </w:tc>
        <w:tc>
          <w:tcPr>
            <w:tcW w:w="630" w:type="dxa"/>
            <w:tcMar>
              <w:top w:w="28" w:type="dxa"/>
              <w:left w:w="38" w:type="dxa"/>
              <w:bottom w:w="28" w:type="dxa"/>
              <w:right w:w="38" w:type="dxa"/>
            </w:tcMar>
            <w:vAlign w:val="center"/>
          </w:tcPr>
          <w:p w14:paraId="206CD6CC" w14:textId="77777777" w:rsidR="00D60D5E" w:rsidRDefault="00891EF0">
            <w:pPr>
              <w:spacing w:after="0" w:line="240" w:lineRule="auto"/>
              <w:jc w:val="center"/>
            </w:pPr>
            <w:r>
              <w:rPr>
                <w:rFonts w:eastAsia="Aptos"/>
                <w:b/>
                <w:sz w:val="17"/>
              </w:rPr>
              <w:t>2.37</w:t>
            </w:r>
          </w:p>
        </w:tc>
        <w:tc>
          <w:tcPr>
            <w:tcW w:w="540" w:type="dxa"/>
            <w:tcMar>
              <w:top w:w="28" w:type="dxa"/>
              <w:left w:w="38" w:type="dxa"/>
              <w:bottom w:w="28" w:type="dxa"/>
              <w:right w:w="38" w:type="dxa"/>
            </w:tcMar>
            <w:vAlign w:val="center"/>
          </w:tcPr>
          <w:p w14:paraId="0A79161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2516338" w14:textId="77777777" w:rsidR="00D60D5E" w:rsidRDefault="00D60D5E">
            <w:pPr>
              <w:jc w:val="center"/>
            </w:pPr>
          </w:p>
        </w:tc>
      </w:tr>
      <w:tr w:rsidR="00D60D5E" w14:paraId="09F44DD4" w14:textId="77777777" w:rsidTr="000617E0">
        <w:trPr>
          <w:cantSplit/>
          <w:jc w:val="center"/>
        </w:trPr>
        <w:tc>
          <w:tcPr>
            <w:tcW w:w="677" w:type="dxa"/>
            <w:tcMar>
              <w:top w:w="28" w:type="dxa"/>
              <w:left w:w="38" w:type="dxa"/>
              <w:bottom w:w="28" w:type="dxa"/>
              <w:right w:w="38" w:type="dxa"/>
            </w:tcMar>
            <w:vAlign w:val="center"/>
          </w:tcPr>
          <w:p w14:paraId="409ADF9D" w14:textId="77777777" w:rsidR="00D60D5E" w:rsidRDefault="00891EF0">
            <w:pPr>
              <w:spacing w:after="0" w:line="240" w:lineRule="auto"/>
              <w:jc w:val="center"/>
            </w:pPr>
            <w:r>
              <w:rPr>
                <w:rFonts w:eastAsia="Aptos"/>
                <w:color w:val="6A7075"/>
                <w:sz w:val="17"/>
              </w:rPr>
              <w:t>105-320</w:t>
            </w:r>
          </w:p>
        </w:tc>
        <w:tc>
          <w:tcPr>
            <w:tcW w:w="2648" w:type="dxa"/>
            <w:tcMar>
              <w:top w:w="28" w:type="dxa"/>
              <w:left w:w="38" w:type="dxa"/>
              <w:bottom w:w="28" w:type="dxa"/>
              <w:right w:w="38" w:type="dxa"/>
            </w:tcMar>
            <w:vAlign w:val="center"/>
          </w:tcPr>
          <w:p w14:paraId="1081624E" w14:textId="77777777" w:rsidR="00D60D5E" w:rsidRDefault="00891EF0">
            <w:pPr>
              <w:spacing w:after="0" w:line="240" w:lineRule="auto"/>
            </w:pPr>
            <w:r>
              <w:rPr>
                <w:rFonts w:eastAsia="Aptos"/>
                <w:sz w:val="17"/>
              </w:rPr>
              <w:t>Onion Pearl bag pint</w:t>
            </w:r>
          </w:p>
        </w:tc>
        <w:tc>
          <w:tcPr>
            <w:tcW w:w="630" w:type="dxa"/>
            <w:tcMar>
              <w:top w:w="28" w:type="dxa"/>
              <w:left w:w="38" w:type="dxa"/>
              <w:bottom w:w="28" w:type="dxa"/>
              <w:right w:w="38" w:type="dxa"/>
            </w:tcMar>
            <w:vAlign w:val="center"/>
          </w:tcPr>
          <w:p w14:paraId="4EA4FCC3" w14:textId="77777777" w:rsidR="00D60D5E" w:rsidRDefault="00891EF0">
            <w:pPr>
              <w:spacing w:after="0" w:line="240" w:lineRule="auto"/>
              <w:jc w:val="center"/>
            </w:pPr>
            <w:r>
              <w:rPr>
                <w:rFonts w:eastAsia="Aptos"/>
                <w:b/>
                <w:sz w:val="17"/>
              </w:rPr>
              <w:t>6.95</w:t>
            </w:r>
          </w:p>
        </w:tc>
        <w:tc>
          <w:tcPr>
            <w:tcW w:w="540" w:type="dxa"/>
            <w:tcMar>
              <w:top w:w="28" w:type="dxa"/>
              <w:left w:w="38" w:type="dxa"/>
              <w:bottom w:w="28" w:type="dxa"/>
              <w:right w:w="38" w:type="dxa"/>
            </w:tcMar>
            <w:vAlign w:val="center"/>
          </w:tcPr>
          <w:p w14:paraId="2A81A8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189AB7" w14:textId="77777777" w:rsidR="00D60D5E" w:rsidRDefault="00D60D5E">
            <w:pPr>
              <w:jc w:val="center"/>
            </w:pPr>
          </w:p>
        </w:tc>
      </w:tr>
      <w:tr w:rsidR="00D60D5E" w14:paraId="294C9496" w14:textId="77777777" w:rsidTr="000617E0">
        <w:trPr>
          <w:cantSplit/>
          <w:jc w:val="center"/>
        </w:trPr>
        <w:tc>
          <w:tcPr>
            <w:tcW w:w="677" w:type="dxa"/>
            <w:tcMar>
              <w:top w:w="28" w:type="dxa"/>
              <w:left w:w="38" w:type="dxa"/>
              <w:bottom w:w="28" w:type="dxa"/>
              <w:right w:w="38" w:type="dxa"/>
            </w:tcMar>
            <w:vAlign w:val="center"/>
          </w:tcPr>
          <w:p w14:paraId="7C5A6E57" w14:textId="77777777" w:rsidR="00D60D5E" w:rsidRDefault="00891EF0">
            <w:pPr>
              <w:spacing w:after="0" w:line="240" w:lineRule="auto"/>
              <w:jc w:val="center"/>
            </w:pPr>
            <w:r>
              <w:rPr>
                <w:rFonts w:eastAsia="Aptos"/>
                <w:color w:val="6A7075"/>
                <w:sz w:val="17"/>
              </w:rPr>
              <w:t>105-325</w:t>
            </w:r>
          </w:p>
        </w:tc>
        <w:tc>
          <w:tcPr>
            <w:tcW w:w="2648" w:type="dxa"/>
            <w:tcMar>
              <w:top w:w="28" w:type="dxa"/>
              <w:left w:w="38" w:type="dxa"/>
              <w:bottom w:w="28" w:type="dxa"/>
              <w:right w:w="38" w:type="dxa"/>
            </w:tcMar>
            <w:vAlign w:val="center"/>
          </w:tcPr>
          <w:p w14:paraId="344805E1" w14:textId="77777777" w:rsidR="00D60D5E" w:rsidRDefault="00891EF0">
            <w:pPr>
              <w:spacing w:after="0" w:line="240" w:lineRule="auto"/>
            </w:pPr>
            <w:r>
              <w:rPr>
                <w:rFonts w:eastAsia="Aptos"/>
                <w:sz w:val="17"/>
              </w:rPr>
              <w:t>Parsnips Per lbs</w:t>
            </w:r>
          </w:p>
        </w:tc>
        <w:tc>
          <w:tcPr>
            <w:tcW w:w="630" w:type="dxa"/>
            <w:tcMar>
              <w:top w:w="28" w:type="dxa"/>
              <w:left w:w="38" w:type="dxa"/>
              <w:bottom w:w="28" w:type="dxa"/>
              <w:right w:w="38" w:type="dxa"/>
            </w:tcMar>
            <w:vAlign w:val="center"/>
          </w:tcPr>
          <w:p w14:paraId="4A164F65"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54F0BA8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2315311" w14:textId="77777777" w:rsidR="00D60D5E" w:rsidRDefault="00D60D5E">
            <w:pPr>
              <w:jc w:val="center"/>
            </w:pPr>
          </w:p>
        </w:tc>
      </w:tr>
      <w:tr w:rsidR="00D60D5E" w14:paraId="6FBC7DA4" w14:textId="77777777" w:rsidTr="000617E0">
        <w:trPr>
          <w:cantSplit/>
          <w:jc w:val="center"/>
        </w:trPr>
        <w:tc>
          <w:tcPr>
            <w:tcW w:w="677" w:type="dxa"/>
            <w:tcMar>
              <w:top w:w="28" w:type="dxa"/>
              <w:left w:w="38" w:type="dxa"/>
              <w:bottom w:w="28" w:type="dxa"/>
              <w:right w:w="38" w:type="dxa"/>
            </w:tcMar>
            <w:vAlign w:val="center"/>
          </w:tcPr>
          <w:p w14:paraId="79ECF70F" w14:textId="77777777" w:rsidR="00D60D5E" w:rsidRDefault="00891EF0">
            <w:pPr>
              <w:spacing w:after="0" w:line="240" w:lineRule="auto"/>
              <w:jc w:val="center"/>
            </w:pPr>
            <w:r>
              <w:rPr>
                <w:rFonts w:eastAsia="Aptos"/>
                <w:color w:val="6A7075"/>
                <w:sz w:val="17"/>
              </w:rPr>
              <w:t>105-330</w:t>
            </w:r>
          </w:p>
        </w:tc>
        <w:tc>
          <w:tcPr>
            <w:tcW w:w="2648" w:type="dxa"/>
            <w:tcMar>
              <w:top w:w="28" w:type="dxa"/>
              <w:left w:w="38" w:type="dxa"/>
              <w:bottom w:w="28" w:type="dxa"/>
              <w:right w:w="38" w:type="dxa"/>
            </w:tcMar>
            <w:vAlign w:val="center"/>
          </w:tcPr>
          <w:p w14:paraId="12CEFFF9" w14:textId="77777777" w:rsidR="00D60D5E" w:rsidRDefault="00891EF0">
            <w:pPr>
              <w:spacing w:after="0" w:line="240" w:lineRule="auto"/>
            </w:pPr>
            <w:r>
              <w:rPr>
                <w:rFonts w:eastAsia="Aptos"/>
                <w:sz w:val="17"/>
              </w:rPr>
              <w:t>Peppers Green Per lbs</w:t>
            </w:r>
          </w:p>
        </w:tc>
        <w:tc>
          <w:tcPr>
            <w:tcW w:w="630" w:type="dxa"/>
            <w:tcMar>
              <w:top w:w="28" w:type="dxa"/>
              <w:left w:w="38" w:type="dxa"/>
              <w:bottom w:w="28" w:type="dxa"/>
              <w:right w:w="38" w:type="dxa"/>
            </w:tcMar>
            <w:vAlign w:val="center"/>
          </w:tcPr>
          <w:p w14:paraId="2A3EC14F" w14:textId="77777777" w:rsidR="00D60D5E" w:rsidRDefault="00891EF0">
            <w:pPr>
              <w:spacing w:after="0" w:line="240" w:lineRule="auto"/>
              <w:jc w:val="center"/>
            </w:pPr>
            <w:r>
              <w:rPr>
                <w:rFonts w:eastAsia="Aptos"/>
                <w:b/>
                <w:sz w:val="17"/>
              </w:rPr>
              <w:t>3.45</w:t>
            </w:r>
          </w:p>
        </w:tc>
        <w:tc>
          <w:tcPr>
            <w:tcW w:w="540" w:type="dxa"/>
            <w:tcMar>
              <w:top w:w="28" w:type="dxa"/>
              <w:left w:w="38" w:type="dxa"/>
              <w:bottom w:w="28" w:type="dxa"/>
              <w:right w:w="38" w:type="dxa"/>
            </w:tcMar>
            <w:vAlign w:val="center"/>
          </w:tcPr>
          <w:p w14:paraId="448AC2F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A66AB0B" w14:textId="77777777" w:rsidR="00D60D5E" w:rsidRDefault="00D60D5E">
            <w:pPr>
              <w:jc w:val="center"/>
            </w:pPr>
          </w:p>
        </w:tc>
      </w:tr>
      <w:tr w:rsidR="00D60D5E" w14:paraId="6D32BE16" w14:textId="77777777" w:rsidTr="000617E0">
        <w:trPr>
          <w:cantSplit/>
          <w:jc w:val="center"/>
        </w:trPr>
        <w:tc>
          <w:tcPr>
            <w:tcW w:w="677" w:type="dxa"/>
            <w:tcMar>
              <w:top w:w="28" w:type="dxa"/>
              <w:left w:w="38" w:type="dxa"/>
              <w:bottom w:w="28" w:type="dxa"/>
              <w:right w:w="38" w:type="dxa"/>
            </w:tcMar>
            <w:vAlign w:val="center"/>
          </w:tcPr>
          <w:p w14:paraId="2D2CE2B5" w14:textId="77777777" w:rsidR="00D60D5E" w:rsidRDefault="00891EF0">
            <w:pPr>
              <w:spacing w:after="0" w:line="240" w:lineRule="auto"/>
              <w:jc w:val="center"/>
            </w:pPr>
            <w:r>
              <w:rPr>
                <w:rFonts w:eastAsia="Aptos"/>
                <w:color w:val="6A7075"/>
                <w:sz w:val="17"/>
              </w:rPr>
              <w:t>105-335</w:t>
            </w:r>
          </w:p>
        </w:tc>
        <w:tc>
          <w:tcPr>
            <w:tcW w:w="2648" w:type="dxa"/>
            <w:tcMar>
              <w:top w:w="28" w:type="dxa"/>
              <w:left w:w="38" w:type="dxa"/>
              <w:bottom w:w="28" w:type="dxa"/>
              <w:right w:w="38" w:type="dxa"/>
            </w:tcMar>
            <w:vAlign w:val="center"/>
          </w:tcPr>
          <w:p w14:paraId="2E020369" w14:textId="77777777" w:rsidR="00D60D5E" w:rsidRDefault="00891EF0">
            <w:pPr>
              <w:spacing w:after="0" w:line="240" w:lineRule="auto"/>
            </w:pPr>
            <w:r>
              <w:rPr>
                <w:rFonts w:eastAsia="Aptos"/>
                <w:sz w:val="17"/>
              </w:rPr>
              <w:t>Peppers Red Per lbs</w:t>
            </w:r>
          </w:p>
        </w:tc>
        <w:tc>
          <w:tcPr>
            <w:tcW w:w="630" w:type="dxa"/>
            <w:tcMar>
              <w:top w:w="28" w:type="dxa"/>
              <w:left w:w="38" w:type="dxa"/>
              <w:bottom w:w="28" w:type="dxa"/>
              <w:right w:w="38" w:type="dxa"/>
            </w:tcMar>
            <w:vAlign w:val="center"/>
          </w:tcPr>
          <w:p w14:paraId="1E499BD4"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08EBCED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96AB1C5" w14:textId="77777777" w:rsidR="00D60D5E" w:rsidRDefault="00D60D5E">
            <w:pPr>
              <w:jc w:val="center"/>
            </w:pPr>
          </w:p>
        </w:tc>
      </w:tr>
      <w:tr w:rsidR="00D60D5E" w14:paraId="78453197" w14:textId="77777777" w:rsidTr="000617E0">
        <w:trPr>
          <w:cantSplit/>
          <w:jc w:val="center"/>
        </w:trPr>
        <w:tc>
          <w:tcPr>
            <w:tcW w:w="677" w:type="dxa"/>
            <w:tcMar>
              <w:top w:w="28" w:type="dxa"/>
              <w:left w:w="38" w:type="dxa"/>
              <w:bottom w:w="28" w:type="dxa"/>
              <w:right w:w="38" w:type="dxa"/>
            </w:tcMar>
            <w:vAlign w:val="center"/>
          </w:tcPr>
          <w:p w14:paraId="4EB344EE" w14:textId="77777777" w:rsidR="00D60D5E" w:rsidRDefault="00891EF0">
            <w:pPr>
              <w:spacing w:after="0" w:line="240" w:lineRule="auto"/>
              <w:jc w:val="center"/>
            </w:pPr>
            <w:r>
              <w:rPr>
                <w:rFonts w:eastAsia="Aptos"/>
                <w:color w:val="6A7075"/>
                <w:sz w:val="17"/>
              </w:rPr>
              <w:t>105-340</w:t>
            </w:r>
          </w:p>
        </w:tc>
        <w:tc>
          <w:tcPr>
            <w:tcW w:w="2648" w:type="dxa"/>
            <w:tcMar>
              <w:top w:w="28" w:type="dxa"/>
              <w:left w:w="38" w:type="dxa"/>
              <w:bottom w:w="28" w:type="dxa"/>
              <w:right w:w="38" w:type="dxa"/>
            </w:tcMar>
            <w:vAlign w:val="center"/>
          </w:tcPr>
          <w:p w14:paraId="4E6850E0" w14:textId="77777777" w:rsidR="00D60D5E" w:rsidRDefault="00891EF0">
            <w:pPr>
              <w:spacing w:after="0" w:line="240" w:lineRule="auto"/>
            </w:pPr>
            <w:r>
              <w:rPr>
                <w:rFonts w:eastAsia="Aptos"/>
                <w:sz w:val="17"/>
              </w:rPr>
              <w:t>Peppers Yellow Per lbs</w:t>
            </w:r>
          </w:p>
        </w:tc>
        <w:tc>
          <w:tcPr>
            <w:tcW w:w="630" w:type="dxa"/>
            <w:tcMar>
              <w:top w:w="28" w:type="dxa"/>
              <w:left w:w="38" w:type="dxa"/>
              <w:bottom w:w="28" w:type="dxa"/>
              <w:right w:w="38" w:type="dxa"/>
            </w:tcMar>
            <w:vAlign w:val="center"/>
          </w:tcPr>
          <w:p w14:paraId="12F3893B"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23E4467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7703F9D" w14:textId="77777777" w:rsidR="00D60D5E" w:rsidRDefault="00D60D5E">
            <w:pPr>
              <w:jc w:val="center"/>
            </w:pPr>
          </w:p>
        </w:tc>
      </w:tr>
      <w:tr w:rsidR="00D60D5E" w14:paraId="3297322C" w14:textId="77777777" w:rsidTr="000617E0">
        <w:trPr>
          <w:cantSplit/>
          <w:jc w:val="center"/>
        </w:trPr>
        <w:tc>
          <w:tcPr>
            <w:tcW w:w="677" w:type="dxa"/>
            <w:tcMar>
              <w:top w:w="28" w:type="dxa"/>
              <w:left w:w="38" w:type="dxa"/>
              <w:bottom w:w="28" w:type="dxa"/>
              <w:right w:w="38" w:type="dxa"/>
            </w:tcMar>
            <w:vAlign w:val="center"/>
          </w:tcPr>
          <w:p w14:paraId="118C599B" w14:textId="77777777" w:rsidR="00D60D5E" w:rsidRDefault="00891EF0">
            <w:pPr>
              <w:spacing w:after="0" w:line="240" w:lineRule="auto"/>
              <w:jc w:val="center"/>
            </w:pPr>
            <w:r>
              <w:rPr>
                <w:rFonts w:eastAsia="Aptos"/>
                <w:color w:val="6A7075"/>
                <w:sz w:val="17"/>
              </w:rPr>
              <w:t>105-345</w:t>
            </w:r>
          </w:p>
        </w:tc>
        <w:tc>
          <w:tcPr>
            <w:tcW w:w="2648" w:type="dxa"/>
            <w:tcMar>
              <w:top w:w="28" w:type="dxa"/>
              <w:left w:w="38" w:type="dxa"/>
              <w:bottom w:w="28" w:type="dxa"/>
              <w:right w:w="38" w:type="dxa"/>
            </w:tcMar>
            <w:vAlign w:val="center"/>
          </w:tcPr>
          <w:p w14:paraId="50564A94" w14:textId="77777777" w:rsidR="00D60D5E" w:rsidRDefault="00891EF0">
            <w:pPr>
              <w:spacing w:after="0" w:line="240" w:lineRule="auto"/>
            </w:pPr>
            <w:r>
              <w:rPr>
                <w:rFonts w:eastAsia="Aptos"/>
                <w:sz w:val="17"/>
              </w:rPr>
              <w:t>Peppers Orange Per lbs</w:t>
            </w:r>
          </w:p>
        </w:tc>
        <w:tc>
          <w:tcPr>
            <w:tcW w:w="630" w:type="dxa"/>
            <w:tcMar>
              <w:top w:w="28" w:type="dxa"/>
              <w:left w:w="38" w:type="dxa"/>
              <w:bottom w:w="28" w:type="dxa"/>
              <w:right w:w="38" w:type="dxa"/>
            </w:tcMar>
            <w:vAlign w:val="center"/>
          </w:tcPr>
          <w:p w14:paraId="1977DD3F"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266F665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AB5269E" w14:textId="77777777" w:rsidR="00D60D5E" w:rsidRDefault="00D60D5E">
            <w:pPr>
              <w:jc w:val="center"/>
            </w:pPr>
          </w:p>
        </w:tc>
      </w:tr>
      <w:tr w:rsidR="00D60D5E" w14:paraId="66305D02" w14:textId="77777777" w:rsidTr="000617E0">
        <w:trPr>
          <w:cantSplit/>
          <w:jc w:val="center"/>
        </w:trPr>
        <w:tc>
          <w:tcPr>
            <w:tcW w:w="677" w:type="dxa"/>
            <w:tcMar>
              <w:top w:w="28" w:type="dxa"/>
              <w:left w:w="38" w:type="dxa"/>
              <w:bottom w:w="28" w:type="dxa"/>
              <w:right w:w="38" w:type="dxa"/>
            </w:tcMar>
            <w:vAlign w:val="center"/>
          </w:tcPr>
          <w:p w14:paraId="6D6C935B" w14:textId="77777777" w:rsidR="00D60D5E" w:rsidRDefault="00891EF0">
            <w:pPr>
              <w:spacing w:after="0" w:line="240" w:lineRule="auto"/>
              <w:jc w:val="center"/>
            </w:pPr>
            <w:r>
              <w:rPr>
                <w:rFonts w:eastAsia="Aptos"/>
                <w:color w:val="6A7075"/>
                <w:sz w:val="17"/>
              </w:rPr>
              <w:t>105-350</w:t>
            </w:r>
          </w:p>
        </w:tc>
        <w:tc>
          <w:tcPr>
            <w:tcW w:w="2648" w:type="dxa"/>
            <w:tcMar>
              <w:top w:w="28" w:type="dxa"/>
              <w:left w:w="38" w:type="dxa"/>
              <w:bottom w:w="28" w:type="dxa"/>
              <w:right w:w="38" w:type="dxa"/>
            </w:tcMar>
            <w:vAlign w:val="center"/>
          </w:tcPr>
          <w:p w14:paraId="795DEDEF" w14:textId="77777777" w:rsidR="00D60D5E" w:rsidRDefault="00891EF0">
            <w:pPr>
              <w:spacing w:after="0" w:line="240" w:lineRule="auto"/>
            </w:pPr>
            <w:r>
              <w:rPr>
                <w:rFonts w:eastAsia="Aptos"/>
                <w:sz w:val="17"/>
              </w:rPr>
              <w:t>Potato Baking Per lbs</w:t>
            </w:r>
          </w:p>
        </w:tc>
        <w:tc>
          <w:tcPr>
            <w:tcW w:w="630" w:type="dxa"/>
            <w:tcMar>
              <w:top w:w="28" w:type="dxa"/>
              <w:left w:w="38" w:type="dxa"/>
              <w:bottom w:w="28" w:type="dxa"/>
              <w:right w:w="38" w:type="dxa"/>
            </w:tcMar>
            <w:vAlign w:val="center"/>
          </w:tcPr>
          <w:p w14:paraId="237DEEF9" w14:textId="77777777" w:rsidR="00D60D5E" w:rsidRDefault="00891EF0">
            <w:pPr>
              <w:spacing w:after="0" w:line="240" w:lineRule="auto"/>
              <w:jc w:val="center"/>
            </w:pPr>
            <w:r>
              <w:rPr>
                <w:rFonts w:eastAsia="Aptos"/>
                <w:b/>
                <w:sz w:val="17"/>
              </w:rPr>
              <w:t>1.39</w:t>
            </w:r>
          </w:p>
        </w:tc>
        <w:tc>
          <w:tcPr>
            <w:tcW w:w="540" w:type="dxa"/>
            <w:tcMar>
              <w:top w:w="28" w:type="dxa"/>
              <w:left w:w="38" w:type="dxa"/>
              <w:bottom w:w="28" w:type="dxa"/>
              <w:right w:w="38" w:type="dxa"/>
            </w:tcMar>
            <w:vAlign w:val="center"/>
          </w:tcPr>
          <w:p w14:paraId="314597C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5DBA406" w14:textId="77777777" w:rsidR="00D60D5E" w:rsidRDefault="00D60D5E">
            <w:pPr>
              <w:jc w:val="center"/>
            </w:pPr>
          </w:p>
        </w:tc>
      </w:tr>
      <w:tr w:rsidR="00D60D5E" w14:paraId="3F225F45" w14:textId="77777777" w:rsidTr="000617E0">
        <w:trPr>
          <w:cantSplit/>
          <w:jc w:val="center"/>
        </w:trPr>
        <w:tc>
          <w:tcPr>
            <w:tcW w:w="677" w:type="dxa"/>
            <w:tcMar>
              <w:top w:w="28" w:type="dxa"/>
              <w:left w:w="38" w:type="dxa"/>
              <w:bottom w:w="28" w:type="dxa"/>
              <w:right w:w="38" w:type="dxa"/>
            </w:tcMar>
            <w:vAlign w:val="center"/>
          </w:tcPr>
          <w:p w14:paraId="686D05F8" w14:textId="77777777" w:rsidR="00D60D5E" w:rsidRDefault="00891EF0">
            <w:pPr>
              <w:spacing w:after="0" w:line="240" w:lineRule="auto"/>
              <w:jc w:val="center"/>
            </w:pPr>
            <w:r>
              <w:rPr>
                <w:rFonts w:eastAsia="Aptos"/>
                <w:color w:val="6A7075"/>
                <w:sz w:val="17"/>
              </w:rPr>
              <w:t>105-355</w:t>
            </w:r>
          </w:p>
        </w:tc>
        <w:tc>
          <w:tcPr>
            <w:tcW w:w="2648" w:type="dxa"/>
            <w:tcMar>
              <w:top w:w="28" w:type="dxa"/>
              <w:left w:w="38" w:type="dxa"/>
              <w:bottom w:w="28" w:type="dxa"/>
              <w:right w:w="38" w:type="dxa"/>
            </w:tcMar>
            <w:vAlign w:val="center"/>
          </w:tcPr>
          <w:p w14:paraId="398AD8AE" w14:textId="77777777" w:rsidR="00D60D5E" w:rsidRDefault="00891EF0">
            <w:pPr>
              <w:spacing w:after="0" w:line="240" w:lineRule="auto"/>
            </w:pPr>
            <w:r>
              <w:rPr>
                <w:rFonts w:eastAsia="Aptos"/>
                <w:sz w:val="17"/>
              </w:rPr>
              <w:t>Potato Regular Per lb</w:t>
            </w:r>
          </w:p>
        </w:tc>
        <w:tc>
          <w:tcPr>
            <w:tcW w:w="630" w:type="dxa"/>
            <w:tcMar>
              <w:top w:w="28" w:type="dxa"/>
              <w:left w:w="38" w:type="dxa"/>
              <w:bottom w:w="28" w:type="dxa"/>
              <w:right w:w="38" w:type="dxa"/>
            </w:tcMar>
            <w:vAlign w:val="center"/>
          </w:tcPr>
          <w:p w14:paraId="1EA76008" w14:textId="77777777" w:rsidR="00D60D5E" w:rsidRDefault="00891EF0">
            <w:pPr>
              <w:spacing w:after="0" w:line="240" w:lineRule="auto"/>
              <w:jc w:val="center"/>
            </w:pPr>
            <w:r>
              <w:rPr>
                <w:rFonts w:eastAsia="Aptos"/>
                <w:b/>
                <w:sz w:val="17"/>
              </w:rPr>
              <w:t>1.45</w:t>
            </w:r>
          </w:p>
        </w:tc>
        <w:tc>
          <w:tcPr>
            <w:tcW w:w="540" w:type="dxa"/>
            <w:tcMar>
              <w:top w:w="28" w:type="dxa"/>
              <w:left w:w="38" w:type="dxa"/>
              <w:bottom w:w="28" w:type="dxa"/>
              <w:right w:w="38" w:type="dxa"/>
            </w:tcMar>
            <w:vAlign w:val="center"/>
          </w:tcPr>
          <w:p w14:paraId="161BDE1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622C668" w14:textId="77777777" w:rsidR="00D60D5E" w:rsidRDefault="00D60D5E">
            <w:pPr>
              <w:jc w:val="center"/>
            </w:pPr>
          </w:p>
        </w:tc>
      </w:tr>
      <w:tr w:rsidR="00D60D5E" w14:paraId="2DA2E02C" w14:textId="77777777" w:rsidTr="000617E0">
        <w:trPr>
          <w:cantSplit/>
          <w:jc w:val="center"/>
        </w:trPr>
        <w:tc>
          <w:tcPr>
            <w:tcW w:w="677" w:type="dxa"/>
            <w:tcMar>
              <w:top w:w="28" w:type="dxa"/>
              <w:left w:w="38" w:type="dxa"/>
              <w:bottom w:w="28" w:type="dxa"/>
              <w:right w:w="38" w:type="dxa"/>
            </w:tcMar>
            <w:vAlign w:val="center"/>
          </w:tcPr>
          <w:p w14:paraId="24ADAB97" w14:textId="77777777" w:rsidR="00D60D5E" w:rsidRDefault="00891EF0">
            <w:pPr>
              <w:spacing w:after="0" w:line="240" w:lineRule="auto"/>
              <w:jc w:val="center"/>
            </w:pPr>
            <w:r>
              <w:rPr>
                <w:rFonts w:eastAsia="Aptos"/>
                <w:color w:val="6A7075"/>
                <w:sz w:val="17"/>
              </w:rPr>
              <w:t>105-360</w:t>
            </w:r>
          </w:p>
        </w:tc>
        <w:tc>
          <w:tcPr>
            <w:tcW w:w="2648" w:type="dxa"/>
            <w:tcMar>
              <w:top w:w="28" w:type="dxa"/>
              <w:left w:w="38" w:type="dxa"/>
              <w:bottom w:w="28" w:type="dxa"/>
              <w:right w:w="38" w:type="dxa"/>
            </w:tcMar>
            <w:vAlign w:val="center"/>
          </w:tcPr>
          <w:p w14:paraId="359C8B4F" w14:textId="77777777" w:rsidR="00D60D5E" w:rsidRDefault="00891EF0">
            <w:pPr>
              <w:spacing w:after="0" w:line="240" w:lineRule="auto"/>
            </w:pPr>
            <w:r>
              <w:rPr>
                <w:rFonts w:eastAsia="Aptos"/>
                <w:sz w:val="17"/>
              </w:rPr>
              <w:t>Potato Red Bliss A or B Per lb</w:t>
            </w:r>
          </w:p>
        </w:tc>
        <w:tc>
          <w:tcPr>
            <w:tcW w:w="630" w:type="dxa"/>
            <w:tcMar>
              <w:top w:w="28" w:type="dxa"/>
              <w:left w:w="38" w:type="dxa"/>
              <w:bottom w:w="28" w:type="dxa"/>
              <w:right w:w="38" w:type="dxa"/>
            </w:tcMar>
            <w:vAlign w:val="center"/>
          </w:tcPr>
          <w:p w14:paraId="51992C2A" w14:textId="77777777" w:rsidR="00D60D5E" w:rsidRDefault="00891EF0">
            <w:pPr>
              <w:spacing w:after="0" w:line="240" w:lineRule="auto"/>
              <w:jc w:val="center"/>
            </w:pPr>
            <w:r>
              <w:rPr>
                <w:rFonts w:eastAsia="Aptos"/>
                <w:b/>
                <w:sz w:val="17"/>
              </w:rPr>
              <w:t>2.75</w:t>
            </w:r>
          </w:p>
        </w:tc>
        <w:tc>
          <w:tcPr>
            <w:tcW w:w="540" w:type="dxa"/>
            <w:tcMar>
              <w:top w:w="28" w:type="dxa"/>
              <w:left w:w="38" w:type="dxa"/>
              <w:bottom w:w="28" w:type="dxa"/>
              <w:right w:w="38" w:type="dxa"/>
            </w:tcMar>
            <w:vAlign w:val="center"/>
          </w:tcPr>
          <w:p w14:paraId="7C40389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6C92525" w14:textId="77777777" w:rsidR="00D60D5E" w:rsidRDefault="00D60D5E">
            <w:pPr>
              <w:jc w:val="center"/>
            </w:pPr>
          </w:p>
        </w:tc>
      </w:tr>
      <w:tr w:rsidR="00D60D5E" w14:paraId="18EF89D1" w14:textId="77777777" w:rsidTr="000617E0">
        <w:trPr>
          <w:cantSplit/>
          <w:jc w:val="center"/>
        </w:trPr>
        <w:tc>
          <w:tcPr>
            <w:tcW w:w="677" w:type="dxa"/>
            <w:tcMar>
              <w:top w:w="28" w:type="dxa"/>
              <w:left w:w="38" w:type="dxa"/>
              <w:bottom w:w="28" w:type="dxa"/>
              <w:right w:w="38" w:type="dxa"/>
            </w:tcMar>
            <w:vAlign w:val="center"/>
          </w:tcPr>
          <w:p w14:paraId="5C7EC8C1" w14:textId="77777777" w:rsidR="00D60D5E" w:rsidRDefault="00891EF0">
            <w:pPr>
              <w:spacing w:after="0" w:line="240" w:lineRule="auto"/>
              <w:jc w:val="center"/>
            </w:pPr>
            <w:r>
              <w:rPr>
                <w:rFonts w:eastAsia="Aptos"/>
                <w:color w:val="6A7075"/>
                <w:sz w:val="17"/>
              </w:rPr>
              <w:t>105-365</w:t>
            </w:r>
          </w:p>
        </w:tc>
        <w:tc>
          <w:tcPr>
            <w:tcW w:w="2648" w:type="dxa"/>
            <w:tcMar>
              <w:top w:w="28" w:type="dxa"/>
              <w:left w:w="38" w:type="dxa"/>
              <w:bottom w:w="28" w:type="dxa"/>
              <w:right w:w="38" w:type="dxa"/>
            </w:tcMar>
            <w:vAlign w:val="center"/>
          </w:tcPr>
          <w:p w14:paraId="06E88CFA" w14:textId="77777777" w:rsidR="00D60D5E" w:rsidRDefault="00891EF0">
            <w:pPr>
              <w:spacing w:after="0" w:line="240" w:lineRule="auto"/>
            </w:pPr>
            <w:r>
              <w:rPr>
                <w:rFonts w:eastAsia="Aptos"/>
                <w:sz w:val="17"/>
              </w:rPr>
              <w:t>Potato Sweet Per lb</w:t>
            </w:r>
          </w:p>
        </w:tc>
        <w:tc>
          <w:tcPr>
            <w:tcW w:w="630" w:type="dxa"/>
            <w:tcMar>
              <w:top w:w="28" w:type="dxa"/>
              <w:left w:w="38" w:type="dxa"/>
              <w:bottom w:w="28" w:type="dxa"/>
              <w:right w:w="38" w:type="dxa"/>
            </w:tcMar>
            <w:vAlign w:val="center"/>
          </w:tcPr>
          <w:p w14:paraId="227505C6" w14:textId="77777777" w:rsidR="00D60D5E" w:rsidRDefault="00891EF0">
            <w:pPr>
              <w:spacing w:after="0" w:line="240" w:lineRule="auto"/>
              <w:jc w:val="center"/>
            </w:pPr>
            <w:r>
              <w:rPr>
                <w:rFonts w:eastAsia="Aptos"/>
                <w:b/>
                <w:sz w:val="17"/>
              </w:rPr>
              <w:t>3.15</w:t>
            </w:r>
          </w:p>
        </w:tc>
        <w:tc>
          <w:tcPr>
            <w:tcW w:w="540" w:type="dxa"/>
            <w:tcMar>
              <w:top w:w="28" w:type="dxa"/>
              <w:left w:w="38" w:type="dxa"/>
              <w:bottom w:w="28" w:type="dxa"/>
              <w:right w:w="38" w:type="dxa"/>
            </w:tcMar>
            <w:vAlign w:val="center"/>
          </w:tcPr>
          <w:p w14:paraId="7E6B442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423B54F" w14:textId="77777777" w:rsidR="00D60D5E" w:rsidRDefault="00D60D5E">
            <w:pPr>
              <w:jc w:val="center"/>
            </w:pPr>
          </w:p>
        </w:tc>
      </w:tr>
      <w:tr w:rsidR="00D60D5E" w14:paraId="2AD0B3AD" w14:textId="77777777" w:rsidTr="000617E0">
        <w:trPr>
          <w:cantSplit/>
          <w:jc w:val="center"/>
        </w:trPr>
        <w:tc>
          <w:tcPr>
            <w:tcW w:w="677" w:type="dxa"/>
            <w:tcMar>
              <w:top w:w="28" w:type="dxa"/>
              <w:left w:w="38" w:type="dxa"/>
              <w:bottom w:w="28" w:type="dxa"/>
              <w:right w:w="38" w:type="dxa"/>
            </w:tcMar>
            <w:vAlign w:val="center"/>
          </w:tcPr>
          <w:p w14:paraId="3886E2FB" w14:textId="77777777" w:rsidR="00D60D5E" w:rsidRDefault="00891EF0">
            <w:pPr>
              <w:spacing w:after="0" w:line="240" w:lineRule="auto"/>
              <w:jc w:val="center"/>
            </w:pPr>
            <w:r>
              <w:rPr>
                <w:rFonts w:eastAsia="Aptos"/>
                <w:color w:val="6A7075"/>
                <w:sz w:val="17"/>
              </w:rPr>
              <w:t>105-370</w:t>
            </w:r>
          </w:p>
        </w:tc>
        <w:tc>
          <w:tcPr>
            <w:tcW w:w="2648" w:type="dxa"/>
            <w:tcMar>
              <w:top w:w="28" w:type="dxa"/>
              <w:left w:w="38" w:type="dxa"/>
              <w:bottom w:w="28" w:type="dxa"/>
              <w:right w:w="38" w:type="dxa"/>
            </w:tcMar>
            <w:vAlign w:val="center"/>
          </w:tcPr>
          <w:p w14:paraId="29BE78AC" w14:textId="77777777" w:rsidR="00D60D5E" w:rsidRDefault="00891EF0">
            <w:pPr>
              <w:spacing w:after="0" w:line="240" w:lineRule="auto"/>
            </w:pPr>
            <w:r>
              <w:rPr>
                <w:rFonts w:eastAsia="Aptos"/>
                <w:sz w:val="17"/>
              </w:rPr>
              <w:t>Pumpkin Per lb</w:t>
            </w:r>
          </w:p>
        </w:tc>
        <w:tc>
          <w:tcPr>
            <w:tcW w:w="630" w:type="dxa"/>
            <w:tcMar>
              <w:top w:w="28" w:type="dxa"/>
              <w:left w:w="38" w:type="dxa"/>
              <w:bottom w:w="28" w:type="dxa"/>
              <w:right w:w="38" w:type="dxa"/>
            </w:tcMar>
            <w:vAlign w:val="center"/>
          </w:tcPr>
          <w:p w14:paraId="0B282EE3"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1F9B6A1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842EED2" w14:textId="77777777" w:rsidR="00D60D5E" w:rsidRDefault="00D60D5E">
            <w:pPr>
              <w:jc w:val="center"/>
            </w:pPr>
          </w:p>
        </w:tc>
      </w:tr>
      <w:tr w:rsidR="00D60D5E" w14:paraId="6F1BE331" w14:textId="77777777" w:rsidTr="000617E0">
        <w:trPr>
          <w:cantSplit/>
          <w:jc w:val="center"/>
        </w:trPr>
        <w:tc>
          <w:tcPr>
            <w:tcW w:w="677" w:type="dxa"/>
            <w:tcMar>
              <w:top w:w="28" w:type="dxa"/>
              <w:left w:w="38" w:type="dxa"/>
              <w:bottom w:w="28" w:type="dxa"/>
              <w:right w:w="38" w:type="dxa"/>
            </w:tcMar>
            <w:vAlign w:val="center"/>
          </w:tcPr>
          <w:p w14:paraId="2389AEF8" w14:textId="77777777" w:rsidR="00D60D5E" w:rsidRDefault="00891EF0">
            <w:pPr>
              <w:spacing w:after="0" w:line="240" w:lineRule="auto"/>
              <w:jc w:val="center"/>
            </w:pPr>
            <w:r>
              <w:rPr>
                <w:rFonts w:eastAsia="Aptos"/>
                <w:color w:val="6A7075"/>
                <w:sz w:val="17"/>
              </w:rPr>
              <w:t>105-375</w:t>
            </w:r>
          </w:p>
        </w:tc>
        <w:tc>
          <w:tcPr>
            <w:tcW w:w="2648" w:type="dxa"/>
            <w:tcMar>
              <w:top w:w="28" w:type="dxa"/>
              <w:left w:w="38" w:type="dxa"/>
              <w:bottom w:w="28" w:type="dxa"/>
              <w:right w:w="38" w:type="dxa"/>
            </w:tcMar>
            <w:vAlign w:val="center"/>
          </w:tcPr>
          <w:p w14:paraId="740A1FA1" w14:textId="77777777" w:rsidR="00D60D5E" w:rsidRDefault="00891EF0">
            <w:pPr>
              <w:spacing w:after="0" w:line="240" w:lineRule="auto"/>
            </w:pPr>
            <w:r>
              <w:rPr>
                <w:rFonts w:eastAsia="Aptos"/>
                <w:sz w:val="17"/>
              </w:rPr>
              <w:t>Radishes Bag 6oz</w:t>
            </w:r>
          </w:p>
        </w:tc>
        <w:tc>
          <w:tcPr>
            <w:tcW w:w="630" w:type="dxa"/>
            <w:tcMar>
              <w:top w:w="28" w:type="dxa"/>
              <w:left w:w="38" w:type="dxa"/>
              <w:bottom w:w="28" w:type="dxa"/>
              <w:right w:w="38" w:type="dxa"/>
            </w:tcMar>
            <w:vAlign w:val="center"/>
          </w:tcPr>
          <w:p w14:paraId="436C64E4" w14:textId="77777777" w:rsidR="00D60D5E" w:rsidRDefault="00891EF0">
            <w:pPr>
              <w:spacing w:after="0" w:line="240" w:lineRule="auto"/>
              <w:jc w:val="center"/>
            </w:pPr>
            <w:r>
              <w:rPr>
                <w:rFonts w:eastAsia="Aptos"/>
                <w:b/>
                <w:sz w:val="17"/>
              </w:rPr>
              <w:t>1.70</w:t>
            </w:r>
          </w:p>
        </w:tc>
        <w:tc>
          <w:tcPr>
            <w:tcW w:w="540" w:type="dxa"/>
            <w:tcMar>
              <w:top w:w="28" w:type="dxa"/>
              <w:left w:w="38" w:type="dxa"/>
              <w:bottom w:w="28" w:type="dxa"/>
              <w:right w:w="38" w:type="dxa"/>
            </w:tcMar>
            <w:vAlign w:val="center"/>
          </w:tcPr>
          <w:p w14:paraId="30674C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00FDF9" w14:textId="77777777" w:rsidR="00D60D5E" w:rsidRDefault="00D60D5E">
            <w:pPr>
              <w:jc w:val="center"/>
            </w:pPr>
          </w:p>
        </w:tc>
      </w:tr>
      <w:tr w:rsidR="00D60D5E" w14:paraId="41B0C782" w14:textId="77777777" w:rsidTr="000617E0">
        <w:trPr>
          <w:cantSplit/>
          <w:jc w:val="center"/>
        </w:trPr>
        <w:tc>
          <w:tcPr>
            <w:tcW w:w="677" w:type="dxa"/>
            <w:tcMar>
              <w:top w:w="28" w:type="dxa"/>
              <w:left w:w="38" w:type="dxa"/>
              <w:bottom w:w="28" w:type="dxa"/>
              <w:right w:w="38" w:type="dxa"/>
            </w:tcMar>
            <w:vAlign w:val="center"/>
          </w:tcPr>
          <w:p w14:paraId="1BE7AF50" w14:textId="77777777" w:rsidR="00D60D5E" w:rsidRDefault="00891EF0">
            <w:pPr>
              <w:spacing w:after="0" w:line="240" w:lineRule="auto"/>
              <w:jc w:val="center"/>
            </w:pPr>
            <w:r>
              <w:rPr>
                <w:rFonts w:eastAsia="Aptos"/>
                <w:color w:val="6A7075"/>
                <w:sz w:val="17"/>
              </w:rPr>
              <w:t>105-380</w:t>
            </w:r>
          </w:p>
        </w:tc>
        <w:tc>
          <w:tcPr>
            <w:tcW w:w="2648" w:type="dxa"/>
            <w:tcMar>
              <w:top w:w="28" w:type="dxa"/>
              <w:left w:w="38" w:type="dxa"/>
              <w:bottom w:w="28" w:type="dxa"/>
              <w:right w:w="38" w:type="dxa"/>
            </w:tcMar>
            <w:vAlign w:val="center"/>
          </w:tcPr>
          <w:p w14:paraId="223D41BE" w14:textId="77777777" w:rsidR="00D60D5E" w:rsidRDefault="00891EF0">
            <w:pPr>
              <w:spacing w:after="0" w:line="240" w:lineRule="auto"/>
            </w:pPr>
            <w:r>
              <w:rPr>
                <w:rFonts w:eastAsia="Aptos"/>
                <w:sz w:val="17"/>
              </w:rPr>
              <w:t>Mushroom Portobello lbs</w:t>
            </w:r>
          </w:p>
        </w:tc>
        <w:tc>
          <w:tcPr>
            <w:tcW w:w="630" w:type="dxa"/>
            <w:tcMar>
              <w:top w:w="28" w:type="dxa"/>
              <w:left w:w="38" w:type="dxa"/>
              <w:bottom w:w="28" w:type="dxa"/>
              <w:right w:w="38" w:type="dxa"/>
            </w:tcMar>
            <w:vAlign w:val="center"/>
          </w:tcPr>
          <w:p w14:paraId="230FD9E9" w14:textId="77777777" w:rsidR="00D60D5E" w:rsidRDefault="00891EF0">
            <w:pPr>
              <w:spacing w:after="0" w:line="240" w:lineRule="auto"/>
              <w:jc w:val="center"/>
            </w:pPr>
            <w:r>
              <w:rPr>
                <w:rFonts w:eastAsia="Aptos"/>
                <w:b/>
                <w:sz w:val="17"/>
              </w:rPr>
              <w:t>15.87</w:t>
            </w:r>
          </w:p>
        </w:tc>
        <w:tc>
          <w:tcPr>
            <w:tcW w:w="540" w:type="dxa"/>
            <w:tcMar>
              <w:top w:w="28" w:type="dxa"/>
              <w:left w:w="38" w:type="dxa"/>
              <w:bottom w:w="28" w:type="dxa"/>
              <w:right w:w="38" w:type="dxa"/>
            </w:tcMar>
            <w:vAlign w:val="center"/>
          </w:tcPr>
          <w:p w14:paraId="322788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B9D86E" w14:textId="77777777" w:rsidR="00D60D5E" w:rsidRDefault="00D60D5E">
            <w:pPr>
              <w:jc w:val="center"/>
            </w:pPr>
          </w:p>
        </w:tc>
      </w:tr>
      <w:tr w:rsidR="00D60D5E" w14:paraId="21FFA44B" w14:textId="77777777" w:rsidTr="000617E0">
        <w:trPr>
          <w:cantSplit/>
          <w:jc w:val="center"/>
        </w:trPr>
        <w:tc>
          <w:tcPr>
            <w:tcW w:w="677" w:type="dxa"/>
            <w:tcMar>
              <w:top w:w="28" w:type="dxa"/>
              <w:left w:w="38" w:type="dxa"/>
              <w:bottom w:w="28" w:type="dxa"/>
              <w:right w:w="38" w:type="dxa"/>
            </w:tcMar>
            <w:vAlign w:val="center"/>
          </w:tcPr>
          <w:p w14:paraId="35E28E02" w14:textId="77777777" w:rsidR="00D60D5E" w:rsidRDefault="00891EF0">
            <w:pPr>
              <w:spacing w:after="0" w:line="240" w:lineRule="auto"/>
              <w:jc w:val="center"/>
            </w:pPr>
            <w:r>
              <w:rPr>
                <w:rFonts w:eastAsia="Aptos"/>
                <w:color w:val="6A7075"/>
                <w:sz w:val="17"/>
              </w:rPr>
              <w:t>105-385</w:t>
            </w:r>
          </w:p>
        </w:tc>
        <w:tc>
          <w:tcPr>
            <w:tcW w:w="2648" w:type="dxa"/>
            <w:tcMar>
              <w:top w:w="28" w:type="dxa"/>
              <w:left w:w="38" w:type="dxa"/>
              <w:bottom w:w="28" w:type="dxa"/>
              <w:right w:w="38" w:type="dxa"/>
            </w:tcMar>
            <w:vAlign w:val="center"/>
          </w:tcPr>
          <w:p w14:paraId="4F6EBD04" w14:textId="77777777" w:rsidR="00D60D5E" w:rsidRDefault="00891EF0">
            <w:pPr>
              <w:spacing w:after="0" w:line="240" w:lineRule="auto"/>
            </w:pPr>
            <w:r>
              <w:rPr>
                <w:rFonts w:eastAsia="Aptos"/>
                <w:sz w:val="17"/>
              </w:rPr>
              <w:t>Snow Peas Per lb</w:t>
            </w:r>
          </w:p>
        </w:tc>
        <w:tc>
          <w:tcPr>
            <w:tcW w:w="630" w:type="dxa"/>
            <w:tcMar>
              <w:top w:w="28" w:type="dxa"/>
              <w:left w:w="38" w:type="dxa"/>
              <w:bottom w:w="28" w:type="dxa"/>
              <w:right w:w="38" w:type="dxa"/>
            </w:tcMar>
            <w:vAlign w:val="center"/>
          </w:tcPr>
          <w:p w14:paraId="66561792" w14:textId="77777777" w:rsidR="00D60D5E" w:rsidRDefault="00891EF0">
            <w:pPr>
              <w:spacing w:after="0" w:line="240" w:lineRule="auto"/>
              <w:jc w:val="center"/>
            </w:pPr>
            <w:r>
              <w:rPr>
                <w:rFonts w:eastAsia="Aptos"/>
                <w:b/>
                <w:sz w:val="17"/>
              </w:rPr>
              <w:t>9.75</w:t>
            </w:r>
          </w:p>
        </w:tc>
        <w:tc>
          <w:tcPr>
            <w:tcW w:w="540" w:type="dxa"/>
            <w:tcMar>
              <w:top w:w="28" w:type="dxa"/>
              <w:left w:w="38" w:type="dxa"/>
              <w:bottom w:w="28" w:type="dxa"/>
              <w:right w:w="38" w:type="dxa"/>
            </w:tcMar>
            <w:vAlign w:val="center"/>
          </w:tcPr>
          <w:p w14:paraId="0FD3231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1F513A6" w14:textId="77777777" w:rsidR="00D60D5E" w:rsidRDefault="00D60D5E">
            <w:pPr>
              <w:jc w:val="center"/>
            </w:pPr>
          </w:p>
        </w:tc>
      </w:tr>
      <w:tr w:rsidR="00D60D5E" w14:paraId="16585B5A" w14:textId="77777777" w:rsidTr="000617E0">
        <w:trPr>
          <w:cantSplit/>
          <w:jc w:val="center"/>
        </w:trPr>
        <w:tc>
          <w:tcPr>
            <w:tcW w:w="677" w:type="dxa"/>
            <w:tcMar>
              <w:top w:w="28" w:type="dxa"/>
              <w:left w:w="38" w:type="dxa"/>
              <w:bottom w:w="28" w:type="dxa"/>
              <w:right w:w="38" w:type="dxa"/>
            </w:tcMar>
            <w:vAlign w:val="center"/>
          </w:tcPr>
          <w:p w14:paraId="674E94AE" w14:textId="77777777" w:rsidR="00D60D5E" w:rsidRDefault="00891EF0">
            <w:pPr>
              <w:spacing w:after="0" w:line="240" w:lineRule="auto"/>
              <w:jc w:val="center"/>
            </w:pPr>
            <w:r>
              <w:rPr>
                <w:rFonts w:eastAsia="Aptos"/>
                <w:color w:val="6A7075"/>
                <w:sz w:val="17"/>
              </w:rPr>
              <w:t>105-390</w:t>
            </w:r>
          </w:p>
        </w:tc>
        <w:tc>
          <w:tcPr>
            <w:tcW w:w="2648" w:type="dxa"/>
            <w:tcMar>
              <w:top w:w="28" w:type="dxa"/>
              <w:left w:w="38" w:type="dxa"/>
              <w:bottom w:w="28" w:type="dxa"/>
              <w:right w:w="38" w:type="dxa"/>
            </w:tcMar>
            <w:vAlign w:val="center"/>
          </w:tcPr>
          <w:p w14:paraId="4CAAC355" w14:textId="77777777" w:rsidR="00D60D5E" w:rsidRDefault="00891EF0">
            <w:pPr>
              <w:spacing w:after="0" w:line="240" w:lineRule="auto"/>
            </w:pPr>
            <w:r>
              <w:rPr>
                <w:rFonts w:eastAsia="Aptos"/>
                <w:sz w:val="17"/>
              </w:rPr>
              <w:t>Snap Peas Per lb</w:t>
            </w:r>
          </w:p>
        </w:tc>
        <w:tc>
          <w:tcPr>
            <w:tcW w:w="630" w:type="dxa"/>
            <w:tcMar>
              <w:top w:w="28" w:type="dxa"/>
              <w:left w:w="38" w:type="dxa"/>
              <w:bottom w:w="28" w:type="dxa"/>
              <w:right w:w="38" w:type="dxa"/>
            </w:tcMar>
            <w:vAlign w:val="center"/>
          </w:tcPr>
          <w:p w14:paraId="4E1471D7" w14:textId="77777777" w:rsidR="00D60D5E" w:rsidRDefault="00891EF0">
            <w:pPr>
              <w:spacing w:after="0" w:line="240" w:lineRule="auto"/>
              <w:jc w:val="center"/>
            </w:pPr>
            <w:r>
              <w:rPr>
                <w:rFonts w:eastAsia="Aptos"/>
                <w:b/>
                <w:sz w:val="17"/>
              </w:rPr>
              <w:t>8.55</w:t>
            </w:r>
          </w:p>
        </w:tc>
        <w:tc>
          <w:tcPr>
            <w:tcW w:w="540" w:type="dxa"/>
            <w:tcMar>
              <w:top w:w="28" w:type="dxa"/>
              <w:left w:w="38" w:type="dxa"/>
              <w:bottom w:w="28" w:type="dxa"/>
              <w:right w:w="38" w:type="dxa"/>
            </w:tcMar>
            <w:vAlign w:val="center"/>
          </w:tcPr>
          <w:p w14:paraId="0160166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E484A54" w14:textId="77777777" w:rsidR="00D60D5E" w:rsidRDefault="00D60D5E">
            <w:pPr>
              <w:jc w:val="center"/>
            </w:pPr>
          </w:p>
        </w:tc>
      </w:tr>
      <w:tr w:rsidR="00D60D5E" w14:paraId="6333DE90" w14:textId="77777777" w:rsidTr="000617E0">
        <w:trPr>
          <w:cantSplit/>
          <w:jc w:val="center"/>
        </w:trPr>
        <w:tc>
          <w:tcPr>
            <w:tcW w:w="677" w:type="dxa"/>
            <w:tcMar>
              <w:top w:w="28" w:type="dxa"/>
              <w:left w:w="38" w:type="dxa"/>
              <w:bottom w:w="28" w:type="dxa"/>
              <w:right w:w="38" w:type="dxa"/>
            </w:tcMar>
            <w:vAlign w:val="center"/>
          </w:tcPr>
          <w:p w14:paraId="56B53AAD" w14:textId="77777777" w:rsidR="00D60D5E" w:rsidRDefault="00891EF0">
            <w:pPr>
              <w:spacing w:after="0" w:line="240" w:lineRule="auto"/>
              <w:jc w:val="center"/>
            </w:pPr>
            <w:r>
              <w:rPr>
                <w:rFonts w:eastAsia="Aptos"/>
                <w:color w:val="6A7075"/>
                <w:sz w:val="17"/>
              </w:rPr>
              <w:t>105-395</w:t>
            </w:r>
          </w:p>
        </w:tc>
        <w:tc>
          <w:tcPr>
            <w:tcW w:w="2648" w:type="dxa"/>
            <w:tcMar>
              <w:top w:w="28" w:type="dxa"/>
              <w:left w:w="38" w:type="dxa"/>
              <w:bottom w:w="28" w:type="dxa"/>
              <w:right w:w="38" w:type="dxa"/>
            </w:tcMar>
            <w:vAlign w:val="center"/>
          </w:tcPr>
          <w:p w14:paraId="0198D46B" w14:textId="77777777" w:rsidR="00D60D5E" w:rsidRDefault="00891EF0">
            <w:pPr>
              <w:spacing w:after="0" w:line="240" w:lineRule="auto"/>
            </w:pPr>
            <w:r>
              <w:rPr>
                <w:rFonts w:eastAsia="Aptos"/>
                <w:sz w:val="17"/>
              </w:rPr>
              <w:t>Shallots Per lb</w:t>
            </w:r>
          </w:p>
        </w:tc>
        <w:tc>
          <w:tcPr>
            <w:tcW w:w="630" w:type="dxa"/>
            <w:tcMar>
              <w:top w:w="28" w:type="dxa"/>
              <w:left w:w="38" w:type="dxa"/>
              <w:bottom w:w="28" w:type="dxa"/>
              <w:right w:w="38" w:type="dxa"/>
            </w:tcMar>
            <w:vAlign w:val="center"/>
          </w:tcPr>
          <w:p w14:paraId="5F19D0FB" w14:textId="77777777" w:rsidR="00D60D5E" w:rsidRDefault="00891EF0">
            <w:pPr>
              <w:spacing w:after="0" w:line="240" w:lineRule="auto"/>
              <w:jc w:val="center"/>
            </w:pPr>
            <w:r>
              <w:rPr>
                <w:rFonts w:eastAsia="Aptos"/>
                <w:b/>
                <w:sz w:val="17"/>
              </w:rPr>
              <w:t>6.16</w:t>
            </w:r>
          </w:p>
        </w:tc>
        <w:tc>
          <w:tcPr>
            <w:tcW w:w="540" w:type="dxa"/>
            <w:tcMar>
              <w:top w:w="28" w:type="dxa"/>
              <w:left w:w="38" w:type="dxa"/>
              <w:bottom w:w="28" w:type="dxa"/>
              <w:right w:w="38" w:type="dxa"/>
            </w:tcMar>
            <w:vAlign w:val="center"/>
          </w:tcPr>
          <w:p w14:paraId="7C730B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48526F1" w14:textId="77777777" w:rsidR="00D60D5E" w:rsidRDefault="00D60D5E">
            <w:pPr>
              <w:jc w:val="center"/>
            </w:pPr>
          </w:p>
        </w:tc>
      </w:tr>
      <w:tr w:rsidR="00D60D5E" w14:paraId="3475A2C8" w14:textId="77777777" w:rsidTr="000617E0">
        <w:trPr>
          <w:cantSplit/>
          <w:jc w:val="center"/>
        </w:trPr>
        <w:tc>
          <w:tcPr>
            <w:tcW w:w="677" w:type="dxa"/>
            <w:tcMar>
              <w:top w:w="28" w:type="dxa"/>
              <w:left w:w="38" w:type="dxa"/>
              <w:bottom w:w="28" w:type="dxa"/>
              <w:right w:w="38" w:type="dxa"/>
            </w:tcMar>
            <w:vAlign w:val="center"/>
          </w:tcPr>
          <w:p w14:paraId="57EE338C" w14:textId="77777777" w:rsidR="00D60D5E" w:rsidRDefault="00891EF0">
            <w:pPr>
              <w:spacing w:after="0" w:line="240" w:lineRule="auto"/>
              <w:jc w:val="center"/>
            </w:pPr>
            <w:r>
              <w:rPr>
                <w:rFonts w:eastAsia="Aptos"/>
                <w:color w:val="6A7075"/>
                <w:sz w:val="17"/>
              </w:rPr>
              <w:t>105-400</w:t>
            </w:r>
          </w:p>
        </w:tc>
        <w:tc>
          <w:tcPr>
            <w:tcW w:w="2648" w:type="dxa"/>
            <w:tcMar>
              <w:top w:w="28" w:type="dxa"/>
              <w:left w:w="38" w:type="dxa"/>
              <w:bottom w:w="28" w:type="dxa"/>
              <w:right w:w="38" w:type="dxa"/>
            </w:tcMar>
            <w:vAlign w:val="center"/>
          </w:tcPr>
          <w:p w14:paraId="683C57A6" w14:textId="77777777" w:rsidR="00D60D5E" w:rsidRDefault="00891EF0">
            <w:pPr>
              <w:spacing w:after="0" w:line="240" w:lineRule="auto"/>
            </w:pPr>
            <w:r>
              <w:rPr>
                <w:rFonts w:eastAsia="Aptos"/>
                <w:sz w:val="17"/>
              </w:rPr>
              <w:t>Spinach 10oz</w:t>
            </w:r>
          </w:p>
        </w:tc>
        <w:tc>
          <w:tcPr>
            <w:tcW w:w="630" w:type="dxa"/>
            <w:tcMar>
              <w:top w:w="28" w:type="dxa"/>
              <w:left w:w="38" w:type="dxa"/>
              <w:bottom w:w="28" w:type="dxa"/>
              <w:right w:w="38" w:type="dxa"/>
            </w:tcMar>
            <w:vAlign w:val="center"/>
          </w:tcPr>
          <w:p w14:paraId="6DFB7AAE"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639E5D5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6EF339" w14:textId="77777777" w:rsidR="00D60D5E" w:rsidRDefault="00D60D5E">
            <w:pPr>
              <w:jc w:val="center"/>
            </w:pPr>
          </w:p>
        </w:tc>
      </w:tr>
      <w:tr w:rsidR="00D60D5E" w14:paraId="55F2B6D8" w14:textId="77777777" w:rsidTr="000617E0">
        <w:trPr>
          <w:cantSplit/>
          <w:jc w:val="center"/>
        </w:trPr>
        <w:tc>
          <w:tcPr>
            <w:tcW w:w="677" w:type="dxa"/>
            <w:tcMar>
              <w:top w:w="28" w:type="dxa"/>
              <w:left w:w="38" w:type="dxa"/>
              <w:bottom w:w="28" w:type="dxa"/>
              <w:right w:w="38" w:type="dxa"/>
            </w:tcMar>
            <w:vAlign w:val="center"/>
          </w:tcPr>
          <w:p w14:paraId="1FF29AAA" w14:textId="77777777" w:rsidR="00D60D5E" w:rsidRDefault="00891EF0">
            <w:pPr>
              <w:spacing w:after="0" w:line="240" w:lineRule="auto"/>
              <w:jc w:val="center"/>
            </w:pPr>
            <w:r>
              <w:rPr>
                <w:rFonts w:eastAsia="Aptos"/>
                <w:color w:val="6A7075"/>
                <w:sz w:val="17"/>
              </w:rPr>
              <w:t>105-405</w:t>
            </w:r>
          </w:p>
        </w:tc>
        <w:tc>
          <w:tcPr>
            <w:tcW w:w="2648" w:type="dxa"/>
            <w:tcMar>
              <w:top w:w="28" w:type="dxa"/>
              <w:left w:w="38" w:type="dxa"/>
              <w:bottom w:w="28" w:type="dxa"/>
              <w:right w:w="38" w:type="dxa"/>
            </w:tcMar>
            <w:vAlign w:val="center"/>
          </w:tcPr>
          <w:p w14:paraId="39243497" w14:textId="77777777" w:rsidR="00D60D5E" w:rsidRDefault="00891EF0">
            <w:pPr>
              <w:spacing w:after="0" w:line="240" w:lineRule="auto"/>
            </w:pPr>
            <w:r>
              <w:rPr>
                <w:rFonts w:eastAsia="Aptos"/>
                <w:sz w:val="17"/>
              </w:rPr>
              <w:t>Squash Butternut Per lb</w:t>
            </w:r>
          </w:p>
        </w:tc>
        <w:tc>
          <w:tcPr>
            <w:tcW w:w="630" w:type="dxa"/>
            <w:tcMar>
              <w:top w:w="28" w:type="dxa"/>
              <w:left w:w="38" w:type="dxa"/>
              <w:bottom w:w="28" w:type="dxa"/>
              <w:right w:w="38" w:type="dxa"/>
            </w:tcMar>
            <w:vAlign w:val="center"/>
          </w:tcPr>
          <w:p w14:paraId="3D024D9D" w14:textId="77777777" w:rsidR="00D60D5E" w:rsidRDefault="00891EF0">
            <w:pPr>
              <w:spacing w:after="0" w:line="240" w:lineRule="auto"/>
              <w:jc w:val="center"/>
            </w:pPr>
            <w:r>
              <w:rPr>
                <w:rFonts w:eastAsia="Aptos"/>
                <w:b/>
                <w:sz w:val="17"/>
              </w:rPr>
              <w:t>2.29</w:t>
            </w:r>
          </w:p>
        </w:tc>
        <w:tc>
          <w:tcPr>
            <w:tcW w:w="540" w:type="dxa"/>
            <w:tcMar>
              <w:top w:w="28" w:type="dxa"/>
              <w:left w:w="38" w:type="dxa"/>
              <w:bottom w:w="28" w:type="dxa"/>
              <w:right w:w="38" w:type="dxa"/>
            </w:tcMar>
            <w:vAlign w:val="center"/>
          </w:tcPr>
          <w:p w14:paraId="1C6841D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6B2018F" w14:textId="77777777" w:rsidR="00D60D5E" w:rsidRDefault="00D60D5E">
            <w:pPr>
              <w:jc w:val="center"/>
            </w:pPr>
          </w:p>
        </w:tc>
      </w:tr>
      <w:tr w:rsidR="00D60D5E" w14:paraId="29E42533" w14:textId="77777777" w:rsidTr="000617E0">
        <w:trPr>
          <w:cantSplit/>
          <w:jc w:val="center"/>
        </w:trPr>
        <w:tc>
          <w:tcPr>
            <w:tcW w:w="677" w:type="dxa"/>
            <w:tcMar>
              <w:top w:w="28" w:type="dxa"/>
              <w:left w:w="38" w:type="dxa"/>
              <w:bottom w:w="28" w:type="dxa"/>
              <w:right w:w="38" w:type="dxa"/>
            </w:tcMar>
            <w:vAlign w:val="center"/>
          </w:tcPr>
          <w:p w14:paraId="5B5D6BE3" w14:textId="77777777" w:rsidR="00D60D5E" w:rsidRDefault="00891EF0">
            <w:pPr>
              <w:spacing w:after="0" w:line="240" w:lineRule="auto"/>
              <w:jc w:val="center"/>
            </w:pPr>
            <w:r>
              <w:rPr>
                <w:rFonts w:eastAsia="Aptos"/>
                <w:color w:val="6A7075"/>
                <w:sz w:val="17"/>
              </w:rPr>
              <w:t>105-410</w:t>
            </w:r>
          </w:p>
        </w:tc>
        <w:tc>
          <w:tcPr>
            <w:tcW w:w="2648" w:type="dxa"/>
            <w:tcMar>
              <w:top w:w="28" w:type="dxa"/>
              <w:left w:w="38" w:type="dxa"/>
              <w:bottom w:w="28" w:type="dxa"/>
              <w:right w:w="38" w:type="dxa"/>
            </w:tcMar>
            <w:vAlign w:val="center"/>
          </w:tcPr>
          <w:p w14:paraId="2A00C120" w14:textId="77777777" w:rsidR="00D60D5E" w:rsidRDefault="00891EF0">
            <w:pPr>
              <w:spacing w:after="0" w:line="240" w:lineRule="auto"/>
            </w:pPr>
            <w:r>
              <w:rPr>
                <w:rFonts w:eastAsia="Aptos"/>
                <w:sz w:val="17"/>
              </w:rPr>
              <w:t>Squash Acorn Per lb</w:t>
            </w:r>
          </w:p>
        </w:tc>
        <w:tc>
          <w:tcPr>
            <w:tcW w:w="630" w:type="dxa"/>
            <w:tcMar>
              <w:top w:w="28" w:type="dxa"/>
              <w:left w:w="38" w:type="dxa"/>
              <w:bottom w:w="28" w:type="dxa"/>
              <w:right w:w="38" w:type="dxa"/>
            </w:tcMar>
            <w:vAlign w:val="center"/>
          </w:tcPr>
          <w:p w14:paraId="79FDC469" w14:textId="77777777" w:rsidR="00D60D5E" w:rsidRDefault="00891EF0">
            <w:pPr>
              <w:spacing w:after="0" w:line="240" w:lineRule="auto"/>
              <w:jc w:val="center"/>
            </w:pPr>
            <w:r>
              <w:rPr>
                <w:rFonts w:eastAsia="Aptos"/>
                <w:b/>
                <w:sz w:val="17"/>
              </w:rPr>
              <w:t>2.89</w:t>
            </w:r>
          </w:p>
        </w:tc>
        <w:tc>
          <w:tcPr>
            <w:tcW w:w="540" w:type="dxa"/>
            <w:tcMar>
              <w:top w:w="28" w:type="dxa"/>
              <w:left w:w="38" w:type="dxa"/>
              <w:bottom w:w="28" w:type="dxa"/>
              <w:right w:w="38" w:type="dxa"/>
            </w:tcMar>
            <w:vAlign w:val="center"/>
          </w:tcPr>
          <w:p w14:paraId="1764DD8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393D878" w14:textId="77777777" w:rsidR="00D60D5E" w:rsidRDefault="00D60D5E">
            <w:pPr>
              <w:jc w:val="center"/>
            </w:pPr>
          </w:p>
        </w:tc>
      </w:tr>
      <w:tr w:rsidR="00D60D5E" w14:paraId="422CB524" w14:textId="77777777" w:rsidTr="000617E0">
        <w:trPr>
          <w:cantSplit/>
          <w:jc w:val="center"/>
        </w:trPr>
        <w:tc>
          <w:tcPr>
            <w:tcW w:w="677" w:type="dxa"/>
            <w:tcMar>
              <w:top w:w="28" w:type="dxa"/>
              <w:left w:w="38" w:type="dxa"/>
              <w:bottom w:w="28" w:type="dxa"/>
              <w:right w:w="38" w:type="dxa"/>
            </w:tcMar>
            <w:vAlign w:val="center"/>
          </w:tcPr>
          <w:p w14:paraId="3073D272" w14:textId="77777777" w:rsidR="00D60D5E" w:rsidRDefault="00891EF0">
            <w:pPr>
              <w:spacing w:after="0" w:line="240" w:lineRule="auto"/>
              <w:jc w:val="center"/>
            </w:pPr>
            <w:r>
              <w:rPr>
                <w:rFonts w:eastAsia="Aptos"/>
                <w:color w:val="6A7075"/>
                <w:sz w:val="17"/>
              </w:rPr>
              <w:t>105-415</w:t>
            </w:r>
          </w:p>
        </w:tc>
        <w:tc>
          <w:tcPr>
            <w:tcW w:w="2648" w:type="dxa"/>
            <w:tcMar>
              <w:top w:w="28" w:type="dxa"/>
              <w:left w:w="38" w:type="dxa"/>
              <w:bottom w:w="28" w:type="dxa"/>
              <w:right w:w="38" w:type="dxa"/>
            </w:tcMar>
            <w:vAlign w:val="center"/>
          </w:tcPr>
          <w:p w14:paraId="665D2CBD" w14:textId="77777777" w:rsidR="00D60D5E" w:rsidRDefault="00891EF0">
            <w:pPr>
              <w:spacing w:after="0" w:line="240" w:lineRule="auto"/>
            </w:pPr>
            <w:r>
              <w:rPr>
                <w:rFonts w:eastAsia="Aptos"/>
                <w:sz w:val="17"/>
              </w:rPr>
              <w:t>Squash Yellow Per lb</w:t>
            </w:r>
          </w:p>
        </w:tc>
        <w:tc>
          <w:tcPr>
            <w:tcW w:w="630" w:type="dxa"/>
            <w:tcMar>
              <w:top w:w="28" w:type="dxa"/>
              <w:left w:w="38" w:type="dxa"/>
              <w:bottom w:w="28" w:type="dxa"/>
              <w:right w:w="38" w:type="dxa"/>
            </w:tcMar>
            <w:vAlign w:val="center"/>
          </w:tcPr>
          <w:p w14:paraId="1F8A39E3"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14DB6A2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084D002" w14:textId="77777777" w:rsidR="00D60D5E" w:rsidRDefault="00D60D5E">
            <w:pPr>
              <w:jc w:val="center"/>
            </w:pPr>
          </w:p>
        </w:tc>
      </w:tr>
      <w:tr w:rsidR="00D60D5E" w14:paraId="39516979" w14:textId="77777777" w:rsidTr="000617E0">
        <w:trPr>
          <w:cantSplit/>
          <w:jc w:val="center"/>
        </w:trPr>
        <w:tc>
          <w:tcPr>
            <w:tcW w:w="677" w:type="dxa"/>
            <w:tcMar>
              <w:top w:w="28" w:type="dxa"/>
              <w:left w:w="38" w:type="dxa"/>
              <w:bottom w:w="28" w:type="dxa"/>
              <w:right w:w="38" w:type="dxa"/>
            </w:tcMar>
            <w:vAlign w:val="center"/>
          </w:tcPr>
          <w:p w14:paraId="482E0CCE" w14:textId="77777777" w:rsidR="00D60D5E" w:rsidRDefault="00891EF0">
            <w:pPr>
              <w:spacing w:after="0" w:line="240" w:lineRule="auto"/>
              <w:jc w:val="center"/>
            </w:pPr>
            <w:r>
              <w:rPr>
                <w:rFonts w:eastAsia="Aptos"/>
                <w:color w:val="6A7075"/>
                <w:sz w:val="17"/>
              </w:rPr>
              <w:t>105-420</w:t>
            </w:r>
          </w:p>
        </w:tc>
        <w:tc>
          <w:tcPr>
            <w:tcW w:w="2648" w:type="dxa"/>
            <w:tcMar>
              <w:top w:w="28" w:type="dxa"/>
              <w:left w:w="38" w:type="dxa"/>
              <w:bottom w:w="28" w:type="dxa"/>
              <w:right w:w="38" w:type="dxa"/>
            </w:tcMar>
            <w:vAlign w:val="center"/>
          </w:tcPr>
          <w:p w14:paraId="29AE15CD" w14:textId="77777777" w:rsidR="00D60D5E" w:rsidRDefault="00891EF0">
            <w:pPr>
              <w:spacing w:after="0" w:line="240" w:lineRule="auto"/>
            </w:pPr>
            <w:r>
              <w:rPr>
                <w:rFonts w:eastAsia="Aptos"/>
                <w:sz w:val="17"/>
              </w:rPr>
              <w:t>Squash Spaghetti Per lb</w:t>
            </w:r>
          </w:p>
        </w:tc>
        <w:tc>
          <w:tcPr>
            <w:tcW w:w="630" w:type="dxa"/>
            <w:tcMar>
              <w:top w:w="28" w:type="dxa"/>
              <w:left w:w="38" w:type="dxa"/>
              <w:bottom w:w="28" w:type="dxa"/>
              <w:right w:w="38" w:type="dxa"/>
            </w:tcMar>
            <w:vAlign w:val="center"/>
          </w:tcPr>
          <w:p w14:paraId="16872095" w14:textId="77777777" w:rsidR="00D60D5E" w:rsidRDefault="00891EF0">
            <w:pPr>
              <w:spacing w:after="0" w:line="240" w:lineRule="auto"/>
              <w:jc w:val="center"/>
            </w:pPr>
            <w:r>
              <w:rPr>
                <w:rFonts w:eastAsia="Aptos"/>
                <w:b/>
                <w:sz w:val="17"/>
              </w:rPr>
              <w:t>2.15</w:t>
            </w:r>
          </w:p>
        </w:tc>
        <w:tc>
          <w:tcPr>
            <w:tcW w:w="540" w:type="dxa"/>
            <w:tcMar>
              <w:top w:w="28" w:type="dxa"/>
              <w:left w:w="38" w:type="dxa"/>
              <w:bottom w:w="28" w:type="dxa"/>
              <w:right w:w="38" w:type="dxa"/>
            </w:tcMar>
            <w:vAlign w:val="center"/>
          </w:tcPr>
          <w:p w14:paraId="58F9B61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ECA7E04" w14:textId="77777777" w:rsidR="00D60D5E" w:rsidRDefault="00D60D5E">
            <w:pPr>
              <w:jc w:val="center"/>
            </w:pPr>
          </w:p>
        </w:tc>
      </w:tr>
      <w:tr w:rsidR="00D60D5E" w14:paraId="3FA1B622" w14:textId="77777777" w:rsidTr="000617E0">
        <w:trPr>
          <w:cantSplit/>
          <w:jc w:val="center"/>
        </w:trPr>
        <w:tc>
          <w:tcPr>
            <w:tcW w:w="677" w:type="dxa"/>
            <w:tcMar>
              <w:top w:w="28" w:type="dxa"/>
              <w:left w:w="38" w:type="dxa"/>
              <w:bottom w:w="28" w:type="dxa"/>
              <w:right w:w="38" w:type="dxa"/>
            </w:tcMar>
            <w:vAlign w:val="center"/>
          </w:tcPr>
          <w:p w14:paraId="034810EA" w14:textId="77777777" w:rsidR="00D60D5E" w:rsidRDefault="00891EF0">
            <w:pPr>
              <w:spacing w:after="0" w:line="240" w:lineRule="auto"/>
              <w:jc w:val="center"/>
            </w:pPr>
            <w:r>
              <w:rPr>
                <w:rFonts w:eastAsia="Aptos"/>
                <w:color w:val="6A7075"/>
                <w:sz w:val="17"/>
              </w:rPr>
              <w:t>105-425</w:t>
            </w:r>
          </w:p>
        </w:tc>
        <w:tc>
          <w:tcPr>
            <w:tcW w:w="2648" w:type="dxa"/>
            <w:tcMar>
              <w:top w:w="28" w:type="dxa"/>
              <w:left w:w="38" w:type="dxa"/>
              <w:bottom w:w="28" w:type="dxa"/>
              <w:right w:w="38" w:type="dxa"/>
            </w:tcMar>
            <w:vAlign w:val="center"/>
          </w:tcPr>
          <w:p w14:paraId="7EBD9F32" w14:textId="77777777" w:rsidR="00D60D5E" w:rsidRDefault="00891EF0">
            <w:pPr>
              <w:spacing w:after="0" w:line="240" w:lineRule="auto"/>
            </w:pPr>
            <w:r>
              <w:rPr>
                <w:rFonts w:eastAsia="Aptos"/>
                <w:sz w:val="17"/>
              </w:rPr>
              <w:t>Tomato Large Per lb           (5X6)</w:t>
            </w:r>
          </w:p>
        </w:tc>
        <w:tc>
          <w:tcPr>
            <w:tcW w:w="630" w:type="dxa"/>
            <w:tcMar>
              <w:top w:w="28" w:type="dxa"/>
              <w:left w:w="38" w:type="dxa"/>
              <w:bottom w:w="28" w:type="dxa"/>
              <w:right w:w="38" w:type="dxa"/>
            </w:tcMar>
            <w:vAlign w:val="center"/>
          </w:tcPr>
          <w:p w14:paraId="4B91383A" w14:textId="77777777" w:rsidR="00D60D5E" w:rsidRDefault="00891EF0">
            <w:pPr>
              <w:spacing w:after="0" w:line="240" w:lineRule="auto"/>
              <w:jc w:val="center"/>
            </w:pPr>
            <w:r>
              <w:rPr>
                <w:rFonts w:eastAsia="Aptos"/>
                <w:b/>
                <w:sz w:val="17"/>
              </w:rPr>
              <w:t>5.50</w:t>
            </w:r>
          </w:p>
        </w:tc>
        <w:tc>
          <w:tcPr>
            <w:tcW w:w="540" w:type="dxa"/>
            <w:tcMar>
              <w:top w:w="28" w:type="dxa"/>
              <w:left w:w="38" w:type="dxa"/>
              <w:bottom w:w="28" w:type="dxa"/>
              <w:right w:w="38" w:type="dxa"/>
            </w:tcMar>
            <w:vAlign w:val="center"/>
          </w:tcPr>
          <w:p w14:paraId="1D26EB9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9294750" w14:textId="77777777" w:rsidR="00D60D5E" w:rsidRDefault="00D60D5E">
            <w:pPr>
              <w:jc w:val="center"/>
            </w:pPr>
          </w:p>
        </w:tc>
      </w:tr>
      <w:tr w:rsidR="00D60D5E" w14:paraId="7F73747C" w14:textId="77777777" w:rsidTr="000617E0">
        <w:trPr>
          <w:cantSplit/>
          <w:jc w:val="center"/>
        </w:trPr>
        <w:tc>
          <w:tcPr>
            <w:tcW w:w="677" w:type="dxa"/>
            <w:tcMar>
              <w:top w:w="28" w:type="dxa"/>
              <w:left w:w="38" w:type="dxa"/>
              <w:bottom w:w="28" w:type="dxa"/>
              <w:right w:w="38" w:type="dxa"/>
            </w:tcMar>
            <w:vAlign w:val="center"/>
          </w:tcPr>
          <w:p w14:paraId="39D509BF" w14:textId="77777777" w:rsidR="00D60D5E" w:rsidRDefault="00891EF0">
            <w:pPr>
              <w:spacing w:after="0" w:line="240" w:lineRule="auto"/>
              <w:jc w:val="center"/>
            </w:pPr>
            <w:r>
              <w:rPr>
                <w:rFonts w:eastAsia="Aptos"/>
                <w:color w:val="6A7075"/>
                <w:sz w:val="17"/>
              </w:rPr>
              <w:t>105-430</w:t>
            </w:r>
          </w:p>
        </w:tc>
        <w:tc>
          <w:tcPr>
            <w:tcW w:w="2648" w:type="dxa"/>
            <w:tcMar>
              <w:top w:w="28" w:type="dxa"/>
              <w:left w:w="38" w:type="dxa"/>
              <w:bottom w:w="28" w:type="dxa"/>
              <w:right w:w="38" w:type="dxa"/>
            </w:tcMar>
            <w:vAlign w:val="center"/>
          </w:tcPr>
          <w:p w14:paraId="3CE3C498" w14:textId="77777777" w:rsidR="00D60D5E" w:rsidRDefault="00891EF0">
            <w:pPr>
              <w:spacing w:after="0" w:line="240" w:lineRule="auto"/>
            </w:pPr>
            <w:r>
              <w:rPr>
                <w:rFonts w:eastAsia="Aptos"/>
                <w:sz w:val="17"/>
              </w:rPr>
              <w:t>Tomato Vine Per lb</w:t>
            </w:r>
          </w:p>
        </w:tc>
        <w:tc>
          <w:tcPr>
            <w:tcW w:w="630" w:type="dxa"/>
            <w:tcMar>
              <w:top w:w="28" w:type="dxa"/>
              <w:left w:w="38" w:type="dxa"/>
              <w:bottom w:w="28" w:type="dxa"/>
              <w:right w:w="38" w:type="dxa"/>
            </w:tcMar>
            <w:vAlign w:val="center"/>
          </w:tcPr>
          <w:p w14:paraId="08F9DDC1" w14:textId="77777777" w:rsidR="00D60D5E" w:rsidRDefault="00891EF0">
            <w:pPr>
              <w:spacing w:after="0" w:line="240" w:lineRule="auto"/>
              <w:jc w:val="center"/>
            </w:pPr>
            <w:r>
              <w:rPr>
                <w:rFonts w:eastAsia="Aptos"/>
                <w:b/>
                <w:sz w:val="17"/>
              </w:rPr>
              <w:t>5.20</w:t>
            </w:r>
          </w:p>
        </w:tc>
        <w:tc>
          <w:tcPr>
            <w:tcW w:w="540" w:type="dxa"/>
            <w:tcMar>
              <w:top w:w="28" w:type="dxa"/>
              <w:left w:w="38" w:type="dxa"/>
              <w:bottom w:w="28" w:type="dxa"/>
              <w:right w:w="38" w:type="dxa"/>
            </w:tcMar>
            <w:vAlign w:val="center"/>
          </w:tcPr>
          <w:p w14:paraId="74BCE31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D61E3F9" w14:textId="77777777" w:rsidR="00D60D5E" w:rsidRDefault="00D60D5E">
            <w:pPr>
              <w:jc w:val="center"/>
            </w:pPr>
          </w:p>
        </w:tc>
      </w:tr>
      <w:tr w:rsidR="00D60D5E" w14:paraId="6CEC3841" w14:textId="77777777" w:rsidTr="000617E0">
        <w:trPr>
          <w:cantSplit/>
          <w:jc w:val="center"/>
        </w:trPr>
        <w:tc>
          <w:tcPr>
            <w:tcW w:w="677" w:type="dxa"/>
            <w:tcMar>
              <w:top w:w="28" w:type="dxa"/>
              <w:left w:w="38" w:type="dxa"/>
              <w:bottom w:w="28" w:type="dxa"/>
              <w:right w:w="38" w:type="dxa"/>
            </w:tcMar>
            <w:vAlign w:val="center"/>
          </w:tcPr>
          <w:p w14:paraId="0B48BF9F" w14:textId="77777777" w:rsidR="00D60D5E" w:rsidRDefault="00891EF0">
            <w:pPr>
              <w:spacing w:after="0" w:line="240" w:lineRule="auto"/>
              <w:jc w:val="center"/>
            </w:pPr>
            <w:r>
              <w:rPr>
                <w:rFonts w:eastAsia="Aptos"/>
                <w:color w:val="6A7075"/>
                <w:sz w:val="17"/>
              </w:rPr>
              <w:t>105-435</w:t>
            </w:r>
          </w:p>
        </w:tc>
        <w:tc>
          <w:tcPr>
            <w:tcW w:w="2648" w:type="dxa"/>
            <w:tcMar>
              <w:top w:w="28" w:type="dxa"/>
              <w:left w:w="38" w:type="dxa"/>
              <w:bottom w:w="28" w:type="dxa"/>
              <w:right w:w="38" w:type="dxa"/>
            </w:tcMar>
            <w:vAlign w:val="center"/>
          </w:tcPr>
          <w:p w14:paraId="00EBF2EF" w14:textId="77777777" w:rsidR="00D60D5E" w:rsidRDefault="00891EF0">
            <w:pPr>
              <w:spacing w:after="0" w:line="240" w:lineRule="auto"/>
            </w:pPr>
            <w:r>
              <w:rPr>
                <w:rFonts w:eastAsia="Aptos"/>
                <w:sz w:val="17"/>
              </w:rPr>
              <w:t>Tomato Plum Per lb</w:t>
            </w:r>
          </w:p>
        </w:tc>
        <w:tc>
          <w:tcPr>
            <w:tcW w:w="630" w:type="dxa"/>
            <w:tcMar>
              <w:top w:w="28" w:type="dxa"/>
              <w:left w:w="38" w:type="dxa"/>
              <w:bottom w:w="28" w:type="dxa"/>
              <w:right w:w="38" w:type="dxa"/>
            </w:tcMar>
            <w:vAlign w:val="center"/>
          </w:tcPr>
          <w:p w14:paraId="76D368D4" w14:textId="77777777" w:rsidR="00D60D5E" w:rsidRDefault="00891EF0">
            <w:pPr>
              <w:spacing w:after="0" w:line="240" w:lineRule="auto"/>
              <w:jc w:val="center"/>
            </w:pPr>
            <w:r>
              <w:rPr>
                <w:rFonts w:eastAsia="Aptos"/>
                <w:b/>
                <w:sz w:val="17"/>
              </w:rPr>
              <w:t>3.89</w:t>
            </w:r>
          </w:p>
        </w:tc>
        <w:tc>
          <w:tcPr>
            <w:tcW w:w="540" w:type="dxa"/>
            <w:tcMar>
              <w:top w:w="28" w:type="dxa"/>
              <w:left w:w="38" w:type="dxa"/>
              <w:bottom w:w="28" w:type="dxa"/>
              <w:right w:w="38" w:type="dxa"/>
            </w:tcMar>
            <w:vAlign w:val="center"/>
          </w:tcPr>
          <w:p w14:paraId="27697B1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4A3D9EE" w14:textId="77777777" w:rsidR="00D60D5E" w:rsidRDefault="00D60D5E">
            <w:pPr>
              <w:jc w:val="center"/>
            </w:pPr>
          </w:p>
        </w:tc>
      </w:tr>
      <w:tr w:rsidR="00D60D5E" w14:paraId="18592405" w14:textId="77777777" w:rsidTr="000617E0">
        <w:trPr>
          <w:cantSplit/>
          <w:jc w:val="center"/>
        </w:trPr>
        <w:tc>
          <w:tcPr>
            <w:tcW w:w="677" w:type="dxa"/>
            <w:tcMar>
              <w:top w:w="28" w:type="dxa"/>
              <w:left w:w="38" w:type="dxa"/>
              <w:bottom w:w="28" w:type="dxa"/>
              <w:right w:w="38" w:type="dxa"/>
            </w:tcMar>
            <w:vAlign w:val="center"/>
          </w:tcPr>
          <w:p w14:paraId="3D3709AD" w14:textId="77777777" w:rsidR="00D60D5E" w:rsidRDefault="00891EF0">
            <w:pPr>
              <w:spacing w:after="0" w:line="240" w:lineRule="auto"/>
              <w:jc w:val="center"/>
            </w:pPr>
            <w:r>
              <w:rPr>
                <w:rFonts w:eastAsia="Aptos"/>
                <w:color w:val="6A7075"/>
                <w:sz w:val="17"/>
              </w:rPr>
              <w:t>105-440</w:t>
            </w:r>
          </w:p>
        </w:tc>
        <w:tc>
          <w:tcPr>
            <w:tcW w:w="2648" w:type="dxa"/>
            <w:tcMar>
              <w:top w:w="28" w:type="dxa"/>
              <w:left w:w="38" w:type="dxa"/>
              <w:bottom w:w="28" w:type="dxa"/>
              <w:right w:w="38" w:type="dxa"/>
            </w:tcMar>
            <w:vAlign w:val="center"/>
          </w:tcPr>
          <w:p w14:paraId="037B19A1" w14:textId="77777777" w:rsidR="00D60D5E" w:rsidRDefault="00891EF0">
            <w:pPr>
              <w:spacing w:after="0" w:line="240" w:lineRule="auto"/>
            </w:pPr>
            <w:r>
              <w:rPr>
                <w:rFonts w:eastAsia="Aptos"/>
                <w:sz w:val="17"/>
              </w:rPr>
              <w:t>Tomato Sun Dried FRESH 3oz</w:t>
            </w:r>
          </w:p>
        </w:tc>
        <w:tc>
          <w:tcPr>
            <w:tcW w:w="630" w:type="dxa"/>
            <w:tcMar>
              <w:top w:w="28" w:type="dxa"/>
              <w:left w:w="38" w:type="dxa"/>
              <w:bottom w:w="28" w:type="dxa"/>
              <w:right w:w="38" w:type="dxa"/>
            </w:tcMar>
            <w:vAlign w:val="center"/>
          </w:tcPr>
          <w:p w14:paraId="2492D88F" w14:textId="77777777" w:rsidR="00D60D5E" w:rsidRDefault="00891EF0">
            <w:pPr>
              <w:spacing w:after="0" w:line="240" w:lineRule="auto"/>
              <w:jc w:val="center"/>
            </w:pPr>
            <w:r>
              <w:rPr>
                <w:rFonts w:eastAsia="Aptos"/>
                <w:b/>
                <w:sz w:val="17"/>
              </w:rPr>
              <w:t>6.66</w:t>
            </w:r>
          </w:p>
        </w:tc>
        <w:tc>
          <w:tcPr>
            <w:tcW w:w="540" w:type="dxa"/>
            <w:tcMar>
              <w:top w:w="28" w:type="dxa"/>
              <w:left w:w="38" w:type="dxa"/>
              <w:bottom w:w="28" w:type="dxa"/>
              <w:right w:w="38" w:type="dxa"/>
            </w:tcMar>
            <w:vAlign w:val="center"/>
          </w:tcPr>
          <w:p w14:paraId="308A99B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383BC0" w14:textId="77777777" w:rsidR="00D60D5E" w:rsidRDefault="00D60D5E">
            <w:pPr>
              <w:jc w:val="center"/>
            </w:pPr>
          </w:p>
        </w:tc>
      </w:tr>
      <w:tr w:rsidR="00D60D5E" w14:paraId="5201D12A" w14:textId="77777777" w:rsidTr="000617E0">
        <w:trPr>
          <w:cantSplit/>
          <w:jc w:val="center"/>
        </w:trPr>
        <w:tc>
          <w:tcPr>
            <w:tcW w:w="677" w:type="dxa"/>
            <w:tcMar>
              <w:top w:w="28" w:type="dxa"/>
              <w:left w:w="38" w:type="dxa"/>
              <w:bottom w:w="28" w:type="dxa"/>
              <w:right w:w="38" w:type="dxa"/>
            </w:tcMar>
            <w:vAlign w:val="center"/>
          </w:tcPr>
          <w:p w14:paraId="2EC7A38B" w14:textId="77777777" w:rsidR="00D60D5E" w:rsidRDefault="00891EF0">
            <w:pPr>
              <w:spacing w:after="0" w:line="240" w:lineRule="auto"/>
              <w:jc w:val="center"/>
            </w:pPr>
            <w:r>
              <w:rPr>
                <w:rFonts w:eastAsia="Aptos"/>
                <w:color w:val="6A7075"/>
                <w:sz w:val="17"/>
              </w:rPr>
              <w:t>105-445</w:t>
            </w:r>
          </w:p>
        </w:tc>
        <w:tc>
          <w:tcPr>
            <w:tcW w:w="2648" w:type="dxa"/>
            <w:tcMar>
              <w:top w:w="28" w:type="dxa"/>
              <w:left w:w="38" w:type="dxa"/>
              <w:bottom w:w="28" w:type="dxa"/>
              <w:right w:w="38" w:type="dxa"/>
            </w:tcMar>
            <w:vAlign w:val="center"/>
          </w:tcPr>
          <w:p w14:paraId="3BD9C92A" w14:textId="77777777" w:rsidR="00D60D5E" w:rsidRDefault="00891EF0">
            <w:pPr>
              <w:spacing w:after="0" w:line="240" w:lineRule="auto"/>
            </w:pPr>
            <w:r>
              <w:rPr>
                <w:rFonts w:eastAsia="Aptos"/>
                <w:sz w:val="17"/>
              </w:rPr>
              <w:t>Tomato Cherry Per pint</w:t>
            </w:r>
          </w:p>
        </w:tc>
        <w:tc>
          <w:tcPr>
            <w:tcW w:w="630" w:type="dxa"/>
            <w:tcMar>
              <w:top w:w="28" w:type="dxa"/>
              <w:left w:w="38" w:type="dxa"/>
              <w:bottom w:w="28" w:type="dxa"/>
              <w:right w:w="38" w:type="dxa"/>
            </w:tcMar>
            <w:vAlign w:val="center"/>
          </w:tcPr>
          <w:p w14:paraId="2D07168B"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03F8948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661A09" w14:textId="77777777" w:rsidR="00D60D5E" w:rsidRDefault="00D60D5E">
            <w:pPr>
              <w:jc w:val="center"/>
            </w:pPr>
          </w:p>
        </w:tc>
      </w:tr>
      <w:tr w:rsidR="00D60D5E" w14:paraId="0604EF9A" w14:textId="77777777" w:rsidTr="000617E0">
        <w:trPr>
          <w:cantSplit/>
          <w:jc w:val="center"/>
        </w:trPr>
        <w:tc>
          <w:tcPr>
            <w:tcW w:w="677" w:type="dxa"/>
            <w:tcMar>
              <w:top w:w="28" w:type="dxa"/>
              <w:left w:w="38" w:type="dxa"/>
              <w:bottom w:w="28" w:type="dxa"/>
              <w:right w:w="38" w:type="dxa"/>
            </w:tcMar>
            <w:vAlign w:val="center"/>
          </w:tcPr>
          <w:p w14:paraId="2AC228E0" w14:textId="77777777" w:rsidR="00D60D5E" w:rsidRDefault="00891EF0">
            <w:pPr>
              <w:spacing w:after="0" w:line="240" w:lineRule="auto"/>
              <w:jc w:val="center"/>
            </w:pPr>
            <w:r>
              <w:rPr>
                <w:rFonts w:eastAsia="Aptos"/>
                <w:color w:val="6A7075"/>
                <w:sz w:val="17"/>
              </w:rPr>
              <w:t>105-450</w:t>
            </w:r>
          </w:p>
        </w:tc>
        <w:tc>
          <w:tcPr>
            <w:tcW w:w="2648" w:type="dxa"/>
            <w:tcMar>
              <w:top w:w="28" w:type="dxa"/>
              <w:left w:w="38" w:type="dxa"/>
              <w:bottom w:w="28" w:type="dxa"/>
              <w:right w:w="38" w:type="dxa"/>
            </w:tcMar>
            <w:vAlign w:val="center"/>
          </w:tcPr>
          <w:p w14:paraId="75A6F370" w14:textId="77777777" w:rsidR="00D60D5E" w:rsidRDefault="00891EF0">
            <w:pPr>
              <w:spacing w:after="0" w:line="240" w:lineRule="auto"/>
            </w:pPr>
            <w:r>
              <w:rPr>
                <w:rFonts w:eastAsia="Aptos"/>
                <w:sz w:val="17"/>
              </w:rPr>
              <w:t>Tomato Grape Per pint</w:t>
            </w:r>
          </w:p>
        </w:tc>
        <w:tc>
          <w:tcPr>
            <w:tcW w:w="630" w:type="dxa"/>
            <w:tcMar>
              <w:top w:w="28" w:type="dxa"/>
              <w:left w:w="38" w:type="dxa"/>
              <w:bottom w:w="28" w:type="dxa"/>
              <w:right w:w="38" w:type="dxa"/>
            </w:tcMar>
            <w:vAlign w:val="center"/>
          </w:tcPr>
          <w:p w14:paraId="20D5F644"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4B555BC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AFC428" w14:textId="77777777" w:rsidR="00D60D5E" w:rsidRDefault="00D60D5E">
            <w:pPr>
              <w:jc w:val="center"/>
            </w:pPr>
          </w:p>
        </w:tc>
      </w:tr>
      <w:tr w:rsidR="00D60D5E" w14:paraId="5E993236" w14:textId="77777777" w:rsidTr="000617E0">
        <w:trPr>
          <w:cantSplit/>
          <w:jc w:val="center"/>
        </w:trPr>
        <w:tc>
          <w:tcPr>
            <w:tcW w:w="677" w:type="dxa"/>
            <w:tcMar>
              <w:top w:w="28" w:type="dxa"/>
              <w:left w:w="38" w:type="dxa"/>
              <w:bottom w:w="28" w:type="dxa"/>
              <w:right w:w="38" w:type="dxa"/>
            </w:tcMar>
            <w:vAlign w:val="center"/>
          </w:tcPr>
          <w:p w14:paraId="06689BD9" w14:textId="77777777" w:rsidR="00D60D5E" w:rsidRDefault="00891EF0">
            <w:pPr>
              <w:spacing w:after="0" w:line="240" w:lineRule="auto"/>
              <w:jc w:val="center"/>
            </w:pPr>
            <w:r>
              <w:rPr>
                <w:rFonts w:eastAsia="Aptos"/>
                <w:color w:val="6A7075"/>
                <w:sz w:val="17"/>
              </w:rPr>
              <w:lastRenderedPageBreak/>
              <w:t>105-455</w:t>
            </w:r>
          </w:p>
        </w:tc>
        <w:tc>
          <w:tcPr>
            <w:tcW w:w="2648" w:type="dxa"/>
            <w:tcMar>
              <w:top w:w="28" w:type="dxa"/>
              <w:left w:w="38" w:type="dxa"/>
              <w:bottom w:w="28" w:type="dxa"/>
              <w:right w:w="38" w:type="dxa"/>
            </w:tcMar>
            <w:vAlign w:val="center"/>
          </w:tcPr>
          <w:p w14:paraId="762F9072" w14:textId="77777777" w:rsidR="00D60D5E" w:rsidRDefault="00891EF0">
            <w:pPr>
              <w:spacing w:after="0" w:line="240" w:lineRule="auto"/>
            </w:pPr>
            <w:r>
              <w:rPr>
                <w:rFonts w:eastAsia="Aptos"/>
                <w:sz w:val="17"/>
              </w:rPr>
              <w:t>Water Cress EA</w:t>
            </w:r>
          </w:p>
        </w:tc>
        <w:tc>
          <w:tcPr>
            <w:tcW w:w="630" w:type="dxa"/>
            <w:tcMar>
              <w:top w:w="28" w:type="dxa"/>
              <w:left w:w="38" w:type="dxa"/>
              <w:bottom w:w="28" w:type="dxa"/>
              <w:right w:w="38" w:type="dxa"/>
            </w:tcMar>
            <w:vAlign w:val="center"/>
          </w:tcPr>
          <w:p w14:paraId="19C56399" w14:textId="77777777" w:rsidR="00D60D5E" w:rsidRDefault="00891EF0">
            <w:pPr>
              <w:spacing w:after="0" w:line="240" w:lineRule="auto"/>
              <w:jc w:val="center"/>
            </w:pPr>
            <w:r>
              <w:rPr>
                <w:rFonts w:eastAsia="Aptos"/>
                <w:b/>
                <w:sz w:val="17"/>
              </w:rPr>
              <w:t>6.79</w:t>
            </w:r>
          </w:p>
        </w:tc>
        <w:tc>
          <w:tcPr>
            <w:tcW w:w="540" w:type="dxa"/>
            <w:tcMar>
              <w:top w:w="28" w:type="dxa"/>
              <w:left w:w="38" w:type="dxa"/>
              <w:bottom w:w="28" w:type="dxa"/>
              <w:right w:w="38" w:type="dxa"/>
            </w:tcMar>
            <w:vAlign w:val="center"/>
          </w:tcPr>
          <w:p w14:paraId="448A939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4BD0E2" w14:textId="77777777" w:rsidR="00D60D5E" w:rsidRDefault="00D60D5E">
            <w:pPr>
              <w:jc w:val="center"/>
            </w:pPr>
          </w:p>
        </w:tc>
      </w:tr>
      <w:tr w:rsidR="00D60D5E" w14:paraId="71F231FC" w14:textId="77777777" w:rsidTr="000617E0">
        <w:trPr>
          <w:cantSplit/>
          <w:jc w:val="center"/>
        </w:trPr>
        <w:tc>
          <w:tcPr>
            <w:tcW w:w="677" w:type="dxa"/>
            <w:tcMar>
              <w:top w:w="28" w:type="dxa"/>
              <w:left w:w="38" w:type="dxa"/>
              <w:bottom w:w="28" w:type="dxa"/>
              <w:right w:w="38" w:type="dxa"/>
            </w:tcMar>
            <w:vAlign w:val="center"/>
          </w:tcPr>
          <w:p w14:paraId="36281FBA" w14:textId="77777777" w:rsidR="00D60D5E" w:rsidRDefault="00891EF0">
            <w:pPr>
              <w:spacing w:after="0" w:line="240" w:lineRule="auto"/>
              <w:jc w:val="center"/>
            </w:pPr>
            <w:r>
              <w:rPr>
                <w:rFonts w:eastAsia="Aptos"/>
                <w:color w:val="6A7075"/>
                <w:sz w:val="17"/>
              </w:rPr>
              <w:t>105-460</w:t>
            </w:r>
          </w:p>
        </w:tc>
        <w:tc>
          <w:tcPr>
            <w:tcW w:w="2648" w:type="dxa"/>
            <w:tcMar>
              <w:top w:w="28" w:type="dxa"/>
              <w:left w:w="38" w:type="dxa"/>
              <w:bottom w:w="28" w:type="dxa"/>
              <w:right w:w="38" w:type="dxa"/>
            </w:tcMar>
            <w:vAlign w:val="center"/>
          </w:tcPr>
          <w:p w14:paraId="3C5601CE" w14:textId="77777777" w:rsidR="00D60D5E" w:rsidRDefault="00891EF0">
            <w:pPr>
              <w:spacing w:after="0" w:line="240" w:lineRule="auto"/>
            </w:pPr>
            <w:r>
              <w:rPr>
                <w:rFonts w:eastAsia="Aptos"/>
                <w:sz w:val="17"/>
              </w:rPr>
              <w:t>Yams Per lb</w:t>
            </w:r>
          </w:p>
        </w:tc>
        <w:tc>
          <w:tcPr>
            <w:tcW w:w="630" w:type="dxa"/>
            <w:tcMar>
              <w:top w:w="28" w:type="dxa"/>
              <w:left w:w="38" w:type="dxa"/>
              <w:bottom w:w="28" w:type="dxa"/>
              <w:right w:w="38" w:type="dxa"/>
            </w:tcMar>
            <w:vAlign w:val="center"/>
          </w:tcPr>
          <w:p w14:paraId="4A901081" w14:textId="77777777" w:rsidR="00D60D5E" w:rsidRDefault="00891EF0">
            <w:pPr>
              <w:spacing w:after="0" w:line="240" w:lineRule="auto"/>
              <w:jc w:val="center"/>
            </w:pPr>
            <w:r>
              <w:rPr>
                <w:rFonts w:eastAsia="Aptos"/>
                <w:b/>
                <w:sz w:val="17"/>
              </w:rPr>
              <w:t>1.39</w:t>
            </w:r>
          </w:p>
        </w:tc>
        <w:tc>
          <w:tcPr>
            <w:tcW w:w="540" w:type="dxa"/>
            <w:tcMar>
              <w:top w:w="28" w:type="dxa"/>
              <w:left w:w="38" w:type="dxa"/>
              <w:bottom w:w="28" w:type="dxa"/>
              <w:right w:w="38" w:type="dxa"/>
            </w:tcMar>
            <w:vAlign w:val="center"/>
          </w:tcPr>
          <w:p w14:paraId="13D6087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50EC041" w14:textId="77777777" w:rsidR="00D60D5E" w:rsidRDefault="00D60D5E">
            <w:pPr>
              <w:jc w:val="center"/>
            </w:pPr>
          </w:p>
        </w:tc>
      </w:tr>
      <w:tr w:rsidR="00D60D5E" w14:paraId="3EDC4407" w14:textId="77777777" w:rsidTr="000617E0">
        <w:trPr>
          <w:cantSplit/>
          <w:jc w:val="center"/>
        </w:trPr>
        <w:tc>
          <w:tcPr>
            <w:tcW w:w="677" w:type="dxa"/>
            <w:tcMar>
              <w:top w:w="28" w:type="dxa"/>
              <w:left w:w="38" w:type="dxa"/>
              <w:bottom w:w="28" w:type="dxa"/>
              <w:right w:w="38" w:type="dxa"/>
            </w:tcMar>
            <w:vAlign w:val="center"/>
          </w:tcPr>
          <w:p w14:paraId="73748F79" w14:textId="77777777" w:rsidR="00D60D5E" w:rsidRDefault="00891EF0">
            <w:pPr>
              <w:spacing w:after="0" w:line="240" w:lineRule="auto"/>
              <w:jc w:val="center"/>
            </w:pPr>
            <w:r>
              <w:rPr>
                <w:rFonts w:eastAsia="Aptos"/>
                <w:color w:val="6A7075"/>
                <w:sz w:val="17"/>
              </w:rPr>
              <w:t>105-465</w:t>
            </w:r>
          </w:p>
        </w:tc>
        <w:tc>
          <w:tcPr>
            <w:tcW w:w="2648" w:type="dxa"/>
            <w:tcMar>
              <w:top w:w="28" w:type="dxa"/>
              <w:left w:w="38" w:type="dxa"/>
              <w:bottom w:w="28" w:type="dxa"/>
              <w:right w:w="38" w:type="dxa"/>
            </w:tcMar>
            <w:vAlign w:val="center"/>
          </w:tcPr>
          <w:p w14:paraId="59B109C5" w14:textId="77777777" w:rsidR="00D60D5E" w:rsidRDefault="00891EF0">
            <w:pPr>
              <w:spacing w:after="0" w:line="240" w:lineRule="auto"/>
            </w:pPr>
            <w:r>
              <w:rPr>
                <w:rFonts w:eastAsia="Aptos"/>
                <w:sz w:val="17"/>
              </w:rPr>
              <w:t>Zucchini Per lb</w:t>
            </w:r>
          </w:p>
        </w:tc>
        <w:tc>
          <w:tcPr>
            <w:tcW w:w="630" w:type="dxa"/>
            <w:tcMar>
              <w:top w:w="28" w:type="dxa"/>
              <w:left w:w="38" w:type="dxa"/>
              <w:bottom w:w="28" w:type="dxa"/>
              <w:right w:w="38" w:type="dxa"/>
            </w:tcMar>
            <w:vAlign w:val="center"/>
          </w:tcPr>
          <w:p w14:paraId="77D0AB4C"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1B486F8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4EC789F" w14:textId="77777777" w:rsidR="00D60D5E" w:rsidRDefault="00D60D5E">
            <w:pPr>
              <w:jc w:val="center"/>
            </w:pPr>
          </w:p>
        </w:tc>
      </w:tr>
      <w:tr w:rsidR="00D60D5E" w14:paraId="1036F0DC" w14:textId="77777777" w:rsidTr="000617E0">
        <w:trPr>
          <w:cantSplit/>
          <w:jc w:val="center"/>
        </w:trPr>
        <w:tc>
          <w:tcPr>
            <w:tcW w:w="677" w:type="dxa"/>
            <w:tcMar>
              <w:top w:w="28" w:type="dxa"/>
              <w:left w:w="38" w:type="dxa"/>
              <w:bottom w:w="28" w:type="dxa"/>
              <w:right w:w="38" w:type="dxa"/>
            </w:tcMar>
            <w:vAlign w:val="center"/>
          </w:tcPr>
          <w:p w14:paraId="232A9956" w14:textId="77777777" w:rsidR="00D60D5E" w:rsidRDefault="00891EF0">
            <w:pPr>
              <w:spacing w:after="0" w:line="240" w:lineRule="auto"/>
              <w:jc w:val="center"/>
            </w:pPr>
            <w:r>
              <w:rPr>
                <w:rFonts w:eastAsia="Aptos"/>
                <w:color w:val="6A7075"/>
                <w:sz w:val="17"/>
              </w:rPr>
              <w:t>105-470</w:t>
            </w:r>
          </w:p>
        </w:tc>
        <w:tc>
          <w:tcPr>
            <w:tcW w:w="2648" w:type="dxa"/>
            <w:tcMar>
              <w:top w:w="28" w:type="dxa"/>
              <w:left w:w="38" w:type="dxa"/>
              <w:bottom w:w="28" w:type="dxa"/>
              <w:right w:w="38" w:type="dxa"/>
            </w:tcMar>
            <w:vAlign w:val="center"/>
          </w:tcPr>
          <w:p w14:paraId="34493516" w14:textId="77777777" w:rsidR="00D60D5E" w:rsidRDefault="00891EF0">
            <w:pPr>
              <w:spacing w:after="0" w:line="240" w:lineRule="auto"/>
            </w:pPr>
            <w:r>
              <w:rPr>
                <w:rFonts w:eastAsia="Aptos"/>
                <w:sz w:val="17"/>
              </w:rPr>
              <w:t>Fresh Salad Bags 10oz (Ital/Amer/Orient/Ceasr)</w:t>
            </w:r>
          </w:p>
        </w:tc>
        <w:tc>
          <w:tcPr>
            <w:tcW w:w="630" w:type="dxa"/>
            <w:tcMar>
              <w:top w:w="28" w:type="dxa"/>
              <w:left w:w="38" w:type="dxa"/>
              <w:bottom w:w="28" w:type="dxa"/>
              <w:right w:w="38" w:type="dxa"/>
            </w:tcMar>
            <w:vAlign w:val="center"/>
          </w:tcPr>
          <w:p w14:paraId="77865359"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77386C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ADFFB0" w14:textId="77777777" w:rsidR="00D60D5E" w:rsidRDefault="00D60D5E">
            <w:pPr>
              <w:jc w:val="center"/>
            </w:pPr>
          </w:p>
        </w:tc>
      </w:tr>
      <w:tr w:rsidR="00D60D5E" w14:paraId="75AC7112" w14:textId="77777777" w:rsidTr="000617E0">
        <w:trPr>
          <w:cantSplit/>
          <w:jc w:val="center"/>
        </w:trPr>
        <w:tc>
          <w:tcPr>
            <w:tcW w:w="677" w:type="dxa"/>
            <w:shd w:val="clear" w:color="auto" w:fill="D9EAF7"/>
            <w:tcMar>
              <w:top w:w="28" w:type="dxa"/>
              <w:left w:w="38" w:type="dxa"/>
              <w:bottom w:w="28" w:type="dxa"/>
              <w:right w:w="38" w:type="dxa"/>
            </w:tcMar>
            <w:vAlign w:val="center"/>
          </w:tcPr>
          <w:p w14:paraId="26C2ED4F" w14:textId="77777777" w:rsidR="00D60D5E" w:rsidRDefault="00891EF0">
            <w:pPr>
              <w:spacing w:after="0" w:line="240" w:lineRule="auto"/>
              <w:jc w:val="center"/>
            </w:pPr>
            <w:r>
              <w:rPr>
                <w:rFonts w:eastAsia="Aptos"/>
                <w:b/>
                <w:color w:val="2F4F8F"/>
                <w:sz w:val="18"/>
              </w:rPr>
              <w:t>110-</w:t>
            </w:r>
          </w:p>
        </w:tc>
        <w:tc>
          <w:tcPr>
            <w:tcW w:w="2648" w:type="dxa"/>
            <w:shd w:val="clear" w:color="auto" w:fill="D9EAF7"/>
            <w:tcMar>
              <w:top w:w="28" w:type="dxa"/>
              <w:left w:w="38" w:type="dxa"/>
              <w:bottom w:w="28" w:type="dxa"/>
              <w:right w:w="38" w:type="dxa"/>
            </w:tcMar>
            <w:vAlign w:val="center"/>
          </w:tcPr>
          <w:p w14:paraId="1F16AAD2" w14:textId="77777777" w:rsidR="00D60D5E" w:rsidRDefault="00891EF0">
            <w:pPr>
              <w:spacing w:after="0" w:line="240" w:lineRule="auto"/>
            </w:pPr>
            <w:r>
              <w:rPr>
                <w:rFonts w:eastAsia="Aptos"/>
                <w:b/>
                <w:color w:val="2F4F8F"/>
                <w:sz w:val="18"/>
              </w:rPr>
              <w:t>FRESH HERBS</w:t>
            </w:r>
          </w:p>
        </w:tc>
        <w:tc>
          <w:tcPr>
            <w:tcW w:w="630" w:type="dxa"/>
            <w:shd w:val="clear" w:color="auto" w:fill="D9EAF7"/>
            <w:tcMar>
              <w:top w:w="28" w:type="dxa"/>
              <w:left w:w="38" w:type="dxa"/>
              <w:bottom w:w="28" w:type="dxa"/>
              <w:right w:w="38" w:type="dxa"/>
            </w:tcMar>
            <w:vAlign w:val="center"/>
          </w:tcPr>
          <w:p w14:paraId="43A3F9D4"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4B4150F"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B98882A" w14:textId="77777777" w:rsidR="00D60D5E" w:rsidRDefault="00D60D5E">
            <w:pPr>
              <w:jc w:val="center"/>
            </w:pPr>
          </w:p>
        </w:tc>
      </w:tr>
      <w:tr w:rsidR="00D60D5E" w14:paraId="4949B633" w14:textId="77777777" w:rsidTr="000617E0">
        <w:trPr>
          <w:cantSplit/>
          <w:jc w:val="center"/>
        </w:trPr>
        <w:tc>
          <w:tcPr>
            <w:tcW w:w="677" w:type="dxa"/>
            <w:tcMar>
              <w:top w:w="28" w:type="dxa"/>
              <w:left w:w="38" w:type="dxa"/>
              <w:bottom w:w="28" w:type="dxa"/>
              <w:right w:w="38" w:type="dxa"/>
            </w:tcMar>
            <w:vAlign w:val="center"/>
          </w:tcPr>
          <w:p w14:paraId="737ABA1E" w14:textId="77777777" w:rsidR="00D60D5E" w:rsidRDefault="00891EF0">
            <w:pPr>
              <w:spacing w:after="0" w:line="240" w:lineRule="auto"/>
              <w:jc w:val="center"/>
            </w:pPr>
            <w:r>
              <w:rPr>
                <w:rFonts w:eastAsia="Aptos"/>
                <w:color w:val="6A7075"/>
                <w:sz w:val="17"/>
              </w:rPr>
              <w:t>110-105</w:t>
            </w:r>
          </w:p>
        </w:tc>
        <w:tc>
          <w:tcPr>
            <w:tcW w:w="2648" w:type="dxa"/>
            <w:tcMar>
              <w:top w:w="28" w:type="dxa"/>
              <w:left w:w="38" w:type="dxa"/>
              <w:bottom w:w="28" w:type="dxa"/>
              <w:right w:w="38" w:type="dxa"/>
            </w:tcMar>
            <w:vAlign w:val="center"/>
          </w:tcPr>
          <w:p w14:paraId="46431765" w14:textId="77777777" w:rsidR="00D60D5E" w:rsidRDefault="00891EF0">
            <w:pPr>
              <w:spacing w:after="0" w:line="240" w:lineRule="auto"/>
            </w:pPr>
            <w:r>
              <w:rPr>
                <w:rFonts w:eastAsia="Aptos"/>
                <w:sz w:val="17"/>
              </w:rPr>
              <w:t>Arugula 3/4oz</w:t>
            </w:r>
          </w:p>
        </w:tc>
        <w:tc>
          <w:tcPr>
            <w:tcW w:w="630" w:type="dxa"/>
            <w:tcMar>
              <w:top w:w="28" w:type="dxa"/>
              <w:left w:w="38" w:type="dxa"/>
              <w:bottom w:w="28" w:type="dxa"/>
              <w:right w:w="38" w:type="dxa"/>
            </w:tcMar>
            <w:vAlign w:val="center"/>
          </w:tcPr>
          <w:p w14:paraId="16E55955" w14:textId="77777777" w:rsidR="00D60D5E" w:rsidRDefault="00891EF0">
            <w:pPr>
              <w:spacing w:after="0" w:line="240" w:lineRule="auto"/>
              <w:jc w:val="center"/>
            </w:pPr>
            <w:r>
              <w:rPr>
                <w:rFonts w:eastAsia="Aptos"/>
                <w:b/>
                <w:sz w:val="17"/>
              </w:rPr>
              <w:t>4.65</w:t>
            </w:r>
          </w:p>
        </w:tc>
        <w:tc>
          <w:tcPr>
            <w:tcW w:w="540" w:type="dxa"/>
            <w:tcMar>
              <w:top w:w="28" w:type="dxa"/>
              <w:left w:w="38" w:type="dxa"/>
              <w:bottom w:w="28" w:type="dxa"/>
              <w:right w:w="38" w:type="dxa"/>
            </w:tcMar>
            <w:vAlign w:val="center"/>
          </w:tcPr>
          <w:p w14:paraId="77A0CA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979C07" w14:textId="77777777" w:rsidR="00D60D5E" w:rsidRDefault="00D60D5E">
            <w:pPr>
              <w:jc w:val="center"/>
            </w:pPr>
          </w:p>
        </w:tc>
      </w:tr>
      <w:tr w:rsidR="00D60D5E" w14:paraId="5901008D" w14:textId="77777777" w:rsidTr="000617E0">
        <w:trPr>
          <w:cantSplit/>
          <w:jc w:val="center"/>
        </w:trPr>
        <w:tc>
          <w:tcPr>
            <w:tcW w:w="677" w:type="dxa"/>
            <w:tcMar>
              <w:top w:w="28" w:type="dxa"/>
              <w:left w:w="38" w:type="dxa"/>
              <w:bottom w:w="28" w:type="dxa"/>
              <w:right w:w="38" w:type="dxa"/>
            </w:tcMar>
            <w:vAlign w:val="center"/>
          </w:tcPr>
          <w:p w14:paraId="2BDF8D88" w14:textId="77777777" w:rsidR="00D60D5E" w:rsidRDefault="00891EF0">
            <w:pPr>
              <w:spacing w:after="0" w:line="240" w:lineRule="auto"/>
              <w:jc w:val="center"/>
            </w:pPr>
            <w:r>
              <w:rPr>
                <w:rFonts w:eastAsia="Aptos"/>
                <w:color w:val="6A7075"/>
                <w:sz w:val="17"/>
              </w:rPr>
              <w:t>110-110</w:t>
            </w:r>
          </w:p>
        </w:tc>
        <w:tc>
          <w:tcPr>
            <w:tcW w:w="2648" w:type="dxa"/>
            <w:tcMar>
              <w:top w:w="28" w:type="dxa"/>
              <w:left w:w="38" w:type="dxa"/>
              <w:bottom w:w="28" w:type="dxa"/>
              <w:right w:w="38" w:type="dxa"/>
            </w:tcMar>
            <w:vAlign w:val="center"/>
          </w:tcPr>
          <w:p w14:paraId="3A456D6D" w14:textId="77777777" w:rsidR="00D60D5E" w:rsidRDefault="00891EF0">
            <w:pPr>
              <w:spacing w:after="0" w:line="240" w:lineRule="auto"/>
            </w:pPr>
            <w:r>
              <w:rPr>
                <w:rFonts w:eastAsia="Aptos"/>
                <w:sz w:val="17"/>
              </w:rPr>
              <w:t>Basil 3/4oz</w:t>
            </w:r>
          </w:p>
        </w:tc>
        <w:tc>
          <w:tcPr>
            <w:tcW w:w="630" w:type="dxa"/>
            <w:tcMar>
              <w:top w:w="28" w:type="dxa"/>
              <w:left w:w="38" w:type="dxa"/>
              <w:bottom w:w="28" w:type="dxa"/>
              <w:right w:w="38" w:type="dxa"/>
            </w:tcMar>
            <w:vAlign w:val="center"/>
          </w:tcPr>
          <w:p w14:paraId="1483D255"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2028B1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263661" w14:textId="77777777" w:rsidR="00D60D5E" w:rsidRDefault="00D60D5E">
            <w:pPr>
              <w:jc w:val="center"/>
            </w:pPr>
          </w:p>
        </w:tc>
      </w:tr>
      <w:tr w:rsidR="00D60D5E" w14:paraId="4F9F221E" w14:textId="77777777" w:rsidTr="000617E0">
        <w:trPr>
          <w:cantSplit/>
          <w:jc w:val="center"/>
        </w:trPr>
        <w:tc>
          <w:tcPr>
            <w:tcW w:w="677" w:type="dxa"/>
            <w:tcMar>
              <w:top w:w="28" w:type="dxa"/>
              <w:left w:w="38" w:type="dxa"/>
              <w:bottom w:w="28" w:type="dxa"/>
              <w:right w:w="38" w:type="dxa"/>
            </w:tcMar>
            <w:vAlign w:val="center"/>
          </w:tcPr>
          <w:p w14:paraId="167F0ED8" w14:textId="77777777" w:rsidR="00D60D5E" w:rsidRDefault="00891EF0">
            <w:pPr>
              <w:spacing w:after="0" w:line="240" w:lineRule="auto"/>
              <w:jc w:val="center"/>
            </w:pPr>
            <w:r>
              <w:rPr>
                <w:rFonts w:eastAsia="Aptos"/>
                <w:color w:val="6A7075"/>
                <w:sz w:val="17"/>
              </w:rPr>
              <w:t>110-115</w:t>
            </w:r>
          </w:p>
        </w:tc>
        <w:tc>
          <w:tcPr>
            <w:tcW w:w="2648" w:type="dxa"/>
            <w:tcMar>
              <w:top w:w="28" w:type="dxa"/>
              <w:left w:w="38" w:type="dxa"/>
              <w:bottom w:w="28" w:type="dxa"/>
              <w:right w:w="38" w:type="dxa"/>
            </w:tcMar>
            <w:vAlign w:val="center"/>
          </w:tcPr>
          <w:p w14:paraId="23694458" w14:textId="77777777" w:rsidR="00D60D5E" w:rsidRDefault="00891EF0">
            <w:pPr>
              <w:spacing w:after="0" w:line="240" w:lineRule="auto"/>
            </w:pPr>
            <w:r>
              <w:rPr>
                <w:rFonts w:eastAsia="Aptos"/>
                <w:sz w:val="17"/>
              </w:rPr>
              <w:t>Chives 3/4oz</w:t>
            </w:r>
          </w:p>
        </w:tc>
        <w:tc>
          <w:tcPr>
            <w:tcW w:w="630" w:type="dxa"/>
            <w:tcMar>
              <w:top w:w="28" w:type="dxa"/>
              <w:left w:w="38" w:type="dxa"/>
              <w:bottom w:w="28" w:type="dxa"/>
              <w:right w:w="38" w:type="dxa"/>
            </w:tcMar>
            <w:vAlign w:val="center"/>
          </w:tcPr>
          <w:p w14:paraId="186FAF93"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0FAF58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E0D02D" w14:textId="77777777" w:rsidR="00D60D5E" w:rsidRDefault="00D60D5E">
            <w:pPr>
              <w:jc w:val="center"/>
            </w:pPr>
          </w:p>
        </w:tc>
      </w:tr>
      <w:tr w:rsidR="00D60D5E" w14:paraId="7264286B" w14:textId="77777777" w:rsidTr="000617E0">
        <w:trPr>
          <w:cantSplit/>
          <w:jc w:val="center"/>
        </w:trPr>
        <w:tc>
          <w:tcPr>
            <w:tcW w:w="677" w:type="dxa"/>
            <w:tcMar>
              <w:top w:w="28" w:type="dxa"/>
              <w:left w:w="38" w:type="dxa"/>
              <w:bottom w:w="28" w:type="dxa"/>
              <w:right w:w="38" w:type="dxa"/>
            </w:tcMar>
            <w:vAlign w:val="center"/>
          </w:tcPr>
          <w:p w14:paraId="26ECB596" w14:textId="77777777" w:rsidR="00D60D5E" w:rsidRDefault="00891EF0">
            <w:pPr>
              <w:spacing w:after="0" w:line="240" w:lineRule="auto"/>
              <w:jc w:val="center"/>
            </w:pPr>
            <w:r>
              <w:rPr>
                <w:rFonts w:eastAsia="Aptos"/>
                <w:color w:val="6A7075"/>
                <w:sz w:val="17"/>
              </w:rPr>
              <w:t>110-120</w:t>
            </w:r>
          </w:p>
        </w:tc>
        <w:tc>
          <w:tcPr>
            <w:tcW w:w="2648" w:type="dxa"/>
            <w:tcMar>
              <w:top w:w="28" w:type="dxa"/>
              <w:left w:w="38" w:type="dxa"/>
              <w:bottom w:w="28" w:type="dxa"/>
              <w:right w:w="38" w:type="dxa"/>
            </w:tcMar>
            <w:vAlign w:val="center"/>
          </w:tcPr>
          <w:p w14:paraId="61FF096A" w14:textId="77777777" w:rsidR="00D60D5E" w:rsidRDefault="00891EF0">
            <w:pPr>
              <w:spacing w:after="0" w:line="240" w:lineRule="auto"/>
            </w:pPr>
            <w:r>
              <w:rPr>
                <w:rFonts w:eastAsia="Aptos"/>
                <w:sz w:val="17"/>
              </w:rPr>
              <w:t>Chili Peppers [per lb]</w:t>
            </w:r>
          </w:p>
        </w:tc>
        <w:tc>
          <w:tcPr>
            <w:tcW w:w="630" w:type="dxa"/>
            <w:tcMar>
              <w:top w:w="28" w:type="dxa"/>
              <w:left w:w="38" w:type="dxa"/>
              <w:bottom w:w="28" w:type="dxa"/>
              <w:right w:w="38" w:type="dxa"/>
            </w:tcMar>
            <w:vAlign w:val="center"/>
          </w:tcPr>
          <w:p w14:paraId="1019241E" w14:textId="77777777" w:rsidR="00D60D5E" w:rsidRDefault="00891EF0">
            <w:pPr>
              <w:spacing w:after="0" w:line="240" w:lineRule="auto"/>
              <w:jc w:val="center"/>
            </w:pPr>
            <w:r>
              <w:rPr>
                <w:rFonts w:eastAsia="Aptos"/>
                <w:b/>
                <w:sz w:val="17"/>
              </w:rPr>
              <w:t>6.15</w:t>
            </w:r>
          </w:p>
        </w:tc>
        <w:tc>
          <w:tcPr>
            <w:tcW w:w="540" w:type="dxa"/>
            <w:tcMar>
              <w:top w:w="28" w:type="dxa"/>
              <w:left w:w="38" w:type="dxa"/>
              <w:bottom w:w="28" w:type="dxa"/>
              <w:right w:w="38" w:type="dxa"/>
            </w:tcMar>
            <w:vAlign w:val="center"/>
          </w:tcPr>
          <w:p w14:paraId="2F8B48F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D7C3E06" w14:textId="77777777" w:rsidR="00D60D5E" w:rsidRDefault="00D60D5E">
            <w:pPr>
              <w:jc w:val="center"/>
            </w:pPr>
          </w:p>
        </w:tc>
      </w:tr>
      <w:tr w:rsidR="00D60D5E" w14:paraId="4AB74918" w14:textId="77777777" w:rsidTr="000617E0">
        <w:trPr>
          <w:cantSplit/>
          <w:jc w:val="center"/>
        </w:trPr>
        <w:tc>
          <w:tcPr>
            <w:tcW w:w="677" w:type="dxa"/>
            <w:tcMar>
              <w:top w:w="28" w:type="dxa"/>
              <w:left w:w="38" w:type="dxa"/>
              <w:bottom w:w="28" w:type="dxa"/>
              <w:right w:w="38" w:type="dxa"/>
            </w:tcMar>
            <w:vAlign w:val="center"/>
          </w:tcPr>
          <w:p w14:paraId="076F9293" w14:textId="77777777" w:rsidR="00D60D5E" w:rsidRDefault="00891EF0">
            <w:pPr>
              <w:spacing w:after="0" w:line="240" w:lineRule="auto"/>
              <w:jc w:val="center"/>
            </w:pPr>
            <w:r>
              <w:rPr>
                <w:rFonts w:eastAsia="Aptos"/>
                <w:color w:val="6A7075"/>
                <w:sz w:val="17"/>
              </w:rPr>
              <w:t>110-125</w:t>
            </w:r>
          </w:p>
        </w:tc>
        <w:tc>
          <w:tcPr>
            <w:tcW w:w="2648" w:type="dxa"/>
            <w:tcMar>
              <w:top w:w="28" w:type="dxa"/>
              <w:left w:w="38" w:type="dxa"/>
              <w:bottom w:w="28" w:type="dxa"/>
              <w:right w:w="38" w:type="dxa"/>
            </w:tcMar>
            <w:vAlign w:val="center"/>
          </w:tcPr>
          <w:p w14:paraId="5E56D510" w14:textId="77777777" w:rsidR="00D60D5E" w:rsidRDefault="00891EF0">
            <w:pPr>
              <w:spacing w:after="0" w:line="240" w:lineRule="auto"/>
            </w:pPr>
            <w:r>
              <w:rPr>
                <w:rFonts w:eastAsia="Aptos"/>
                <w:sz w:val="17"/>
              </w:rPr>
              <w:t>Cilantro 3/4oz</w:t>
            </w:r>
          </w:p>
        </w:tc>
        <w:tc>
          <w:tcPr>
            <w:tcW w:w="630" w:type="dxa"/>
            <w:tcMar>
              <w:top w:w="28" w:type="dxa"/>
              <w:left w:w="38" w:type="dxa"/>
              <w:bottom w:w="28" w:type="dxa"/>
              <w:right w:w="38" w:type="dxa"/>
            </w:tcMar>
            <w:vAlign w:val="center"/>
          </w:tcPr>
          <w:p w14:paraId="4438A17A"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4B9796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8587CC" w14:textId="77777777" w:rsidR="00D60D5E" w:rsidRDefault="00D60D5E">
            <w:pPr>
              <w:jc w:val="center"/>
            </w:pPr>
          </w:p>
        </w:tc>
      </w:tr>
      <w:tr w:rsidR="00D60D5E" w14:paraId="3E5307A7" w14:textId="77777777" w:rsidTr="000617E0">
        <w:trPr>
          <w:cantSplit/>
          <w:jc w:val="center"/>
        </w:trPr>
        <w:tc>
          <w:tcPr>
            <w:tcW w:w="677" w:type="dxa"/>
            <w:tcMar>
              <w:top w:w="28" w:type="dxa"/>
              <w:left w:w="38" w:type="dxa"/>
              <w:bottom w:w="28" w:type="dxa"/>
              <w:right w:w="38" w:type="dxa"/>
            </w:tcMar>
            <w:vAlign w:val="center"/>
          </w:tcPr>
          <w:p w14:paraId="747BE918" w14:textId="77777777" w:rsidR="00D60D5E" w:rsidRDefault="00891EF0">
            <w:pPr>
              <w:spacing w:after="0" w:line="240" w:lineRule="auto"/>
              <w:jc w:val="center"/>
            </w:pPr>
            <w:r>
              <w:rPr>
                <w:rFonts w:eastAsia="Aptos"/>
                <w:color w:val="6A7075"/>
                <w:sz w:val="17"/>
              </w:rPr>
              <w:t>110-130</w:t>
            </w:r>
          </w:p>
        </w:tc>
        <w:tc>
          <w:tcPr>
            <w:tcW w:w="2648" w:type="dxa"/>
            <w:tcMar>
              <w:top w:w="28" w:type="dxa"/>
              <w:left w:w="38" w:type="dxa"/>
              <w:bottom w:w="28" w:type="dxa"/>
              <w:right w:w="38" w:type="dxa"/>
            </w:tcMar>
            <w:vAlign w:val="center"/>
          </w:tcPr>
          <w:p w14:paraId="50AA3395" w14:textId="77777777" w:rsidR="00D60D5E" w:rsidRDefault="00891EF0">
            <w:pPr>
              <w:spacing w:after="0" w:line="240" w:lineRule="auto"/>
            </w:pPr>
            <w:r>
              <w:rPr>
                <w:rFonts w:eastAsia="Aptos"/>
                <w:sz w:val="17"/>
              </w:rPr>
              <w:t>Dill 3/4oz</w:t>
            </w:r>
          </w:p>
        </w:tc>
        <w:tc>
          <w:tcPr>
            <w:tcW w:w="630" w:type="dxa"/>
            <w:tcMar>
              <w:top w:w="28" w:type="dxa"/>
              <w:left w:w="38" w:type="dxa"/>
              <w:bottom w:w="28" w:type="dxa"/>
              <w:right w:w="38" w:type="dxa"/>
            </w:tcMar>
            <w:vAlign w:val="center"/>
          </w:tcPr>
          <w:p w14:paraId="2C89AA54"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385832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87FF1F" w14:textId="77777777" w:rsidR="00D60D5E" w:rsidRDefault="00D60D5E">
            <w:pPr>
              <w:jc w:val="center"/>
            </w:pPr>
          </w:p>
        </w:tc>
      </w:tr>
      <w:tr w:rsidR="00D60D5E" w14:paraId="058B8644" w14:textId="77777777" w:rsidTr="000617E0">
        <w:trPr>
          <w:cantSplit/>
          <w:jc w:val="center"/>
        </w:trPr>
        <w:tc>
          <w:tcPr>
            <w:tcW w:w="677" w:type="dxa"/>
            <w:tcMar>
              <w:top w:w="28" w:type="dxa"/>
              <w:left w:w="38" w:type="dxa"/>
              <w:bottom w:w="28" w:type="dxa"/>
              <w:right w:w="38" w:type="dxa"/>
            </w:tcMar>
            <w:vAlign w:val="center"/>
          </w:tcPr>
          <w:p w14:paraId="12595EC6" w14:textId="77777777" w:rsidR="00D60D5E" w:rsidRDefault="00891EF0">
            <w:pPr>
              <w:spacing w:after="0" w:line="240" w:lineRule="auto"/>
              <w:jc w:val="center"/>
            </w:pPr>
            <w:r>
              <w:rPr>
                <w:rFonts w:eastAsia="Aptos"/>
                <w:color w:val="6A7075"/>
                <w:sz w:val="17"/>
              </w:rPr>
              <w:t>110-135</w:t>
            </w:r>
          </w:p>
        </w:tc>
        <w:tc>
          <w:tcPr>
            <w:tcW w:w="2648" w:type="dxa"/>
            <w:tcMar>
              <w:top w:w="28" w:type="dxa"/>
              <w:left w:w="38" w:type="dxa"/>
              <w:bottom w:w="28" w:type="dxa"/>
              <w:right w:w="38" w:type="dxa"/>
            </w:tcMar>
            <w:vAlign w:val="center"/>
          </w:tcPr>
          <w:p w14:paraId="099581E3" w14:textId="77777777" w:rsidR="00D60D5E" w:rsidRDefault="00891EF0">
            <w:pPr>
              <w:spacing w:after="0" w:line="240" w:lineRule="auto"/>
            </w:pPr>
            <w:r>
              <w:rPr>
                <w:rFonts w:eastAsia="Aptos"/>
                <w:sz w:val="17"/>
              </w:rPr>
              <w:t>Ginger 3/4oz [per lb.]</w:t>
            </w:r>
          </w:p>
        </w:tc>
        <w:tc>
          <w:tcPr>
            <w:tcW w:w="630" w:type="dxa"/>
            <w:tcMar>
              <w:top w:w="28" w:type="dxa"/>
              <w:left w:w="38" w:type="dxa"/>
              <w:bottom w:w="28" w:type="dxa"/>
              <w:right w:w="38" w:type="dxa"/>
            </w:tcMar>
            <w:vAlign w:val="center"/>
          </w:tcPr>
          <w:p w14:paraId="47A49E88" w14:textId="77777777" w:rsidR="00D60D5E" w:rsidRDefault="00891EF0">
            <w:pPr>
              <w:spacing w:after="0" w:line="240" w:lineRule="auto"/>
              <w:jc w:val="center"/>
            </w:pPr>
            <w:r>
              <w:rPr>
                <w:rFonts w:eastAsia="Aptos"/>
                <w:b/>
                <w:sz w:val="17"/>
              </w:rPr>
              <w:t>6.25</w:t>
            </w:r>
          </w:p>
        </w:tc>
        <w:tc>
          <w:tcPr>
            <w:tcW w:w="540" w:type="dxa"/>
            <w:tcMar>
              <w:top w:w="28" w:type="dxa"/>
              <w:left w:w="38" w:type="dxa"/>
              <w:bottom w:w="28" w:type="dxa"/>
              <w:right w:w="38" w:type="dxa"/>
            </w:tcMar>
            <w:vAlign w:val="center"/>
          </w:tcPr>
          <w:p w14:paraId="1162A2A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0075D1B" w14:textId="77777777" w:rsidR="00D60D5E" w:rsidRDefault="00D60D5E">
            <w:pPr>
              <w:jc w:val="center"/>
            </w:pPr>
          </w:p>
        </w:tc>
      </w:tr>
      <w:tr w:rsidR="00D60D5E" w14:paraId="13EB6335" w14:textId="77777777" w:rsidTr="000617E0">
        <w:trPr>
          <w:cantSplit/>
          <w:jc w:val="center"/>
        </w:trPr>
        <w:tc>
          <w:tcPr>
            <w:tcW w:w="677" w:type="dxa"/>
            <w:tcMar>
              <w:top w:w="28" w:type="dxa"/>
              <w:left w:w="38" w:type="dxa"/>
              <w:bottom w:w="28" w:type="dxa"/>
              <w:right w:w="38" w:type="dxa"/>
            </w:tcMar>
            <w:vAlign w:val="center"/>
          </w:tcPr>
          <w:p w14:paraId="54AA8DAF" w14:textId="77777777" w:rsidR="00D60D5E" w:rsidRDefault="00891EF0">
            <w:pPr>
              <w:spacing w:after="0" w:line="240" w:lineRule="auto"/>
              <w:jc w:val="center"/>
            </w:pPr>
            <w:r>
              <w:rPr>
                <w:rFonts w:eastAsia="Aptos"/>
                <w:color w:val="6A7075"/>
                <w:sz w:val="17"/>
              </w:rPr>
              <w:t>110-140</w:t>
            </w:r>
          </w:p>
        </w:tc>
        <w:tc>
          <w:tcPr>
            <w:tcW w:w="2648" w:type="dxa"/>
            <w:tcMar>
              <w:top w:w="28" w:type="dxa"/>
              <w:left w:w="38" w:type="dxa"/>
              <w:bottom w:w="28" w:type="dxa"/>
              <w:right w:w="38" w:type="dxa"/>
            </w:tcMar>
            <w:vAlign w:val="center"/>
          </w:tcPr>
          <w:p w14:paraId="2E0A4825" w14:textId="77777777" w:rsidR="00D60D5E" w:rsidRDefault="00891EF0">
            <w:pPr>
              <w:spacing w:after="0" w:line="240" w:lineRule="auto"/>
            </w:pPr>
            <w:r>
              <w:rPr>
                <w:rFonts w:eastAsia="Aptos"/>
                <w:sz w:val="17"/>
              </w:rPr>
              <w:t>Mint 3/4oz</w:t>
            </w:r>
          </w:p>
        </w:tc>
        <w:tc>
          <w:tcPr>
            <w:tcW w:w="630" w:type="dxa"/>
            <w:tcMar>
              <w:top w:w="28" w:type="dxa"/>
              <w:left w:w="38" w:type="dxa"/>
              <w:bottom w:w="28" w:type="dxa"/>
              <w:right w:w="38" w:type="dxa"/>
            </w:tcMar>
            <w:vAlign w:val="center"/>
          </w:tcPr>
          <w:p w14:paraId="5B7E778D"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1DBD3A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73AE1C" w14:textId="77777777" w:rsidR="00D60D5E" w:rsidRDefault="00D60D5E">
            <w:pPr>
              <w:jc w:val="center"/>
            </w:pPr>
          </w:p>
        </w:tc>
      </w:tr>
      <w:tr w:rsidR="00D60D5E" w14:paraId="00B2F4C8" w14:textId="77777777" w:rsidTr="000617E0">
        <w:trPr>
          <w:cantSplit/>
          <w:jc w:val="center"/>
        </w:trPr>
        <w:tc>
          <w:tcPr>
            <w:tcW w:w="677" w:type="dxa"/>
            <w:tcMar>
              <w:top w:w="28" w:type="dxa"/>
              <w:left w:w="38" w:type="dxa"/>
              <w:bottom w:w="28" w:type="dxa"/>
              <w:right w:w="38" w:type="dxa"/>
            </w:tcMar>
            <w:vAlign w:val="center"/>
          </w:tcPr>
          <w:p w14:paraId="4849A59F" w14:textId="77777777" w:rsidR="00D60D5E" w:rsidRDefault="00891EF0">
            <w:pPr>
              <w:spacing w:after="0" w:line="240" w:lineRule="auto"/>
              <w:jc w:val="center"/>
            </w:pPr>
            <w:r>
              <w:rPr>
                <w:rFonts w:eastAsia="Aptos"/>
                <w:color w:val="6A7075"/>
                <w:sz w:val="17"/>
              </w:rPr>
              <w:t>110-145</w:t>
            </w:r>
          </w:p>
        </w:tc>
        <w:tc>
          <w:tcPr>
            <w:tcW w:w="2648" w:type="dxa"/>
            <w:tcMar>
              <w:top w:w="28" w:type="dxa"/>
              <w:left w:w="38" w:type="dxa"/>
              <w:bottom w:w="28" w:type="dxa"/>
              <w:right w:w="38" w:type="dxa"/>
            </w:tcMar>
            <w:vAlign w:val="center"/>
          </w:tcPr>
          <w:p w14:paraId="4C639589" w14:textId="77777777" w:rsidR="00D60D5E" w:rsidRDefault="00891EF0">
            <w:pPr>
              <w:spacing w:after="0" w:line="240" w:lineRule="auto"/>
            </w:pPr>
            <w:r>
              <w:rPr>
                <w:rFonts w:eastAsia="Aptos"/>
                <w:sz w:val="17"/>
              </w:rPr>
              <w:t>Marjoram 3/4oz</w:t>
            </w:r>
          </w:p>
        </w:tc>
        <w:tc>
          <w:tcPr>
            <w:tcW w:w="630" w:type="dxa"/>
            <w:tcMar>
              <w:top w:w="28" w:type="dxa"/>
              <w:left w:w="38" w:type="dxa"/>
              <w:bottom w:w="28" w:type="dxa"/>
              <w:right w:w="38" w:type="dxa"/>
            </w:tcMar>
            <w:vAlign w:val="center"/>
          </w:tcPr>
          <w:p w14:paraId="236C7B45"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13C1B9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E3BC14" w14:textId="77777777" w:rsidR="00D60D5E" w:rsidRDefault="00D60D5E">
            <w:pPr>
              <w:jc w:val="center"/>
            </w:pPr>
          </w:p>
        </w:tc>
      </w:tr>
      <w:tr w:rsidR="00D60D5E" w14:paraId="771EB37B" w14:textId="77777777" w:rsidTr="000617E0">
        <w:trPr>
          <w:cantSplit/>
          <w:jc w:val="center"/>
        </w:trPr>
        <w:tc>
          <w:tcPr>
            <w:tcW w:w="677" w:type="dxa"/>
            <w:tcMar>
              <w:top w:w="28" w:type="dxa"/>
              <w:left w:w="38" w:type="dxa"/>
              <w:bottom w:w="28" w:type="dxa"/>
              <w:right w:w="38" w:type="dxa"/>
            </w:tcMar>
            <w:vAlign w:val="center"/>
          </w:tcPr>
          <w:p w14:paraId="6C6541E5" w14:textId="77777777" w:rsidR="00D60D5E" w:rsidRDefault="00891EF0">
            <w:pPr>
              <w:spacing w:after="0" w:line="240" w:lineRule="auto"/>
              <w:jc w:val="center"/>
            </w:pPr>
            <w:r>
              <w:rPr>
                <w:rFonts w:eastAsia="Aptos"/>
                <w:color w:val="6A7075"/>
                <w:sz w:val="17"/>
              </w:rPr>
              <w:t>110-150</w:t>
            </w:r>
          </w:p>
        </w:tc>
        <w:tc>
          <w:tcPr>
            <w:tcW w:w="2648" w:type="dxa"/>
            <w:tcMar>
              <w:top w:w="28" w:type="dxa"/>
              <w:left w:w="38" w:type="dxa"/>
              <w:bottom w:w="28" w:type="dxa"/>
              <w:right w:w="38" w:type="dxa"/>
            </w:tcMar>
            <w:vAlign w:val="center"/>
          </w:tcPr>
          <w:p w14:paraId="039DD29A" w14:textId="77777777" w:rsidR="00D60D5E" w:rsidRDefault="00891EF0">
            <w:pPr>
              <w:spacing w:after="0" w:line="240" w:lineRule="auto"/>
            </w:pPr>
            <w:r>
              <w:rPr>
                <w:rFonts w:eastAsia="Aptos"/>
                <w:sz w:val="17"/>
              </w:rPr>
              <w:t>Oregano 3/4oz</w:t>
            </w:r>
          </w:p>
        </w:tc>
        <w:tc>
          <w:tcPr>
            <w:tcW w:w="630" w:type="dxa"/>
            <w:tcMar>
              <w:top w:w="28" w:type="dxa"/>
              <w:left w:w="38" w:type="dxa"/>
              <w:bottom w:w="28" w:type="dxa"/>
              <w:right w:w="38" w:type="dxa"/>
            </w:tcMar>
            <w:vAlign w:val="center"/>
          </w:tcPr>
          <w:p w14:paraId="58A505E2"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4DDF81D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844383" w14:textId="77777777" w:rsidR="00D60D5E" w:rsidRDefault="00D60D5E">
            <w:pPr>
              <w:jc w:val="center"/>
            </w:pPr>
          </w:p>
        </w:tc>
      </w:tr>
      <w:tr w:rsidR="00D60D5E" w14:paraId="4D681CC5" w14:textId="77777777" w:rsidTr="000617E0">
        <w:trPr>
          <w:cantSplit/>
          <w:jc w:val="center"/>
        </w:trPr>
        <w:tc>
          <w:tcPr>
            <w:tcW w:w="677" w:type="dxa"/>
            <w:tcMar>
              <w:top w:w="28" w:type="dxa"/>
              <w:left w:w="38" w:type="dxa"/>
              <w:bottom w:w="28" w:type="dxa"/>
              <w:right w:w="38" w:type="dxa"/>
            </w:tcMar>
            <w:vAlign w:val="center"/>
          </w:tcPr>
          <w:p w14:paraId="6FD86D0B" w14:textId="77777777" w:rsidR="00D60D5E" w:rsidRDefault="00891EF0">
            <w:pPr>
              <w:spacing w:after="0" w:line="240" w:lineRule="auto"/>
              <w:jc w:val="center"/>
            </w:pPr>
            <w:r>
              <w:rPr>
                <w:rFonts w:eastAsia="Aptos"/>
                <w:color w:val="6A7075"/>
                <w:sz w:val="17"/>
              </w:rPr>
              <w:t>110-155</w:t>
            </w:r>
          </w:p>
        </w:tc>
        <w:tc>
          <w:tcPr>
            <w:tcW w:w="2648" w:type="dxa"/>
            <w:tcMar>
              <w:top w:w="28" w:type="dxa"/>
              <w:left w:w="38" w:type="dxa"/>
              <w:bottom w:w="28" w:type="dxa"/>
              <w:right w:w="38" w:type="dxa"/>
            </w:tcMar>
            <w:vAlign w:val="center"/>
          </w:tcPr>
          <w:p w14:paraId="5CDC2678" w14:textId="77777777" w:rsidR="00D60D5E" w:rsidRDefault="00891EF0">
            <w:pPr>
              <w:spacing w:after="0" w:line="240" w:lineRule="auto"/>
            </w:pPr>
            <w:r>
              <w:rPr>
                <w:rFonts w:eastAsia="Aptos"/>
                <w:sz w:val="17"/>
              </w:rPr>
              <w:t>Parsley 3/4oz</w:t>
            </w:r>
          </w:p>
        </w:tc>
        <w:tc>
          <w:tcPr>
            <w:tcW w:w="630" w:type="dxa"/>
            <w:tcMar>
              <w:top w:w="28" w:type="dxa"/>
              <w:left w:w="38" w:type="dxa"/>
              <w:bottom w:w="28" w:type="dxa"/>
              <w:right w:w="38" w:type="dxa"/>
            </w:tcMar>
            <w:vAlign w:val="center"/>
          </w:tcPr>
          <w:p w14:paraId="04BCC3F5"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58B632D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CA5693" w14:textId="77777777" w:rsidR="00D60D5E" w:rsidRDefault="00D60D5E">
            <w:pPr>
              <w:jc w:val="center"/>
            </w:pPr>
          </w:p>
        </w:tc>
      </w:tr>
      <w:tr w:rsidR="00D60D5E" w14:paraId="19EF6FF2" w14:textId="77777777" w:rsidTr="000617E0">
        <w:trPr>
          <w:cantSplit/>
          <w:jc w:val="center"/>
        </w:trPr>
        <w:tc>
          <w:tcPr>
            <w:tcW w:w="677" w:type="dxa"/>
            <w:tcMar>
              <w:top w:w="28" w:type="dxa"/>
              <w:left w:w="38" w:type="dxa"/>
              <w:bottom w:w="28" w:type="dxa"/>
              <w:right w:w="38" w:type="dxa"/>
            </w:tcMar>
            <w:vAlign w:val="center"/>
          </w:tcPr>
          <w:p w14:paraId="2E248377" w14:textId="77777777" w:rsidR="00D60D5E" w:rsidRDefault="00891EF0">
            <w:pPr>
              <w:spacing w:after="0" w:line="240" w:lineRule="auto"/>
              <w:jc w:val="center"/>
            </w:pPr>
            <w:r>
              <w:rPr>
                <w:rFonts w:eastAsia="Aptos"/>
                <w:color w:val="6A7075"/>
                <w:sz w:val="17"/>
              </w:rPr>
              <w:t>110-160</w:t>
            </w:r>
          </w:p>
        </w:tc>
        <w:tc>
          <w:tcPr>
            <w:tcW w:w="2648" w:type="dxa"/>
            <w:tcMar>
              <w:top w:w="28" w:type="dxa"/>
              <w:left w:w="38" w:type="dxa"/>
              <w:bottom w:w="28" w:type="dxa"/>
              <w:right w:w="38" w:type="dxa"/>
            </w:tcMar>
            <w:vAlign w:val="center"/>
          </w:tcPr>
          <w:p w14:paraId="49D43429" w14:textId="77777777" w:rsidR="00D60D5E" w:rsidRDefault="00891EF0">
            <w:pPr>
              <w:spacing w:after="0" w:line="240" w:lineRule="auto"/>
            </w:pPr>
            <w:r>
              <w:rPr>
                <w:rFonts w:eastAsia="Aptos"/>
                <w:sz w:val="17"/>
              </w:rPr>
              <w:t>Rosemary 3/4oz</w:t>
            </w:r>
          </w:p>
        </w:tc>
        <w:tc>
          <w:tcPr>
            <w:tcW w:w="630" w:type="dxa"/>
            <w:tcMar>
              <w:top w:w="28" w:type="dxa"/>
              <w:left w:w="38" w:type="dxa"/>
              <w:bottom w:w="28" w:type="dxa"/>
              <w:right w:w="38" w:type="dxa"/>
            </w:tcMar>
            <w:vAlign w:val="center"/>
          </w:tcPr>
          <w:p w14:paraId="6CE1F11E"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32EBFF2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A7C9A4" w14:textId="77777777" w:rsidR="00D60D5E" w:rsidRDefault="00D60D5E">
            <w:pPr>
              <w:jc w:val="center"/>
            </w:pPr>
          </w:p>
        </w:tc>
      </w:tr>
      <w:tr w:rsidR="00D60D5E" w14:paraId="19165F9A" w14:textId="77777777" w:rsidTr="000617E0">
        <w:trPr>
          <w:cantSplit/>
          <w:jc w:val="center"/>
        </w:trPr>
        <w:tc>
          <w:tcPr>
            <w:tcW w:w="677" w:type="dxa"/>
            <w:tcMar>
              <w:top w:w="28" w:type="dxa"/>
              <w:left w:w="38" w:type="dxa"/>
              <w:bottom w:w="28" w:type="dxa"/>
              <w:right w:w="38" w:type="dxa"/>
            </w:tcMar>
            <w:vAlign w:val="center"/>
          </w:tcPr>
          <w:p w14:paraId="11A668D0" w14:textId="77777777" w:rsidR="00D60D5E" w:rsidRDefault="00891EF0">
            <w:pPr>
              <w:spacing w:after="0" w:line="240" w:lineRule="auto"/>
              <w:jc w:val="center"/>
            </w:pPr>
            <w:r>
              <w:rPr>
                <w:rFonts w:eastAsia="Aptos"/>
                <w:color w:val="6A7075"/>
                <w:sz w:val="17"/>
              </w:rPr>
              <w:t>110-170</w:t>
            </w:r>
          </w:p>
        </w:tc>
        <w:tc>
          <w:tcPr>
            <w:tcW w:w="2648" w:type="dxa"/>
            <w:tcMar>
              <w:top w:w="28" w:type="dxa"/>
              <w:left w:w="38" w:type="dxa"/>
              <w:bottom w:w="28" w:type="dxa"/>
              <w:right w:w="38" w:type="dxa"/>
            </w:tcMar>
            <w:vAlign w:val="center"/>
          </w:tcPr>
          <w:p w14:paraId="380FBB7F" w14:textId="77777777" w:rsidR="00D60D5E" w:rsidRDefault="00891EF0">
            <w:pPr>
              <w:spacing w:after="0" w:line="240" w:lineRule="auto"/>
            </w:pPr>
            <w:r>
              <w:rPr>
                <w:rFonts w:eastAsia="Aptos"/>
                <w:sz w:val="17"/>
              </w:rPr>
              <w:t>Tarragon 3/4oz</w:t>
            </w:r>
          </w:p>
        </w:tc>
        <w:tc>
          <w:tcPr>
            <w:tcW w:w="630" w:type="dxa"/>
            <w:tcMar>
              <w:top w:w="28" w:type="dxa"/>
              <w:left w:w="38" w:type="dxa"/>
              <w:bottom w:w="28" w:type="dxa"/>
              <w:right w:w="38" w:type="dxa"/>
            </w:tcMar>
            <w:vAlign w:val="center"/>
          </w:tcPr>
          <w:p w14:paraId="4E98B900"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53FE01E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9AD626" w14:textId="77777777" w:rsidR="00D60D5E" w:rsidRDefault="00D60D5E">
            <w:pPr>
              <w:jc w:val="center"/>
            </w:pPr>
          </w:p>
        </w:tc>
      </w:tr>
      <w:tr w:rsidR="00D60D5E" w14:paraId="584F369D" w14:textId="77777777" w:rsidTr="000617E0">
        <w:trPr>
          <w:cantSplit/>
          <w:jc w:val="center"/>
        </w:trPr>
        <w:tc>
          <w:tcPr>
            <w:tcW w:w="677" w:type="dxa"/>
            <w:tcMar>
              <w:top w:w="28" w:type="dxa"/>
              <w:left w:w="38" w:type="dxa"/>
              <w:bottom w:w="28" w:type="dxa"/>
              <w:right w:w="38" w:type="dxa"/>
            </w:tcMar>
            <w:vAlign w:val="center"/>
          </w:tcPr>
          <w:p w14:paraId="0A5E4AB9" w14:textId="77777777" w:rsidR="00D60D5E" w:rsidRDefault="00891EF0">
            <w:pPr>
              <w:spacing w:after="0" w:line="240" w:lineRule="auto"/>
              <w:jc w:val="center"/>
            </w:pPr>
            <w:r>
              <w:rPr>
                <w:rFonts w:eastAsia="Aptos"/>
                <w:color w:val="6A7075"/>
                <w:sz w:val="17"/>
              </w:rPr>
              <w:t>110-175</w:t>
            </w:r>
          </w:p>
        </w:tc>
        <w:tc>
          <w:tcPr>
            <w:tcW w:w="2648" w:type="dxa"/>
            <w:tcMar>
              <w:top w:w="28" w:type="dxa"/>
              <w:left w:w="38" w:type="dxa"/>
              <w:bottom w:w="28" w:type="dxa"/>
              <w:right w:w="38" w:type="dxa"/>
            </w:tcMar>
            <w:vAlign w:val="center"/>
          </w:tcPr>
          <w:p w14:paraId="5E656263" w14:textId="77777777" w:rsidR="00D60D5E" w:rsidRDefault="00891EF0">
            <w:pPr>
              <w:spacing w:after="0" w:line="240" w:lineRule="auto"/>
            </w:pPr>
            <w:r>
              <w:rPr>
                <w:rFonts w:eastAsia="Aptos"/>
                <w:sz w:val="17"/>
              </w:rPr>
              <w:t>Thyme 3/4oz</w:t>
            </w:r>
          </w:p>
        </w:tc>
        <w:tc>
          <w:tcPr>
            <w:tcW w:w="630" w:type="dxa"/>
            <w:tcMar>
              <w:top w:w="28" w:type="dxa"/>
              <w:left w:w="38" w:type="dxa"/>
              <w:bottom w:w="28" w:type="dxa"/>
              <w:right w:w="38" w:type="dxa"/>
            </w:tcMar>
            <w:vAlign w:val="center"/>
          </w:tcPr>
          <w:p w14:paraId="727C5F3B"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285E508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43E258" w14:textId="77777777" w:rsidR="00D60D5E" w:rsidRDefault="00D60D5E">
            <w:pPr>
              <w:jc w:val="center"/>
            </w:pPr>
          </w:p>
        </w:tc>
      </w:tr>
      <w:tr w:rsidR="00D60D5E" w14:paraId="42CF881F" w14:textId="77777777" w:rsidTr="000617E0">
        <w:trPr>
          <w:cantSplit/>
          <w:jc w:val="center"/>
        </w:trPr>
        <w:tc>
          <w:tcPr>
            <w:tcW w:w="677" w:type="dxa"/>
            <w:tcMar>
              <w:top w:w="28" w:type="dxa"/>
              <w:left w:w="38" w:type="dxa"/>
              <w:bottom w:w="28" w:type="dxa"/>
              <w:right w:w="38" w:type="dxa"/>
            </w:tcMar>
            <w:vAlign w:val="center"/>
          </w:tcPr>
          <w:p w14:paraId="71EF0D68" w14:textId="77777777" w:rsidR="00D60D5E" w:rsidRDefault="00891EF0">
            <w:pPr>
              <w:spacing w:after="0" w:line="240" w:lineRule="auto"/>
              <w:jc w:val="center"/>
            </w:pPr>
            <w:r>
              <w:rPr>
                <w:rFonts w:eastAsia="Aptos"/>
                <w:color w:val="6A7075"/>
                <w:sz w:val="17"/>
              </w:rPr>
              <w:t>110-180</w:t>
            </w:r>
          </w:p>
        </w:tc>
        <w:tc>
          <w:tcPr>
            <w:tcW w:w="2648" w:type="dxa"/>
            <w:tcMar>
              <w:top w:w="28" w:type="dxa"/>
              <w:left w:w="38" w:type="dxa"/>
              <w:bottom w:w="28" w:type="dxa"/>
              <w:right w:w="38" w:type="dxa"/>
            </w:tcMar>
            <w:vAlign w:val="center"/>
          </w:tcPr>
          <w:p w14:paraId="7AE24FF4" w14:textId="77777777" w:rsidR="00D60D5E" w:rsidRDefault="00891EF0">
            <w:pPr>
              <w:spacing w:after="0" w:line="240" w:lineRule="auto"/>
            </w:pPr>
            <w:r>
              <w:rPr>
                <w:rFonts w:eastAsia="Aptos"/>
                <w:sz w:val="17"/>
              </w:rPr>
              <w:t>Bay Leaf 3/4oz</w:t>
            </w:r>
          </w:p>
        </w:tc>
        <w:tc>
          <w:tcPr>
            <w:tcW w:w="630" w:type="dxa"/>
            <w:tcMar>
              <w:top w:w="28" w:type="dxa"/>
              <w:left w:w="38" w:type="dxa"/>
              <w:bottom w:w="28" w:type="dxa"/>
              <w:right w:w="38" w:type="dxa"/>
            </w:tcMar>
            <w:vAlign w:val="center"/>
          </w:tcPr>
          <w:p w14:paraId="57224989"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596BFD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E49908" w14:textId="77777777" w:rsidR="00D60D5E" w:rsidRDefault="00D60D5E">
            <w:pPr>
              <w:jc w:val="center"/>
            </w:pPr>
          </w:p>
        </w:tc>
      </w:tr>
      <w:tr w:rsidR="00D60D5E" w14:paraId="34074F13" w14:textId="77777777" w:rsidTr="000617E0">
        <w:trPr>
          <w:cantSplit/>
          <w:jc w:val="center"/>
        </w:trPr>
        <w:tc>
          <w:tcPr>
            <w:tcW w:w="677" w:type="dxa"/>
            <w:tcMar>
              <w:top w:w="28" w:type="dxa"/>
              <w:left w:w="38" w:type="dxa"/>
              <w:bottom w:w="28" w:type="dxa"/>
              <w:right w:w="38" w:type="dxa"/>
            </w:tcMar>
            <w:vAlign w:val="center"/>
          </w:tcPr>
          <w:p w14:paraId="2EA5DA4A" w14:textId="77777777" w:rsidR="00D60D5E" w:rsidRDefault="00891EF0">
            <w:pPr>
              <w:spacing w:after="0" w:line="240" w:lineRule="auto"/>
              <w:jc w:val="center"/>
            </w:pPr>
            <w:r>
              <w:rPr>
                <w:rFonts w:eastAsia="Aptos"/>
                <w:color w:val="6A7075"/>
                <w:sz w:val="17"/>
              </w:rPr>
              <w:t>110-185</w:t>
            </w:r>
          </w:p>
        </w:tc>
        <w:tc>
          <w:tcPr>
            <w:tcW w:w="2648" w:type="dxa"/>
            <w:tcMar>
              <w:top w:w="28" w:type="dxa"/>
              <w:left w:w="38" w:type="dxa"/>
              <w:bottom w:w="28" w:type="dxa"/>
              <w:right w:w="38" w:type="dxa"/>
            </w:tcMar>
            <w:vAlign w:val="center"/>
          </w:tcPr>
          <w:p w14:paraId="2BB4183C" w14:textId="77777777" w:rsidR="00D60D5E" w:rsidRDefault="00891EF0">
            <w:pPr>
              <w:spacing w:after="0" w:line="240" w:lineRule="auto"/>
            </w:pPr>
            <w:r>
              <w:rPr>
                <w:rFonts w:eastAsia="Aptos"/>
                <w:sz w:val="17"/>
              </w:rPr>
              <w:t>Sorrel 3/4oz</w:t>
            </w:r>
          </w:p>
        </w:tc>
        <w:tc>
          <w:tcPr>
            <w:tcW w:w="630" w:type="dxa"/>
            <w:tcMar>
              <w:top w:w="28" w:type="dxa"/>
              <w:left w:w="38" w:type="dxa"/>
              <w:bottom w:w="28" w:type="dxa"/>
              <w:right w:w="38" w:type="dxa"/>
            </w:tcMar>
            <w:vAlign w:val="center"/>
          </w:tcPr>
          <w:p w14:paraId="371276FC"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5A6B7C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9194D3" w14:textId="77777777" w:rsidR="00D60D5E" w:rsidRDefault="00D60D5E">
            <w:pPr>
              <w:jc w:val="center"/>
            </w:pPr>
          </w:p>
        </w:tc>
      </w:tr>
      <w:tr w:rsidR="00D60D5E" w14:paraId="334156BA" w14:textId="77777777" w:rsidTr="000617E0">
        <w:trPr>
          <w:cantSplit/>
          <w:jc w:val="center"/>
        </w:trPr>
        <w:tc>
          <w:tcPr>
            <w:tcW w:w="677" w:type="dxa"/>
            <w:tcMar>
              <w:top w:w="28" w:type="dxa"/>
              <w:left w:w="38" w:type="dxa"/>
              <w:bottom w:w="28" w:type="dxa"/>
              <w:right w:w="38" w:type="dxa"/>
            </w:tcMar>
            <w:vAlign w:val="center"/>
          </w:tcPr>
          <w:p w14:paraId="17715F60" w14:textId="77777777" w:rsidR="00D60D5E" w:rsidRDefault="00891EF0">
            <w:pPr>
              <w:spacing w:after="0" w:line="240" w:lineRule="auto"/>
              <w:jc w:val="center"/>
            </w:pPr>
            <w:r>
              <w:rPr>
                <w:rFonts w:eastAsia="Aptos"/>
                <w:color w:val="6A7075"/>
                <w:sz w:val="17"/>
              </w:rPr>
              <w:t>110-190</w:t>
            </w:r>
          </w:p>
        </w:tc>
        <w:tc>
          <w:tcPr>
            <w:tcW w:w="2648" w:type="dxa"/>
            <w:tcMar>
              <w:top w:w="28" w:type="dxa"/>
              <w:left w:w="38" w:type="dxa"/>
              <w:bottom w:w="28" w:type="dxa"/>
              <w:right w:w="38" w:type="dxa"/>
            </w:tcMar>
            <w:vAlign w:val="center"/>
          </w:tcPr>
          <w:p w14:paraId="7364A6AF" w14:textId="77777777" w:rsidR="00D60D5E" w:rsidRDefault="00891EF0">
            <w:pPr>
              <w:spacing w:after="0" w:line="240" w:lineRule="auto"/>
            </w:pPr>
            <w:r>
              <w:rPr>
                <w:rFonts w:eastAsia="Aptos"/>
                <w:sz w:val="17"/>
              </w:rPr>
              <w:t>Lemon Grass 3/4oz</w:t>
            </w:r>
          </w:p>
        </w:tc>
        <w:tc>
          <w:tcPr>
            <w:tcW w:w="630" w:type="dxa"/>
            <w:tcMar>
              <w:top w:w="28" w:type="dxa"/>
              <w:left w:w="38" w:type="dxa"/>
              <w:bottom w:w="28" w:type="dxa"/>
              <w:right w:w="38" w:type="dxa"/>
            </w:tcMar>
            <w:vAlign w:val="center"/>
          </w:tcPr>
          <w:p w14:paraId="775B8C58" w14:textId="77777777" w:rsidR="00D60D5E" w:rsidRDefault="00891EF0">
            <w:pPr>
              <w:spacing w:after="0" w:line="240" w:lineRule="auto"/>
              <w:jc w:val="center"/>
            </w:pPr>
            <w:r>
              <w:rPr>
                <w:rFonts w:eastAsia="Aptos"/>
                <w:b/>
                <w:sz w:val="17"/>
              </w:rPr>
              <w:t>4.00</w:t>
            </w:r>
          </w:p>
        </w:tc>
        <w:tc>
          <w:tcPr>
            <w:tcW w:w="540" w:type="dxa"/>
            <w:tcMar>
              <w:top w:w="28" w:type="dxa"/>
              <w:left w:w="38" w:type="dxa"/>
              <w:bottom w:w="28" w:type="dxa"/>
              <w:right w:w="38" w:type="dxa"/>
            </w:tcMar>
            <w:vAlign w:val="center"/>
          </w:tcPr>
          <w:p w14:paraId="0E24071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7304E87" w14:textId="77777777" w:rsidR="00D60D5E" w:rsidRDefault="00D60D5E">
            <w:pPr>
              <w:jc w:val="center"/>
            </w:pPr>
          </w:p>
        </w:tc>
      </w:tr>
      <w:tr w:rsidR="00D60D5E" w14:paraId="1EAA2EC5" w14:textId="77777777" w:rsidTr="000617E0">
        <w:trPr>
          <w:cantSplit/>
          <w:jc w:val="center"/>
        </w:trPr>
        <w:tc>
          <w:tcPr>
            <w:tcW w:w="677" w:type="dxa"/>
            <w:shd w:val="clear" w:color="auto" w:fill="D9EAF7"/>
            <w:tcMar>
              <w:top w:w="28" w:type="dxa"/>
              <w:left w:w="38" w:type="dxa"/>
              <w:bottom w:w="28" w:type="dxa"/>
              <w:right w:w="38" w:type="dxa"/>
            </w:tcMar>
            <w:vAlign w:val="center"/>
          </w:tcPr>
          <w:p w14:paraId="6CA8F48F" w14:textId="77777777" w:rsidR="00D60D5E" w:rsidRDefault="00891EF0">
            <w:pPr>
              <w:spacing w:after="0" w:line="240" w:lineRule="auto"/>
              <w:jc w:val="center"/>
            </w:pPr>
            <w:r>
              <w:rPr>
                <w:rFonts w:eastAsia="Aptos"/>
                <w:b/>
                <w:color w:val="76A943"/>
                <w:sz w:val="18"/>
              </w:rPr>
              <w:t>115-</w:t>
            </w:r>
          </w:p>
        </w:tc>
        <w:tc>
          <w:tcPr>
            <w:tcW w:w="2648" w:type="dxa"/>
            <w:shd w:val="clear" w:color="auto" w:fill="D9EAF7"/>
            <w:tcMar>
              <w:top w:w="28" w:type="dxa"/>
              <w:left w:w="38" w:type="dxa"/>
              <w:bottom w:w="28" w:type="dxa"/>
              <w:right w:w="38" w:type="dxa"/>
            </w:tcMar>
            <w:vAlign w:val="center"/>
          </w:tcPr>
          <w:p w14:paraId="28BB0DBC" w14:textId="77777777" w:rsidR="00D60D5E" w:rsidRDefault="00891EF0">
            <w:pPr>
              <w:spacing w:after="0" w:line="240" w:lineRule="auto"/>
            </w:pPr>
            <w:r>
              <w:rPr>
                <w:rFonts w:eastAsia="Aptos"/>
                <w:b/>
                <w:color w:val="76A943"/>
                <w:sz w:val="18"/>
              </w:rPr>
              <w:t>PASTA-FRESH</w:t>
            </w:r>
          </w:p>
        </w:tc>
        <w:tc>
          <w:tcPr>
            <w:tcW w:w="630" w:type="dxa"/>
            <w:shd w:val="clear" w:color="auto" w:fill="D9EAF7"/>
            <w:tcMar>
              <w:top w:w="28" w:type="dxa"/>
              <w:left w:w="38" w:type="dxa"/>
              <w:bottom w:w="28" w:type="dxa"/>
              <w:right w:w="38" w:type="dxa"/>
            </w:tcMar>
            <w:vAlign w:val="center"/>
          </w:tcPr>
          <w:p w14:paraId="2B0A9B79"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50FB30F2"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4F919266" w14:textId="77777777" w:rsidR="00D60D5E" w:rsidRDefault="00D60D5E">
            <w:pPr>
              <w:jc w:val="center"/>
            </w:pPr>
          </w:p>
        </w:tc>
      </w:tr>
      <w:tr w:rsidR="00D60D5E" w14:paraId="015F1AC7" w14:textId="77777777" w:rsidTr="000617E0">
        <w:trPr>
          <w:cantSplit/>
          <w:jc w:val="center"/>
        </w:trPr>
        <w:tc>
          <w:tcPr>
            <w:tcW w:w="677" w:type="dxa"/>
            <w:tcMar>
              <w:top w:w="28" w:type="dxa"/>
              <w:left w:w="38" w:type="dxa"/>
              <w:bottom w:w="28" w:type="dxa"/>
              <w:right w:w="38" w:type="dxa"/>
            </w:tcMar>
            <w:vAlign w:val="center"/>
          </w:tcPr>
          <w:p w14:paraId="01D0FBA2" w14:textId="77777777" w:rsidR="00D60D5E" w:rsidRDefault="00891EF0">
            <w:pPr>
              <w:spacing w:after="0" w:line="240" w:lineRule="auto"/>
              <w:jc w:val="center"/>
            </w:pPr>
            <w:r>
              <w:rPr>
                <w:rFonts w:eastAsia="Aptos"/>
                <w:color w:val="6A7075"/>
                <w:sz w:val="17"/>
              </w:rPr>
              <w:t>115-105</w:t>
            </w:r>
          </w:p>
        </w:tc>
        <w:tc>
          <w:tcPr>
            <w:tcW w:w="2648" w:type="dxa"/>
            <w:tcMar>
              <w:top w:w="28" w:type="dxa"/>
              <w:left w:w="38" w:type="dxa"/>
              <w:bottom w:w="28" w:type="dxa"/>
              <w:right w:w="38" w:type="dxa"/>
            </w:tcMar>
            <w:vAlign w:val="center"/>
          </w:tcPr>
          <w:p w14:paraId="495234F1" w14:textId="77777777" w:rsidR="00D60D5E" w:rsidRDefault="00891EF0">
            <w:pPr>
              <w:spacing w:after="0" w:line="240" w:lineRule="auto"/>
            </w:pPr>
            <w:r>
              <w:rPr>
                <w:rFonts w:eastAsia="Aptos"/>
                <w:sz w:val="17"/>
              </w:rPr>
              <w:t>Angel Hair 9oz</w:t>
            </w:r>
          </w:p>
        </w:tc>
        <w:tc>
          <w:tcPr>
            <w:tcW w:w="630" w:type="dxa"/>
            <w:tcMar>
              <w:top w:w="28" w:type="dxa"/>
              <w:left w:w="38" w:type="dxa"/>
              <w:bottom w:w="28" w:type="dxa"/>
              <w:right w:w="38" w:type="dxa"/>
            </w:tcMar>
            <w:vAlign w:val="center"/>
          </w:tcPr>
          <w:p w14:paraId="71C5D924"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4E2837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F4B20A" w14:textId="77777777" w:rsidR="00D60D5E" w:rsidRDefault="00D60D5E">
            <w:pPr>
              <w:jc w:val="center"/>
            </w:pPr>
          </w:p>
        </w:tc>
      </w:tr>
      <w:tr w:rsidR="00D60D5E" w14:paraId="26F74797" w14:textId="77777777" w:rsidTr="000617E0">
        <w:trPr>
          <w:cantSplit/>
          <w:jc w:val="center"/>
        </w:trPr>
        <w:tc>
          <w:tcPr>
            <w:tcW w:w="677" w:type="dxa"/>
            <w:tcMar>
              <w:top w:w="28" w:type="dxa"/>
              <w:left w:w="38" w:type="dxa"/>
              <w:bottom w:w="28" w:type="dxa"/>
              <w:right w:w="38" w:type="dxa"/>
            </w:tcMar>
            <w:vAlign w:val="center"/>
          </w:tcPr>
          <w:p w14:paraId="3893028F" w14:textId="77777777" w:rsidR="00D60D5E" w:rsidRDefault="00891EF0">
            <w:pPr>
              <w:spacing w:after="0" w:line="240" w:lineRule="auto"/>
              <w:jc w:val="center"/>
            </w:pPr>
            <w:r>
              <w:rPr>
                <w:rFonts w:eastAsia="Aptos"/>
                <w:color w:val="6A7075"/>
                <w:sz w:val="17"/>
              </w:rPr>
              <w:t>115-110</w:t>
            </w:r>
          </w:p>
        </w:tc>
        <w:tc>
          <w:tcPr>
            <w:tcW w:w="2648" w:type="dxa"/>
            <w:tcMar>
              <w:top w:w="28" w:type="dxa"/>
              <w:left w:w="38" w:type="dxa"/>
              <w:bottom w:w="28" w:type="dxa"/>
              <w:right w:w="38" w:type="dxa"/>
            </w:tcMar>
            <w:vAlign w:val="center"/>
          </w:tcPr>
          <w:p w14:paraId="7AD5FF9D" w14:textId="77777777" w:rsidR="00D60D5E" w:rsidRDefault="00891EF0">
            <w:pPr>
              <w:spacing w:after="0" w:line="240" w:lineRule="auto"/>
            </w:pPr>
            <w:r>
              <w:rPr>
                <w:rFonts w:eastAsia="Aptos"/>
                <w:sz w:val="17"/>
              </w:rPr>
              <w:t>Fettuccini [9oz]</w:t>
            </w:r>
          </w:p>
        </w:tc>
        <w:tc>
          <w:tcPr>
            <w:tcW w:w="630" w:type="dxa"/>
            <w:tcMar>
              <w:top w:w="28" w:type="dxa"/>
              <w:left w:w="38" w:type="dxa"/>
              <w:bottom w:w="28" w:type="dxa"/>
              <w:right w:w="38" w:type="dxa"/>
            </w:tcMar>
            <w:vAlign w:val="center"/>
          </w:tcPr>
          <w:p w14:paraId="7EBC2344"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12A1E4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B507C0" w14:textId="77777777" w:rsidR="00D60D5E" w:rsidRDefault="00D60D5E">
            <w:pPr>
              <w:jc w:val="center"/>
            </w:pPr>
          </w:p>
        </w:tc>
      </w:tr>
      <w:tr w:rsidR="00D60D5E" w14:paraId="51625CC4" w14:textId="77777777" w:rsidTr="000617E0">
        <w:trPr>
          <w:cantSplit/>
          <w:jc w:val="center"/>
        </w:trPr>
        <w:tc>
          <w:tcPr>
            <w:tcW w:w="677" w:type="dxa"/>
            <w:tcMar>
              <w:top w:w="28" w:type="dxa"/>
              <w:left w:w="38" w:type="dxa"/>
              <w:bottom w:w="28" w:type="dxa"/>
              <w:right w:w="38" w:type="dxa"/>
            </w:tcMar>
            <w:vAlign w:val="center"/>
          </w:tcPr>
          <w:p w14:paraId="7782227A" w14:textId="77777777" w:rsidR="00D60D5E" w:rsidRDefault="00891EF0">
            <w:pPr>
              <w:spacing w:after="0" w:line="240" w:lineRule="auto"/>
              <w:jc w:val="center"/>
            </w:pPr>
            <w:r>
              <w:rPr>
                <w:rFonts w:eastAsia="Aptos"/>
                <w:color w:val="6A7075"/>
                <w:sz w:val="17"/>
              </w:rPr>
              <w:t>115-115</w:t>
            </w:r>
          </w:p>
        </w:tc>
        <w:tc>
          <w:tcPr>
            <w:tcW w:w="2648" w:type="dxa"/>
            <w:tcMar>
              <w:top w:w="28" w:type="dxa"/>
              <w:left w:w="38" w:type="dxa"/>
              <w:bottom w:w="28" w:type="dxa"/>
              <w:right w:w="38" w:type="dxa"/>
            </w:tcMar>
            <w:vAlign w:val="center"/>
          </w:tcPr>
          <w:p w14:paraId="56718C1E" w14:textId="77777777" w:rsidR="00D60D5E" w:rsidRDefault="00891EF0">
            <w:pPr>
              <w:spacing w:after="0" w:line="240" w:lineRule="auto"/>
            </w:pPr>
            <w:r>
              <w:rPr>
                <w:rFonts w:eastAsia="Aptos"/>
                <w:sz w:val="17"/>
              </w:rPr>
              <w:t>Linguine 9oz</w:t>
            </w:r>
          </w:p>
        </w:tc>
        <w:tc>
          <w:tcPr>
            <w:tcW w:w="630" w:type="dxa"/>
            <w:tcMar>
              <w:top w:w="28" w:type="dxa"/>
              <w:left w:w="38" w:type="dxa"/>
              <w:bottom w:w="28" w:type="dxa"/>
              <w:right w:w="38" w:type="dxa"/>
            </w:tcMar>
            <w:vAlign w:val="center"/>
          </w:tcPr>
          <w:p w14:paraId="5D194705"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2DC668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AE6B97" w14:textId="77777777" w:rsidR="00D60D5E" w:rsidRDefault="00D60D5E">
            <w:pPr>
              <w:jc w:val="center"/>
            </w:pPr>
          </w:p>
        </w:tc>
      </w:tr>
      <w:tr w:rsidR="00D60D5E" w14:paraId="2F1B310A" w14:textId="77777777" w:rsidTr="000617E0">
        <w:trPr>
          <w:cantSplit/>
          <w:jc w:val="center"/>
        </w:trPr>
        <w:tc>
          <w:tcPr>
            <w:tcW w:w="677" w:type="dxa"/>
            <w:tcMar>
              <w:top w:w="28" w:type="dxa"/>
              <w:left w:w="38" w:type="dxa"/>
              <w:bottom w:w="28" w:type="dxa"/>
              <w:right w:w="38" w:type="dxa"/>
            </w:tcMar>
            <w:vAlign w:val="center"/>
          </w:tcPr>
          <w:p w14:paraId="458DAE09" w14:textId="77777777" w:rsidR="00D60D5E" w:rsidRDefault="00891EF0">
            <w:pPr>
              <w:spacing w:after="0" w:line="240" w:lineRule="auto"/>
              <w:jc w:val="center"/>
            </w:pPr>
            <w:r>
              <w:rPr>
                <w:rFonts w:eastAsia="Aptos"/>
                <w:color w:val="6A7075"/>
                <w:sz w:val="17"/>
              </w:rPr>
              <w:t>115-120</w:t>
            </w:r>
          </w:p>
        </w:tc>
        <w:tc>
          <w:tcPr>
            <w:tcW w:w="2648" w:type="dxa"/>
            <w:tcMar>
              <w:top w:w="28" w:type="dxa"/>
              <w:left w:w="38" w:type="dxa"/>
              <w:bottom w:w="28" w:type="dxa"/>
              <w:right w:w="38" w:type="dxa"/>
            </w:tcMar>
            <w:vAlign w:val="center"/>
          </w:tcPr>
          <w:p w14:paraId="675A5926" w14:textId="77777777" w:rsidR="00D60D5E" w:rsidRDefault="00891EF0">
            <w:pPr>
              <w:spacing w:after="0" w:line="240" w:lineRule="auto"/>
            </w:pPr>
            <w:r>
              <w:rPr>
                <w:rFonts w:eastAsia="Aptos"/>
                <w:sz w:val="17"/>
              </w:rPr>
              <w:t>Spinach Fettuccine 9oz</w:t>
            </w:r>
          </w:p>
        </w:tc>
        <w:tc>
          <w:tcPr>
            <w:tcW w:w="630" w:type="dxa"/>
            <w:tcMar>
              <w:top w:w="28" w:type="dxa"/>
              <w:left w:w="38" w:type="dxa"/>
              <w:bottom w:w="28" w:type="dxa"/>
              <w:right w:w="38" w:type="dxa"/>
            </w:tcMar>
            <w:vAlign w:val="center"/>
          </w:tcPr>
          <w:p w14:paraId="101AE465"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2B8A5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A46DF6" w14:textId="77777777" w:rsidR="00D60D5E" w:rsidRDefault="00D60D5E">
            <w:pPr>
              <w:jc w:val="center"/>
            </w:pPr>
          </w:p>
        </w:tc>
      </w:tr>
      <w:tr w:rsidR="00D60D5E" w14:paraId="5C79AD2A" w14:textId="77777777" w:rsidTr="000617E0">
        <w:trPr>
          <w:cantSplit/>
          <w:jc w:val="center"/>
        </w:trPr>
        <w:tc>
          <w:tcPr>
            <w:tcW w:w="677" w:type="dxa"/>
            <w:tcMar>
              <w:top w:w="28" w:type="dxa"/>
              <w:left w:w="38" w:type="dxa"/>
              <w:bottom w:w="28" w:type="dxa"/>
              <w:right w:w="38" w:type="dxa"/>
            </w:tcMar>
            <w:vAlign w:val="center"/>
          </w:tcPr>
          <w:p w14:paraId="413508BA" w14:textId="77777777" w:rsidR="00D60D5E" w:rsidRDefault="00891EF0">
            <w:pPr>
              <w:spacing w:after="0" w:line="240" w:lineRule="auto"/>
              <w:jc w:val="center"/>
            </w:pPr>
            <w:r>
              <w:rPr>
                <w:rFonts w:eastAsia="Aptos"/>
                <w:color w:val="6A7075"/>
                <w:sz w:val="17"/>
              </w:rPr>
              <w:t>115-125</w:t>
            </w:r>
          </w:p>
        </w:tc>
        <w:tc>
          <w:tcPr>
            <w:tcW w:w="2648" w:type="dxa"/>
            <w:tcMar>
              <w:top w:w="28" w:type="dxa"/>
              <w:left w:w="38" w:type="dxa"/>
              <w:bottom w:w="28" w:type="dxa"/>
              <w:right w:w="38" w:type="dxa"/>
            </w:tcMar>
            <w:vAlign w:val="center"/>
          </w:tcPr>
          <w:p w14:paraId="2A9C94F9" w14:textId="77777777" w:rsidR="00D60D5E" w:rsidRDefault="00891EF0">
            <w:pPr>
              <w:spacing w:after="0" w:line="240" w:lineRule="auto"/>
            </w:pPr>
            <w:r>
              <w:rPr>
                <w:rFonts w:eastAsia="Aptos"/>
                <w:sz w:val="17"/>
              </w:rPr>
              <w:t>Tortellini Lemon Chicken 9oz</w:t>
            </w:r>
          </w:p>
        </w:tc>
        <w:tc>
          <w:tcPr>
            <w:tcW w:w="630" w:type="dxa"/>
            <w:tcMar>
              <w:top w:w="28" w:type="dxa"/>
              <w:left w:w="38" w:type="dxa"/>
              <w:bottom w:w="28" w:type="dxa"/>
              <w:right w:w="38" w:type="dxa"/>
            </w:tcMar>
            <w:vAlign w:val="center"/>
          </w:tcPr>
          <w:p w14:paraId="540BE049"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66A8237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B6568FE" w14:textId="77777777" w:rsidR="00D60D5E" w:rsidRDefault="00D60D5E">
            <w:pPr>
              <w:jc w:val="center"/>
            </w:pPr>
          </w:p>
        </w:tc>
      </w:tr>
      <w:tr w:rsidR="00D60D5E" w14:paraId="7E2472E1" w14:textId="77777777" w:rsidTr="000617E0">
        <w:trPr>
          <w:cantSplit/>
          <w:jc w:val="center"/>
        </w:trPr>
        <w:tc>
          <w:tcPr>
            <w:tcW w:w="677" w:type="dxa"/>
            <w:tcMar>
              <w:top w:w="28" w:type="dxa"/>
              <w:left w:w="38" w:type="dxa"/>
              <w:bottom w:w="28" w:type="dxa"/>
              <w:right w:w="38" w:type="dxa"/>
            </w:tcMar>
            <w:vAlign w:val="center"/>
          </w:tcPr>
          <w:p w14:paraId="42F51CBE" w14:textId="77777777" w:rsidR="00D60D5E" w:rsidRDefault="00891EF0">
            <w:pPr>
              <w:spacing w:after="0" w:line="240" w:lineRule="auto"/>
              <w:jc w:val="center"/>
            </w:pPr>
            <w:r>
              <w:rPr>
                <w:rFonts w:eastAsia="Aptos"/>
                <w:color w:val="6A7075"/>
                <w:sz w:val="17"/>
              </w:rPr>
              <w:t>115-130</w:t>
            </w:r>
          </w:p>
        </w:tc>
        <w:tc>
          <w:tcPr>
            <w:tcW w:w="2648" w:type="dxa"/>
            <w:tcMar>
              <w:top w:w="28" w:type="dxa"/>
              <w:left w:w="38" w:type="dxa"/>
              <w:bottom w:w="28" w:type="dxa"/>
              <w:right w:w="38" w:type="dxa"/>
            </w:tcMar>
            <w:vAlign w:val="center"/>
          </w:tcPr>
          <w:p w14:paraId="505C81DC" w14:textId="77777777" w:rsidR="00D60D5E" w:rsidRDefault="00891EF0">
            <w:pPr>
              <w:spacing w:after="0" w:line="240" w:lineRule="auto"/>
            </w:pPr>
            <w:r>
              <w:rPr>
                <w:rFonts w:eastAsia="Aptos"/>
                <w:sz w:val="17"/>
              </w:rPr>
              <w:t>Tortellini Portobello Mushroom 9oz</w:t>
            </w:r>
          </w:p>
        </w:tc>
        <w:tc>
          <w:tcPr>
            <w:tcW w:w="630" w:type="dxa"/>
            <w:tcMar>
              <w:top w:w="28" w:type="dxa"/>
              <w:left w:w="38" w:type="dxa"/>
              <w:bottom w:w="28" w:type="dxa"/>
              <w:right w:w="38" w:type="dxa"/>
            </w:tcMar>
            <w:vAlign w:val="center"/>
          </w:tcPr>
          <w:p w14:paraId="07EEB0CA"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6B00DD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2BE608" w14:textId="77777777" w:rsidR="00D60D5E" w:rsidRDefault="00D60D5E">
            <w:pPr>
              <w:jc w:val="center"/>
            </w:pPr>
          </w:p>
        </w:tc>
      </w:tr>
      <w:tr w:rsidR="00D60D5E" w14:paraId="770B853E" w14:textId="77777777" w:rsidTr="000617E0">
        <w:trPr>
          <w:cantSplit/>
          <w:jc w:val="center"/>
        </w:trPr>
        <w:tc>
          <w:tcPr>
            <w:tcW w:w="677" w:type="dxa"/>
            <w:tcMar>
              <w:top w:w="28" w:type="dxa"/>
              <w:left w:w="38" w:type="dxa"/>
              <w:bottom w:w="28" w:type="dxa"/>
              <w:right w:w="38" w:type="dxa"/>
            </w:tcMar>
            <w:vAlign w:val="center"/>
          </w:tcPr>
          <w:p w14:paraId="575827DC" w14:textId="77777777" w:rsidR="00D60D5E" w:rsidRDefault="00891EF0">
            <w:pPr>
              <w:spacing w:after="0" w:line="240" w:lineRule="auto"/>
              <w:jc w:val="center"/>
            </w:pPr>
            <w:r>
              <w:rPr>
                <w:rFonts w:eastAsia="Aptos"/>
                <w:color w:val="6A7075"/>
                <w:sz w:val="17"/>
              </w:rPr>
              <w:t>115-135</w:t>
            </w:r>
          </w:p>
        </w:tc>
        <w:tc>
          <w:tcPr>
            <w:tcW w:w="2648" w:type="dxa"/>
            <w:tcMar>
              <w:top w:w="28" w:type="dxa"/>
              <w:left w:w="38" w:type="dxa"/>
              <w:bottom w:w="28" w:type="dxa"/>
              <w:right w:w="38" w:type="dxa"/>
            </w:tcMar>
            <w:vAlign w:val="center"/>
          </w:tcPr>
          <w:p w14:paraId="6BFE0227" w14:textId="77777777" w:rsidR="00D60D5E" w:rsidRDefault="00891EF0">
            <w:pPr>
              <w:spacing w:after="0" w:line="240" w:lineRule="auto"/>
            </w:pPr>
            <w:r>
              <w:rPr>
                <w:rFonts w:eastAsia="Aptos"/>
                <w:sz w:val="17"/>
              </w:rPr>
              <w:t>Tortellini Three Cheese 9oz</w:t>
            </w:r>
          </w:p>
        </w:tc>
        <w:tc>
          <w:tcPr>
            <w:tcW w:w="630" w:type="dxa"/>
            <w:tcMar>
              <w:top w:w="28" w:type="dxa"/>
              <w:left w:w="38" w:type="dxa"/>
              <w:bottom w:w="28" w:type="dxa"/>
              <w:right w:w="38" w:type="dxa"/>
            </w:tcMar>
            <w:vAlign w:val="center"/>
          </w:tcPr>
          <w:p w14:paraId="0AA58D34"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0C26C14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D0D1C0" w14:textId="77777777" w:rsidR="00D60D5E" w:rsidRDefault="00D60D5E">
            <w:pPr>
              <w:jc w:val="center"/>
            </w:pPr>
          </w:p>
        </w:tc>
      </w:tr>
      <w:tr w:rsidR="00D60D5E" w14:paraId="4B3CB7C9" w14:textId="77777777" w:rsidTr="000617E0">
        <w:trPr>
          <w:cantSplit/>
          <w:jc w:val="center"/>
        </w:trPr>
        <w:tc>
          <w:tcPr>
            <w:tcW w:w="677" w:type="dxa"/>
            <w:tcMar>
              <w:top w:w="28" w:type="dxa"/>
              <w:left w:w="38" w:type="dxa"/>
              <w:bottom w:w="28" w:type="dxa"/>
              <w:right w:w="38" w:type="dxa"/>
            </w:tcMar>
            <w:vAlign w:val="center"/>
          </w:tcPr>
          <w:p w14:paraId="10039B34" w14:textId="77777777" w:rsidR="00D60D5E" w:rsidRDefault="00891EF0">
            <w:pPr>
              <w:spacing w:after="0" w:line="240" w:lineRule="auto"/>
              <w:jc w:val="center"/>
            </w:pPr>
            <w:r>
              <w:rPr>
                <w:rFonts w:eastAsia="Aptos"/>
                <w:color w:val="6A7075"/>
                <w:sz w:val="17"/>
              </w:rPr>
              <w:t>115-140</w:t>
            </w:r>
          </w:p>
        </w:tc>
        <w:tc>
          <w:tcPr>
            <w:tcW w:w="2648" w:type="dxa"/>
            <w:tcMar>
              <w:top w:w="28" w:type="dxa"/>
              <w:left w:w="38" w:type="dxa"/>
              <w:bottom w:w="28" w:type="dxa"/>
              <w:right w:w="38" w:type="dxa"/>
            </w:tcMar>
            <w:vAlign w:val="center"/>
          </w:tcPr>
          <w:p w14:paraId="7565E125" w14:textId="77777777" w:rsidR="00D60D5E" w:rsidRDefault="00891EF0">
            <w:pPr>
              <w:spacing w:after="0" w:line="240" w:lineRule="auto"/>
            </w:pPr>
            <w:r>
              <w:rPr>
                <w:rFonts w:eastAsia="Aptos"/>
                <w:sz w:val="17"/>
              </w:rPr>
              <w:t>Tortellini Four Cheese 9oz</w:t>
            </w:r>
          </w:p>
        </w:tc>
        <w:tc>
          <w:tcPr>
            <w:tcW w:w="630" w:type="dxa"/>
            <w:tcMar>
              <w:top w:w="28" w:type="dxa"/>
              <w:left w:w="38" w:type="dxa"/>
              <w:bottom w:w="28" w:type="dxa"/>
              <w:right w:w="38" w:type="dxa"/>
            </w:tcMar>
            <w:vAlign w:val="center"/>
          </w:tcPr>
          <w:p w14:paraId="607B3EAD"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732064F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CE23B5" w14:textId="77777777" w:rsidR="00D60D5E" w:rsidRDefault="00D60D5E">
            <w:pPr>
              <w:jc w:val="center"/>
            </w:pPr>
          </w:p>
        </w:tc>
      </w:tr>
      <w:tr w:rsidR="00D60D5E" w14:paraId="5E48261E" w14:textId="77777777" w:rsidTr="000617E0">
        <w:trPr>
          <w:cantSplit/>
          <w:jc w:val="center"/>
        </w:trPr>
        <w:tc>
          <w:tcPr>
            <w:tcW w:w="677" w:type="dxa"/>
            <w:tcMar>
              <w:top w:w="28" w:type="dxa"/>
              <w:left w:w="38" w:type="dxa"/>
              <w:bottom w:w="28" w:type="dxa"/>
              <w:right w:w="38" w:type="dxa"/>
            </w:tcMar>
            <w:vAlign w:val="center"/>
          </w:tcPr>
          <w:p w14:paraId="73637C79" w14:textId="77777777" w:rsidR="00D60D5E" w:rsidRDefault="00891EF0">
            <w:pPr>
              <w:spacing w:after="0" w:line="240" w:lineRule="auto"/>
              <w:jc w:val="center"/>
            </w:pPr>
            <w:r>
              <w:rPr>
                <w:rFonts w:eastAsia="Aptos"/>
                <w:color w:val="6A7075"/>
                <w:sz w:val="17"/>
              </w:rPr>
              <w:t>115-145</w:t>
            </w:r>
          </w:p>
        </w:tc>
        <w:tc>
          <w:tcPr>
            <w:tcW w:w="2648" w:type="dxa"/>
            <w:tcMar>
              <w:top w:w="28" w:type="dxa"/>
              <w:left w:w="38" w:type="dxa"/>
              <w:bottom w:w="28" w:type="dxa"/>
              <w:right w:w="38" w:type="dxa"/>
            </w:tcMar>
            <w:vAlign w:val="center"/>
          </w:tcPr>
          <w:p w14:paraId="4AAB21B9" w14:textId="77777777" w:rsidR="00D60D5E" w:rsidRDefault="00891EF0">
            <w:pPr>
              <w:spacing w:after="0" w:line="240" w:lineRule="auto"/>
            </w:pPr>
            <w:r>
              <w:rPr>
                <w:rFonts w:eastAsia="Aptos"/>
                <w:sz w:val="17"/>
              </w:rPr>
              <w:t>Tortellini Mozzarella 7oz</w:t>
            </w:r>
          </w:p>
        </w:tc>
        <w:tc>
          <w:tcPr>
            <w:tcW w:w="630" w:type="dxa"/>
            <w:tcMar>
              <w:top w:w="28" w:type="dxa"/>
              <w:left w:w="38" w:type="dxa"/>
              <w:bottom w:w="28" w:type="dxa"/>
              <w:right w:w="38" w:type="dxa"/>
            </w:tcMar>
            <w:vAlign w:val="center"/>
          </w:tcPr>
          <w:p w14:paraId="2239821D" w14:textId="77777777" w:rsidR="00D60D5E" w:rsidRDefault="00891EF0">
            <w:pPr>
              <w:spacing w:after="0" w:line="240" w:lineRule="auto"/>
              <w:jc w:val="center"/>
            </w:pPr>
            <w:r>
              <w:rPr>
                <w:rFonts w:eastAsia="Aptos"/>
                <w:b/>
                <w:sz w:val="17"/>
              </w:rPr>
              <w:t>8.00</w:t>
            </w:r>
          </w:p>
        </w:tc>
        <w:tc>
          <w:tcPr>
            <w:tcW w:w="540" w:type="dxa"/>
            <w:tcMar>
              <w:top w:w="28" w:type="dxa"/>
              <w:left w:w="38" w:type="dxa"/>
              <w:bottom w:w="28" w:type="dxa"/>
              <w:right w:w="38" w:type="dxa"/>
            </w:tcMar>
            <w:vAlign w:val="center"/>
          </w:tcPr>
          <w:p w14:paraId="134146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2A92A2" w14:textId="77777777" w:rsidR="00D60D5E" w:rsidRDefault="00D60D5E">
            <w:pPr>
              <w:jc w:val="center"/>
            </w:pPr>
          </w:p>
        </w:tc>
      </w:tr>
      <w:tr w:rsidR="00D60D5E" w14:paraId="69923A1B" w14:textId="77777777" w:rsidTr="000617E0">
        <w:trPr>
          <w:cantSplit/>
          <w:jc w:val="center"/>
        </w:trPr>
        <w:tc>
          <w:tcPr>
            <w:tcW w:w="677" w:type="dxa"/>
            <w:tcMar>
              <w:top w:w="28" w:type="dxa"/>
              <w:left w:w="38" w:type="dxa"/>
              <w:bottom w:w="28" w:type="dxa"/>
              <w:right w:w="38" w:type="dxa"/>
            </w:tcMar>
            <w:vAlign w:val="center"/>
          </w:tcPr>
          <w:p w14:paraId="10EB41DD" w14:textId="77777777" w:rsidR="00D60D5E" w:rsidRDefault="00891EF0">
            <w:pPr>
              <w:spacing w:after="0" w:line="240" w:lineRule="auto"/>
              <w:jc w:val="center"/>
            </w:pPr>
            <w:r>
              <w:rPr>
                <w:rFonts w:eastAsia="Aptos"/>
                <w:color w:val="6A7075"/>
                <w:sz w:val="17"/>
              </w:rPr>
              <w:t>115-150</w:t>
            </w:r>
          </w:p>
        </w:tc>
        <w:tc>
          <w:tcPr>
            <w:tcW w:w="2648" w:type="dxa"/>
            <w:tcMar>
              <w:top w:w="28" w:type="dxa"/>
              <w:left w:w="38" w:type="dxa"/>
              <w:bottom w:w="28" w:type="dxa"/>
              <w:right w:w="38" w:type="dxa"/>
            </w:tcMar>
            <w:vAlign w:val="center"/>
          </w:tcPr>
          <w:p w14:paraId="2C4A8384" w14:textId="77777777" w:rsidR="00D60D5E" w:rsidRDefault="00891EF0">
            <w:pPr>
              <w:spacing w:after="0" w:line="240" w:lineRule="auto"/>
            </w:pPr>
            <w:r>
              <w:rPr>
                <w:rFonts w:eastAsia="Aptos"/>
                <w:sz w:val="17"/>
              </w:rPr>
              <w:t>Tortellini Mozzarella Garlic 9oz</w:t>
            </w:r>
          </w:p>
        </w:tc>
        <w:tc>
          <w:tcPr>
            <w:tcW w:w="630" w:type="dxa"/>
            <w:tcMar>
              <w:top w:w="28" w:type="dxa"/>
              <w:left w:w="38" w:type="dxa"/>
              <w:bottom w:w="28" w:type="dxa"/>
              <w:right w:w="38" w:type="dxa"/>
            </w:tcMar>
            <w:vAlign w:val="center"/>
          </w:tcPr>
          <w:p w14:paraId="41A43CB0"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54B90E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758593" w14:textId="77777777" w:rsidR="00D60D5E" w:rsidRDefault="00D60D5E">
            <w:pPr>
              <w:jc w:val="center"/>
            </w:pPr>
          </w:p>
        </w:tc>
      </w:tr>
      <w:tr w:rsidR="00D60D5E" w14:paraId="41A52085" w14:textId="77777777" w:rsidTr="000617E0">
        <w:trPr>
          <w:cantSplit/>
          <w:jc w:val="center"/>
        </w:trPr>
        <w:tc>
          <w:tcPr>
            <w:tcW w:w="677" w:type="dxa"/>
            <w:tcMar>
              <w:top w:w="28" w:type="dxa"/>
              <w:left w:w="38" w:type="dxa"/>
              <w:bottom w:w="28" w:type="dxa"/>
              <w:right w:w="38" w:type="dxa"/>
            </w:tcMar>
            <w:vAlign w:val="center"/>
          </w:tcPr>
          <w:p w14:paraId="29CC189E" w14:textId="77777777" w:rsidR="00D60D5E" w:rsidRDefault="00891EF0">
            <w:pPr>
              <w:spacing w:after="0" w:line="240" w:lineRule="auto"/>
              <w:jc w:val="center"/>
            </w:pPr>
            <w:r>
              <w:rPr>
                <w:rFonts w:eastAsia="Aptos"/>
                <w:color w:val="6A7075"/>
                <w:sz w:val="17"/>
              </w:rPr>
              <w:t>115-155</w:t>
            </w:r>
          </w:p>
        </w:tc>
        <w:tc>
          <w:tcPr>
            <w:tcW w:w="2648" w:type="dxa"/>
            <w:tcMar>
              <w:top w:w="28" w:type="dxa"/>
              <w:left w:w="38" w:type="dxa"/>
              <w:bottom w:w="28" w:type="dxa"/>
              <w:right w:w="38" w:type="dxa"/>
            </w:tcMar>
            <w:vAlign w:val="center"/>
          </w:tcPr>
          <w:p w14:paraId="15D93413" w14:textId="77777777" w:rsidR="00D60D5E" w:rsidRDefault="00891EF0">
            <w:pPr>
              <w:spacing w:after="0" w:line="240" w:lineRule="auto"/>
            </w:pPr>
            <w:r>
              <w:rPr>
                <w:rFonts w:eastAsia="Aptos"/>
                <w:sz w:val="17"/>
              </w:rPr>
              <w:t>Ravioli Four Cheese 9oz</w:t>
            </w:r>
          </w:p>
        </w:tc>
        <w:tc>
          <w:tcPr>
            <w:tcW w:w="630" w:type="dxa"/>
            <w:tcMar>
              <w:top w:w="28" w:type="dxa"/>
              <w:left w:w="38" w:type="dxa"/>
              <w:bottom w:w="28" w:type="dxa"/>
              <w:right w:w="38" w:type="dxa"/>
            </w:tcMar>
            <w:vAlign w:val="center"/>
          </w:tcPr>
          <w:p w14:paraId="48AF8C1A"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119E9B1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AF7195" w14:textId="77777777" w:rsidR="00D60D5E" w:rsidRDefault="00D60D5E">
            <w:pPr>
              <w:jc w:val="center"/>
            </w:pPr>
          </w:p>
        </w:tc>
      </w:tr>
      <w:tr w:rsidR="00D60D5E" w14:paraId="601A53F0" w14:textId="77777777" w:rsidTr="000617E0">
        <w:trPr>
          <w:cantSplit/>
          <w:jc w:val="center"/>
        </w:trPr>
        <w:tc>
          <w:tcPr>
            <w:tcW w:w="677" w:type="dxa"/>
            <w:tcMar>
              <w:top w:w="28" w:type="dxa"/>
              <w:left w:w="38" w:type="dxa"/>
              <w:bottom w:w="28" w:type="dxa"/>
              <w:right w:w="38" w:type="dxa"/>
            </w:tcMar>
            <w:vAlign w:val="center"/>
          </w:tcPr>
          <w:p w14:paraId="76DD5B6A" w14:textId="77777777" w:rsidR="00D60D5E" w:rsidRDefault="00891EF0">
            <w:pPr>
              <w:spacing w:after="0" w:line="240" w:lineRule="auto"/>
              <w:jc w:val="center"/>
            </w:pPr>
            <w:r>
              <w:rPr>
                <w:rFonts w:eastAsia="Aptos"/>
                <w:color w:val="6A7075"/>
                <w:sz w:val="17"/>
              </w:rPr>
              <w:t>115-160</w:t>
            </w:r>
          </w:p>
        </w:tc>
        <w:tc>
          <w:tcPr>
            <w:tcW w:w="2648" w:type="dxa"/>
            <w:tcMar>
              <w:top w:w="28" w:type="dxa"/>
              <w:left w:w="38" w:type="dxa"/>
              <w:bottom w:w="28" w:type="dxa"/>
              <w:right w:w="38" w:type="dxa"/>
            </w:tcMar>
            <w:vAlign w:val="center"/>
          </w:tcPr>
          <w:p w14:paraId="2508EE31" w14:textId="77777777" w:rsidR="00D60D5E" w:rsidRDefault="00891EF0">
            <w:pPr>
              <w:spacing w:after="0" w:line="240" w:lineRule="auto"/>
            </w:pPr>
            <w:r>
              <w:rPr>
                <w:rFonts w:eastAsia="Aptos"/>
                <w:sz w:val="17"/>
              </w:rPr>
              <w:t>Ravioli [3 Cheese] 9oz</w:t>
            </w:r>
          </w:p>
        </w:tc>
        <w:tc>
          <w:tcPr>
            <w:tcW w:w="630" w:type="dxa"/>
            <w:tcMar>
              <w:top w:w="28" w:type="dxa"/>
              <w:left w:w="38" w:type="dxa"/>
              <w:bottom w:w="28" w:type="dxa"/>
              <w:right w:w="38" w:type="dxa"/>
            </w:tcMar>
            <w:vAlign w:val="center"/>
          </w:tcPr>
          <w:p w14:paraId="62A68ADE"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2A2A41E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2F6AA0" w14:textId="77777777" w:rsidR="00D60D5E" w:rsidRDefault="00D60D5E">
            <w:pPr>
              <w:jc w:val="center"/>
            </w:pPr>
          </w:p>
        </w:tc>
      </w:tr>
      <w:tr w:rsidR="00D60D5E" w14:paraId="7CF97999" w14:textId="77777777" w:rsidTr="000617E0">
        <w:trPr>
          <w:cantSplit/>
          <w:jc w:val="center"/>
        </w:trPr>
        <w:tc>
          <w:tcPr>
            <w:tcW w:w="677" w:type="dxa"/>
            <w:tcMar>
              <w:top w:w="28" w:type="dxa"/>
              <w:left w:w="38" w:type="dxa"/>
              <w:bottom w:w="28" w:type="dxa"/>
              <w:right w:w="38" w:type="dxa"/>
            </w:tcMar>
            <w:vAlign w:val="center"/>
          </w:tcPr>
          <w:p w14:paraId="6D1319E4" w14:textId="77777777" w:rsidR="00D60D5E" w:rsidRDefault="00891EF0">
            <w:pPr>
              <w:spacing w:after="0" w:line="240" w:lineRule="auto"/>
              <w:jc w:val="center"/>
            </w:pPr>
            <w:r>
              <w:rPr>
                <w:rFonts w:eastAsia="Aptos"/>
                <w:color w:val="6A7075"/>
                <w:sz w:val="17"/>
              </w:rPr>
              <w:t>115-165</w:t>
            </w:r>
          </w:p>
        </w:tc>
        <w:tc>
          <w:tcPr>
            <w:tcW w:w="2648" w:type="dxa"/>
            <w:tcMar>
              <w:top w:w="28" w:type="dxa"/>
              <w:left w:w="38" w:type="dxa"/>
              <w:bottom w:w="28" w:type="dxa"/>
              <w:right w:w="38" w:type="dxa"/>
            </w:tcMar>
            <w:vAlign w:val="center"/>
          </w:tcPr>
          <w:p w14:paraId="10D53BC3" w14:textId="77777777" w:rsidR="00D60D5E" w:rsidRDefault="00891EF0">
            <w:pPr>
              <w:spacing w:after="0" w:line="240" w:lineRule="auto"/>
            </w:pPr>
            <w:r>
              <w:rPr>
                <w:rFonts w:eastAsia="Aptos"/>
                <w:sz w:val="17"/>
              </w:rPr>
              <w:t>Pesto Tortellini 9oz</w:t>
            </w:r>
          </w:p>
        </w:tc>
        <w:tc>
          <w:tcPr>
            <w:tcW w:w="630" w:type="dxa"/>
            <w:tcMar>
              <w:top w:w="28" w:type="dxa"/>
              <w:left w:w="38" w:type="dxa"/>
              <w:bottom w:w="28" w:type="dxa"/>
              <w:right w:w="38" w:type="dxa"/>
            </w:tcMar>
            <w:vAlign w:val="center"/>
          </w:tcPr>
          <w:p w14:paraId="5F626C19"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5DD9E7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84B3FC" w14:textId="77777777" w:rsidR="00D60D5E" w:rsidRDefault="00D60D5E">
            <w:pPr>
              <w:jc w:val="center"/>
            </w:pPr>
          </w:p>
        </w:tc>
      </w:tr>
      <w:tr w:rsidR="00D60D5E" w14:paraId="008BC517" w14:textId="77777777" w:rsidTr="000617E0">
        <w:trPr>
          <w:cantSplit/>
          <w:jc w:val="center"/>
        </w:trPr>
        <w:tc>
          <w:tcPr>
            <w:tcW w:w="677" w:type="dxa"/>
            <w:tcMar>
              <w:top w:w="28" w:type="dxa"/>
              <w:left w:w="38" w:type="dxa"/>
              <w:bottom w:w="28" w:type="dxa"/>
              <w:right w:w="38" w:type="dxa"/>
            </w:tcMar>
            <w:vAlign w:val="center"/>
          </w:tcPr>
          <w:p w14:paraId="09BAE57C" w14:textId="77777777" w:rsidR="00D60D5E" w:rsidRDefault="00891EF0">
            <w:pPr>
              <w:spacing w:after="0" w:line="240" w:lineRule="auto"/>
              <w:jc w:val="center"/>
            </w:pPr>
            <w:r>
              <w:rPr>
                <w:rFonts w:eastAsia="Aptos"/>
                <w:color w:val="6A7075"/>
                <w:sz w:val="17"/>
              </w:rPr>
              <w:t>115-170</w:t>
            </w:r>
          </w:p>
        </w:tc>
        <w:tc>
          <w:tcPr>
            <w:tcW w:w="2648" w:type="dxa"/>
            <w:tcMar>
              <w:top w:w="28" w:type="dxa"/>
              <w:left w:w="38" w:type="dxa"/>
              <w:bottom w:w="28" w:type="dxa"/>
              <w:right w:w="38" w:type="dxa"/>
            </w:tcMar>
            <w:vAlign w:val="center"/>
          </w:tcPr>
          <w:p w14:paraId="6202861C" w14:textId="77777777" w:rsidR="00D60D5E" w:rsidRDefault="00891EF0">
            <w:pPr>
              <w:spacing w:after="0" w:line="240" w:lineRule="auto"/>
            </w:pPr>
            <w:r>
              <w:rPr>
                <w:rFonts w:eastAsia="Aptos"/>
                <w:sz w:val="17"/>
              </w:rPr>
              <w:t>Ravioli Four Cheese 9oz</w:t>
            </w:r>
          </w:p>
        </w:tc>
        <w:tc>
          <w:tcPr>
            <w:tcW w:w="630" w:type="dxa"/>
            <w:tcMar>
              <w:top w:w="28" w:type="dxa"/>
              <w:left w:w="38" w:type="dxa"/>
              <w:bottom w:w="28" w:type="dxa"/>
              <w:right w:w="38" w:type="dxa"/>
            </w:tcMar>
            <w:vAlign w:val="center"/>
          </w:tcPr>
          <w:p w14:paraId="15DFC5A1"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44AD62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B0ED48" w14:textId="77777777" w:rsidR="00D60D5E" w:rsidRDefault="00D60D5E">
            <w:pPr>
              <w:jc w:val="center"/>
            </w:pPr>
          </w:p>
        </w:tc>
      </w:tr>
      <w:tr w:rsidR="00D60D5E" w14:paraId="05A909E7" w14:textId="77777777" w:rsidTr="000617E0">
        <w:trPr>
          <w:cantSplit/>
          <w:jc w:val="center"/>
        </w:trPr>
        <w:tc>
          <w:tcPr>
            <w:tcW w:w="677" w:type="dxa"/>
            <w:shd w:val="clear" w:color="auto" w:fill="D9EAF7"/>
            <w:tcMar>
              <w:top w:w="28" w:type="dxa"/>
              <w:left w:w="38" w:type="dxa"/>
              <w:bottom w:w="28" w:type="dxa"/>
              <w:right w:w="38" w:type="dxa"/>
            </w:tcMar>
            <w:vAlign w:val="center"/>
          </w:tcPr>
          <w:p w14:paraId="0D14C658" w14:textId="77777777" w:rsidR="00D60D5E" w:rsidRDefault="00891EF0">
            <w:pPr>
              <w:spacing w:after="0" w:line="240" w:lineRule="auto"/>
              <w:jc w:val="center"/>
            </w:pPr>
            <w:r>
              <w:rPr>
                <w:rFonts w:eastAsia="Aptos"/>
                <w:b/>
                <w:color w:val="2F4F8F"/>
                <w:sz w:val="18"/>
              </w:rPr>
              <w:t>125-</w:t>
            </w:r>
          </w:p>
        </w:tc>
        <w:tc>
          <w:tcPr>
            <w:tcW w:w="2648" w:type="dxa"/>
            <w:shd w:val="clear" w:color="auto" w:fill="D9EAF7"/>
            <w:tcMar>
              <w:top w:w="28" w:type="dxa"/>
              <w:left w:w="38" w:type="dxa"/>
              <w:bottom w:w="28" w:type="dxa"/>
              <w:right w:w="38" w:type="dxa"/>
            </w:tcMar>
            <w:vAlign w:val="center"/>
          </w:tcPr>
          <w:p w14:paraId="7109E047" w14:textId="77777777" w:rsidR="00D60D5E" w:rsidRDefault="00891EF0">
            <w:pPr>
              <w:spacing w:after="0" w:line="240" w:lineRule="auto"/>
            </w:pPr>
            <w:r>
              <w:rPr>
                <w:rFonts w:eastAsia="Aptos"/>
                <w:b/>
                <w:color w:val="2F4F8F"/>
                <w:sz w:val="18"/>
              </w:rPr>
              <w:t>SAUCES-FRESH</w:t>
            </w:r>
          </w:p>
        </w:tc>
        <w:tc>
          <w:tcPr>
            <w:tcW w:w="630" w:type="dxa"/>
            <w:shd w:val="clear" w:color="auto" w:fill="D9EAF7"/>
            <w:tcMar>
              <w:top w:w="28" w:type="dxa"/>
              <w:left w:w="38" w:type="dxa"/>
              <w:bottom w:w="28" w:type="dxa"/>
              <w:right w:w="38" w:type="dxa"/>
            </w:tcMar>
            <w:vAlign w:val="center"/>
          </w:tcPr>
          <w:p w14:paraId="22EE05F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0684BEC"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C355920" w14:textId="77777777" w:rsidR="00D60D5E" w:rsidRDefault="00D60D5E">
            <w:pPr>
              <w:jc w:val="center"/>
            </w:pPr>
          </w:p>
        </w:tc>
      </w:tr>
      <w:tr w:rsidR="00D60D5E" w14:paraId="5FE6A177" w14:textId="77777777" w:rsidTr="000617E0">
        <w:trPr>
          <w:cantSplit/>
          <w:jc w:val="center"/>
        </w:trPr>
        <w:tc>
          <w:tcPr>
            <w:tcW w:w="677" w:type="dxa"/>
            <w:tcMar>
              <w:top w:w="28" w:type="dxa"/>
              <w:left w:w="38" w:type="dxa"/>
              <w:bottom w:w="28" w:type="dxa"/>
              <w:right w:w="38" w:type="dxa"/>
            </w:tcMar>
            <w:vAlign w:val="center"/>
          </w:tcPr>
          <w:p w14:paraId="40ED9E43" w14:textId="77777777" w:rsidR="00D60D5E" w:rsidRDefault="00891EF0">
            <w:pPr>
              <w:spacing w:after="0" w:line="240" w:lineRule="auto"/>
              <w:jc w:val="center"/>
            </w:pPr>
            <w:r>
              <w:rPr>
                <w:rFonts w:eastAsia="Aptos"/>
                <w:color w:val="6A7075"/>
                <w:sz w:val="17"/>
              </w:rPr>
              <w:t>125-105</w:t>
            </w:r>
          </w:p>
        </w:tc>
        <w:tc>
          <w:tcPr>
            <w:tcW w:w="2648" w:type="dxa"/>
            <w:tcMar>
              <w:top w:w="28" w:type="dxa"/>
              <w:left w:w="38" w:type="dxa"/>
              <w:bottom w:w="28" w:type="dxa"/>
              <w:right w:w="38" w:type="dxa"/>
            </w:tcMar>
            <w:vAlign w:val="center"/>
          </w:tcPr>
          <w:p w14:paraId="76DD44C8" w14:textId="77777777" w:rsidR="00D60D5E" w:rsidRDefault="00891EF0">
            <w:pPr>
              <w:spacing w:after="0" w:line="240" w:lineRule="auto"/>
            </w:pPr>
            <w:r>
              <w:rPr>
                <w:rFonts w:eastAsia="Aptos"/>
                <w:sz w:val="17"/>
              </w:rPr>
              <w:t>Alfredo 9oz</w:t>
            </w:r>
          </w:p>
        </w:tc>
        <w:tc>
          <w:tcPr>
            <w:tcW w:w="630" w:type="dxa"/>
            <w:tcMar>
              <w:top w:w="28" w:type="dxa"/>
              <w:left w:w="38" w:type="dxa"/>
              <w:bottom w:w="28" w:type="dxa"/>
              <w:right w:w="38" w:type="dxa"/>
            </w:tcMar>
            <w:vAlign w:val="center"/>
          </w:tcPr>
          <w:p w14:paraId="21A4A1B2" w14:textId="77777777" w:rsidR="00D60D5E" w:rsidRDefault="00891EF0">
            <w:pPr>
              <w:spacing w:after="0" w:line="240" w:lineRule="auto"/>
              <w:jc w:val="center"/>
            </w:pPr>
            <w:r>
              <w:rPr>
                <w:rFonts w:eastAsia="Aptos"/>
                <w:b/>
                <w:sz w:val="17"/>
              </w:rPr>
              <w:t>7.25</w:t>
            </w:r>
          </w:p>
        </w:tc>
        <w:tc>
          <w:tcPr>
            <w:tcW w:w="540" w:type="dxa"/>
            <w:tcMar>
              <w:top w:w="28" w:type="dxa"/>
              <w:left w:w="38" w:type="dxa"/>
              <w:bottom w:w="28" w:type="dxa"/>
              <w:right w:w="38" w:type="dxa"/>
            </w:tcMar>
            <w:vAlign w:val="center"/>
          </w:tcPr>
          <w:p w14:paraId="43DBF9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ECCFA3" w14:textId="77777777" w:rsidR="00D60D5E" w:rsidRDefault="00D60D5E">
            <w:pPr>
              <w:jc w:val="center"/>
            </w:pPr>
          </w:p>
        </w:tc>
      </w:tr>
      <w:tr w:rsidR="00D60D5E" w14:paraId="426924DB" w14:textId="77777777" w:rsidTr="000617E0">
        <w:trPr>
          <w:cantSplit/>
          <w:jc w:val="center"/>
        </w:trPr>
        <w:tc>
          <w:tcPr>
            <w:tcW w:w="677" w:type="dxa"/>
            <w:tcMar>
              <w:top w:w="28" w:type="dxa"/>
              <w:left w:w="38" w:type="dxa"/>
              <w:bottom w:w="28" w:type="dxa"/>
              <w:right w:w="38" w:type="dxa"/>
            </w:tcMar>
            <w:vAlign w:val="center"/>
          </w:tcPr>
          <w:p w14:paraId="2DCD38BC" w14:textId="77777777" w:rsidR="00D60D5E" w:rsidRDefault="00891EF0">
            <w:pPr>
              <w:spacing w:after="0" w:line="240" w:lineRule="auto"/>
              <w:jc w:val="center"/>
            </w:pPr>
            <w:r>
              <w:rPr>
                <w:rFonts w:eastAsia="Aptos"/>
                <w:color w:val="6A7075"/>
                <w:sz w:val="17"/>
              </w:rPr>
              <w:t>125-110</w:t>
            </w:r>
          </w:p>
        </w:tc>
        <w:tc>
          <w:tcPr>
            <w:tcW w:w="2648" w:type="dxa"/>
            <w:tcMar>
              <w:top w:w="28" w:type="dxa"/>
              <w:left w:w="38" w:type="dxa"/>
              <w:bottom w:w="28" w:type="dxa"/>
              <w:right w:w="38" w:type="dxa"/>
            </w:tcMar>
            <w:vAlign w:val="center"/>
          </w:tcPr>
          <w:p w14:paraId="35064A5B" w14:textId="77777777" w:rsidR="00D60D5E" w:rsidRDefault="00891EF0">
            <w:pPr>
              <w:spacing w:after="0" w:line="240" w:lineRule="auto"/>
            </w:pPr>
            <w:r>
              <w:rPr>
                <w:rFonts w:eastAsia="Aptos"/>
                <w:sz w:val="17"/>
              </w:rPr>
              <w:t>Four Cheese 10oz</w:t>
            </w:r>
          </w:p>
        </w:tc>
        <w:tc>
          <w:tcPr>
            <w:tcW w:w="630" w:type="dxa"/>
            <w:tcMar>
              <w:top w:w="28" w:type="dxa"/>
              <w:left w:w="38" w:type="dxa"/>
              <w:bottom w:w="28" w:type="dxa"/>
              <w:right w:w="38" w:type="dxa"/>
            </w:tcMar>
            <w:vAlign w:val="center"/>
          </w:tcPr>
          <w:p w14:paraId="4D5F5887" w14:textId="77777777" w:rsidR="00D60D5E" w:rsidRDefault="00891EF0">
            <w:pPr>
              <w:spacing w:after="0" w:line="240" w:lineRule="auto"/>
              <w:jc w:val="center"/>
            </w:pPr>
            <w:r>
              <w:rPr>
                <w:rFonts w:eastAsia="Aptos"/>
                <w:b/>
                <w:sz w:val="17"/>
              </w:rPr>
              <w:t>7.27</w:t>
            </w:r>
          </w:p>
        </w:tc>
        <w:tc>
          <w:tcPr>
            <w:tcW w:w="540" w:type="dxa"/>
            <w:tcMar>
              <w:top w:w="28" w:type="dxa"/>
              <w:left w:w="38" w:type="dxa"/>
              <w:bottom w:w="28" w:type="dxa"/>
              <w:right w:w="38" w:type="dxa"/>
            </w:tcMar>
            <w:vAlign w:val="center"/>
          </w:tcPr>
          <w:p w14:paraId="5DD41A3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FEB4C1" w14:textId="77777777" w:rsidR="00D60D5E" w:rsidRDefault="00D60D5E">
            <w:pPr>
              <w:jc w:val="center"/>
            </w:pPr>
          </w:p>
        </w:tc>
      </w:tr>
      <w:tr w:rsidR="00D60D5E" w14:paraId="24723685" w14:textId="77777777" w:rsidTr="000617E0">
        <w:trPr>
          <w:cantSplit/>
          <w:jc w:val="center"/>
        </w:trPr>
        <w:tc>
          <w:tcPr>
            <w:tcW w:w="677" w:type="dxa"/>
            <w:tcMar>
              <w:top w:w="28" w:type="dxa"/>
              <w:left w:w="38" w:type="dxa"/>
              <w:bottom w:w="28" w:type="dxa"/>
              <w:right w:w="38" w:type="dxa"/>
            </w:tcMar>
            <w:vAlign w:val="center"/>
          </w:tcPr>
          <w:p w14:paraId="56B7D01B" w14:textId="77777777" w:rsidR="00D60D5E" w:rsidRDefault="00891EF0">
            <w:pPr>
              <w:spacing w:after="0" w:line="240" w:lineRule="auto"/>
              <w:jc w:val="center"/>
            </w:pPr>
            <w:r>
              <w:rPr>
                <w:rFonts w:eastAsia="Aptos"/>
                <w:color w:val="6A7075"/>
                <w:sz w:val="17"/>
              </w:rPr>
              <w:t>125-115</w:t>
            </w:r>
          </w:p>
        </w:tc>
        <w:tc>
          <w:tcPr>
            <w:tcW w:w="2648" w:type="dxa"/>
            <w:tcMar>
              <w:top w:w="28" w:type="dxa"/>
              <w:left w:w="38" w:type="dxa"/>
              <w:bottom w:w="28" w:type="dxa"/>
              <w:right w:w="38" w:type="dxa"/>
            </w:tcMar>
            <w:vAlign w:val="center"/>
          </w:tcPr>
          <w:p w14:paraId="64B780E3" w14:textId="77777777" w:rsidR="00D60D5E" w:rsidRDefault="00891EF0">
            <w:pPr>
              <w:spacing w:after="0" w:line="240" w:lineRule="auto"/>
            </w:pPr>
            <w:r>
              <w:rPr>
                <w:rFonts w:eastAsia="Aptos"/>
                <w:sz w:val="17"/>
              </w:rPr>
              <w:t>Marinara 15oz</w:t>
            </w:r>
          </w:p>
        </w:tc>
        <w:tc>
          <w:tcPr>
            <w:tcW w:w="630" w:type="dxa"/>
            <w:tcMar>
              <w:top w:w="28" w:type="dxa"/>
              <w:left w:w="38" w:type="dxa"/>
              <w:bottom w:w="28" w:type="dxa"/>
              <w:right w:w="38" w:type="dxa"/>
            </w:tcMar>
            <w:vAlign w:val="center"/>
          </w:tcPr>
          <w:p w14:paraId="6ED85F93"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7DD785C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353655" w14:textId="77777777" w:rsidR="00D60D5E" w:rsidRDefault="00D60D5E">
            <w:pPr>
              <w:jc w:val="center"/>
            </w:pPr>
          </w:p>
        </w:tc>
      </w:tr>
      <w:tr w:rsidR="00D60D5E" w14:paraId="1359B1ED" w14:textId="77777777" w:rsidTr="000617E0">
        <w:trPr>
          <w:cantSplit/>
          <w:jc w:val="center"/>
        </w:trPr>
        <w:tc>
          <w:tcPr>
            <w:tcW w:w="677" w:type="dxa"/>
            <w:tcMar>
              <w:top w:w="28" w:type="dxa"/>
              <w:left w:w="38" w:type="dxa"/>
              <w:bottom w:w="28" w:type="dxa"/>
              <w:right w:w="38" w:type="dxa"/>
            </w:tcMar>
            <w:vAlign w:val="center"/>
          </w:tcPr>
          <w:p w14:paraId="4CA24569" w14:textId="77777777" w:rsidR="00D60D5E" w:rsidRDefault="00891EF0">
            <w:pPr>
              <w:spacing w:after="0" w:line="240" w:lineRule="auto"/>
              <w:jc w:val="center"/>
            </w:pPr>
            <w:r>
              <w:rPr>
                <w:rFonts w:eastAsia="Aptos"/>
                <w:color w:val="6A7075"/>
                <w:sz w:val="17"/>
              </w:rPr>
              <w:t>125-120</w:t>
            </w:r>
          </w:p>
        </w:tc>
        <w:tc>
          <w:tcPr>
            <w:tcW w:w="2648" w:type="dxa"/>
            <w:tcMar>
              <w:top w:w="28" w:type="dxa"/>
              <w:left w:w="38" w:type="dxa"/>
              <w:bottom w:w="28" w:type="dxa"/>
              <w:right w:w="38" w:type="dxa"/>
            </w:tcMar>
            <w:vAlign w:val="center"/>
          </w:tcPr>
          <w:p w14:paraId="084DB6B9" w14:textId="77777777" w:rsidR="00D60D5E" w:rsidRDefault="00891EF0">
            <w:pPr>
              <w:spacing w:after="0" w:line="240" w:lineRule="auto"/>
            </w:pPr>
            <w:r>
              <w:rPr>
                <w:rFonts w:eastAsia="Aptos"/>
                <w:sz w:val="17"/>
              </w:rPr>
              <w:t>Marinara W/garlic 9oz</w:t>
            </w:r>
          </w:p>
        </w:tc>
        <w:tc>
          <w:tcPr>
            <w:tcW w:w="630" w:type="dxa"/>
            <w:tcMar>
              <w:top w:w="28" w:type="dxa"/>
              <w:left w:w="38" w:type="dxa"/>
              <w:bottom w:w="28" w:type="dxa"/>
              <w:right w:w="38" w:type="dxa"/>
            </w:tcMar>
            <w:vAlign w:val="center"/>
          </w:tcPr>
          <w:p w14:paraId="28678810" w14:textId="77777777" w:rsidR="00D60D5E" w:rsidRDefault="00891EF0">
            <w:pPr>
              <w:spacing w:after="0" w:line="240" w:lineRule="auto"/>
              <w:jc w:val="center"/>
            </w:pPr>
            <w:r>
              <w:rPr>
                <w:rFonts w:eastAsia="Aptos"/>
                <w:b/>
                <w:sz w:val="17"/>
              </w:rPr>
              <w:t>7.25</w:t>
            </w:r>
          </w:p>
        </w:tc>
        <w:tc>
          <w:tcPr>
            <w:tcW w:w="540" w:type="dxa"/>
            <w:tcMar>
              <w:top w:w="28" w:type="dxa"/>
              <w:left w:w="38" w:type="dxa"/>
              <w:bottom w:w="28" w:type="dxa"/>
              <w:right w:w="38" w:type="dxa"/>
            </w:tcMar>
            <w:vAlign w:val="center"/>
          </w:tcPr>
          <w:p w14:paraId="26DB91C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74291A" w14:textId="77777777" w:rsidR="00D60D5E" w:rsidRDefault="00D60D5E">
            <w:pPr>
              <w:jc w:val="center"/>
            </w:pPr>
          </w:p>
        </w:tc>
      </w:tr>
      <w:tr w:rsidR="00D60D5E" w14:paraId="6F0F0F6D" w14:textId="77777777" w:rsidTr="000617E0">
        <w:trPr>
          <w:cantSplit/>
          <w:jc w:val="center"/>
        </w:trPr>
        <w:tc>
          <w:tcPr>
            <w:tcW w:w="677" w:type="dxa"/>
            <w:tcMar>
              <w:top w:w="28" w:type="dxa"/>
              <w:left w:w="38" w:type="dxa"/>
              <w:bottom w:w="28" w:type="dxa"/>
              <w:right w:w="38" w:type="dxa"/>
            </w:tcMar>
            <w:vAlign w:val="center"/>
          </w:tcPr>
          <w:p w14:paraId="730B7EA7" w14:textId="77777777" w:rsidR="00D60D5E" w:rsidRDefault="00891EF0">
            <w:pPr>
              <w:spacing w:after="0" w:line="240" w:lineRule="auto"/>
              <w:jc w:val="center"/>
            </w:pPr>
            <w:r>
              <w:rPr>
                <w:rFonts w:eastAsia="Aptos"/>
                <w:color w:val="6A7075"/>
                <w:sz w:val="17"/>
              </w:rPr>
              <w:t>125-125</w:t>
            </w:r>
          </w:p>
        </w:tc>
        <w:tc>
          <w:tcPr>
            <w:tcW w:w="2648" w:type="dxa"/>
            <w:tcMar>
              <w:top w:w="28" w:type="dxa"/>
              <w:left w:w="38" w:type="dxa"/>
              <w:bottom w:w="28" w:type="dxa"/>
              <w:right w:w="38" w:type="dxa"/>
            </w:tcMar>
            <w:vAlign w:val="center"/>
          </w:tcPr>
          <w:p w14:paraId="1B06B74B" w14:textId="77777777" w:rsidR="00D60D5E" w:rsidRDefault="00891EF0">
            <w:pPr>
              <w:spacing w:after="0" w:line="240" w:lineRule="auto"/>
            </w:pPr>
            <w:r>
              <w:rPr>
                <w:rFonts w:eastAsia="Aptos"/>
                <w:sz w:val="17"/>
              </w:rPr>
              <w:t>Marinara W/mushroom 15oz</w:t>
            </w:r>
          </w:p>
        </w:tc>
        <w:tc>
          <w:tcPr>
            <w:tcW w:w="630" w:type="dxa"/>
            <w:tcMar>
              <w:top w:w="28" w:type="dxa"/>
              <w:left w:w="38" w:type="dxa"/>
              <w:bottom w:w="28" w:type="dxa"/>
              <w:right w:w="38" w:type="dxa"/>
            </w:tcMar>
            <w:vAlign w:val="center"/>
          </w:tcPr>
          <w:p w14:paraId="6BB27E01"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3998CA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96A39A" w14:textId="77777777" w:rsidR="00D60D5E" w:rsidRDefault="00D60D5E">
            <w:pPr>
              <w:jc w:val="center"/>
            </w:pPr>
          </w:p>
        </w:tc>
      </w:tr>
      <w:tr w:rsidR="00D60D5E" w14:paraId="1B24DB3A" w14:textId="77777777" w:rsidTr="000617E0">
        <w:trPr>
          <w:cantSplit/>
          <w:jc w:val="center"/>
        </w:trPr>
        <w:tc>
          <w:tcPr>
            <w:tcW w:w="677" w:type="dxa"/>
            <w:tcMar>
              <w:top w:w="28" w:type="dxa"/>
              <w:left w:w="38" w:type="dxa"/>
              <w:bottom w:w="28" w:type="dxa"/>
              <w:right w:w="38" w:type="dxa"/>
            </w:tcMar>
            <w:vAlign w:val="center"/>
          </w:tcPr>
          <w:p w14:paraId="2FCFC98D" w14:textId="77777777" w:rsidR="00D60D5E" w:rsidRDefault="00891EF0">
            <w:pPr>
              <w:spacing w:after="0" w:line="240" w:lineRule="auto"/>
              <w:jc w:val="center"/>
            </w:pPr>
            <w:r>
              <w:rPr>
                <w:rFonts w:eastAsia="Aptos"/>
                <w:color w:val="6A7075"/>
                <w:sz w:val="17"/>
              </w:rPr>
              <w:t>125-130</w:t>
            </w:r>
          </w:p>
        </w:tc>
        <w:tc>
          <w:tcPr>
            <w:tcW w:w="2648" w:type="dxa"/>
            <w:tcMar>
              <w:top w:w="28" w:type="dxa"/>
              <w:left w:w="38" w:type="dxa"/>
              <w:bottom w:w="28" w:type="dxa"/>
              <w:right w:w="38" w:type="dxa"/>
            </w:tcMar>
            <w:vAlign w:val="center"/>
          </w:tcPr>
          <w:p w14:paraId="5173F0ED" w14:textId="77777777" w:rsidR="00D60D5E" w:rsidRDefault="00891EF0">
            <w:pPr>
              <w:spacing w:after="0" w:line="240" w:lineRule="auto"/>
            </w:pPr>
            <w:r>
              <w:rPr>
                <w:rFonts w:eastAsia="Aptos"/>
                <w:sz w:val="17"/>
              </w:rPr>
              <w:t>Basil Pesto 7oz</w:t>
            </w:r>
          </w:p>
        </w:tc>
        <w:tc>
          <w:tcPr>
            <w:tcW w:w="630" w:type="dxa"/>
            <w:tcMar>
              <w:top w:w="28" w:type="dxa"/>
              <w:left w:w="38" w:type="dxa"/>
              <w:bottom w:w="28" w:type="dxa"/>
              <w:right w:w="38" w:type="dxa"/>
            </w:tcMar>
            <w:vAlign w:val="center"/>
          </w:tcPr>
          <w:p w14:paraId="67EE919B" w14:textId="77777777" w:rsidR="00D60D5E" w:rsidRDefault="00891EF0">
            <w:pPr>
              <w:spacing w:after="0" w:line="240" w:lineRule="auto"/>
              <w:jc w:val="center"/>
            </w:pPr>
            <w:r>
              <w:rPr>
                <w:rFonts w:eastAsia="Aptos"/>
                <w:b/>
                <w:sz w:val="17"/>
              </w:rPr>
              <w:t>7.35</w:t>
            </w:r>
          </w:p>
        </w:tc>
        <w:tc>
          <w:tcPr>
            <w:tcW w:w="540" w:type="dxa"/>
            <w:tcMar>
              <w:top w:w="28" w:type="dxa"/>
              <w:left w:w="38" w:type="dxa"/>
              <w:bottom w:w="28" w:type="dxa"/>
              <w:right w:w="38" w:type="dxa"/>
            </w:tcMar>
            <w:vAlign w:val="center"/>
          </w:tcPr>
          <w:p w14:paraId="4654DB8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7672F4" w14:textId="77777777" w:rsidR="00D60D5E" w:rsidRDefault="00D60D5E">
            <w:pPr>
              <w:jc w:val="center"/>
            </w:pPr>
          </w:p>
        </w:tc>
      </w:tr>
      <w:tr w:rsidR="00D60D5E" w14:paraId="6F8E965C" w14:textId="77777777" w:rsidTr="000617E0">
        <w:trPr>
          <w:cantSplit/>
          <w:jc w:val="center"/>
        </w:trPr>
        <w:tc>
          <w:tcPr>
            <w:tcW w:w="677" w:type="dxa"/>
            <w:tcMar>
              <w:top w:w="28" w:type="dxa"/>
              <w:left w:w="38" w:type="dxa"/>
              <w:bottom w:w="28" w:type="dxa"/>
              <w:right w:w="38" w:type="dxa"/>
            </w:tcMar>
            <w:vAlign w:val="center"/>
          </w:tcPr>
          <w:p w14:paraId="6FFAF8B7" w14:textId="77777777" w:rsidR="00D60D5E" w:rsidRDefault="00891EF0">
            <w:pPr>
              <w:spacing w:after="0" w:line="240" w:lineRule="auto"/>
              <w:jc w:val="center"/>
            </w:pPr>
            <w:r>
              <w:rPr>
                <w:rFonts w:eastAsia="Aptos"/>
                <w:color w:val="6A7075"/>
                <w:sz w:val="17"/>
              </w:rPr>
              <w:t>125-135</w:t>
            </w:r>
          </w:p>
        </w:tc>
        <w:tc>
          <w:tcPr>
            <w:tcW w:w="2648" w:type="dxa"/>
            <w:tcMar>
              <w:top w:w="28" w:type="dxa"/>
              <w:left w:w="38" w:type="dxa"/>
              <w:bottom w:w="28" w:type="dxa"/>
              <w:right w:w="38" w:type="dxa"/>
            </w:tcMar>
            <w:vAlign w:val="center"/>
          </w:tcPr>
          <w:p w14:paraId="0A246A9D" w14:textId="77777777" w:rsidR="00D60D5E" w:rsidRDefault="00891EF0">
            <w:pPr>
              <w:spacing w:after="0" w:line="240" w:lineRule="auto"/>
            </w:pPr>
            <w:r>
              <w:rPr>
                <w:rFonts w:eastAsia="Aptos"/>
                <w:sz w:val="17"/>
              </w:rPr>
              <w:t>Garlic Pesto 7oz</w:t>
            </w:r>
          </w:p>
        </w:tc>
        <w:tc>
          <w:tcPr>
            <w:tcW w:w="630" w:type="dxa"/>
            <w:tcMar>
              <w:top w:w="28" w:type="dxa"/>
              <w:left w:w="38" w:type="dxa"/>
              <w:bottom w:w="28" w:type="dxa"/>
              <w:right w:w="38" w:type="dxa"/>
            </w:tcMar>
            <w:vAlign w:val="center"/>
          </w:tcPr>
          <w:p w14:paraId="321AAC54" w14:textId="77777777" w:rsidR="00D60D5E" w:rsidRDefault="00891EF0">
            <w:pPr>
              <w:spacing w:after="0" w:line="240" w:lineRule="auto"/>
              <w:jc w:val="center"/>
            </w:pPr>
            <w:r>
              <w:rPr>
                <w:rFonts w:eastAsia="Aptos"/>
                <w:b/>
                <w:sz w:val="17"/>
              </w:rPr>
              <w:t>7.35</w:t>
            </w:r>
          </w:p>
        </w:tc>
        <w:tc>
          <w:tcPr>
            <w:tcW w:w="540" w:type="dxa"/>
            <w:tcMar>
              <w:top w:w="28" w:type="dxa"/>
              <w:left w:w="38" w:type="dxa"/>
              <w:bottom w:w="28" w:type="dxa"/>
              <w:right w:w="38" w:type="dxa"/>
            </w:tcMar>
            <w:vAlign w:val="center"/>
          </w:tcPr>
          <w:p w14:paraId="4451DB3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52EE59" w14:textId="77777777" w:rsidR="00D60D5E" w:rsidRDefault="00D60D5E">
            <w:pPr>
              <w:jc w:val="center"/>
            </w:pPr>
          </w:p>
        </w:tc>
      </w:tr>
      <w:tr w:rsidR="00D60D5E" w14:paraId="71277951" w14:textId="77777777" w:rsidTr="000617E0">
        <w:trPr>
          <w:cantSplit/>
          <w:jc w:val="center"/>
        </w:trPr>
        <w:tc>
          <w:tcPr>
            <w:tcW w:w="677" w:type="dxa"/>
            <w:shd w:val="clear" w:color="auto" w:fill="D9EAF7"/>
            <w:tcMar>
              <w:top w:w="28" w:type="dxa"/>
              <w:left w:w="38" w:type="dxa"/>
              <w:bottom w:w="28" w:type="dxa"/>
              <w:right w:w="38" w:type="dxa"/>
            </w:tcMar>
            <w:vAlign w:val="center"/>
          </w:tcPr>
          <w:p w14:paraId="4C2B32F2" w14:textId="77777777" w:rsidR="00D60D5E" w:rsidRDefault="00891EF0">
            <w:pPr>
              <w:spacing w:after="0" w:line="240" w:lineRule="auto"/>
              <w:jc w:val="center"/>
            </w:pPr>
            <w:r>
              <w:rPr>
                <w:rFonts w:eastAsia="Aptos"/>
                <w:b/>
                <w:color w:val="76A943"/>
                <w:sz w:val="18"/>
              </w:rPr>
              <w:t>130-</w:t>
            </w:r>
          </w:p>
        </w:tc>
        <w:tc>
          <w:tcPr>
            <w:tcW w:w="2648" w:type="dxa"/>
            <w:shd w:val="clear" w:color="auto" w:fill="D9EAF7"/>
            <w:tcMar>
              <w:top w:w="28" w:type="dxa"/>
              <w:left w:w="38" w:type="dxa"/>
              <w:bottom w:w="28" w:type="dxa"/>
              <w:right w:w="38" w:type="dxa"/>
            </w:tcMar>
            <w:vAlign w:val="center"/>
          </w:tcPr>
          <w:p w14:paraId="304E3A91" w14:textId="77777777" w:rsidR="00D60D5E" w:rsidRDefault="00891EF0">
            <w:pPr>
              <w:spacing w:after="0" w:line="240" w:lineRule="auto"/>
            </w:pPr>
            <w:r>
              <w:rPr>
                <w:rFonts w:eastAsia="Aptos"/>
                <w:b/>
                <w:color w:val="76A943"/>
                <w:sz w:val="18"/>
              </w:rPr>
              <w:t>DAIRY</w:t>
            </w:r>
          </w:p>
        </w:tc>
        <w:tc>
          <w:tcPr>
            <w:tcW w:w="630" w:type="dxa"/>
            <w:shd w:val="clear" w:color="auto" w:fill="D9EAF7"/>
            <w:tcMar>
              <w:top w:w="28" w:type="dxa"/>
              <w:left w:w="38" w:type="dxa"/>
              <w:bottom w:w="28" w:type="dxa"/>
              <w:right w:w="38" w:type="dxa"/>
            </w:tcMar>
            <w:vAlign w:val="center"/>
          </w:tcPr>
          <w:p w14:paraId="44299F8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BDA93A8"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B5F46AE" w14:textId="77777777" w:rsidR="00D60D5E" w:rsidRDefault="00D60D5E">
            <w:pPr>
              <w:jc w:val="center"/>
            </w:pPr>
          </w:p>
        </w:tc>
      </w:tr>
      <w:tr w:rsidR="00D60D5E" w14:paraId="02F43D70" w14:textId="77777777" w:rsidTr="000617E0">
        <w:trPr>
          <w:cantSplit/>
          <w:jc w:val="center"/>
        </w:trPr>
        <w:tc>
          <w:tcPr>
            <w:tcW w:w="677" w:type="dxa"/>
            <w:tcMar>
              <w:top w:w="28" w:type="dxa"/>
              <w:left w:w="38" w:type="dxa"/>
              <w:bottom w:w="28" w:type="dxa"/>
              <w:right w:w="38" w:type="dxa"/>
            </w:tcMar>
            <w:vAlign w:val="center"/>
          </w:tcPr>
          <w:p w14:paraId="12661F26" w14:textId="77777777" w:rsidR="00D60D5E" w:rsidRDefault="00891EF0">
            <w:pPr>
              <w:spacing w:after="0" w:line="240" w:lineRule="auto"/>
              <w:jc w:val="center"/>
            </w:pPr>
            <w:r>
              <w:rPr>
                <w:rFonts w:eastAsia="Aptos"/>
                <w:color w:val="6A7075"/>
                <w:sz w:val="17"/>
              </w:rPr>
              <w:t>130-105</w:t>
            </w:r>
          </w:p>
        </w:tc>
        <w:tc>
          <w:tcPr>
            <w:tcW w:w="2648" w:type="dxa"/>
            <w:tcMar>
              <w:top w:w="28" w:type="dxa"/>
              <w:left w:w="38" w:type="dxa"/>
              <w:bottom w:w="28" w:type="dxa"/>
              <w:right w:w="38" w:type="dxa"/>
            </w:tcMar>
            <w:vAlign w:val="center"/>
          </w:tcPr>
          <w:p w14:paraId="72C5BF0E" w14:textId="77777777" w:rsidR="00D60D5E" w:rsidRDefault="00891EF0">
            <w:pPr>
              <w:spacing w:after="0" w:line="240" w:lineRule="auto"/>
            </w:pPr>
            <w:r>
              <w:rPr>
                <w:rFonts w:eastAsia="Aptos"/>
                <w:sz w:val="17"/>
              </w:rPr>
              <w:t>Salted Butter 8oz ANCHOR</w:t>
            </w:r>
          </w:p>
        </w:tc>
        <w:tc>
          <w:tcPr>
            <w:tcW w:w="630" w:type="dxa"/>
            <w:tcMar>
              <w:top w:w="28" w:type="dxa"/>
              <w:left w:w="38" w:type="dxa"/>
              <w:bottom w:w="28" w:type="dxa"/>
              <w:right w:w="38" w:type="dxa"/>
            </w:tcMar>
            <w:vAlign w:val="center"/>
          </w:tcPr>
          <w:p w14:paraId="273F7C84"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499894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7EC263" w14:textId="77777777" w:rsidR="00D60D5E" w:rsidRDefault="00D60D5E">
            <w:pPr>
              <w:jc w:val="center"/>
            </w:pPr>
          </w:p>
        </w:tc>
      </w:tr>
      <w:tr w:rsidR="00D60D5E" w14:paraId="5D625114" w14:textId="77777777" w:rsidTr="000617E0">
        <w:trPr>
          <w:cantSplit/>
          <w:jc w:val="center"/>
        </w:trPr>
        <w:tc>
          <w:tcPr>
            <w:tcW w:w="677" w:type="dxa"/>
            <w:tcMar>
              <w:top w:w="28" w:type="dxa"/>
              <w:left w:w="38" w:type="dxa"/>
              <w:bottom w:w="28" w:type="dxa"/>
              <w:right w:w="38" w:type="dxa"/>
            </w:tcMar>
            <w:vAlign w:val="center"/>
          </w:tcPr>
          <w:p w14:paraId="6EE5B3B2" w14:textId="77777777" w:rsidR="00D60D5E" w:rsidRDefault="00891EF0">
            <w:pPr>
              <w:spacing w:after="0" w:line="240" w:lineRule="auto"/>
              <w:jc w:val="center"/>
            </w:pPr>
            <w:r>
              <w:rPr>
                <w:rFonts w:eastAsia="Aptos"/>
                <w:color w:val="6A7075"/>
                <w:sz w:val="17"/>
              </w:rPr>
              <w:t>130-110</w:t>
            </w:r>
          </w:p>
        </w:tc>
        <w:tc>
          <w:tcPr>
            <w:tcW w:w="2648" w:type="dxa"/>
            <w:tcMar>
              <w:top w:w="28" w:type="dxa"/>
              <w:left w:w="38" w:type="dxa"/>
              <w:bottom w:w="28" w:type="dxa"/>
              <w:right w:w="38" w:type="dxa"/>
            </w:tcMar>
            <w:vAlign w:val="center"/>
          </w:tcPr>
          <w:p w14:paraId="7D2BB4D7" w14:textId="77777777" w:rsidR="00D60D5E" w:rsidRDefault="00891EF0">
            <w:pPr>
              <w:spacing w:after="0" w:line="240" w:lineRule="auto"/>
            </w:pPr>
            <w:r>
              <w:rPr>
                <w:rFonts w:eastAsia="Aptos"/>
                <w:sz w:val="17"/>
              </w:rPr>
              <w:t>Salted Butter 1lb ANCHOR</w:t>
            </w:r>
          </w:p>
        </w:tc>
        <w:tc>
          <w:tcPr>
            <w:tcW w:w="630" w:type="dxa"/>
            <w:tcMar>
              <w:top w:w="28" w:type="dxa"/>
              <w:left w:w="38" w:type="dxa"/>
              <w:bottom w:w="28" w:type="dxa"/>
              <w:right w:w="38" w:type="dxa"/>
            </w:tcMar>
            <w:vAlign w:val="center"/>
          </w:tcPr>
          <w:p w14:paraId="10C592B8" w14:textId="77777777" w:rsidR="00D60D5E" w:rsidRDefault="00891EF0">
            <w:pPr>
              <w:spacing w:after="0" w:line="240" w:lineRule="auto"/>
              <w:jc w:val="center"/>
            </w:pPr>
            <w:r>
              <w:rPr>
                <w:rFonts w:eastAsia="Aptos"/>
                <w:b/>
                <w:sz w:val="17"/>
              </w:rPr>
              <w:t>11.59</w:t>
            </w:r>
          </w:p>
        </w:tc>
        <w:tc>
          <w:tcPr>
            <w:tcW w:w="540" w:type="dxa"/>
            <w:tcMar>
              <w:top w:w="28" w:type="dxa"/>
              <w:left w:w="38" w:type="dxa"/>
              <w:bottom w:w="28" w:type="dxa"/>
              <w:right w:w="38" w:type="dxa"/>
            </w:tcMar>
            <w:vAlign w:val="center"/>
          </w:tcPr>
          <w:p w14:paraId="069A650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2187C4" w14:textId="77777777" w:rsidR="00D60D5E" w:rsidRDefault="00D60D5E">
            <w:pPr>
              <w:jc w:val="center"/>
            </w:pPr>
          </w:p>
        </w:tc>
      </w:tr>
      <w:tr w:rsidR="00D60D5E" w14:paraId="2FEC7B2E" w14:textId="77777777" w:rsidTr="000617E0">
        <w:trPr>
          <w:cantSplit/>
          <w:jc w:val="center"/>
        </w:trPr>
        <w:tc>
          <w:tcPr>
            <w:tcW w:w="677" w:type="dxa"/>
            <w:tcMar>
              <w:top w:w="28" w:type="dxa"/>
              <w:left w:w="38" w:type="dxa"/>
              <w:bottom w:w="28" w:type="dxa"/>
              <w:right w:w="38" w:type="dxa"/>
            </w:tcMar>
            <w:vAlign w:val="center"/>
          </w:tcPr>
          <w:p w14:paraId="1FCD553E" w14:textId="77777777" w:rsidR="00D60D5E" w:rsidRDefault="00891EF0">
            <w:pPr>
              <w:spacing w:after="0" w:line="240" w:lineRule="auto"/>
              <w:jc w:val="center"/>
            </w:pPr>
            <w:r>
              <w:rPr>
                <w:rFonts w:eastAsia="Aptos"/>
                <w:color w:val="6A7075"/>
                <w:sz w:val="17"/>
              </w:rPr>
              <w:t>130-115</w:t>
            </w:r>
          </w:p>
        </w:tc>
        <w:tc>
          <w:tcPr>
            <w:tcW w:w="2648" w:type="dxa"/>
            <w:tcMar>
              <w:top w:w="28" w:type="dxa"/>
              <w:left w:w="38" w:type="dxa"/>
              <w:bottom w:w="28" w:type="dxa"/>
              <w:right w:w="38" w:type="dxa"/>
            </w:tcMar>
            <w:vAlign w:val="center"/>
          </w:tcPr>
          <w:p w14:paraId="234BF15C" w14:textId="77777777" w:rsidR="00D60D5E" w:rsidRDefault="00891EF0">
            <w:pPr>
              <w:spacing w:after="0" w:line="240" w:lineRule="auto"/>
            </w:pPr>
            <w:r>
              <w:rPr>
                <w:rFonts w:eastAsia="Aptos"/>
                <w:sz w:val="17"/>
              </w:rPr>
              <w:t>Unsalted Butter 8oz ANCHOR</w:t>
            </w:r>
          </w:p>
        </w:tc>
        <w:tc>
          <w:tcPr>
            <w:tcW w:w="630" w:type="dxa"/>
            <w:tcMar>
              <w:top w:w="28" w:type="dxa"/>
              <w:left w:w="38" w:type="dxa"/>
              <w:bottom w:w="28" w:type="dxa"/>
              <w:right w:w="38" w:type="dxa"/>
            </w:tcMar>
            <w:vAlign w:val="center"/>
          </w:tcPr>
          <w:p w14:paraId="337714FD"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7A6CFB1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E95847" w14:textId="77777777" w:rsidR="00D60D5E" w:rsidRDefault="00D60D5E">
            <w:pPr>
              <w:jc w:val="center"/>
            </w:pPr>
          </w:p>
        </w:tc>
      </w:tr>
      <w:tr w:rsidR="00D60D5E" w14:paraId="42A7C77D" w14:textId="77777777" w:rsidTr="000617E0">
        <w:trPr>
          <w:cantSplit/>
          <w:jc w:val="center"/>
        </w:trPr>
        <w:tc>
          <w:tcPr>
            <w:tcW w:w="677" w:type="dxa"/>
            <w:tcMar>
              <w:top w:w="28" w:type="dxa"/>
              <w:left w:w="38" w:type="dxa"/>
              <w:bottom w:w="28" w:type="dxa"/>
              <w:right w:w="38" w:type="dxa"/>
            </w:tcMar>
            <w:vAlign w:val="center"/>
          </w:tcPr>
          <w:p w14:paraId="1E3E4FF5" w14:textId="77777777" w:rsidR="00D60D5E" w:rsidRDefault="00891EF0">
            <w:pPr>
              <w:spacing w:after="0" w:line="240" w:lineRule="auto"/>
              <w:jc w:val="center"/>
            </w:pPr>
            <w:r>
              <w:rPr>
                <w:rFonts w:eastAsia="Aptos"/>
                <w:color w:val="6A7075"/>
                <w:sz w:val="17"/>
              </w:rPr>
              <w:t>130-120</w:t>
            </w:r>
          </w:p>
        </w:tc>
        <w:tc>
          <w:tcPr>
            <w:tcW w:w="2648" w:type="dxa"/>
            <w:tcMar>
              <w:top w:w="28" w:type="dxa"/>
              <w:left w:w="38" w:type="dxa"/>
              <w:bottom w:w="28" w:type="dxa"/>
              <w:right w:w="38" w:type="dxa"/>
            </w:tcMar>
            <w:vAlign w:val="center"/>
          </w:tcPr>
          <w:p w14:paraId="578E1EFA" w14:textId="77777777" w:rsidR="00D60D5E" w:rsidRDefault="00891EF0">
            <w:pPr>
              <w:spacing w:after="0" w:line="240" w:lineRule="auto"/>
            </w:pPr>
            <w:r>
              <w:rPr>
                <w:rFonts w:eastAsia="Aptos"/>
                <w:sz w:val="17"/>
              </w:rPr>
              <w:t>Unsalted Butter 1lb ANCHOR</w:t>
            </w:r>
          </w:p>
        </w:tc>
        <w:tc>
          <w:tcPr>
            <w:tcW w:w="630" w:type="dxa"/>
            <w:tcMar>
              <w:top w:w="28" w:type="dxa"/>
              <w:left w:w="38" w:type="dxa"/>
              <w:bottom w:w="28" w:type="dxa"/>
              <w:right w:w="38" w:type="dxa"/>
            </w:tcMar>
            <w:vAlign w:val="center"/>
          </w:tcPr>
          <w:p w14:paraId="024746C6" w14:textId="77777777" w:rsidR="00D60D5E" w:rsidRDefault="00891EF0">
            <w:pPr>
              <w:spacing w:after="0" w:line="240" w:lineRule="auto"/>
              <w:jc w:val="center"/>
            </w:pPr>
            <w:r>
              <w:rPr>
                <w:rFonts w:eastAsia="Aptos"/>
                <w:b/>
                <w:sz w:val="17"/>
              </w:rPr>
              <w:t>11.59</w:t>
            </w:r>
          </w:p>
        </w:tc>
        <w:tc>
          <w:tcPr>
            <w:tcW w:w="540" w:type="dxa"/>
            <w:tcMar>
              <w:top w:w="28" w:type="dxa"/>
              <w:left w:w="38" w:type="dxa"/>
              <w:bottom w:w="28" w:type="dxa"/>
              <w:right w:w="38" w:type="dxa"/>
            </w:tcMar>
            <w:vAlign w:val="center"/>
          </w:tcPr>
          <w:p w14:paraId="0372C74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532B0F" w14:textId="77777777" w:rsidR="00D60D5E" w:rsidRDefault="00D60D5E">
            <w:pPr>
              <w:jc w:val="center"/>
            </w:pPr>
          </w:p>
        </w:tc>
      </w:tr>
      <w:tr w:rsidR="00D60D5E" w14:paraId="794D95B7" w14:textId="77777777" w:rsidTr="000617E0">
        <w:trPr>
          <w:cantSplit/>
          <w:jc w:val="center"/>
        </w:trPr>
        <w:tc>
          <w:tcPr>
            <w:tcW w:w="677" w:type="dxa"/>
            <w:tcMar>
              <w:top w:w="28" w:type="dxa"/>
              <w:left w:w="38" w:type="dxa"/>
              <w:bottom w:w="28" w:type="dxa"/>
              <w:right w:w="38" w:type="dxa"/>
            </w:tcMar>
            <w:vAlign w:val="center"/>
          </w:tcPr>
          <w:p w14:paraId="399CEA4A" w14:textId="77777777" w:rsidR="00D60D5E" w:rsidRDefault="00891EF0">
            <w:pPr>
              <w:spacing w:after="0" w:line="240" w:lineRule="auto"/>
              <w:jc w:val="center"/>
            </w:pPr>
            <w:r>
              <w:rPr>
                <w:rFonts w:eastAsia="Aptos"/>
                <w:color w:val="6A7075"/>
                <w:sz w:val="17"/>
              </w:rPr>
              <w:t>130-125</w:t>
            </w:r>
          </w:p>
        </w:tc>
        <w:tc>
          <w:tcPr>
            <w:tcW w:w="2648" w:type="dxa"/>
            <w:tcMar>
              <w:top w:w="28" w:type="dxa"/>
              <w:left w:w="38" w:type="dxa"/>
              <w:bottom w:w="28" w:type="dxa"/>
              <w:right w:w="38" w:type="dxa"/>
            </w:tcMar>
            <w:vAlign w:val="center"/>
          </w:tcPr>
          <w:p w14:paraId="53D4F797" w14:textId="77777777" w:rsidR="00D60D5E" w:rsidRDefault="00891EF0">
            <w:pPr>
              <w:spacing w:after="0" w:line="240" w:lineRule="auto"/>
            </w:pPr>
            <w:r>
              <w:rPr>
                <w:rFonts w:eastAsia="Aptos"/>
                <w:sz w:val="17"/>
              </w:rPr>
              <w:t>Parkay Margarine Soft Spread 13 oz</w:t>
            </w:r>
          </w:p>
        </w:tc>
        <w:tc>
          <w:tcPr>
            <w:tcW w:w="630" w:type="dxa"/>
            <w:tcMar>
              <w:top w:w="28" w:type="dxa"/>
              <w:left w:w="38" w:type="dxa"/>
              <w:bottom w:w="28" w:type="dxa"/>
              <w:right w:w="38" w:type="dxa"/>
            </w:tcMar>
            <w:vAlign w:val="center"/>
          </w:tcPr>
          <w:p w14:paraId="2C2B4C79" w14:textId="77777777" w:rsidR="00D60D5E" w:rsidRDefault="00891EF0">
            <w:pPr>
              <w:spacing w:after="0" w:line="240" w:lineRule="auto"/>
              <w:jc w:val="center"/>
            </w:pPr>
            <w:r>
              <w:rPr>
                <w:rFonts w:eastAsia="Aptos"/>
                <w:b/>
                <w:sz w:val="17"/>
              </w:rPr>
              <w:t>4.93</w:t>
            </w:r>
          </w:p>
        </w:tc>
        <w:tc>
          <w:tcPr>
            <w:tcW w:w="540" w:type="dxa"/>
            <w:tcMar>
              <w:top w:w="28" w:type="dxa"/>
              <w:left w:w="38" w:type="dxa"/>
              <w:bottom w:w="28" w:type="dxa"/>
              <w:right w:w="38" w:type="dxa"/>
            </w:tcMar>
            <w:vAlign w:val="center"/>
          </w:tcPr>
          <w:p w14:paraId="1421980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D1DE64" w14:textId="77777777" w:rsidR="00D60D5E" w:rsidRDefault="00D60D5E">
            <w:pPr>
              <w:jc w:val="center"/>
            </w:pPr>
          </w:p>
        </w:tc>
      </w:tr>
      <w:tr w:rsidR="00D60D5E" w14:paraId="38E5C45B" w14:textId="77777777" w:rsidTr="000617E0">
        <w:trPr>
          <w:cantSplit/>
          <w:jc w:val="center"/>
        </w:trPr>
        <w:tc>
          <w:tcPr>
            <w:tcW w:w="677" w:type="dxa"/>
            <w:tcMar>
              <w:top w:w="28" w:type="dxa"/>
              <w:left w:w="38" w:type="dxa"/>
              <w:bottom w:w="28" w:type="dxa"/>
              <w:right w:w="38" w:type="dxa"/>
            </w:tcMar>
            <w:vAlign w:val="center"/>
          </w:tcPr>
          <w:p w14:paraId="30758332" w14:textId="77777777" w:rsidR="00D60D5E" w:rsidRDefault="00891EF0">
            <w:pPr>
              <w:spacing w:after="0" w:line="240" w:lineRule="auto"/>
              <w:jc w:val="center"/>
            </w:pPr>
            <w:r>
              <w:rPr>
                <w:rFonts w:eastAsia="Aptos"/>
                <w:color w:val="6A7075"/>
                <w:sz w:val="17"/>
              </w:rPr>
              <w:t>130-126</w:t>
            </w:r>
          </w:p>
        </w:tc>
        <w:tc>
          <w:tcPr>
            <w:tcW w:w="2648" w:type="dxa"/>
            <w:tcMar>
              <w:top w:w="28" w:type="dxa"/>
              <w:left w:w="38" w:type="dxa"/>
              <w:bottom w:w="28" w:type="dxa"/>
              <w:right w:w="38" w:type="dxa"/>
            </w:tcMar>
            <w:vAlign w:val="center"/>
          </w:tcPr>
          <w:p w14:paraId="2736D66E" w14:textId="77777777" w:rsidR="00D60D5E" w:rsidRDefault="00891EF0">
            <w:pPr>
              <w:spacing w:after="0" w:line="240" w:lineRule="auto"/>
            </w:pPr>
            <w:r>
              <w:rPr>
                <w:rFonts w:eastAsia="Aptos"/>
                <w:sz w:val="17"/>
              </w:rPr>
              <w:t>Irish Salted Butter 8 oz</w:t>
            </w:r>
          </w:p>
        </w:tc>
        <w:tc>
          <w:tcPr>
            <w:tcW w:w="630" w:type="dxa"/>
            <w:tcMar>
              <w:top w:w="28" w:type="dxa"/>
              <w:left w:w="38" w:type="dxa"/>
              <w:bottom w:w="28" w:type="dxa"/>
              <w:right w:w="38" w:type="dxa"/>
            </w:tcMar>
            <w:vAlign w:val="center"/>
          </w:tcPr>
          <w:p w14:paraId="7DCCF573"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3AF1458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504EC30" w14:textId="77777777" w:rsidR="00D60D5E" w:rsidRDefault="00D60D5E">
            <w:pPr>
              <w:jc w:val="center"/>
            </w:pPr>
          </w:p>
        </w:tc>
      </w:tr>
      <w:tr w:rsidR="00D60D5E" w14:paraId="47E6E828" w14:textId="77777777" w:rsidTr="000617E0">
        <w:trPr>
          <w:cantSplit/>
          <w:jc w:val="center"/>
        </w:trPr>
        <w:tc>
          <w:tcPr>
            <w:tcW w:w="677" w:type="dxa"/>
            <w:tcMar>
              <w:top w:w="28" w:type="dxa"/>
              <w:left w:w="38" w:type="dxa"/>
              <w:bottom w:w="28" w:type="dxa"/>
              <w:right w:w="38" w:type="dxa"/>
            </w:tcMar>
            <w:vAlign w:val="center"/>
          </w:tcPr>
          <w:p w14:paraId="61AAA582" w14:textId="77777777" w:rsidR="00D60D5E" w:rsidRDefault="00891EF0">
            <w:pPr>
              <w:spacing w:after="0" w:line="240" w:lineRule="auto"/>
              <w:jc w:val="center"/>
            </w:pPr>
            <w:r>
              <w:rPr>
                <w:rFonts w:eastAsia="Aptos"/>
                <w:color w:val="6A7075"/>
                <w:sz w:val="17"/>
              </w:rPr>
              <w:t>130-127</w:t>
            </w:r>
          </w:p>
        </w:tc>
        <w:tc>
          <w:tcPr>
            <w:tcW w:w="2648" w:type="dxa"/>
            <w:tcMar>
              <w:top w:w="28" w:type="dxa"/>
              <w:left w:w="38" w:type="dxa"/>
              <w:bottom w:w="28" w:type="dxa"/>
              <w:right w:w="38" w:type="dxa"/>
            </w:tcMar>
            <w:vAlign w:val="center"/>
          </w:tcPr>
          <w:p w14:paraId="6A9C4CE2" w14:textId="77777777" w:rsidR="00D60D5E" w:rsidRDefault="00891EF0">
            <w:pPr>
              <w:spacing w:after="0" w:line="240" w:lineRule="auto"/>
            </w:pPr>
            <w:r>
              <w:rPr>
                <w:rFonts w:eastAsia="Aptos"/>
                <w:sz w:val="17"/>
              </w:rPr>
              <w:t>Irish Unsalted Butter 8 oz</w:t>
            </w:r>
          </w:p>
        </w:tc>
        <w:tc>
          <w:tcPr>
            <w:tcW w:w="630" w:type="dxa"/>
            <w:tcMar>
              <w:top w:w="28" w:type="dxa"/>
              <w:left w:w="38" w:type="dxa"/>
              <w:bottom w:w="28" w:type="dxa"/>
              <w:right w:w="38" w:type="dxa"/>
            </w:tcMar>
            <w:vAlign w:val="center"/>
          </w:tcPr>
          <w:p w14:paraId="093E6015"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38F8C14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1B6462" w14:textId="77777777" w:rsidR="00D60D5E" w:rsidRDefault="00D60D5E">
            <w:pPr>
              <w:jc w:val="center"/>
            </w:pPr>
          </w:p>
        </w:tc>
      </w:tr>
      <w:tr w:rsidR="00D60D5E" w14:paraId="52663960" w14:textId="77777777" w:rsidTr="000617E0">
        <w:trPr>
          <w:cantSplit/>
          <w:jc w:val="center"/>
        </w:trPr>
        <w:tc>
          <w:tcPr>
            <w:tcW w:w="677" w:type="dxa"/>
            <w:tcMar>
              <w:top w:w="28" w:type="dxa"/>
              <w:left w:w="38" w:type="dxa"/>
              <w:bottom w:w="28" w:type="dxa"/>
              <w:right w:w="38" w:type="dxa"/>
            </w:tcMar>
            <w:vAlign w:val="center"/>
          </w:tcPr>
          <w:p w14:paraId="0065173C" w14:textId="77777777" w:rsidR="00D60D5E" w:rsidRDefault="00891EF0">
            <w:pPr>
              <w:spacing w:after="0" w:line="240" w:lineRule="auto"/>
              <w:jc w:val="center"/>
            </w:pPr>
            <w:r>
              <w:rPr>
                <w:rFonts w:eastAsia="Aptos"/>
                <w:color w:val="6A7075"/>
                <w:sz w:val="17"/>
              </w:rPr>
              <w:t>130-130</w:t>
            </w:r>
          </w:p>
        </w:tc>
        <w:tc>
          <w:tcPr>
            <w:tcW w:w="2648" w:type="dxa"/>
            <w:tcMar>
              <w:top w:w="28" w:type="dxa"/>
              <w:left w:w="38" w:type="dxa"/>
              <w:bottom w:w="28" w:type="dxa"/>
              <w:right w:w="38" w:type="dxa"/>
            </w:tcMar>
            <w:vAlign w:val="center"/>
          </w:tcPr>
          <w:p w14:paraId="4138FDF6" w14:textId="77777777" w:rsidR="00D60D5E" w:rsidRDefault="00891EF0">
            <w:pPr>
              <w:spacing w:after="0" w:line="240" w:lineRule="auto"/>
            </w:pPr>
            <w:r>
              <w:rPr>
                <w:rFonts w:eastAsia="Aptos"/>
                <w:sz w:val="17"/>
              </w:rPr>
              <w:t>Heavy Cream 8oz</w:t>
            </w:r>
          </w:p>
        </w:tc>
        <w:tc>
          <w:tcPr>
            <w:tcW w:w="630" w:type="dxa"/>
            <w:tcMar>
              <w:top w:w="28" w:type="dxa"/>
              <w:left w:w="38" w:type="dxa"/>
              <w:bottom w:w="28" w:type="dxa"/>
              <w:right w:w="38" w:type="dxa"/>
            </w:tcMar>
            <w:vAlign w:val="center"/>
          </w:tcPr>
          <w:p w14:paraId="4273A3CE"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695FEB1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CB3969" w14:textId="77777777" w:rsidR="00D60D5E" w:rsidRDefault="00D60D5E">
            <w:pPr>
              <w:jc w:val="center"/>
            </w:pPr>
          </w:p>
        </w:tc>
      </w:tr>
      <w:tr w:rsidR="00D60D5E" w14:paraId="1D9CB6A3" w14:textId="77777777" w:rsidTr="000617E0">
        <w:trPr>
          <w:cantSplit/>
          <w:jc w:val="center"/>
        </w:trPr>
        <w:tc>
          <w:tcPr>
            <w:tcW w:w="677" w:type="dxa"/>
            <w:tcMar>
              <w:top w:w="28" w:type="dxa"/>
              <w:left w:w="38" w:type="dxa"/>
              <w:bottom w:w="28" w:type="dxa"/>
              <w:right w:w="38" w:type="dxa"/>
            </w:tcMar>
            <w:vAlign w:val="center"/>
          </w:tcPr>
          <w:p w14:paraId="36B3F59C" w14:textId="77777777" w:rsidR="00D60D5E" w:rsidRDefault="00891EF0">
            <w:pPr>
              <w:spacing w:after="0" w:line="240" w:lineRule="auto"/>
              <w:jc w:val="center"/>
            </w:pPr>
            <w:r>
              <w:rPr>
                <w:rFonts w:eastAsia="Aptos"/>
                <w:color w:val="6A7075"/>
                <w:sz w:val="17"/>
              </w:rPr>
              <w:t>130-135</w:t>
            </w:r>
          </w:p>
        </w:tc>
        <w:tc>
          <w:tcPr>
            <w:tcW w:w="2648" w:type="dxa"/>
            <w:tcMar>
              <w:top w:w="28" w:type="dxa"/>
              <w:left w:w="38" w:type="dxa"/>
              <w:bottom w:w="28" w:type="dxa"/>
              <w:right w:w="38" w:type="dxa"/>
            </w:tcMar>
            <w:vAlign w:val="center"/>
          </w:tcPr>
          <w:p w14:paraId="30E2446E" w14:textId="77777777" w:rsidR="00D60D5E" w:rsidRDefault="00891EF0">
            <w:pPr>
              <w:spacing w:after="0" w:line="240" w:lineRule="auto"/>
            </w:pPr>
            <w:r>
              <w:rPr>
                <w:rFonts w:eastAsia="Aptos"/>
                <w:sz w:val="17"/>
              </w:rPr>
              <w:t>Heavy Cream 32oz</w:t>
            </w:r>
          </w:p>
        </w:tc>
        <w:tc>
          <w:tcPr>
            <w:tcW w:w="630" w:type="dxa"/>
            <w:tcMar>
              <w:top w:w="28" w:type="dxa"/>
              <w:left w:w="38" w:type="dxa"/>
              <w:bottom w:w="28" w:type="dxa"/>
              <w:right w:w="38" w:type="dxa"/>
            </w:tcMar>
            <w:vAlign w:val="center"/>
          </w:tcPr>
          <w:p w14:paraId="7367F2DE" w14:textId="77777777" w:rsidR="00D60D5E" w:rsidRDefault="00891EF0">
            <w:pPr>
              <w:spacing w:after="0" w:line="240" w:lineRule="auto"/>
              <w:jc w:val="center"/>
            </w:pPr>
            <w:r>
              <w:rPr>
                <w:rFonts w:eastAsia="Aptos"/>
                <w:b/>
                <w:sz w:val="17"/>
              </w:rPr>
              <w:t>9.99</w:t>
            </w:r>
          </w:p>
        </w:tc>
        <w:tc>
          <w:tcPr>
            <w:tcW w:w="540" w:type="dxa"/>
            <w:tcMar>
              <w:top w:w="28" w:type="dxa"/>
              <w:left w:w="38" w:type="dxa"/>
              <w:bottom w:w="28" w:type="dxa"/>
              <w:right w:w="38" w:type="dxa"/>
            </w:tcMar>
            <w:vAlign w:val="center"/>
          </w:tcPr>
          <w:p w14:paraId="75DD36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89054A" w14:textId="77777777" w:rsidR="00D60D5E" w:rsidRDefault="00D60D5E">
            <w:pPr>
              <w:jc w:val="center"/>
            </w:pPr>
          </w:p>
        </w:tc>
      </w:tr>
      <w:tr w:rsidR="00D60D5E" w14:paraId="56A62C9A" w14:textId="77777777" w:rsidTr="000617E0">
        <w:trPr>
          <w:cantSplit/>
          <w:jc w:val="center"/>
        </w:trPr>
        <w:tc>
          <w:tcPr>
            <w:tcW w:w="677" w:type="dxa"/>
            <w:tcMar>
              <w:top w:w="28" w:type="dxa"/>
              <w:left w:w="38" w:type="dxa"/>
              <w:bottom w:w="28" w:type="dxa"/>
              <w:right w:w="38" w:type="dxa"/>
            </w:tcMar>
            <w:vAlign w:val="center"/>
          </w:tcPr>
          <w:p w14:paraId="20173B05" w14:textId="77777777" w:rsidR="00D60D5E" w:rsidRDefault="00891EF0">
            <w:pPr>
              <w:spacing w:after="0" w:line="240" w:lineRule="auto"/>
              <w:jc w:val="center"/>
            </w:pPr>
            <w:r>
              <w:rPr>
                <w:rFonts w:eastAsia="Aptos"/>
                <w:color w:val="6A7075"/>
                <w:sz w:val="17"/>
              </w:rPr>
              <w:t>130-140</w:t>
            </w:r>
          </w:p>
        </w:tc>
        <w:tc>
          <w:tcPr>
            <w:tcW w:w="2648" w:type="dxa"/>
            <w:tcMar>
              <w:top w:w="28" w:type="dxa"/>
              <w:left w:w="38" w:type="dxa"/>
              <w:bottom w:w="28" w:type="dxa"/>
              <w:right w:w="38" w:type="dxa"/>
            </w:tcMar>
            <w:vAlign w:val="center"/>
          </w:tcPr>
          <w:p w14:paraId="3640044F" w14:textId="77777777" w:rsidR="00D60D5E" w:rsidRDefault="00891EF0">
            <w:pPr>
              <w:spacing w:after="0" w:line="240" w:lineRule="auto"/>
            </w:pPr>
            <w:r>
              <w:rPr>
                <w:rFonts w:eastAsia="Aptos"/>
                <w:sz w:val="17"/>
              </w:rPr>
              <w:t>Half &amp; Half 16oz</w:t>
            </w:r>
          </w:p>
        </w:tc>
        <w:tc>
          <w:tcPr>
            <w:tcW w:w="630" w:type="dxa"/>
            <w:tcMar>
              <w:top w:w="28" w:type="dxa"/>
              <w:left w:w="38" w:type="dxa"/>
              <w:bottom w:w="28" w:type="dxa"/>
              <w:right w:w="38" w:type="dxa"/>
            </w:tcMar>
            <w:vAlign w:val="center"/>
          </w:tcPr>
          <w:p w14:paraId="50F22E34"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75E3631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5E7B1F" w14:textId="77777777" w:rsidR="00D60D5E" w:rsidRDefault="00D60D5E">
            <w:pPr>
              <w:jc w:val="center"/>
            </w:pPr>
          </w:p>
        </w:tc>
      </w:tr>
      <w:tr w:rsidR="00D60D5E" w14:paraId="3565A5D9" w14:textId="77777777" w:rsidTr="000617E0">
        <w:trPr>
          <w:cantSplit/>
          <w:jc w:val="center"/>
        </w:trPr>
        <w:tc>
          <w:tcPr>
            <w:tcW w:w="677" w:type="dxa"/>
            <w:tcMar>
              <w:top w:w="28" w:type="dxa"/>
              <w:left w:w="38" w:type="dxa"/>
              <w:bottom w:w="28" w:type="dxa"/>
              <w:right w:w="38" w:type="dxa"/>
            </w:tcMar>
            <w:vAlign w:val="center"/>
          </w:tcPr>
          <w:p w14:paraId="4009EFB4" w14:textId="77777777" w:rsidR="00D60D5E" w:rsidRDefault="00891EF0">
            <w:pPr>
              <w:spacing w:after="0" w:line="240" w:lineRule="auto"/>
              <w:jc w:val="center"/>
            </w:pPr>
            <w:r>
              <w:rPr>
                <w:rFonts w:eastAsia="Aptos"/>
                <w:color w:val="6A7075"/>
                <w:sz w:val="17"/>
              </w:rPr>
              <w:lastRenderedPageBreak/>
              <w:t>130-145</w:t>
            </w:r>
          </w:p>
        </w:tc>
        <w:tc>
          <w:tcPr>
            <w:tcW w:w="2648" w:type="dxa"/>
            <w:tcMar>
              <w:top w:w="28" w:type="dxa"/>
              <w:left w:w="38" w:type="dxa"/>
              <w:bottom w:w="28" w:type="dxa"/>
              <w:right w:w="38" w:type="dxa"/>
            </w:tcMar>
            <w:vAlign w:val="center"/>
          </w:tcPr>
          <w:p w14:paraId="583DAB79" w14:textId="77777777" w:rsidR="00D60D5E" w:rsidRDefault="00891EF0">
            <w:pPr>
              <w:spacing w:after="0" w:line="240" w:lineRule="auto"/>
            </w:pPr>
            <w:r>
              <w:rPr>
                <w:rFonts w:eastAsia="Aptos"/>
                <w:sz w:val="17"/>
              </w:rPr>
              <w:t>Half &amp; Half 32oz</w:t>
            </w:r>
          </w:p>
        </w:tc>
        <w:tc>
          <w:tcPr>
            <w:tcW w:w="630" w:type="dxa"/>
            <w:tcMar>
              <w:top w:w="28" w:type="dxa"/>
              <w:left w:w="38" w:type="dxa"/>
              <w:bottom w:w="28" w:type="dxa"/>
              <w:right w:w="38" w:type="dxa"/>
            </w:tcMar>
            <w:vAlign w:val="center"/>
          </w:tcPr>
          <w:p w14:paraId="50E82E0D"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763B94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BE80F2" w14:textId="77777777" w:rsidR="00D60D5E" w:rsidRDefault="00D60D5E">
            <w:pPr>
              <w:jc w:val="center"/>
            </w:pPr>
          </w:p>
        </w:tc>
      </w:tr>
      <w:tr w:rsidR="00D60D5E" w14:paraId="20F250C7" w14:textId="77777777" w:rsidTr="000617E0">
        <w:trPr>
          <w:cantSplit/>
          <w:jc w:val="center"/>
        </w:trPr>
        <w:tc>
          <w:tcPr>
            <w:tcW w:w="677" w:type="dxa"/>
            <w:tcMar>
              <w:top w:w="28" w:type="dxa"/>
              <w:left w:w="38" w:type="dxa"/>
              <w:bottom w:w="28" w:type="dxa"/>
              <w:right w:w="38" w:type="dxa"/>
            </w:tcMar>
            <w:vAlign w:val="center"/>
          </w:tcPr>
          <w:p w14:paraId="179838D2" w14:textId="77777777" w:rsidR="00D60D5E" w:rsidRDefault="00891EF0">
            <w:pPr>
              <w:spacing w:after="0" w:line="240" w:lineRule="auto"/>
              <w:jc w:val="center"/>
            </w:pPr>
            <w:r>
              <w:rPr>
                <w:rFonts w:eastAsia="Aptos"/>
                <w:color w:val="6A7075"/>
                <w:sz w:val="17"/>
              </w:rPr>
              <w:t>130-150</w:t>
            </w:r>
          </w:p>
        </w:tc>
        <w:tc>
          <w:tcPr>
            <w:tcW w:w="2648" w:type="dxa"/>
            <w:tcMar>
              <w:top w:w="28" w:type="dxa"/>
              <w:left w:w="38" w:type="dxa"/>
              <w:bottom w:w="28" w:type="dxa"/>
              <w:right w:w="38" w:type="dxa"/>
            </w:tcMar>
            <w:vAlign w:val="center"/>
          </w:tcPr>
          <w:p w14:paraId="45C8929A" w14:textId="77777777" w:rsidR="00D60D5E" w:rsidRDefault="00891EF0">
            <w:pPr>
              <w:spacing w:after="0" w:line="240" w:lineRule="auto"/>
            </w:pPr>
            <w:r>
              <w:rPr>
                <w:rFonts w:eastAsia="Aptos"/>
                <w:sz w:val="17"/>
              </w:rPr>
              <w:t>Eggs Large Dozen</w:t>
            </w:r>
          </w:p>
        </w:tc>
        <w:tc>
          <w:tcPr>
            <w:tcW w:w="630" w:type="dxa"/>
            <w:tcMar>
              <w:top w:w="28" w:type="dxa"/>
              <w:left w:w="38" w:type="dxa"/>
              <w:bottom w:w="28" w:type="dxa"/>
              <w:right w:w="38" w:type="dxa"/>
            </w:tcMar>
            <w:vAlign w:val="center"/>
          </w:tcPr>
          <w:p w14:paraId="3AACEE45"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173D9C1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9AF694" w14:textId="77777777" w:rsidR="00D60D5E" w:rsidRDefault="00D60D5E">
            <w:pPr>
              <w:jc w:val="center"/>
            </w:pPr>
          </w:p>
        </w:tc>
      </w:tr>
      <w:tr w:rsidR="00D60D5E" w14:paraId="7B0B3971" w14:textId="77777777" w:rsidTr="000617E0">
        <w:trPr>
          <w:cantSplit/>
          <w:jc w:val="center"/>
        </w:trPr>
        <w:tc>
          <w:tcPr>
            <w:tcW w:w="677" w:type="dxa"/>
            <w:tcMar>
              <w:top w:w="28" w:type="dxa"/>
              <w:left w:w="38" w:type="dxa"/>
              <w:bottom w:w="28" w:type="dxa"/>
              <w:right w:w="38" w:type="dxa"/>
            </w:tcMar>
            <w:vAlign w:val="center"/>
          </w:tcPr>
          <w:p w14:paraId="0B11A0F0" w14:textId="77777777" w:rsidR="00D60D5E" w:rsidRDefault="00891EF0">
            <w:pPr>
              <w:spacing w:after="0" w:line="240" w:lineRule="auto"/>
              <w:jc w:val="center"/>
            </w:pPr>
            <w:r>
              <w:rPr>
                <w:rFonts w:eastAsia="Aptos"/>
                <w:color w:val="6A7075"/>
                <w:sz w:val="17"/>
              </w:rPr>
              <w:t>130-152</w:t>
            </w:r>
          </w:p>
        </w:tc>
        <w:tc>
          <w:tcPr>
            <w:tcW w:w="2648" w:type="dxa"/>
            <w:tcMar>
              <w:top w:w="28" w:type="dxa"/>
              <w:left w:w="38" w:type="dxa"/>
              <w:bottom w:w="28" w:type="dxa"/>
              <w:right w:w="38" w:type="dxa"/>
            </w:tcMar>
            <w:vAlign w:val="center"/>
          </w:tcPr>
          <w:p w14:paraId="3E57C4F8" w14:textId="77777777" w:rsidR="00D60D5E" w:rsidRDefault="00891EF0">
            <w:pPr>
              <w:spacing w:after="0" w:line="240" w:lineRule="auto"/>
            </w:pPr>
            <w:r>
              <w:rPr>
                <w:rFonts w:eastAsia="Aptos"/>
                <w:sz w:val="17"/>
              </w:rPr>
              <w:t>Egg Beaters 16oz *NEW*</w:t>
            </w:r>
          </w:p>
        </w:tc>
        <w:tc>
          <w:tcPr>
            <w:tcW w:w="630" w:type="dxa"/>
            <w:tcMar>
              <w:top w:w="28" w:type="dxa"/>
              <w:left w:w="38" w:type="dxa"/>
              <w:bottom w:w="28" w:type="dxa"/>
              <w:right w:w="38" w:type="dxa"/>
            </w:tcMar>
            <w:vAlign w:val="center"/>
          </w:tcPr>
          <w:p w14:paraId="482C3742" w14:textId="77777777" w:rsidR="00D60D5E" w:rsidRDefault="00891EF0">
            <w:pPr>
              <w:spacing w:after="0" w:line="240" w:lineRule="auto"/>
              <w:jc w:val="center"/>
            </w:pPr>
            <w:r>
              <w:rPr>
                <w:rFonts w:eastAsia="Aptos"/>
                <w:b/>
                <w:sz w:val="17"/>
              </w:rPr>
              <w:t>7.85</w:t>
            </w:r>
          </w:p>
        </w:tc>
        <w:tc>
          <w:tcPr>
            <w:tcW w:w="540" w:type="dxa"/>
            <w:tcMar>
              <w:top w:w="28" w:type="dxa"/>
              <w:left w:w="38" w:type="dxa"/>
              <w:bottom w:w="28" w:type="dxa"/>
              <w:right w:w="38" w:type="dxa"/>
            </w:tcMar>
            <w:vAlign w:val="center"/>
          </w:tcPr>
          <w:p w14:paraId="6350BE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AF3183" w14:textId="77777777" w:rsidR="00D60D5E" w:rsidRDefault="00D60D5E">
            <w:pPr>
              <w:jc w:val="center"/>
            </w:pPr>
          </w:p>
        </w:tc>
      </w:tr>
      <w:tr w:rsidR="00D60D5E" w14:paraId="0C445B0A" w14:textId="77777777" w:rsidTr="000617E0">
        <w:trPr>
          <w:cantSplit/>
          <w:jc w:val="center"/>
        </w:trPr>
        <w:tc>
          <w:tcPr>
            <w:tcW w:w="677" w:type="dxa"/>
            <w:tcMar>
              <w:top w:w="28" w:type="dxa"/>
              <w:left w:w="38" w:type="dxa"/>
              <w:bottom w:w="28" w:type="dxa"/>
              <w:right w:w="38" w:type="dxa"/>
            </w:tcMar>
            <w:vAlign w:val="center"/>
          </w:tcPr>
          <w:p w14:paraId="78A78F7F" w14:textId="77777777" w:rsidR="00D60D5E" w:rsidRDefault="00891EF0">
            <w:pPr>
              <w:spacing w:after="0" w:line="240" w:lineRule="auto"/>
              <w:jc w:val="center"/>
            </w:pPr>
            <w:r>
              <w:rPr>
                <w:rFonts w:eastAsia="Aptos"/>
                <w:color w:val="6A7075"/>
                <w:sz w:val="17"/>
              </w:rPr>
              <w:t>130-155</w:t>
            </w:r>
          </w:p>
        </w:tc>
        <w:tc>
          <w:tcPr>
            <w:tcW w:w="2648" w:type="dxa"/>
            <w:tcMar>
              <w:top w:w="28" w:type="dxa"/>
              <w:left w:w="38" w:type="dxa"/>
              <w:bottom w:w="28" w:type="dxa"/>
              <w:right w:w="38" w:type="dxa"/>
            </w:tcMar>
            <w:vAlign w:val="center"/>
          </w:tcPr>
          <w:p w14:paraId="4F38E742" w14:textId="77777777" w:rsidR="00D60D5E" w:rsidRDefault="00891EF0">
            <w:pPr>
              <w:spacing w:after="0" w:line="240" w:lineRule="auto"/>
            </w:pPr>
            <w:r>
              <w:rPr>
                <w:rFonts w:eastAsia="Aptos"/>
                <w:sz w:val="17"/>
              </w:rPr>
              <w:t>Fresh Milk QT MacArthur - Whole / 2% / FF</w:t>
            </w:r>
          </w:p>
        </w:tc>
        <w:tc>
          <w:tcPr>
            <w:tcW w:w="630" w:type="dxa"/>
            <w:tcMar>
              <w:top w:w="28" w:type="dxa"/>
              <w:left w:w="38" w:type="dxa"/>
              <w:bottom w:w="28" w:type="dxa"/>
              <w:right w:w="38" w:type="dxa"/>
            </w:tcMar>
            <w:vAlign w:val="center"/>
          </w:tcPr>
          <w:p w14:paraId="550CAD03"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625624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BD8FDA" w14:textId="77777777" w:rsidR="00D60D5E" w:rsidRDefault="00D60D5E">
            <w:pPr>
              <w:jc w:val="center"/>
            </w:pPr>
          </w:p>
        </w:tc>
      </w:tr>
      <w:tr w:rsidR="00D60D5E" w14:paraId="78589559" w14:textId="77777777" w:rsidTr="000617E0">
        <w:trPr>
          <w:cantSplit/>
          <w:jc w:val="center"/>
        </w:trPr>
        <w:tc>
          <w:tcPr>
            <w:tcW w:w="677" w:type="dxa"/>
            <w:tcMar>
              <w:top w:w="28" w:type="dxa"/>
              <w:left w:w="38" w:type="dxa"/>
              <w:bottom w:w="28" w:type="dxa"/>
              <w:right w:w="38" w:type="dxa"/>
            </w:tcMar>
            <w:vAlign w:val="center"/>
          </w:tcPr>
          <w:p w14:paraId="356554FE" w14:textId="77777777" w:rsidR="00D60D5E" w:rsidRDefault="00891EF0">
            <w:pPr>
              <w:spacing w:after="0" w:line="240" w:lineRule="auto"/>
              <w:jc w:val="center"/>
            </w:pPr>
            <w:r>
              <w:rPr>
                <w:rFonts w:eastAsia="Aptos"/>
                <w:color w:val="6A7075"/>
                <w:sz w:val="17"/>
              </w:rPr>
              <w:t>130-160</w:t>
            </w:r>
          </w:p>
        </w:tc>
        <w:tc>
          <w:tcPr>
            <w:tcW w:w="2648" w:type="dxa"/>
            <w:tcMar>
              <w:top w:w="28" w:type="dxa"/>
              <w:left w:w="38" w:type="dxa"/>
              <w:bottom w:w="28" w:type="dxa"/>
              <w:right w:w="38" w:type="dxa"/>
            </w:tcMar>
            <w:vAlign w:val="center"/>
          </w:tcPr>
          <w:p w14:paraId="0B7A5D42" w14:textId="77777777" w:rsidR="00D60D5E" w:rsidRDefault="00891EF0">
            <w:pPr>
              <w:spacing w:after="0" w:line="240" w:lineRule="auto"/>
            </w:pPr>
            <w:r>
              <w:rPr>
                <w:rFonts w:eastAsia="Aptos"/>
                <w:sz w:val="17"/>
              </w:rPr>
              <w:t>Fresh Milk 1/2gal - Whole / 2% / FatFree</w:t>
            </w:r>
          </w:p>
        </w:tc>
        <w:tc>
          <w:tcPr>
            <w:tcW w:w="630" w:type="dxa"/>
            <w:tcMar>
              <w:top w:w="28" w:type="dxa"/>
              <w:left w:w="38" w:type="dxa"/>
              <w:bottom w:w="28" w:type="dxa"/>
              <w:right w:w="38" w:type="dxa"/>
            </w:tcMar>
            <w:vAlign w:val="center"/>
          </w:tcPr>
          <w:p w14:paraId="70585D4D"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0900593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6C8C8B" w14:textId="77777777" w:rsidR="00D60D5E" w:rsidRDefault="00D60D5E">
            <w:pPr>
              <w:jc w:val="center"/>
            </w:pPr>
          </w:p>
        </w:tc>
      </w:tr>
      <w:tr w:rsidR="00D60D5E" w14:paraId="0B306EBD" w14:textId="77777777" w:rsidTr="000617E0">
        <w:trPr>
          <w:cantSplit/>
          <w:jc w:val="center"/>
        </w:trPr>
        <w:tc>
          <w:tcPr>
            <w:tcW w:w="677" w:type="dxa"/>
            <w:tcMar>
              <w:top w:w="28" w:type="dxa"/>
              <w:left w:w="38" w:type="dxa"/>
              <w:bottom w:w="28" w:type="dxa"/>
              <w:right w:w="38" w:type="dxa"/>
            </w:tcMar>
            <w:vAlign w:val="center"/>
          </w:tcPr>
          <w:p w14:paraId="7966640D" w14:textId="77777777" w:rsidR="00D60D5E" w:rsidRDefault="00891EF0">
            <w:pPr>
              <w:spacing w:after="0" w:line="240" w:lineRule="auto"/>
              <w:jc w:val="center"/>
            </w:pPr>
            <w:r>
              <w:rPr>
                <w:rFonts w:eastAsia="Aptos"/>
                <w:color w:val="6A7075"/>
                <w:sz w:val="17"/>
              </w:rPr>
              <w:t>130-165</w:t>
            </w:r>
          </w:p>
        </w:tc>
        <w:tc>
          <w:tcPr>
            <w:tcW w:w="2648" w:type="dxa"/>
            <w:tcMar>
              <w:top w:w="28" w:type="dxa"/>
              <w:left w:w="38" w:type="dxa"/>
              <w:bottom w:w="28" w:type="dxa"/>
              <w:right w:w="38" w:type="dxa"/>
            </w:tcMar>
            <w:vAlign w:val="center"/>
          </w:tcPr>
          <w:p w14:paraId="68193624" w14:textId="77777777" w:rsidR="00D60D5E" w:rsidRDefault="00891EF0">
            <w:pPr>
              <w:spacing w:after="0" w:line="240" w:lineRule="auto"/>
            </w:pPr>
            <w:r>
              <w:rPr>
                <w:rFonts w:eastAsia="Aptos"/>
                <w:sz w:val="17"/>
              </w:rPr>
              <w:t>Long Life Whole Milk 1litre</w:t>
            </w:r>
          </w:p>
        </w:tc>
        <w:tc>
          <w:tcPr>
            <w:tcW w:w="630" w:type="dxa"/>
            <w:tcMar>
              <w:top w:w="28" w:type="dxa"/>
              <w:left w:w="38" w:type="dxa"/>
              <w:bottom w:w="28" w:type="dxa"/>
              <w:right w:w="38" w:type="dxa"/>
            </w:tcMar>
            <w:vAlign w:val="center"/>
          </w:tcPr>
          <w:p w14:paraId="2A3EE0D1"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49436E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EC02B3" w14:textId="77777777" w:rsidR="00D60D5E" w:rsidRDefault="00D60D5E">
            <w:pPr>
              <w:jc w:val="center"/>
            </w:pPr>
          </w:p>
        </w:tc>
      </w:tr>
      <w:tr w:rsidR="00D60D5E" w14:paraId="6BFA4424" w14:textId="77777777" w:rsidTr="000617E0">
        <w:trPr>
          <w:cantSplit/>
          <w:jc w:val="center"/>
        </w:trPr>
        <w:tc>
          <w:tcPr>
            <w:tcW w:w="677" w:type="dxa"/>
            <w:tcMar>
              <w:top w:w="28" w:type="dxa"/>
              <w:left w:w="38" w:type="dxa"/>
              <w:bottom w:w="28" w:type="dxa"/>
              <w:right w:w="38" w:type="dxa"/>
            </w:tcMar>
            <w:vAlign w:val="center"/>
          </w:tcPr>
          <w:p w14:paraId="5C14F6BD" w14:textId="77777777" w:rsidR="00D60D5E" w:rsidRDefault="00891EF0">
            <w:pPr>
              <w:spacing w:after="0" w:line="240" w:lineRule="auto"/>
              <w:jc w:val="center"/>
            </w:pPr>
            <w:r>
              <w:rPr>
                <w:rFonts w:eastAsia="Aptos"/>
                <w:color w:val="6A7075"/>
                <w:sz w:val="17"/>
              </w:rPr>
              <w:t>130-166</w:t>
            </w:r>
          </w:p>
        </w:tc>
        <w:tc>
          <w:tcPr>
            <w:tcW w:w="2648" w:type="dxa"/>
            <w:tcMar>
              <w:top w:w="28" w:type="dxa"/>
              <w:left w:w="38" w:type="dxa"/>
              <w:bottom w:w="28" w:type="dxa"/>
              <w:right w:w="38" w:type="dxa"/>
            </w:tcMar>
            <w:vAlign w:val="center"/>
          </w:tcPr>
          <w:p w14:paraId="2B4AA5B3" w14:textId="77777777" w:rsidR="00D60D5E" w:rsidRDefault="00891EF0">
            <w:pPr>
              <w:spacing w:after="0" w:line="240" w:lineRule="auto"/>
            </w:pPr>
            <w:r>
              <w:rPr>
                <w:rFonts w:eastAsia="Aptos"/>
                <w:sz w:val="17"/>
              </w:rPr>
              <w:t>Oats Milk 32 oz Plain *NEW*</w:t>
            </w:r>
          </w:p>
        </w:tc>
        <w:tc>
          <w:tcPr>
            <w:tcW w:w="630" w:type="dxa"/>
            <w:tcMar>
              <w:top w:w="28" w:type="dxa"/>
              <w:left w:w="38" w:type="dxa"/>
              <w:bottom w:w="28" w:type="dxa"/>
              <w:right w:w="38" w:type="dxa"/>
            </w:tcMar>
            <w:vAlign w:val="center"/>
          </w:tcPr>
          <w:p w14:paraId="69C39339"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0EF3F1B0"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F8BA9B4" w14:textId="77777777" w:rsidR="00D60D5E" w:rsidRDefault="00D60D5E">
            <w:pPr>
              <w:jc w:val="center"/>
            </w:pPr>
          </w:p>
        </w:tc>
      </w:tr>
      <w:tr w:rsidR="00D60D5E" w14:paraId="29B06008" w14:textId="77777777" w:rsidTr="000617E0">
        <w:trPr>
          <w:cantSplit/>
          <w:jc w:val="center"/>
        </w:trPr>
        <w:tc>
          <w:tcPr>
            <w:tcW w:w="677" w:type="dxa"/>
            <w:tcMar>
              <w:top w:w="28" w:type="dxa"/>
              <w:left w:w="38" w:type="dxa"/>
              <w:bottom w:w="28" w:type="dxa"/>
              <w:right w:w="38" w:type="dxa"/>
            </w:tcMar>
            <w:vAlign w:val="center"/>
          </w:tcPr>
          <w:p w14:paraId="7B150C8A" w14:textId="77777777" w:rsidR="00D60D5E" w:rsidRDefault="00891EF0">
            <w:pPr>
              <w:spacing w:after="0" w:line="240" w:lineRule="auto"/>
              <w:jc w:val="center"/>
            </w:pPr>
            <w:r>
              <w:rPr>
                <w:rFonts w:eastAsia="Aptos"/>
                <w:color w:val="6A7075"/>
                <w:sz w:val="17"/>
              </w:rPr>
              <w:t>130-170</w:t>
            </w:r>
          </w:p>
        </w:tc>
        <w:tc>
          <w:tcPr>
            <w:tcW w:w="2648" w:type="dxa"/>
            <w:tcMar>
              <w:top w:w="28" w:type="dxa"/>
              <w:left w:w="38" w:type="dxa"/>
              <w:bottom w:w="28" w:type="dxa"/>
              <w:right w:w="38" w:type="dxa"/>
            </w:tcMar>
            <w:vAlign w:val="center"/>
          </w:tcPr>
          <w:p w14:paraId="718F06E3" w14:textId="77777777" w:rsidR="00D60D5E" w:rsidRDefault="00891EF0">
            <w:pPr>
              <w:spacing w:after="0" w:line="240" w:lineRule="auto"/>
            </w:pPr>
            <w:r>
              <w:rPr>
                <w:rFonts w:eastAsia="Aptos"/>
                <w:sz w:val="17"/>
              </w:rPr>
              <w:t>2% Long Life Milk 1litre</w:t>
            </w:r>
          </w:p>
        </w:tc>
        <w:tc>
          <w:tcPr>
            <w:tcW w:w="630" w:type="dxa"/>
            <w:tcMar>
              <w:top w:w="28" w:type="dxa"/>
              <w:left w:w="38" w:type="dxa"/>
              <w:bottom w:w="28" w:type="dxa"/>
              <w:right w:w="38" w:type="dxa"/>
            </w:tcMar>
            <w:vAlign w:val="center"/>
          </w:tcPr>
          <w:p w14:paraId="17081CF1"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2D4B016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807FB7" w14:textId="77777777" w:rsidR="00D60D5E" w:rsidRDefault="00D60D5E">
            <w:pPr>
              <w:jc w:val="center"/>
            </w:pPr>
          </w:p>
        </w:tc>
      </w:tr>
      <w:tr w:rsidR="00D60D5E" w14:paraId="08792E62" w14:textId="77777777" w:rsidTr="000617E0">
        <w:trPr>
          <w:cantSplit/>
          <w:jc w:val="center"/>
        </w:trPr>
        <w:tc>
          <w:tcPr>
            <w:tcW w:w="677" w:type="dxa"/>
            <w:tcMar>
              <w:top w:w="28" w:type="dxa"/>
              <w:left w:w="38" w:type="dxa"/>
              <w:bottom w:w="28" w:type="dxa"/>
              <w:right w:w="38" w:type="dxa"/>
            </w:tcMar>
            <w:vAlign w:val="center"/>
          </w:tcPr>
          <w:p w14:paraId="6E60D07F" w14:textId="77777777" w:rsidR="00D60D5E" w:rsidRDefault="00891EF0">
            <w:pPr>
              <w:spacing w:after="0" w:line="240" w:lineRule="auto"/>
              <w:jc w:val="center"/>
            </w:pPr>
            <w:r>
              <w:rPr>
                <w:rFonts w:eastAsia="Aptos"/>
                <w:color w:val="6A7075"/>
                <w:sz w:val="17"/>
              </w:rPr>
              <w:t>130-175</w:t>
            </w:r>
          </w:p>
        </w:tc>
        <w:tc>
          <w:tcPr>
            <w:tcW w:w="2648" w:type="dxa"/>
            <w:tcMar>
              <w:top w:w="28" w:type="dxa"/>
              <w:left w:w="38" w:type="dxa"/>
              <w:bottom w:w="28" w:type="dxa"/>
              <w:right w:w="38" w:type="dxa"/>
            </w:tcMar>
            <w:vAlign w:val="center"/>
          </w:tcPr>
          <w:p w14:paraId="132B7DD1" w14:textId="77777777" w:rsidR="00D60D5E" w:rsidRDefault="00891EF0">
            <w:pPr>
              <w:spacing w:after="0" w:line="240" w:lineRule="auto"/>
            </w:pPr>
            <w:r>
              <w:rPr>
                <w:rFonts w:eastAsia="Aptos"/>
                <w:sz w:val="17"/>
              </w:rPr>
              <w:t>Fat Free Long-Life Milk 1litre</w:t>
            </w:r>
          </w:p>
        </w:tc>
        <w:tc>
          <w:tcPr>
            <w:tcW w:w="630" w:type="dxa"/>
            <w:tcMar>
              <w:top w:w="28" w:type="dxa"/>
              <w:left w:w="38" w:type="dxa"/>
              <w:bottom w:w="28" w:type="dxa"/>
              <w:right w:w="38" w:type="dxa"/>
            </w:tcMar>
            <w:vAlign w:val="center"/>
          </w:tcPr>
          <w:p w14:paraId="06868123"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7114D6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7FAF69" w14:textId="77777777" w:rsidR="00D60D5E" w:rsidRDefault="00D60D5E">
            <w:pPr>
              <w:jc w:val="center"/>
            </w:pPr>
          </w:p>
        </w:tc>
      </w:tr>
      <w:tr w:rsidR="00D60D5E" w14:paraId="29B6D3FA" w14:textId="77777777" w:rsidTr="000617E0">
        <w:trPr>
          <w:cantSplit/>
          <w:jc w:val="center"/>
        </w:trPr>
        <w:tc>
          <w:tcPr>
            <w:tcW w:w="677" w:type="dxa"/>
            <w:tcMar>
              <w:top w:w="28" w:type="dxa"/>
              <w:left w:w="38" w:type="dxa"/>
              <w:bottom w:w="28" w:type="dxa"/>
              <w:right w:w="38" w:type="dxa"/>
            </w:tcMar>
            <w:vAlign w:val="center"/>
          </w:tcPr>
          <w:p w14:paraId="2BF513E9" w14:textId="77777777" w:rsidR="00D60D5E" w:rsidRDefault="00891EF0">
            <w:pPr>
              <w:spacing w:after="0" w:line="240" w:lineRule="auto"/>
              <w:jc w:val="center"/>
            </w:pPr>
            <w:r>
              <w:rPr>
                <w:rFonts w:eastAsia="Aptos"/>
                <w:color w:val="6A7075"/>
                <w:sz w:val="17"/>
              </w:rPr>
              <w:t>130-180</w:t>
            </w:r>
          </w:p>
        </w:tc>
        <w:tc>
          <w:tcPr>
            <w:tcW w:w="2648" w:type="dxa"/>
            <w:tcMar>
              <w:top w:w="28" w:type="dxa"/>
              <w:left w:w="38" w:type="dxa"/>
              <w:bottom w:w="28" w:type="dxa"/>
              <w:right w:w="38" w:type="dxa"/>
            </w:tcMar>
            <w:vAlign w:val="center"/>
          </w:tcPr>
          <w:p w14:paraId="74098EDC" w14:textId="77777777" w:rsidR="00D60D5E" w:rsidRDefault="00891EF0">
            <w:pPr>
              <w:spacing w:after="0" w:line="240" w:lineRule="auto"/>
            </w:pPr>
            <w:r>
              <w:rPr>
                <w:rFonts w:eastAsia="Aptos"/>
                <w:sz w:val="17"/>
              </w:rPr>
              <w:t>Rice Milk 32oz</w:t>
            </w:r>
          </w:p>
        </w:tc>
        <w:tc>
          <w:tcPr>
            <w:tcW w:w="630" w:type="dxa"/>
            <w:tcMar>
              <w:top w:w="28" w:type="dxa"/>
              <w:left w:w="38" w:type="dxa"/>
              <w:bottom w:w="28" w:type="dxa"/>
              <w:right w:w="38" w:type="dxa"/>
            </w:tcMar>
            <w:vAlign w:val="center"/>
          </w:tcPr>
          <w:p w14:paraId="2DBA771F"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6578BAF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AAC790" w14:textId="77777777" w:rsidR="00D60D5E" w:rsidRDefault="00D60D5E">
            <w:pPr>
              <w:jc w:val="center"/>
            </w:pPr>
          </w:p>
        </w:tc>
      </w:tr>
      <w:tr w:rsidR="00D60D5E" w14:paraId="19656439" w14:textId="77777777" w:rsidTr="000617E0">
        <w:trPr>
          <w:cantSplit/>
          <w:jc w:val="center"/>
        </w:trPr>
        <w:tc>
          <w:tcPr>
            <w:tcW w:w="677" w:type="dxa"/>
            <w:tcMar>
              <w:top w:w="28" w:type="dxa"/>
              <w:left w:w="38" w:type="dxa"/>
              <w:bottom w:w="28" w:type="dxa"/>
              <w:right w:w="38" w:type="dxa"/>
            </w:tcMar>
            <w:vAlign w:val="center"/>
          </w:tcPr>
          <w:p w14:paraId="65EEF08A" w14:textId="77777777" w:rsidR="00D60D5E" w:rsidRDefault="00891EF0">
            <w:pPr>
              <w:spacing w:after="0" w:line="240" w:lineRule="auto"/>
              <w:jc w:val="center"/>
            </w:pPr>
            <w:r>
              <w:rPr>
                <w:rFonts w:eastAsia="Aptos"/>
                <w:color w:val="6A7075"/>
                <w:sz w:val="17"/>
              </w:rPr>
              <w:t>130-181</w:t>
            </w:r>
          </w:p>
        </w:tc>
        <w:tc>
          <w:tcPr>
            <w:tcW w:w="2648" w:type="dxa"/>
            <w:tcMar>
              <w:top w:w="28" w:type="dxa"/>
              <w:left w:w="38" w:type="dxa"/>
              <w:bottom w:w="28" w:type="dxa"/>
              <w:right w:w="38" w:type="dxa"/>
            </w:tcMar>
            <w:vAlign w:val="center"/>
          </w:tcPr>
          <w:p w14:paraId="1A8ECC5B" w14:textId="77777777" w:rsidR="00D60D5E" w:rsidRDefault="00891EF0">
            <w:pPr>
              <w:spacing w:after="0" w:line="240" w:lineRule="auto"/>
            </w:pPr>
            <w:r>
              <w:rPr>
                <w:rFonts w:eastAsia="Aptos"/>
                <w:sz w:val="17"/>
              </w:rPr>
              <w:t>Soy Milk 1Qt/32oz</w:t>
            </w:r>
          </w:p>
        </w:tc>
        <w:tc>
          <w:tcPr>
            <w:tcW w:w="630" w:type="dxa"/>
            <w:tcMar>
              <w:top w:w="28" w:type="dxa"/>
              <w:left w:w="38" w:type="dxa"/>
              <w:bottom w:w="28" w:type="dxa"/>
              <w:right w:w="38" w:type="dxa"/>
            </w:tcMar>
            <w:vAlign w:val="center"/>
          </w:tcPr>
          <w:p w14:paraId="734279F3"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584D56A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0192B1" w14:textId="77777777" w:rsidR="00D60D5E" w:rsidRDefault="00D60D5E">
            <w:pPr>
              <w:jc w:val="center"/>
            </w:pPr>
          </w:p>
        </w:tc>
      </w:tr>
      <w:tr w:rsidR="00D60D5E" w14:paraId="69B6D1DB" w14:textId="77777777" w:rsidTr="000617E0">
        <w:trPr>
          <w:cantSplit/>
          <w:jc w:val="center"/>
        </w:trPr>
        <w:tc>
          <w:tcPr>
            <w:tcW w:w="677" w:type="dxa"/>
            <w:tcMar>
              <w:top w:w="28" w:type="dxa"/>
              <w:left w:w="38" w:type="dxa"/>
              <w:bottom w:w="28" w:type="dxa"/>
              <w:right w:w="38" w:type="dxa"/>
            </w:tcMar>
            <w:vAlign w:val="center"/>
          </w:tcPr>
          <w:p w14:paraId="61C2A2F7" w14:textId="77777777" w:rsidR="00D60D5E" w:rsidRDefault="00891EF0">
            <w:pPr>
              <w:spacing w:after="0" w:line="240" w:lineRule="auto"/>
              <w:jc w:val="center"/>
            </w:pPr>
            <w:r>
              <w:rPr>
                <w:rFonts w:eastAsia="Aptos"/>
                <w:color w:val="6A7075"/>
                <w:sz w:val="17"/>
              </w:rPr>
              <w:t>130-182</w:t>
            </w:r>
          </w:p>
        </w:tc>
        <w:tc>
          <w:tcPr>
            <w:tcW w:w="2648" w:type="dxa"/>
            <w:tcMar>
              <w:top w:w="28" w:type="dxa"/>
              <w:left w:w="38" w:type="dxa"/>
              <w:bottom w:w="28" w:type="dxa"/>
              <w:right w:w="38" w:type="dxa"/>
            </w:tcMar>
            <w:vAlign w:val="center"/>
          </w:tcPr>
          <w:p w14:paraId="02F2C9C8" w14:textId="77777777" w:rsidR="00D60D5E" w:rsidRDefault="00891EF0">
            <w:pPr>
              <w:spacing w:after="0" w:line="240" w:lineRule="auto"/>
            </w:pPr>
            <w:r>
              <w:rPr>
                <w:rFonts w:eastAsia="Aptos"/>
                <w:sz w:val="17"/>
              </w:rPr>
              <w:t>Lactaid Milk Fresh 1Qt</w:t>
            </w:r>
          </w:p>
        </w:tc>
        <w:tc>
          <w:tcPr>
            <w:tcW w:w="630" w:type="dxa"/>
            <w:tcMar>
              <w:top w:w="28" w:type="dxa"/>
              <w:left w:w="38" w:type="dxa"/>
              <w:bottom w:w="28" w:type="dxa"/>
              <w:right w:w="38" w:type="dxa"/>
            </w:tcMar>
            <w:vAlign w:val="center"/>
          </w:tcPr>
          <w:p w14:paraId="3733AE49"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54B1FB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1B19BA" w14:textId="77777777" w:rsidR="00D60D5E" w:rsidRDefault="00D60D5E">
            <w:pPr>
              <w:jc w:val="center"/>
            </w:pPr>
          </w:p>
        </w:tc>
      </w:tr>
      <w:tr w:rsidR="00D60D5E" w14:paraId="0CAA079C" w14:textId="77777777" w:rsidTr="000617E0">
        <w:trPr>
          <w:cantSplit/>
          <w:jc w:val="center"/>
        </w:trPr>
        <w:tc>
          <w:tcPr>
            <w:tcW w:w="677" w:type="dxa"/>
            <w:tcMar>
              <w:top w:w="28" w:type="dxa"/>
              <w:left w:w="38" w:type="dxa"/>
              <w:bottom w:w="28" w:type="dxa"/>
              <w:right w:w="38" w:type="dxa"/>
            </w:tcMar>
            <w:vAlign w:val="center"/>
          </w:tcPr>
          <w:p w14:paraId="259D9DDF" w14:textId="77777777" w:rsidR="00D60D5E" w:rsidRDefault="00891EF0">
            <w:pPr>
              <w:spacing w:after="0" w:line="240" w:lineRule="auto"/>
              <w:jc w:val="center"/>
            </w:pPr>
            <w:r>
              <w:rPr>
                <w:rFonts w:eastAsia="Aptos"/>
                <w:color w:val="6A7075"/>
                <w:sz w:val="17"/>
              </w:rPr>
              <w:t>130-185</w:t>
            </w:r>
          </w:p>
        </w:tc>
        <w:tc>
          <w:tcPr>
            <w:tcW w:w="2648" w:type="dxa"/>
            <w:tcMar>
              <w:top w:w="28" w:type="dxa"/>
              <w:left w:w="38" w:type="dxa"/>
              <w:bottom w:w="28" w:type="dxa"/>
              <w:right w:w="38" w:type="dxa"/>
            </w:tcMar>
            <w:vAlign w:val="center"/>
          </w:tcPr>
          <w:p w14:paraId="2ABE294A" w14:textId="77777777" w:rsidR="00D60D5E" w:rsidRDefault="00891EF0">
            <w:pPr>
              <w:spacing w:after="0" w:line="240" w:lineRule="auto"/>
            </w:pPr>
            <w:r>
              <w:rPr>
                <w:rFonts w:eastAsia="Aptos"/>
                <w:sz w:val="17"/>
              </w:rPr>
              <w:t>Almond Milk Plain 32 oz *NEW*</w:t>
            </w:r>
          </w:p>
        </w:tc>
        <w:tc>
          <w:tcPr>
            <w:tcW w:w="630" w:type="dxa"/>
            <w:tcMar>
              <w:top w:w="28" w:type="dxa"/>
              <w:left w:w="38" w:type="dxa"/>
              <w:bottom w:w="28" w:type="dxa"/>
              <w:right w:w="38" w:type="dxa"/>
            </w:tcMar>
            <w:vAlign w:val="center"/>
          </w:tcPr>
          <w:p w14:paraId="5C42B4FA" w14:textId="77777777" w:rsidR="00D60D5E" w:rsidRDefault="00891EF0">
            <w:pPr>
              <w:spacing w:after="0" w:line="240" w:lineRule="auto"/>
              <w:jc w:val="center"/>
            </w:pPr>
            <w:r>
              <w:rPr>
                <w:rFonts w:eastAsia="Aptos"/>
                <w:b/>
                <w:sz w:val="17"/>
              </w:rPr>
              <w:t>5.80</w:t>
            </w:r>
          </w:p>
        </w:tc>
        <w:tc>
          <w:tcPr>
            <w:tcW w:w="540" w:type="dxa"/>
            <w:tcMar>
              <w:top w:w="28" w:type="dxa"/>
              <w:left w:w="38" w:type="dxa"/>
              <w:bottom w:w="28" w:type="dxa"/>
              <w:right w:w="38" w:type="dxa"/>
            </w:tcMar>
            <w:vAlign w:val="center"/>
          </w:tcPr>
          <w:p w14:paraId="0625C46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EC2DE8" w14:textId="77777777" w:rsidR="00D60D5E" w:rsidRDefault="00D60D5E">
            <w:pPr>
              <w:jc w:val="center"/>
            </w:pPr>
          </w:p>
        </w:tc>
      </w:tr>
      <w:tr w:rsidR="00D60D5E" w14:paraId="3096D7DD" w14:textId="77777777" w:rsidTr="000617E0">
        <w:trPr>
          <w:cantSplit/>
          <w:jc w:val="center"/>
        </w:trPr>
        <w:tc>
          <w:tcPr>
            <w:tcW w:w="677" w:type="dxa"/>
            <w:tcMar>
              <w:top w:w="28" w:type="dxa"/>
              <w:left w:w="38" w:type="dxa"/>
              <w:bottom w:w="28" w:type="dxa"/>
              <w:right w:w="38" w:type="dxa"/>
            </w:tcMar>
            <w:vAlign w:val="center"/>
          </w:tcPr>
          <w:p w14:paraId="71F2958E" w14:textId="77777777" w:rsidR="00D60D5E" w:rsidRDefault="00891EF0">
            <w:pPr>
              <w:spacing w:after="0" w:line="240" w:lineRule="auto"/>
              <w:jc w:val="center"/>
            </w:pPr>
            <w:r>
              <w:rPr>
                <w:rFonts w:eastAsia="Aptos"/>
                <w:color w:val="6A7075"/>
                <w:sz w:val="17"/>
              </w:rPr>
              <w:t>130-190</w:t>
            </w:r>
          </w:p>
        </w:tc>
        <w:tc>
          <w:tcPr>
            <w:tcW w:w="2648" w:type="dxa"/>
            <w:tcMar>
              <w:top w:w="28" w:type="dxa"/>
              <w:left w:w="38" w:type="dxa"/>
              <w:bottom w:w="28" w:type="dxa"/>
              <w:right w:w="38" w:type="dxa"/>
            </w:tcMar>
            <w:vAlign w:val="center"/>
          </w:tcPr>
          <w:p w14:paraId="02605709" w14:textId="77777777" w:rsidR="00D60D5E" w:rsidRDefault="00891EF0">
            <w:pPr>
              <w:spacing w:after="0" w:line="240" w:lineRule="auto"/>
            </w:pPr>
            <w:r>
              <w:rPr>
                <w:rFonts w:eastAsia="Aptos"/>
                <w:sz w:val="17"/>
              </w:rPr>
              <w:t>Milk Evaporated 14.5oz</w:t>
            </w:r>
          </w:p>
        </w:tc>
        <w:tc>
          <w:tcPr>
            <w:tcW w:w="630" w:type="dxa"/>
            <w:tcMar>
              <w:top w:w="28" w:type="dxa"/>
              <w:left w:w="38" w:type="dxa"/>
              <w:bottom w:w="28" w:type="dxa"/>
              <w:right w:w="38" w:type="dxa"/>
            </w:tcMar>
            <w:vAlign w:val="center"/>
          </w:tcPr>
          <w:p w14:paraId="44F79DDB"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6A6FAD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51C246" w14:textId="77777777" w:rsidR="00D60D5E" w:rsidRDefault="00D60D5E">
            <w:pPr>
              <w:jc w:val="center"/>
            </w:pPr>
          </w:p>
        </w:tc>
      </w:tr>
      <w:tr w:rsidR="00D60D5E" w14:paraId="78937572" w14:textId="77777777" w:rsidTr="000617E0">
        <w:trPr>
          <w:cantSplit/>
          <w:jc w:val="center"/>
        </w:trPr>
        <w:tc>
          <w:tcPr>
            <w:tcW w:w="677" w:type="dxa"/>
            <w:tcMar>
              <w:top w:w="28" w:type="dxa"/>
              <w:left w:w="38" w:type="dxa"/>
              <w:bottom w:w="28" w:type="dxa"/>
              <w:right w:w="38" w:type="dxa"/>
            </w:tcMar>
            <w:vAlign w:val="center"/>
          </w:tcPr>
          <w:p w14:paraId="25E40A5C" w14:textId="77777777" w:rsidR="00D60D5E" w:rsidRDefault="00891EF0">
            <w:pPr>
              <w:spacing w:after="0" w:line="240" w:lineRule="auto"/>
              <w:jc w:val="center"/>
            </w:pPr>
            <w:r>
              <w:rPr>
                <w:rFonts w:eastAsia="Aptos"/>
                <w:color w:val="6A7075"/>
                <w:sz w:val="17"/>
              </w:rPr>
              <w:t>130-195</w:t>
            </w:r>
          </w:p>
        </w:tc>
        <w:tc>
          <w:tcPr>
            <w:tcW w:w="2648" w:type="dxa"/>
            <w:tcMar>
              <w:top w:w="28" w:type="dxa"/>
              <w:left w:w="38" w:type="dxa"/>
              <w:bottom w:w="28" w:type="dxa"/>
              <w:right w:w="38" w:type="dxa"/>
            </w:tcMar>
            <w:vAlign w:val="center"/>
          </w:tcPr>
          <w:p w14:paraId="386E336E" w14:textId="77777777" w:rsidR="00D60D5E" w:rsidRDefault="00891EF0">
            <w:pPr>
              <w:spacing w:after="0" w:line="240" w:lineRule="auto"/>
            </w:pPr>
            <w:r>
              <w:rPr>
                <w:rFonts w:eastAsia="Aptos"/>
                <w:sz w:val="17"/>
              </w:rPr>
              <w:t>Condensed Milk 395g/14oz</w:t>
            </w:r>
          </w:p>
        </w:tc>
        <w:tc>
          <w:tcPr>
            <w:tcW w:w="630" w:type="dxa"/>
            <w:tcMar>
              <w:top w:w="28" w:type="dxa"/>
              <w:left w:w="38" w:type="dxa"/>
              <w:bottom w:w="28" w:type="dxa"/>
              <w:right w:w="38" w:type="dxa"/>
            </w:tcMar>
            <w:vAlign w:val="center"/>
          </w:tcPr>
          <w:p w14:paraId="76B7CBCA" w14:textId="77777777" w:rsidR="00D60D5E" w:rsidRDefault="00891EF0">
            <w:pPr>
              <w:spacing w:after="0" w:line="240" w:lineRule="auto"/>
              <w:jc w:val="center"/>
            </w:pPr>
            <w:r>
              <w:rPr>
                <w:rFonts w:eastAsia="Aptos"/>
                <w:b/>
                <w:sz w:val="17"/>
              </w:rPr>
              <w:t>4.98</w:t>
            </w:r>
          </w:p>
        </w:tc>
        <w:tc>
          <w:tcPr>
            <w:tcW w:w="540" w:type="dxa"/>
            <w:tcMar>
              <w:top w:w="28" w:type="dxa"/>
              <w:left w:w="38" w:type="dxa"/>
              <w:bottom w:w="28" w:type="dxa"/>
              <w:right w:w="38" w:type="dxa"/>
            </w:tcMar>
            <w:vAlign w:val="center"/>
          </w:tcPr>
          <w:p w14:paraId="0411F38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FB75DBA" w14:textId="77777777" w:rsidR="00D60D5E" w:rsidRDefault="00D60D5E">
            <w:pPr>
              <w:jc w:val="center"/>
            </w:pPr>
          </w:p>
        </w:tc>
      </w:tr>
      <w:tr w:rsidR="00D60D5E" w14:paraId="12581127" w14:textId="77777777" w:rsidTr="000617E0">
        <w:trPr>
          <w:cantSplit/>
          <w:jc w:val="center"/>
        </w:trPr>
        <w:tc>
          <w:tcPr>
            <w:tcW w:w="677" w:type="dxa"/>
            <w:tcMar>
              <w:top w:w="28" w:type="dxa"/>
              <w:left w:w="38" w:type="dxa"/>
              <w:bottom w:w="28" w:type="dxa"/>
              <w:right w:w="38" w:type="dxa"/>
            </w:tcMar>
            <w:vAlign w:val="center"/>
          </w:tcPr>
          <w:p w14:paraId="4C0D7E30" w14:textId="77777777" w:rsidR="00D60D5E" w:rsidRDefault="00891EF0">
            <w:pPr>
              <w:spacing w:after="0" w:line="240" w:lineRule="auto"/>
              <w:jc w:val="center"/>
            </w:pPr>
            <w:r>
              <w:rPr>
                <w:rFonts w:eastAsia="Aptos"/>
                <w:color w:val="6A7075"/>
                <w:sz w:val="17"/>
              </w:rPr>
              <w:t>130-200</w:t>
            </w:r>
          </w:p>
        </w:tc>
        <w:tc>
          <w:tcPr>
            <w:tcW w:w="2648" w:type="dxa"/>
            <w:tcMar>
              <w:top w:w="28" w:type="dxa"/>
              <w:left w:w="38" w:type="dxa"/>
              <w:bottom w:w="28" w:type="dxa"/>
              <w:right w:w="38" w:type="dxa"/>
            </w:tcMar>
            <w:vAlign w:val="center"/>
          </w:tcPr>
          <w:p w14:paraId="3CAEE74E" w14:textId="77777777" w:rsidR="00D60D5E" w:rsidRDefault="00891EF0">
            <w:pPr>
              <w:spacing w:after="0" w:line="240" w:lineRule="auto"/>
            </w:pPr>
            <w:r>
              <w:rPr>
                <w:rFonts w:eastAsia="Aptos"/>
                <w:sz w:val="17"/>
              </w:rPr>
              <w:t>Sour Cream 8oz</w:t>
            </w:r>
          </w:p>
        </w:tc>
        <w:tc>
          <w:tcPr>
            <w:tcW w:w="630" w:type="dxa"/>
            <w:tcMar>
              <w:top w:w="28" w:type="dxa"/>
              <w:left w:w="38" w:type="dxa"/>
              <w:bottom w:w="28" w:type="dxa"/>
              <w:right w:w="38" w:type="dxa"/>
            </w:tcMar>
            <w:vAlign w:val="center"/>
          </w:tcPr>
          <w:p w14:paraId="1CEC7C72"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376EE47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3FE59A" w14:textId="77777777" w:rsidR="00D60D5E" w:rsidRDefault="00D60D5E">
            <w:pPr>
              <w:jc w:val="center"/>
            </w:pPr>
          </w:p>
        </w:tc>
      </w:tr>
      <w:tr w:rsidR="00D60D5E" w14:paraId="39209DB6" w14:textId="77777777" w:rsidTr="000617E0">
        <w:trPr>
          <w:cantSplit/>
          <w:jc w:val="center"/>
        </w:trPr>
        <w:tc>
          <w:tcPr>
            <w:tcW w:w="677" w:type="dxa"/>
            <w:tcMar>
              <w:top w:w="28" w:type="dxa"/>
              <w:left w:w="38" w:type="dxa"/>
              <w:bottom w:w="28" w:type="dxa"/>
              <w:right w:w="38" w:type="dxa"/>
            </w:tcMar>
            <w:vAlign w:val="center"/>
          </w:tcPr>
          <w:p w14:paraId="5796AE3A" w14:textId="77777777" w:rsidR="00D60D5E" w:rsidRDefault="00891EF0">
            <w:pPr>
              <w:spacing w:after="0" w:line="240" w:lineRule="auto"/>
              <w:jc w:val="center"/>
            </w:pPr>
            <w:r>
              <w:rPr>
                <w:rFonts w:eastAsia="Aptos"/>
                <w:color w:val="6A7075"/>
                <w:sz w:val="17"/>
              </w:rPr>
              <w:t>130-205</w:t>
            </w:r>
          </w:p>
        </w:tc>
        <w:tc>
          <w:tcPr>
            <w:tcW w:w="2648" w:type="dxa"/>
            <w:tcMar>
              <w:top w:w="28" w:type="dxa"/>
              <w:left w:w="38" w:type="dxa"/>
              <w:bottom w:w="28" w:type="dxa"/>
              <w:right w:w="38" w:type="dxa"/>
            </w:tcMar>
            <w:vAlign w:val="center"/>
          </w:tcPr>
          <w:p w14:paraId="4AA6D597" w14:textId="77777777" w:rsidR="00D60D5E" w:rsidRDefault="00891EF0">
            <w:pPr>
              <w:spacing w:after="0" w:line="240" w:lineRule="auto"/>
            </w:pPr>
            <w:r>
              <w:rPr>
                <w:rFonts w:eastAsia="Aptos"/>
                <w:sz w:val="17"/>
              </w:rPr>
              <w:t>Sour Cream 16oz</w:t>
            </w:r>
          </w:p>
        </w:tc>
        <w:tc>
          <w:tcPr>
            <w:tcW w:w="630" w:type="dxa"/>
            <w:tcMar>
              <w:top w:w="28" w:type="dxa"/>
              <w:left w:w="38" w:type="dxa"/>
              <w:bottom w:w="28" w:type="dxa"/>
              <w:right w:w="38" w:type="dxa"/>
            </w:tcMar>
            <w:vAlign w:val="center"/>
          </w:tcPr>
          <w:p w14:paraId="7D5CD89E"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6DEF32A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768031" w14:textId="77777777" w:rsidR="00D60D5E" w:rsidRDefault="00D60D5E">
            <w:pPr>
              <w:jc w:val="center"/>
            </w:pPr>
          </w:p>
        </w:tc>
      </w:tr>
      <w:tr w:rsidR="00D60D5E" w14:paraId="438ACC1B" w14:textId="77777777" w:rsidTr="000617E0">
        <w:trPr>
          <w:cantSplit/>
          <w:jc w:val="center"/>
        </w:trPr>
        <w:tc>
          <w:tcPr>
            <w:tcW w:w="677" w:type="dxa"/>
            <w:tcMar>
              <w:top w:w="28" w:type="dxa"/>
              <w:left w:w="38" w:type="dxa"/>
              <w:bottom w:w="28" w:type="dxa"/>
              <w:right w:w="38" w:type="dxa"/>
            </w:tcMar>
            <w:vAlign w:val="center"/>
          </w:tcPr>
          <w:p w14:paraId="334F14A7" w14:textId="77777777" w:rsidR="00D60D5E" w:rsidRDefault="00891EF0">
            <w:pPr>
              <w:spacing w:after="0" w:line="240" w:lineRule="auto"/>
              <w:jc w:val="center"/>
            </w:pPr>
            <w:r>
              <w:rPr>
                <w:rFonts w:eastAsia="Aptos"/>
                <w:color w:val="6A7075"/>
                <w:sz w:val="17"/>
              </w:rPr>
              <w:t>130-210</w:t>
            </w:r>
          </w:p>
        </w:tc>
        <w:tc>
          <w:tcPr>
            <w:tcW w:w="2648" w:type="dxa"/>
            <w:tcMar>
              <w:top w:w="28" w:type="dxa"/>
              <w:left w:w="38" w:type="dxa"/>
              <w:bottom w:w="28" w:type="dxa"/>
              <w:right w:w="38" w:type="dxa"/>
            </w:tcMar>
            <w:vAlign w:val="center"/>
          </w:tcPr>
          <w:p w14:paraId="7BD813B8" w14:textId="77777777" w:rsidR="00D60D5E" w:rsidRDefault="00891EF0">
            <w:pPr>
              <w:spacing w:after="0" w:line="240" w:lineRule="auto"/>
            </w:pPr>
            <w:r>
              <w:rPr>
                <w:rFonts w:eastAsia="Aptos"/>
                <w:sz w:val="17"/>
              </w:rPr>
              <w:t>Cottage Cheese 16oz</w:t>
            </w:r>
          </w:p>
        </w:tc>
        <w:tc>
          <w:tcPr>
            <w:tcW w:w="630" w:type="dxa"/>
            <w:tcMar>
              <w:top w:w="28" w:type="dxa"/>
              <w:left w:w="38" w:type="dxa"/>
              <w:bottom w:w="28" w:type="dxa"/>
              <w:right w:w="38" w:type="dxa"/>
            </w:tcMar>
            <w:vAlign w:val="center"/>
          </w:tcPr>
          <w:p w14:paraId="2B797DDE"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6EDE899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511475" w14:textId="77777777" w:rsidR="00D60D5E" w:rsidRDefault="00D60D5E">
            <w:pPr>
              <w:jc w:val="center"/>
            </w:pPr>
          </w:p>
        </w:tc>
      </w:tr>
      <w:tr w:rsidR="00D60D5E" w14:paraId="481714AF" w14:textId="77777777" w:rsidTr="000617E0">
        <w:trPr>
          <w:cantSplit/>
          <w:jc w:val="center"/>
        </w:trPr>
        <w:tc>
          <w:tcPr>
            <w:tcW w:w="677" w:type="dxa"/>
            <w:tcMar>
              <w:top w:w="28" w:type="dxa"/>
              <w:left w:w="38" w:type="dxa"/>
              <w:bottom w:w="28" w:type="dxa"/>
              <w:right w:w="38" w:type="dxa"/>
            </w:tcMar>
            <w:vAlign w:val="center"/>
          </w:tcPr>
          <w:p w14:paraId="3EC50E76" w14:textId="77777777" w:rsidR="00D60D5E" w:rsidRDefault="00891EF0">
            <w:pPr>
              <w:spacing w:after="0" w:line="240" w:lineRule="auto"/>
              <w:jc w:val="center"/>
            </w:pPr>
            <w:r>
              <w:rPr>
                <w:rFonts w:eastAsia="Aptos"/>
                <w:color w:val="6A7075"/>
                <w:sz w:val="17"/>
              </w:rPr>
              <w:t>130-215</w:t>
            </w:r>
          </w:p>
        </w:tc>
        <w:tc>
          <w:tcPr>
            <w:tcW w:w="2648" w:type="dxa"/>
            <w:tcMar>
              <w:top w:w="28" w:type="dxa"/>
              <w:left w:w="38" w:type="dxa"/>
              <w:bottom w:w="28" w:type="dxa"/>
              <w:right w:w="38" w:type="dxa"/>
            </w:tcMar>
            <w:vAlign w:val="center"/>
          </w:tcPr>
          <w:p w14:paraId="28C898DD" w14:textId="77777777" w:rsidR="00D60D5E" w:rsidRDefault="00891EF0">
            <w:pPr>
              <w:spacing w:after="0" w:line="240" w:lineRule="auto"/>
            </w:pPr>
            <w:r>
              <w:rPr>
                <w:rFonts w:eastAsia="Aptos"/>
                <w:sz w:val="17"/>
              </w:rPr>
              <w:t>Ricotta Cheese 15oz</w:t>
            </w:r>
          </w:p>
        </w:tc>
        <w:tc>
          <w:tcPr>
            <w:tcW w:w="630" w:type="dxa"/>
            <w:tcMar>
              <w:top w:w="28" w:type="dxa"/>
              <w:left w:w="38" w:type="dxa"/>
              <w:bottom w:w="28" w:type="dxa"/>
              <w:right w:w="38" w:type="dxa"/>
            </w:tcMar>
            <w:vAlign w:val="center"/>
          </w:tcPr>
          <w:p w14:paraId="329D2184"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511B86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044D52" w14:textId="77777777" w:rsidR="00D60D5E" w:rsidRDefault="00D60D5E">
            <w:pPr>
              <w:jc w:val="center"/>
            </w:pPr>
          </w:p>
        </w:tc>
      </w:tr>
      <w:tr w:rsidR="00D60D5E" w14:paraId="32651399" w14:textId="77777777" w:rsidTr="000617E0">
        <w:trPr>
          <w:cantSplit/>
          <w:jc w:val="center"/>
        </w:trPr>
        <w:tc>
          <w:tcPr>
            <w:tcW w:w="677" w:type="dxa"/>
            <w:tcMar>
              <w:top w:w="28" w:type="dxa"/>
              <w:left w:w="38" w:type="dxa"/>
              <w:bottom w:w="28" w:type="dxa"/>
              <w:right w:w="38" w:type="dxa"/>
            </w:tcMar>
            <w:vAlign w:val="center"/>
          </w:tcPr>
          <w:p w14:paraId="38816BDF" w14:textId="77777777" w:rsidR="00D60D5E" w:rsidRDefault="00891EF0">
            <w:pPr>
              <w:spacing w:after="0" w:line="240" w:lineRule="auto"/>
              <w:jc w:val="center"/>
            </w:pPr>
            <w:r>
              <w:rPr>
                <w:rFonts w:eastAsia="Aptos"/>
                <w:color w:val="6A7075"/>
                <w:sz w:val="17"/>
              </w:rPr>
              <w:t>130-220</w:t>
            </w:r>
          </w:p>
        </w:tc>
        <w:tc>
          <w:tcPr>
            <w:tcW w:w="2648" w:type="dxa"/>
            <w:tcMar>
              <w:top w:w="28" w:type="dxa"/>
              <w:left w:w="38" w:type="dxa"/>
              <w:bottom w:w="28" w:type="dxa"/>
              <w:right w:w="38" w:type="dxa"/>
            </w:tcMar>
            <w:vAlign w:val="center"/>
          </w:tcPr>
          <w:p w14:paraId="58140BDF" w14:textId="77777777" w:rsidR="00D60D5E" w:rsidRDefault="00891EF0">
            <w:pPr>
              <w:spacing w:after="0" w:line="240" w:lineRule="auto"/>
            </w:pPr>
            <w:r>
              <w:rPr>
                <w:rFonts w:eastAsia="Aptos"/>
                <w:sz w:val="17"/>
              </w:rPr>
              <w:t>Creme Fraiche 7oz</w:t>
            </w:r>
          </w:p>
        </w:tc>
        <w:tc>
          <w:tcPr>
            <w:tcW w:w="630" w:type="dxa"/>
            <w:tcMar>
              <w:top w:w="28" w:type="dxa"/>
              <w:left w:w="38" w:type="dxa"/>
              <w:bottom w:w="28" w:type="dxa"/>
              <w:right w:w="38" w:type="dxa"/>
            </w:tcMar>
            <w:vAlign w:val="center"/>
          </w:tcPr>
          <w:p w14:paraId="14185D41" w14:textId="77777777" w:rsidR="00D60D5E" w:rsidRDefault="00891EF0">
            <w:pPr>
              <w:spacing w:after="0" w:line="240" w:lineRule="auto"/>
              <w:jc w:val="center"/>
            </w:pPr>
            <w:r>
              <w:rPr>
                <w:rFonts w:eastAsia="Aptos"/>
                <w:b/>
                <w:sz w:val="17"/>
              </w:rPr>
              <w:t>7.65</w:t>
            </w:r>
          </w:p>
        </w:tc>
        <w:tc>
          <w:tcPr>
            <w:tcW w:w="540" w:type="dxa"/>
            <w:tcMar>
              <w:top w:w="28" w:type="dxa"/>
              <w:left w:w="38" w:type="dxa"/>
              <w:bottom w:w="28" w:type="dxa"/>
              <w:right w:w="38" w:type="dxa"/>
            </w:tcMar>
            <w:vAlign w:val="center"/>
          </w:tcPr>
          <w:p w14:paraId="05BE480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DDFDF8" w14:textId="77777777" w:rsidR="00D60D5E" w:rsidRDefault="00D60D5E">
            <w:pPr>
              <w:jc w:val="center"/>
            </w:pPr>
          </w:p>
        </w:tc>
      </w:tr>
      <w:tr w:rsidR="00D60D5E" w14:paraId="0294EE32" w14:textId="77777777" w:rsidTr="000617E0">
        <w:trPr>
          <w:cantSplit/>
          <w:jc w:val="center"/>
        </w:trPr>
        <w:tc>
          <w:tcPr>
            <w:tcW w:w="677" w:type="dxa"/>
            <w:tcMar>
              <w:top w:w="28" w:type="dxa"/>
              <w:left w:w="38" w:type="dxa"/>
              <w:bottom w:w="28" w:type="dxa"/>
              <w:right w:w="38" w:type="dxa"/>
            </w:tcMar>
            <w:vAlign w:val="center"/>
          </w:tcPr>
          <w:p w14:paraId="6AAD9BD6" w14:textId="77777777" w:rsidR="00D60D5E" w:rsidRDefault="00891EF0">
            <w:pPr>
              <w:spacing w:after="0" w:line="240" w:lineRule="auto"/>
              <w:jc w:val="center"/>
            </w:pPr>
            <w:r>
              <w:rPr>
                <w:rFonts w:eastAsia="Aptos"/>
                <w:color w:val="6A7075"/>
                <w:sz w:val="17"/>
              </w:rPr>
              <w:t>130-225</w:t>
            </w:r>
          </w:p>
        </w:tc>
        <w:tc>
          <w:tcPr>
            <w:tcW w:w="2648" w:type="dxa"/>
            <w:tcMar>
              <w:top w:w="28" w:type="dxa"/>
              <w:left w:w="38" w:type="dxa"/>
              <w:bottom w:w="28" w:type="dxa"/>
              <w:right w:w="38" w:type="dxa"/>
            </w:tcMar>
            <w:vAlign w:val="center"/>
          </w:tcPr>
          <w:p w14:paraId="214056FB" w14:textId="77777777" w:rsidR="00D60D5E" w:rsidRDefault="00891EF0">
            <w:pPr>
              <w:spacing w:after="0" w:line="240" w:lineRule="auto"/>
            </w:pPr>
            <w:r>
              <w:rPr>
                <w:rFonts w:eastAsia="Aptos"/>
                <w:sz w:val="17"/>
              </w:rPr>
              <w:t>Reddi Whip Original 7oz</w:t>
            </w:r>
          </w:p>
        </w:tc>
        <w:tc>
          <w:tcPr>
            <w:tcW w:w="630" w:type="dxa"/>
            <w:tcMar>
              <w:top w:w="28" w:type="dxa"/>
              <w:left w:w="38" w:type="dxa"/>
              <w:bottom w:w="28" w:type="dxa"/>
              <w:right w:w="38" w:type="dxa"/>
            </w:tcMar>
            <w:vAlign w:val="center"/>
          </w:tcPr>
          <w:p w14:paraId="3C55A6C9" w14:textId="77777777" w:rsidR="00D60D5E" w:rsidRDefault="00891EF0">
            <w:pPr>
              <w:spacing w:after="0" w:line="240" w:lineRule="auto"/>
              <w:jc w:val="center"/>
            </w:pPr>
            <w:r>
              <w:rPr>
                <w:rFonts w:eastAsia="Aptos"/>
                <w:b/>
                <w:sz w:val="17"/>
              </w:rPr>
              <w:t>6.30</w:t>
            </w:r>
          </w:p>
        </w:tc>
        <w:tc>
          <w:tcPr>
            <w:tcW w:w="540" w:type="dxa"/>
            <w:tcMar>
              <w:top w:w="28" w:type="dxa"/>
              <w:left w:w="38" w:type="dxa"/>
              <w:bottom w:w="28" w:type="dxa"/>
              <w:right w:w="38" w:type="dxa"/>
            </w:tcMar>
            <w:vAlign w:val="center"/>
          </w:tcPr>
          <w:p w14:paraId="3CEC516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FC855C" w14:textId="77777777" w:rsidR="00D60D5E" w:rsidRDefault="00D60D5E">
            <w:pPr>
              <w:jc w:val="center"/>
            </w:pPr>
          </w:p>
        </w:tc>
      </w:tr>
      <w:tr w:rsidR="00D60D5E" w14:paraId="1D248850" w14:textId="77777777" w:rsidTr="000617E0">
        <w:trPr>
          <w:cantSplit/>
          <w:jc w:val="center"/>
        </w:trPr>
        <w:tc>
          <w:tcPr>
            <w:tcW w:w="677" w:type="dxa"/>
            <w:tcMar>
              <w:top w:w="28" w:type="dxa"/>
              <w:left w:w="38" w:type="dxa"/>
              <w:bottom w:w="28" w:type="dxa"/>
              <w:right w:w="38" w:type="dxa"/>
            </w:tcMar>
            <w:vAlign w:val="center"/>
          </w:tcPr>
          <w:p w14:paraId="2682AA7D" w14:textId="77777777" w:rsidR="00D60D5E" w:rsidRDefault="00891EF0">
            <w:pPr>
              <w:spacing w:after="0" w:line="240" w:lineRule="auto"/>
              <w:jc w:val="center"/>
            </w:pPr>
            <w:r>
              <w:rPr>
                <w:rFonts w:eastAsia="Aptos"/>
                <w:color w:val="6A7075"/>
                <w:sz w:val="17"/>
              </w:rPr>
              <w:t>130-230</w:t>
            </w:r>
          </w:p>
        </w:tc>
        <w:tc>
          <w:tcPr>
            <w:tcW w:w="2648" w:type="dxa"/>
            <w:tcMar>
              <w:top w:w="28" w:type="dxa"/>
              <w:left w:w="38" w:type="dxa"/>
              <w:bottom w:w="28" w:type="dxa"/>
              <w:right w:w="38" w:type="dxa"/>
            </w:tcMar>
            <w:vAlign w:val="center"/>
          </w:tcPr>
          <w:p w14:paraId="7DD34B56" w14:textId="77777777" w:rsidR="00D60D5E" w:rsidRDefault="00891EF0">
            <w:pPr>
              <w:spacing w:after="0" w:line="240" w:lineRule="auto"/>
            </w:pPr>
            <w:r>
              <w:rPr>
                <w:rFonts w:eastAsia="Aptos"/>
                <w:sz w:val="17"/>
              </w:rPr>
              <w:t>Cool Whip 8oz</w:t>
            </w:r>
          </w:p>
        </w:tc>
        <w:tc>
          <w:tcPr>
            <w:tcW w:w="630" w:type="dxa"/>
            <w:tcMar>
              <w:top w:w="28" w:type="dxa"/>
              <w:left w:w="38" w:type="dxa"/>
              <w:bottom w:w="28" w:type="dxa"/>
              <w:right w:w="38" w:type="dxa"/>
            </w:tcMar>
            <w:vAlign w:val="center"/>
          </w:tcPr>
          <w:p w14:paraId="2DFE0F7D"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06A501F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48DBCA" w14:textId="77777777" w:rsidR="00D60D5E" w:rsidRDefault="00D60D5E">
            <w:pPr>
              <w:jc w:val="center"/>
            </w:pPr>
          </w:p>
        </w:tc>
      </w:tr>
      <w:tr w:rsidR="00D60D5E" w14:paraId="5BB83DD4" w14:textId="77777777" w:rsidTr="000617E0">
        <w:trPr>
          <w:cantSplit/>
          <w:jc w:val="center"/>
        </w:trPr>
        <w:tc>
          <w:tcPr>
            <w:tcW w:w="677" w:type="dxa"/>
            <w:tcMar>
              <w:top w:w="28" w:type="dxa"/>
              <w:left w:w="38" w:type="dxa"/>
              <w:bottom w:w="28" w:type="dxa"/>
              <w:right w:w="38" w:type="dxa"/>
            </w:tcMar>
            <w:vAlign w:val="center"/>
          </w:tcPr>
          <w:p w14:paraId="1D8E13D3" w14:textId="77777777" w:rsidR="00D60D5E" w:rsidRDefault="00891EF0">
            <w:pPr>
              <w:spacing w:after="0" w:line="240" w:lineRule="auto"/>
              <w:jc w:val="center"/>
            </w:pPr>
            <w:r>
              <w:rPr>
                <w:rFonts w:eastAsia="Aptos"/>
                <w:color w:val="6A7075"/>
                <w:sz w:val="17"/>
              </w:rPr>
              <w:t>130-235</w:t>
            </w:r>
          </w:p>
        </w:tc>
        <w:tc>
          <w:tcPr>
            <w:tcW w:w="2648" w:type="dxa"/>
            <w:tcMar>
              <w:top w:w="28" w:type="dxa"/>
              <w:left w:w="38" w:type="dxa"/>
              <w:bottom w:w="28" w:type="dxa"/>
              <w:right w:w="38" w:type="dxa"/>
            </w:tcMar>
            <w:vAlign w:val="center"/>
          </w:tcPr>
          <w:p w14:paraId="6E9B36F4" w14:textId="77777777" w:rsidR="00D60D5E" w:rsidRDefault="00891EF0">
            <w:pPr>
              <w:spacing w:after="0" w:line="240" w:lineRule="auto"/>
            </w:pPr>
            <w:r>
              <w:rPr>
                <w:rFonts w:eastAsia="Aptos"/>
                <w:sz w:val="17"/>
              </w:rPr>
              <w:t>Tofu Reg. 14-18oz</w:t>
            </w:r>
          </w:p>
        </w:tc>
        <w:tc>
          <w:tcPr>
            <w:tcW w:w="630" w:type="dxa"/>
            <w:tcMar>
              <w:top w:w="28" w:type="dxa"/>
              <w:left w:w="38" w:type="dxa"/>
              <w:bottom w:w="28" w:type="dxa"/>
              <w:right w:w="38" w:type="dxa"/>
            </w:tcMar>
            <w:vAlign w:val="center"/>
          </w:tcPr>
          <w:p w14:paraId="53981C69" w14:textId="77777777" w:rsidR="00D60D5E" w:rsidRDefault="00891EF0">
            <w:pPr>
              <w:spacing w:after="0" w:line="240" w:lineRule="auto"/>
              <w:jc w:val="center"/>
            </w:pPr>
            <w:r>
              <w:rPr>
                <w:rFonts w:eastAsia="Aptos"/>
                <w:b/>
                <w:sz w:val="17"/>
              </w:rPr>
              <w:t>4.80</w:t>
            </w:r>
          </w:p>
        </w:tc>
        <w:tc>
          <w:tcPr>
            <w:tcW w:w="540" w:type="dxa"/>
            <w:tcMar>
              <w:top w:w="28" w:type="dxa"/>
              <w:left w:w="38" w:type="dxa"/>
              <w:bottom w:w="28" w:type="dxa"/>
              <w:right w:w="38" w:type="dxa"/>
            </w:tcMar>
            <w:vAlign w:val="center"/>
          </w:tcPr>
          <w:p w14:paraId="0D86C60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67EB3D" w14:textId="77777777" w:rsidR="00D60D5E" w:rsidRDefault="00D60D5E">
            <w:pPr>
              <w:jc w:val="center"/>
            </w:pPr>
          </w:p>
        </w:tc>
      </w:tr>
      <w:tr w:rsidR="00D60D5E" w14:paraId="3BAEBCDD" w14:textId="77777777" w:rsidTr="000617E0">
        <w:trPr>
          <w:cantSplit/>
          <w:jc w:val="center"/>
        </w:trPr>
        <w:tc>
          <w:tcPr>
            <w:tcW w:w="677" w:type="dxa"/>
            <w:tcMar>
              <w:top w:w="28" w:type="dxa"/>
              <w:left w:w="38" w:type="dxa"/>
              <w:bottom w:w="28" w:type="dxa"/>
              <w:right w:w="38" w:type="dxa"/>
            </w:tcMar>
            <w:vAlign w:val="center"/>
          </w:tcPr>
          <w:p w14:paraId="4628D079" w14:textId="77777777" w:rsidR="00D60D5E" w:rsidRDefault="00891EF0">
            <w:pPr>
              <w:spacing w:after="0" w:line="240" w:lineRule="auto"/>
              <w:jc w:val="center"/>
            </w:pPr>
            <w:r>
              <w:rPr>
                <w:rFonts w:eastAsia="Aptos"/>
                <w:color w:val="6A7075"/>
                <w:sz w:val="17"/>
              </w:rPr>
              <w:t>130-240</w:t>
            </w:r>
          </w:p>
        </w:tc>
        <w:tc>
          <w:tcPr>
            <w:tcW w:w="2648" w:type="dxa"/>
            <w:tcMar>
              <w:top w:w="28" w:type="dxa"/>
              <w:left w:w="38" w:type="dxa"/>
              <w:bottom w:w="28" w:type="dxa"/>
              <w:right w:w="38" w:type="dxa"/>
            </w:tcMar>
            <w:vAlign w:val="center"/>
          </w:tcPr>
          <w:p w14:paraId="26D27F5C" w14:textId="77777777" w:rsidR="00D60D5E" w:rsidRDefault="00891EF0">
            <w:pPr>
              <w:spacing w:after="0" w:line="240" w:lineRule="auto"/>
            </w:pPr>
            <w:r>
              <w:rPr>
                <w:rFonts w:eastAsia="Aptos"/>
                <w:sz w:val="17"/>
              </w:rPr>
              <w:t>Tofu Firm 14-18oz</w:t>
            </w:r>
          </w:p>
        </w:tc>
        <w:tc>
          <w:tcPr>
            <w:tcW w:w="630" w:type="dxa"/>
            <w:tcMar>
              <w:top w:w="28" w:type="dxa"/>
              <w:left w:w="38" w:type="dxa"/>
              <w:bottom w:w="28" w:type="dxa"/>
              <w:right w:w="38" w:type="dxa"/>
            </w:tcMar>
            <w:vAlign w:val="center"/>
          </w:tcPr>
          <w:p w14:paraId="746CB83F"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09E5423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295500" w14:textId="77777777" w:rsidR="00D60D5E" w:rsidRDefault="00D60D5E">
            <w:pPr>
              <w:jc w:val="center"/>
            </w:pPr>
          </w:p>
        </w:tc>
      </w:tr>
      <w:tr w:rsidR="00D60D5E" w14:paraId="46DE852C" w14:textId="77777777" w:rsidTr="000617E0">
        <w:trPr>
          <w:cantSplit/>
          <w:jc w:val="center"/>
        </w:trPr>
        <w:tc>
          <w:tcPr>
            <w:tcW w:w="677" w:type="dxa"/>
            <w:tcMar>
              <w:top w:w="28" w:type="dxa"/>
              <w:left w:w="38" w:type="dxa"/>
              <w:bottom w:w="28" w:type="dxa"/>
              <w:right w:w="38" w:type="dxa"/>
            </w:tcMar>
            <w:vAlign w:val="center"/>
          </w:tcPr>
          <w:p w14:paraId="39903849" w14:textId="77777777" w:rsidR="00D60D5E" w:rsidRDefault="00891EF0">
            <w:pPr>
              <w:spacing w:after="0" w:line="240" w:lineRule="auto"/>
              <w:jc w:val="center"/>
            </w:pPr>
            <w:r>
              <w:rPr>
                <w:rFonts w:eastAsia="Aptos"/>
                <w:color w:val="6A7075"/>
                <w:sz w:val="17"/>
              </w:rPr>
              <w:t>130-245</w:t>
            </w:r>
          </w:p>
        </w:tc>
        <w:tc>
          <w:tcPr>
            <w:tcW w:w="2648" w:type="dxa"/>
            <w:tcMar>
              <w:top w:w="28" w:type="dxa"/>
              <w:left w:w="38" w:type="dxa"/>
              <w:bottom w:w="28" w:type="dxa"/>
              <w:right w:w="38" w:type="dxa"/>
            </w:tcMar>
            <w:vAlign w:val="center"/>
          </w:tcPr>
          <w:p w14:paraId="6CCC25BA" w14:textId="77777777" w:rsidR="00D60D5E" w:rsidRDefault="00891EF0">
            <w:pPr>
              <w:spacing w:after="0" w:line="240" w:lineRule="auto"/>
            </w:pPr>
            <w:r>
              <w:rPr>
                <w:rFonts w:eastAsia="Aptos"/>
                <w:sz w:val="17"/>
              </w:rPr>
              <w:t>Yogurt Plain 6oz</w:t>
            </w:r>
          </w:p>
        </w:tc>
        <w:tc>
          <w:tcPr>
            <w:tcW w:w="630" w:type="dxa"/>
            <w:tcMar>
              <w:top w:w="28" w:type="dxa"/>
              <w:left w:w="38" w:type="dxa"/>
              <w:bottom w:w="28" w:type="dxa"/>
              <w:right w:w="38" w:type="dxa"/>
            </w:tcMar>
            <w:vAlign w:val="center"/>
          </w:tcPr>
          <w:p w14:paraId="6ED04F46"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487E104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42C078" w14:textId="77777777" w:rsidR="00D60D5E" w:rsidRDefault="00D60D5E">
            <w:pPr>
              <w:jc w:val="center"/>
            </w:pPr>
          </w:p>
        </w:tc>
      </w:tr>
      <w:tr w:rsidR="00D60D5E" w14:paraId="21545876" w14:textId="77777777" w:rsidTr="000617E0">
        <w:trPr>
          <w:cantSplit/>
          <w:jc w:val="center"/>
        </w:trPr>
        <w:tc>
          <w:tcPr>
            <w:tcW w:w="677" w:type="dxa"/>
            <w:tcMar>
              <w:top w:w="28" w:type="dxa"/>
              <w:left w:w="38" w:type="dxa"/>
              <w:bottom w:w="28" w:type="dxa"/>
              <w:right w:w="38" w:type="dxa"/>
            </w:tcMar>
            <w:vAlign w:val="center"/>
          </w:tcPr>
          <w:p w14:paraId="61A7D10F" w14:textId="77777777" w:rsidR="00D60D5E" w:rsidRDefault="00891EF0">
            <w:pPr>
              <w:spacing w:after="0" w:line="240" w:lineRule="auto"/>
              <w:jc w:val="center"/>
            </w:pPr>
            <w:r>
              <w:rPr>
                <w:rFonts w:eastAsia="Aptos"/>
                <w:color w:val="6A7075"/>
                <w:sz w:val="17"/>
              </w:rPr>
              <w:t>130-250</w:t>
            </w:r>
          </w:p>
        </w:tc>
        <w:tc>
          <w:tcPr>
            <w:tcW w:w="2648" w:type="dxa"/>
            <w:tcMar>
              <w:top w:w="28" w:type="dxa"/>
              <w:left w:w="38" w:type="dxa"/>
              <w:bottom w:w="28" w:type="dxa"/>
              <w:right w:w="38" w:type="dxa"/>
            </w:tcMar>
            <w:vAlign w:val="center"/>
          </w:tcPr>
          <w:p w14:paraId="7E0C11C0" w14:textId="77777777" w:rsidR="00D60D5E" w:rsidRDefault="00891EF0">
            <w:pPr>
              <w:spacing w:after="0" w:line="240" w:lineRule="auto"/>
            </w:pPr>
            <w:r>
              <w:rPr>
                <w:rFonts w:eastAsia="Aptos"/>
                <w:sz w:val="17"/>
              </w:rPr>
              <w:t>Yogurt Vanilla 8oz(6oz)</w:t>
            </w:r>
          </w:p>
        </w:tc>
        <w:tc>
          <w:tcPr>
            <w:tcW w:w="630" w:type="dxa"/>
            <w:tcMar>
              <w:top w:w="28" w:type="dxa"/>
              <w:left w:w="38" w:type="dxa"/>
              <w:bottom w:w="28" w:type="dxa"/>
              <w:right w:w="38" w:type="dxa"/>
            </w:tcMar>
            <w:vAlign w:val="center"/>
          </w:tcPr>
          <w:p w14:paraId="3011E2C5"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393568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EFF9F0" w14:textId="77777777" w:rsidR="00D60D5E" w:rsidRDefault="00D60D5E">
            <w:pPr>
              <w:jc w:val="center"/>
            </w:pPr>
          </w:p>
        </w:tc>
      </w:tr>
      <w:tr w:rsidR="00D60D5E" w14:paraId="218734EE" w14:textId="77777777" w:rsidTr="000617E0">
        <w:trPr>
          <w:cantSplit/>
          <w:jc w:val="center"/>
        </w:trPr>
        <w:tc>
          <w:tcPr>
            <w:tcW w:w="677" w:type="dxa"/>
            <w:tcMar>
              <w:top w:w="28" w:type="dxa"/>
              <w:left w:w="38" w:type="dxa"/>
              <w:bottom w:w="28" w:type="dxa"/>
              <w:right w:w="38" w:type="dxa"/>
            </w:tcMar>
            <w:vAlign w:val="center"/>
          </w:tcPr>
          <w:p w14:paraId="3BD26C67" w14:textId="77777777" w:rsidR="00D60D5E" w:rsidRDefault="00891EF0">
            <w:pPr>
              <w:spacing w:after="0" w:line="240" w:lineRule="auto"/>
              <w:jc w:val="center"/>
            </w:pPr>
            <w:r>
              <w:rPr>
                <w:rFonts w:eastAsia="Aptos"/>
                <w:color w:val="6A7075"/>
                <w:sz w:val="17"/>
              </w:rPr>
              <w:t>130-255</w:t>
            </w:r>
          </w:p>
        </w:tc>
        <w:tc>
          <w:tcPr>
            <w:tcW w:w="2648" w:type="dxa"/>
            <w:tcMar>
              <w:top w:w="28" w:type="dxa"/>
              <w:left w:w="38" w:type="dxa"/>
              <w:bottom w:w="28" w:type="dxa"/>
              <w:right w:w="38" w:type="dxa"/>
            </w:tcMar>
            <w:vAlign w:val="center"/>
          </w:tcPr>
          <w:p w14:paraId="1295747A" w14:textId="77777777" w:rsidR="00D60D5E" w:rsidRDefault="00891EF0">
            <w:pPr>
              <w:spacing w:after="0" w:line="240" w:lineRule="auto"/>
            </w:pPr>
            <w:r>
              <w:rPr>
                <w:rFonts w:eastAsia="Aptos"/>
                <w:sz w:val="17"/>
              </w:rPr>
              <w:t>Yogurt Preferred Flavors</w:t>
            </w:r>
          </w:p>
        </w:tc>
        <w:tc>
          <w:tcPr>
            <w:tcW w:w="630" w:type="dxa"/>
            <w:tcMar>
              <w:top w:w="28" w:type="dxa"/>
              <w:left w:w="38" w:type="dxa"/>
              <w:bottom w:w="28" w:type="dxa"/>
              <w:right w:w="38" w:type="dxa"/>
            </w:tcMar>
            <w:vAlign w:val="center"/>
          </w:tcPr>
          <w:p w14:paraId="0AA2239F"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093D403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D43879" w14:textId="77777777" w:rsidR="00D60D5E" w:rsidRDefault="00D60D5E">
            <w:pPr>
              <w:jc w:val="center"/>
            </w:pPr>
          </w:p>
        </w:tc>
      </w:tr>
      <w:tr w:rsidR="00D60D5E" w14:paraId="69B6B787" w14:textId="77777777" w:rsidTr="000617E0">
        <w:trPr>
          <w:cantSplit/>
          <w:jc w:val="center"/>
        </w:trPr>
        <w:tc>
          <w:tcPr>
            <w:tcW w:w="677" w:type="dxa"/>
            <w:tcMar>
              <w:top w:w="28" w:type="dxa"/>
              <w:left w:w="38" w:type="dxa"/>
              <w:bottom w:w="28" w:type="dxa"/>
              <w:right w:w="38" w:type="dxa"/>
            </w:tcMar>
            <w:vAlign w:val="center"/>
          </w:tcPr>
          <w:p w14:paraId="5B064010" w14:textId="77777777" w:rsidR="00D60D5E" w:rsidRDefault="00891EF0">
            <w:pPr>
              <w:spacing w:after="0" w:line="240" w:lineRule="auto"/>
              <w:jc w:val="center"/>
            </w:pPr>
            <w:r>
              <w:rPr>
                <w:rFonts w:eastAsia="Aptos"/>
                <w:color w:val="6A7075"/>
                <w:sz w:val="17"/>
              </w:rPr>
              <w:t>130-260</w:t>
            </w:r>
          </w:p>
        </w:tc>
        <w:tc>
          <w:tcPr>
            <w:tcW w:w="2648" w:type="dxa"/>
            <w:tcMar>
              <w:top w:w="28" w:type="dxa"/>
              <w:left w:w="38" w:type="dxa"/>
              <w:bottom w:w="28" w:type="dxa"/>
              <w:right w:w="38" w:type="dxa"/>
            </w:tcMar>
            <w:vAlign w:val="center"/>
          </w:tcPr>
          <w:p w14:paraId="19D48918" w14:textId="77777777" w:rsidR="00D60D5E" w:rsidRDefault="00891EF0">
            <w:pPr>
              <w:spacing w:after="0" w:line="240" w:lineRule="auto"/>
            </w:pPr>
            <w:r>
              <w:rPr>
                <w:rFonts w:eastAsia="Aptos"/>
                <w:sz w:val="17"/>
              </w:rPr>
              <w:t>Yogurt Greek Fat Free Plain 32 oz</w:t>
            </w:r>
          </w:p>
        </w:tc>
        <w:tc>
          <w:tcPr>
            <w:tcW w:w="630" w:type="dxa"/>
            <w:tcMar>
              <w:top w:w="28" w:type="dxa"/>
              <w:left w:w="38" w:type="dxa"/>
              <w:bottom w:w="28" w:type="dxa"/>
              <w:right w:w="38" w:type="dxa"/>
            </w:tcMar>
            <w:vAlign w:val="center"/>
          </w:tcPr>
          <w:p w14:paraId="099C2B0C"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472C303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42AB6A" w14:textId="77777777" w:rsidR="00D60D5E" w:rsidRDefault="00D60D5E">
            <w:pPr>
              <w:jc w:val="center"/>
            </w:pPr>
          </w:p>
        </w:tc>
      </w:tr>
      <w:tr w:rsidR="00D60D5E" w14:paraId="2164FA1C" w14:textId="77777777" w:rsidTr="000617E0">
        <w:trPr>
          <w:cantSplit/>
          <w:jc w:val="center"/>
        </w:trPr>
        <w:tc>
          <w:tcPr>
            <w:tcW w:w="677" w:type="dxa"/>
            <w:tcMar>
              <w:top w:w="28" w:type="dxa"/>
              <w:left w:w="38" w:type="dxa"/>
              <w:bottom w:w="28" w:type="dxa"/>
              <w:right w:w="38" w:type="dxa"/>
            </w:tcMar>
            <w:vAlign w:val="center"/>
          </w:tcPr>
          <w:p w14:paraId="21ABB4D3" w14:textId="77777777" w:rsidR="00D60D5E" w:rsidRDefault="00891EF0">
            <w:pPr>
              <w:spacing w:after="0" w:line="240" w:lineRule="auto"/>
              <w:jc w:val="center"/>
            </w:pPr>
            <w:r>
              <w:rPr>
                <w:rFonts w:eastAsia="Aptos"/>
                <w:color w:val="6A7075"/>
                <w:sz w:val="17"/>
              </w:rPr>
              <w:t>130-265</w:t>
            </w:r>
          </w:p>
        </w:tc>
        <w:tc>
          <w:tcPr>
            <w:tcW w:w="2648" w:type="dxa"/>
            <w:tcMar>
              <w:top w:w="28" w:type="dxa"/>
              <w:left w:w="38" w:type="dxa"/>
              <w:bottom w:w="28" w:type="dxa"/>
              <w:right w:w="38" w:type="dxa"/>
            </w:tcMar>
            <w:vAlign w:val="center"/>
          </w:tcPr>
          <w:p w14:paraId="5344C304" w14:textId="77777777" w:rsidR="00D60D5E" w:rsidRDefault="00891EF0">
            <w:pPr>
              <w:spacing w:after="0" w:line="240" w:lineRule="auto"/>
            </w:pPr>
            <w:r>
              <w:rPr>
                <w:rFonts w:eastAsia="Aptos"/>
                <w:sz w:val="17"/>
              </w:rPr>
              <w:t>Yogurt Greek Plain 32 oz *NEW*</w:t>
            </w:r>
          </w:p>
        </w:tc>
        <w:tc>
          <w:tcPr>
            <w:tcW w:w="630" w:type="dxa"/>
            <w:tcMar>
              <w:top w:w="28" w:type="dxa"/>
              <w:left w:w="38" w:type="dxa"/>
              <w:bottom w:w="28" w:type="dxa"/>
              <w:right w:w="38" w:type="dxa"/>
            </w:tcMar>
            <w:vAlign w:val="center"/>
          </w:tcPr>
          <w:p w14:paraId="0FFA4B6B"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102C0E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477520" w14:textId="77777777" w:rsidR="00D60D5E" w:rsidRDefault="00D60D5E">
            <w:pPr>
              <w:jc w:val="center"/>
            </w:pPr>
          </w:p>
        </w:tc>
      </w:tr>
      <w:tr w:rsidR="00D60D5E" w14:paraId="4DCB1E94" w14:textId="77777777" w:rsidTr="000617E0">
        <w:trPr>
          <w:cantSplit/>
          <w:jc w:val="center"/>
        </w:trPr>
        <w:tc>
          <w:tcPr>
            <w:tcW w:w="677" w:type="dxa"/>
            <w:tcMar>
              <w:top w:w="28" w:type="dxa"/>
              <w:left w:w="38" w:type="dxa"/>
              <w:bottom w:w="28" w:type="dxa"/>
              <w:right w:w="38" w:type="dxa"/>
            </w:tcMar>
            <w:vAlign w:val="center"/>
          </w:tcPr>
          <w:p w14:paraId="39DBC177" w14:textId="77777777" w:rsidR="00D60D5E" w:rsidRDefault="00891EF0">
            <w:pPr>
              <w:spacing w:after="0" w:line="240" w:lineRule="auto"/>
              <w:jc w:val="center"/>
            </w:pPr>
            <w:r>
              <w:rPr>
                <w:rFonts w:eastAsia="Aptos"/>
                <w:color w:val="6A7075"/>
                <w:sz w:val="17"/>
              </w:rPr>
              <w:t>130-270</w:t>
            </w:r>
          </w:p>
        </w:tc>
        <w:tc>
          <w:tcPr>
            <w:tcW w:w="2648" w:type="dxa"/>
            <w:tcMar>
              <w:top w:w="28" w:type="dxa"/>
              <w:left w:w="38" w:type="dxa"/>
              <w:bottom w:w="28" w:type="dxa"/>
              <w:right w:w="38" w:type="dxa"/>
            </w:tcMar>
            <w:vAlign w:val="center"/>
          </w:tcPr>
          <w:p w14:paraId="3E99BC09" w14:textId="77777777" w:rsidR="00D60D5E" w:rsidRDefault="00891EF0">
            <w:pPr>
              <w:spacing w:after="0" w:line="240" w:lineRule="auto"/>
            </w:pPr>
            <w:r>
              <w:rPr>
                <w:rFonts w:eastAsia="Aptos"/>
                <w:sz w:val="17"/>
              </w:rPr>
              <w:t>Yogurt Greek Vanilla 32 oz *NEW*</w:t>
            </w:r>
          </w:p>
        </w:tc>
        <w:tc>
          <w:tcPr>
            <w:tcW w:w="630" w:type="dxa"/>
            <w:tcMar>
              <w:top w:w="28" w:type="dxa"/>
              <w:left w:w="38" w:type="dxa"/>
              <w:bottom w:w="28" w:type="dxa"/>
              <w:right w:w="38" w:type="dxa"/>
            </w:tcMar>
            <w:vAlign w:val="center"/>
          </w:tcPr>
          <w:p w14:paraId="2ACF7BE3" w14:textId="77777777" w:rsidR="00D60D5E" w:rsidRDefault="00891EF0">
            <w:pPr>
              <w:spacing w:after="0" w:line="240" w:lineRule="auto"/>
              <w:jc w:val="center"/>
            </w:pPr>
            <w:r>
              <w:rPr>
                <w:rFonts w:eastAsia="Aptos"/>
                <w:b/>
                <w:sz w:val="17"/>
              </w:rPr>
              <w:t>13.49</w:t>
            </w:r>
          </w:p>
        </w:tc>
        <w:tc>
          <w:tcPr>
            <w:tcW w:w="540" w:type="dxa"/>
            <w:tcMar>
              <w:top w:w="28" w:type="dxa"/>
              <w:left w:w="38" w:type="dxa"/>
              <w:bottom w:w="28" w:type="dxa"/>
              <w:right w:w="38" w:type="dxa"/>
            </w:tcMar>
            <w:vAlign w:val="center"/>
          </w:tcPr>
          <w:p w14:paraId="74D08C6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A73C8E" w14:textId="77777777" w:rsidR="00D60D5E" w:rsidRDefault="00D60D5E">
            <w:pPr>
              <w:jc w:val="center"/>
            </w:pPr>
          </w:p>
        </w:tc>
      </w:tr>
      <w:tr w:rsidR="00D60D5E" w14:paraId="08C07020" w14:textId="77777777" w:rsidTr="000617E0">
        <w:trPr>
          <w:cantSplit/>
          <w:jc w:val="center"/>
        </w:trPr>
        <w:tc>
          <w:tcPr>
            <w:tcW w:w="677" w:type="dxa"/>
            <w:tcMar>
              <w:top w:w="28" w:type="dxa"/>
              <w:left w:w="38" w:type="dxa"/>
              <w:bottom w:w="28" w:type="dxa"/>
              <w:right w:w="38" w:type="dxa"/>
            </w:tcMar>
            <w:vAlign w:val="center"/>
          </w:tcPr>
          <w:p w14:paraId="0460EB83" w14:textId="77777777" w:rsidR="00D60D5E" w:rsidRDefault="00891EF0">
            <w:pPr>
              <w:spacing w:after="0" w:line="240" w:lineRule="auto"/>
              <w:jc w:val="center"/>
            </w:pPr>
            <w:r>
              <w:rPr>
                <w:rFonts w:eastAsia="Aptos"/>
                <w:color w:val="6A7075"/>
                <w:sz w:val="17"/>
              </w:rPr>
              <w:t>130-275</w:t>
            </w:r>
          </w:p>
        </w:tc>
        <w:tc>
          <w:tcPr>
            <w:tcW w:w="2648" w:type="dxa"/>
            <w:tcMar>
              <w:top w:w="28" w:type="dxa"/>
              <w:left w:w="38" w:type="dxa"/>
              <w:bottom w:w="28" w:type="dxa"/>
              <w:right w:w="38" w:type="dxa"/>
            </w:tcMar>
            <w:vAlign w:val="center"/>
          </w:tcPr>
          <w:p w14:paraId="1537A89B" w14:textId="77777777" w:rsidR="00D60D5E" w:rsidRDefault="00891EF0">
            <w:pPr>
              <w:spacing w:after="0" w:line="240" w:lineRule="auto"/>
            </w:pPr>
            <w:r>
              <w:rPr>
                <w:rFonts w:eastAsia="Aptos"/>
                <w:sz w:val="17"/>
              </w:rPr>
              <w:t>Yogurt Greek Plain 5.3 oz *NEW*</w:t>
            </w:r>
          </w:p>
        </w:tc>
        <w:tc>
          <w:tcPr>
            <w:tcW w:w="630" w:type="dxa"/>
            <w:tcMar>
              <w:top w:w="28" w:type="dxa"/>
              <w:left w:w="38" w:type="dxa"/>
              <w:bottom w:w="28" w:type="dxa"/>
              <w:right w:w="38" w:type="dxa"/>
            </w:tcMar>
            <w:vAlign w:val="center"/>
          </w:tcPr>
          <w:p w14:paraId="134BF5A3"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641B31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5818EA" w14:textId="77777777" w:rsidR="00D60D5E" w:rsidRDefault="00D60D5E">
            <w:pPr>
              <w:jc w:val="center"/>
            </w:pPr>
          </w:p>
        </w:tc>
      </w:tr>
      <w:tr w:rsidR="00D60D5E" w14:paraId="34A1A428" w14:textId="77777777" w:rsidTr="000617E0">
        <w:trPr>
          <w:cantSplit/>
          <w:jc w:val="center"/>
        </w:trPr>
        <w:tc>
          <w:tcPr>
            <w:tcW w:w="677" w:type="dxa"/>
            <w:tcMar>
              <w:top w:w="28" w:type="dxa"/>
              <w:left w:w="38" w:type="dxa"/>
              <w:bottom w:w="28" w:type="dxa"/>
              <w:right w:w="38" w:type="dxa"/>
            </w:tcMar>
            <w:vAlign w:val="center"/>
          </w:tcPr>
          <w:p w14:paraId="599A280F" w14:textId="77777777" w:rsidR="00D60D5E" w:rsidRDefault="00891EF0">
            <w:pPr>
              <w:spacing w:after="0" w:line="240" w:lineRule="auto"/>
              <w:jc w:val="center"/>
            </w:pPr>
            <w:r>
              <w:rPr>
                <w:rFonts w:eastAsia="Aptos"/>
                <w:color w:val="6A7075"/>
                <w:sz w:val="17"/>
              </w:rPr>
              <w:t>130-280</w:t>
            </w:r>
          </w:p>
        </w:tc>
        <w:tc>
          <w:tcPr>
            <w:tcW w:w="2648" w:type="dxa"/>
            <w:tcMar>
              <w:top w:w="28" w:type="dxa"/>
              <w:left w:w="38" w:type="dxa"/>
              <w:bottom w:w="28" w:type="dxa"/>
              <w:right w:w="38" w:type="dxa"/>
            </w:tcMar>
            <w:vAlign w:val="center"/>
          </w:tcPr>
          <w:p w14:paraId="09FFAD45" w14:textId="77777777" w:rsidR="00D60D5E" w:rsidRDefault="00891EF0">
            <w:pPr>
              <w:spacing w:after="0" w:line="240" w:lineRule="auto"/>
            </w:pPr>
            <w:r>
              <w:rPr>
                <w:rFonts w:eastAsia="Aptos"/>
                <w:sz w:val="17"/>
              </w:rPr>
              <w:t>Yogurt Greek Flavored 5.3 oz *NEW*</w:t>
            </w:r>
          </w:p>
        </w:tc>
        <w:tc>
          <w:tcPr>
            <w:tcW w:w="630" w:type="dxa"/>
            <w:tcMar>
              <w:top w:w="28" w:type="dxa"/>
              <w:left w:w="38" w:type="dxa"/>
              <w:bottom w:w="28" w:type="dxa"/>
              <w:right w:w="38" w:type="dxa"/>
            </w:tcMar>
            <w:vAlign w:val="center"/>
          </w:tcPr>
          <w:p w14:paraId="30A6F4DA" w14:textId="77777777" w:rsidR="00D60D5E" w:rsidRDefault="00891EF0">
            <w:pPr>
              <w:spacing w:after="0" w:line="240" w:lineRule="auto"/>
              <w:jc w:val="center"/>
            </w:pPr>
            <w:r>
              <w:rPr>
                <w:rFonts w:eastAsia="Aptos"/>
                <w:b/>
                <w:sz w:val="17"/>
              </w:rPr>
              <w:t>2.65</w:t>
            </w:r>
          </w:p>
        </w:tc>
        <w:tc>
          <w:tcPr>
            <w:tcW w:w="540" w:type="dxa"/>
            <w:tcMar>
              <w:top w:w="28" w:type="dxa"/>
              <w:left w:w="38" w:type="dxa"/>
              <w:bottom w:w="28" w:type="dxa"/>
              <w:right w:w="38" w:type="dxa"/>
            </w:tcMar>
            <w:vAlign w:val="center"/>
          </w:tcPr>
          <w:p w14:paraId="100C1F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1960C1" w14:textId="77777777" w:rsidR="00D60D5E" w:rsidRDefault="00D60D5E">
            <w:pPr>
              <w:jc w:val="center"/>
            </w:pPr>
          </w:p>
        </w:tc>
      </w:tr>
      <w:tr w:rsidR="00D60D5E" w14:paraId="4444795E" w14:textId="77777777" w:rsidTr="000617E0">
        <w:trPr>
          <w:cantSplit/>
          <w:jc w:val="center"/>
        </w:trPr>
        <w:tc>
          <w:tcPr>
            <w:tcW w:w="677" w:type="dxa"/>
            <w:shd w:val="clear" w:color="auto" w:fill="D9EAF7"/>
            <w:tcMar>
              <w:top w:w="28" w:type="dxa"/>
              <w:left w:w="38" w:type="dxa"/>
              <w:bottom w:w="28" w:type="dxa"/>
              <w:right w:w="38" w:type="dxa"/>
            </w:tcMar>
            <w:vAlign w:val="center"/>
          </w:tcPr>
          <w:p w14:paraId="3823566B" w14:textId="77777777" w:rsidR="00D60D5E" w:rsidRDefault="00891EF0">
            <w:pPr>
              <w:spacing w:after="0" w:line="240" w:lineRule="auto"/>
              <w:jc w:val="center"/>
            </w:pPr>
            <w:r>
              <w:rPr>
                <w:rFonts w:eastAsia="Aptos"/>
                <w:b/>
                <w:color w:val="2F4F8F"/>
                <w:sz w:val="18"/>
              </w:rPr>
              <w:t>135-</w:t>
            </w:r>
          </w:p>
        </w:tc>
        <w:tc>
          <w:tcPr>
            <w:tcW w:w="2648" w:type="dxa"/>
            <w:shd w:val="clear" w:color="auto" w:fill="D9EAF7"/>
            <w:tcMar>
              <w:top w:w="28" w:type="dxa"/>
              <w:left w:w="38" w:type="dxa"/>
              <w:bottom w:w="28" w:type="dxa"/>
              <w:right w:w="38" w:type="dxa"/>
            </w:tcMar>
            <w:vAlign w:val="center"/>
          </w:tcPr>
          <w:p w14:paraId="3EB71014" w14:textId="77777777" w:rsidR="00D60D5E" w:rsidRDefault="00891EF0">
            <w:pPr>
              <w:spacing w:after="0" w:line="240" w:lineRule="auto"/>
            </w:pPr>
            <w:r>
              <w:rPr>
                <w:rFonts w:eastAsia="Aptos"/>
                <w:b/>
                <w:color w:val="2F4F8F"/>
                <w:sz w:val="18"/>
              </w:rPr>
              <w:t>CHEESE (PACKAGED)</w:t>
            </w:r>
          </w:p>
        </w:tc>
        <w:tc>
          <w:tcPr>
            <w:tcW w:w="630" w:type="dxa"/>
            <w:shd w:val="clear" w:color="auto" w:fill="D9EAF7"/>
            <w:tcMar>
              <w:top w:w="28" w:type="dxa"/>
              <w:left w:w="38" w:type="dxa"/>
              <w:bottom w:w="28" w:type="dxa"/>
              <w:right w:w="38" w:type="dxa"/>
            </w:tcMar>
            <w:vAlign w:val="center"/>
          </w:tcPr>
          <w:p w14:paraId="0FF09481"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B7DC60C"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43238224" w14:textId="77777777" w:rsidR="00D60D5E" w:rsidRDefault="00D60D5E">
            <w:pPr>
              <w:jc w:val="center"/>
            </w:pPr>
          </w:p>
        </w:tc>
      </w:tr>
      <w:tr w:rsidR="00D60D5E" w14:paraId="715827FD" w14:textId="77777777" w:rsidTr="000617E0">
        <w:trPr>
          <w:cantSplit/>
          <w:jc w:val="center"/>
        </w:trPr>
        <w:tc>
          <w:tcPr>
            <w:tcW w:w="677" w:type="dxa"/>
            <w:tcMar>
              <w:top w:w="28" w:type="dxa"/>
              <w:left w:w="38" w:type="dxa"/>
              <w:bottom w:w="28" w:type="dxa"/>
              <w:right w:w="38" w:type="dxa"/>
            </w:tcMar>
            <w:vAlign w:val="center"/>
          </w:tcPr>
          <w:p w14:paraId="11F0E045" w14:textId="77777777" w:rsidR="00D60D5E" w:rsidRDefault="00891EF0">
            <w:pPr>
              <w:spacing w:after="0" w:line="240" w:lineRule="auto"/>
              <w:jc w:val="center"/>
            </w:pPr>
            <w:r>
              <w:rPr>
                <w:rFonts w:eastAsia="Aptos"/>
                <w:color w:val="6A7075"/>
                <w:sz w:val="17"/>
              </w:rPr>
              <w:t>135-105</w:t>
            </w:r>
          </w:p>
        </w:tc>
        <w:tc>
          <w:tcPr>
            <w:tcW w:w="2648" w:type="dxa"/>
            <w:tcMar>
              <w:top w:w="28" w:type="dxa"/>
              <w:left w:w="38" w:type="dxa"/>
              <w:bottom w:w="28" w:type="dxa"/>
              <w:right w:w="38" w:type="dxa"/>
            </w:tcMar>
            <w:vAlign w:val="center"/>
          </w:tcPr>
          <w:p w14:paraId="60D877BA" w14:textId="77777777" w:rsidR="00D60D5E" w:rsidRDefault="00891EF0">
            <w:pPr>
              <w:spacing w:after="0" w:line="240" w:lineRule="auto"/>
            </w:pPr>
            <w:r>
              <w:rPr>
                <w:rFonts w:eastAsia="Aptos"/>
                <w:sz w:val="17"/>
              </w:rPr>
              <w:t>Daiya Swiss Style Slices Dairy Free 7.8 oz</w:t>
            </w:r>
          </w:p>
        </w:tc>
        <w:tc>
          <w:tcPr>
            <w:tcW w:w="630" w:type="dxa"/>
            <w:tcMar>
              <w:top w:w="28" w:type="dxa"/>
              <w:left w:w="38" w:type="dxa"/>
              <w:bottom w:w="28" w:type="dxa"/>
              <w:right w:w="38" w:type="dxa"/>
            </w:tcMar>
            <w:vAlign w:val="center"/>
          </w:tcPr>
          <w:p w14:paraId="6B761167" w14:textId="77777777" w:rsidR="00D60D5E" w:rsidRDefault="00891EF0">
            <w:pPr>
              <w:spacing w:after="0" w:line="240" w:lineRule="auto"/>
              <w:jc w:val="center"/>
            </w:pPr>
            <w:r>
              <w:rPr>
                <w:rFonts w:eastAsia="Aptos"/>
                <w:b/>
                <w:sz w:val="17"/>
              </w:rPr>
              <w:t>8.48</w:t>
            </w:r>
          </w:p>
        </w:tc>
        <w:tc>
          <w:tcPr>
            <w:tcW w:w="540" w:type="dxa"/>
            <w:tcMar>
              <w:top w:w="28" w:type="dxa"/>
              <w:left w:w="38" w:type="dxa"/>
              <w:bottom w:w="28" w:type="dxa"/>
              <w:right w:w="38" w:type="dxa"/>
            </w:tcMar>
            <w:vAlign w:val="center"/>
          </w:tcPr>
          <w:p w14:paraId="2B869FC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AC0C13" w14:textId="77777777" w:rsidR="00D60D5E" w:rsidRDefault="00D60D5E">
            <w:pPr>
              <w:jc w:val="center"/>
            </w:pPr>
          </w:p>
        </w:tc>
      </w:tr>
      <w:tr w:rsidR="00D60D5E" w14:paraId="670EA438" w14:textId="77777777" w:rsidTr="000617E0">
        <w:trPr>
          <w:cantSplit/>
          <w:jc w:val="center"/>
        </w:trPr>
        <w:tc>
          <w:tcPr>
            <w:tcW w:w="677" w:type="dxa"/>
            <w:tcMar>
              <w:top w:w="28" w:type="dxa"/>
              <w:left w:w="38" w:type="dxa"/>
              <w:bottom w:w="28" w:type="dxa"/>
              <w:right w:w="38" w:type="dxa"/>
            </w:tcMar>
            <w:vAlign w:val="center"/>
          </w:tcPr>
          <w:p w14:paraId="5E03151C" w14:textId="77777777" w:rsidR="00D60D5E" w:rsidRDefault="00891EF0">
            <w:pPr>
              <w:spacing w:after="0" w:line="240" w:lineRule="auto"/>
              <w:jc w:val="center"/>
            </w:pPr>
            <w:r>
              <w:rPr>
                <w:rFonts w:eastAsia="Aptos"/>
                <w:color w:val="6A7075"/>
                <w:sz w:val="17"/>
              </w:rPr>
              <w:t>135-110</w:t>
            </w:r>
          </w:p>
        </w:tc>
        <w:tc>
          <w:tcPr>
            <w:tcW w:w="2648" w:type="dxa"/>
            <w:tcMar>
              <w:top w:w="28" w:type="dxa"/>
              <w:left w:w="38" w:type="dxa"/>
              <w:bottom w:w="28" w:type="dxa"/>
              <w:right w:w="38" w:type="dxa"/>
            </w:tcMar>
            <w:vAlign w:val="center"/>
          </w:tcPr>
          <w:p w14:paraId="374DCB48" w14:textId="77777777" w:rsidR="00D60D5E" w:rsidRDefault="00891EF0">
            <w:pPr>
              <w:spacing w:after="0" w:line="240" w:lineRule="auto"/>
            </w:pPr>
            <w:r>
              <w:rPr>
                <w:rFonts w:eastAsia="Aptos"/>
                <w:sz w:val="17"/>
              </w:rPr>
              <w:t>Kraft American Singles 12slices/8oz</w:t>
            </w:r>
          </w:p>
        </w:tc>
        <w:tc>
          <w:tcPr>
            <w:tcW w:w="630" w:type="dxa"/>
            <w:tcMar>
              <w:top w:w="28" w:type="dxa"/>
              <w:left w:w="38" w:type="dxa"/>
              <w:bottom w:w="28" w:type="dxa"/>
              <w:right w:w="38" w:type="dxa"/>
            </w:tcMar>
            <w:vAlign w:val="center"/>
          </w:tcPr>
          <w:p w14:paraId="3E7C6984" w14:textId="77777777" w:rsidR="00D60D5E" w:rsidRDefault="00891EF0">
            <w:pPr>
              <w:spacing w:after="0" w:line="240" w:lineRule="auto"/>
              <w:jc w:val="center"/>
            </w:pPr>
            <w:r>
              <w:rPr>
                <w:rFonts w:eastAsia="Aptos"/>
                <w:b/>
                <w:sz w:val="17"/>
              </w:rPr>
              <w:t>4.79</w:t>
            </w:r>
          </w:p>
        </w:tc>
        <w:tc>
          <w:tcPr>
            <w:tcW w:w="540" w:type="dxa"/>
            <w:tcMar>
              <w:top w:w="28" w:type="dxa"/>
              <w:left w:w="38" w:type="dxa"/>
              <w:bottom w:w="28" w:type="dxa"/>
              <w:right w:w="38" w:type="dxa"/>
            </w:tcMar>
            <w:vAlign w:val="center"/>
          </w:tcPr>
          <w:p w14:paraId="45E8B70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C38694" w14:textId="77777777" w:rsidR="00D60D5E" w:rsidRDefault="00D60D5E">
            <w:pPr>
              <w:jc w:val="center"/>
            </w:pPr>
          </w:p>
        </w:tc>
      </w:tr>
      <w:tr w:rsidR="00D60D5E" w14:paraId="0289908D" w14:textId="77777777" w:rsidTr="000617E0">
        <w:trPr>
          <w:cantSplit/>
          <w:jc w:val="center"/>
        </w:trPr>
        <w:tc>
          <w:tcPr>
            <w:tcW w:w="677" w:type="dxa"/>
            <w:tcMar>
              <w:top w:w="28" w:type="dxa"/>
              <w:left w:w="38" w:type="dxa"/>
              <w:bottom w:w="28" w:type="dxa"/>
              <w:right w:w="38" w:type="dxa"/>
            </w:tcMar>
            <w:vAlign w:val="center"/>
          </w:tcPr>
          <w:p w14:paraId="37BEEAFC" w14:textId="77777777" w:rsidR="00D60D5E" w:rsidRDefault="00891EF0">
            <w:pPr>
              <w:spacing w:after="0" w:line="240" w:lineRule="auto"/>
              <w:jc w:val="center"/>
            </w:pPr>
            <w:r>
              <w:rPr>
                <w:rFonts w:eastAsia="Aptos"/>
                <w:color w:val="6A7075"/>
                <w:sz w:val="17"/>
              </w:rPr>
              <w:t>135-115</w:t>
            </w:r>
          </w:p>
        </w:tc>
        <w:tc>
          <w:tcPr>
            <w:tcW w:w="2648" w:type="dxa"/>
            <w:tcMar>
              <w:top w:w="28" w:type="dxa"/>
              <w:left w:w="38" w:type="dxa"/>
              <w:bottom w:w="28" w:type="dxa"/>
              <w:right w:w="38" w:type="dxa"/>
            </w:tcMar>
            <w:vAlign w:val="center"/>
          </w:tcPr>
          <w:p w14:paraId="32499BF1" w14:textId="77777777" w:rsidR="00D60D5E" w:rsidRDefault="00891EF0">
            <w:pPr>
              <w:spacing w:after="0" w:line="240" w:lineRule="auto"/>
            </w:pPr>
            <w:r>
              <w:rPr>
                <w:rFonts w:eastAsia="Aptos"/>
                <w:sz w:val="17"/>
              </w:rPr>
              <w:t>Kraft American Singles 24slices/16oz</w:t>
            </w:r>
          </w:p>
        </w:tc>
        <w:tc>
          <w:tcPr>
            <w:tcW w:w="630" w:type="dxa"/>
            <w:tcMar>
              <w:top w:w="28" w:type="dxa"/>
              <w:left w:w="38" w:type="dxa"/>
              <w:bottom w:w="28" w:type="dxa"/>
              <w:right w:w="38" w:type="dxa"/>
            </w:tcMar>
            <w:vAlign w:val="center"/>
          </w:tcPr>
          <w:p w14:paraId="4CF03096"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3584C1A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054735" w14:textId="77777777" w:rsidR="00D60D5E" w:rsidRDefault="00D60D5E">
            <w:pPr>
              <w:jc w:val="center"/>
            </w:pPr>
          </w:p>
        </w:tc>
      </w:tr>
      <w:tr w:rsidR="00D60D5E" w14:paraId="1E793D4D" w14:textId="77777777" w:rsidTr="000617E0">
        <w:trPr>
          <w:cantSplit/>
          <w:jc w:val="center"/>
        </w:trPr>
        <w:tc>
          <w:tcPr>
            <w:tcW w:w="677" w:type="dxa"/>
            <w:tcMar>
              <w:top w:w="28" w:type="dxa"/>
              <w:left w:w="38" w:type="dxa"/>
              <w:bottom w:w="28" w:type="dxa"/>
              <w:right w:w="38" w:type="dxa"/>
            </w:tcMar>
            <w:vAlign w:val="center"/>
          </w:tcPr>
          <w:p w14:paraId="727B31F5" w14:textId="77777777" w:rsidR="00D60D5E" w:rsidRDefault="00891EF0">
            <w:pPr>
              <w:spacing w:after="0" w:line="240" w:lineRule="auto"/>
              <w:jc w:val="center"/>
            </w:pPr>
            <w:r>
              <w:rPr>
                <w:rFonts w:eastAsia="Aptos"/>
                <w:color w:val="6A7075"/>
                <w:sz w:val="17"/>
              </w:rPr>
              <w:t>135-120</w:t>
            </w:r>
          </w:p>
        </w:tc>
        <w:tc>
          <w:tcPr>
            <w:tcW w:w="2648" w:type="dxa"/>
            <w:tcMar>
              <w:top w:w="28" w:type="dxa"/>
              <w:left w:w="38" w:type="dxa"/>
              <w:bottom w:w="28" w:type="dxa"/>
              <w:right w:w="38" w:type="dxa"/>
            </w:tcMar>
            <w:vAlign w:val="center"/>
          </w:tcPr>
          <w:p w14:paraId="7B3881CF" w14:textId="77777777" w:rsidR="00D60D5E" w:rsidRDefault="00891EF0">
            <w:pPr>
              <w:spacing w:after="0" w:line="240" w:lineRule="auto"/>
            </w:pPr>
            <w:r>
              <w:rPr>
                <w:rFonts w:eastAsia="Aptos"/>
                <w:sz w:val="17"/>
              </w:rPr>
              <w:t>Kraft Swiss Singles 16slices/12oz</w:t>
            </w:r>
          </w:p>
        </w:tc>
        <w:tc>
          <w:tcPr>
            <w:tcW w:w="630" w:type="dxa"/>
            <w:tcMar>
              <w:top w:w="28" w:type="dxa"/>
              <w:left w:w="38" w:type="dxa"/>
              <w:bottom w:w="28" w:type="dxa"/>
              <w:right w:w="38" w:type="dxa"/>
            </w:tcMar>
            <w:vAlign w:val="center"/>
          </w:tcPr>
          <w:p w14:paraId="41D8D211" w14:textId="77777777" w:rsidR="00D60D5E" w:rsidRDefault="00891EF0">
            <w:pPr>
              <w:spacing w:after="0" w:line="240" w:lineRule="auto"/>
              <w:jc w:val="center"/>
            </w:pPr>
            <w:r>
              <w:rPr>
                <w:rFonts w:eastAsia="Aptos"/>
                <w:b/>
                <w:sz w:val="17"/>
              </w:rPr>
              <w:t>5.95</w:t>
            </w:r>
          </w:p>
        </w:tc>
        <w:tc>
          <w:tcPr>
            <w:tcW w:w="540" w:type="dxa"/>
            <w:tcMar>
              <w:top w:w="28" w:type="dxa"/>
              <w:left w:w="38" w:type="dxa"/>
              <w:bottom w:w="28" w:type="dxa"/>
              <w:right w:w="38" w:type="dxa"/>
            </w:tcMar>
            <w:vAlign w:val="center"/>
          </w:tcPr>
          <w:p w14:paraId="35FFB7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2A0E74" w14:textId="77777777" w:rsidR="00D60D5E" w:rsidRDefault="00D60D5E">
            <w:pPr>
              <w:jc w:val="center"/>
            </w:pPr>
          </w:p>
        </w:tc>
      </w:tr>
      <w:tr w:rsidR="00D60D5E" w14:paraId="24C24780" w14:textId="77777777" w:rsidTr="000617E0">
        <w:trPr>
          <w:cantSplit/>
          <w:jc w:val="center"/>
        </w:trPr>
        <w:tc>
          <w:tcPr>
            <w:tcW w:w="677" w:type="dxa"/>
            <w:tcMar>
              <w:top w:w="28" w:type="dxa"/>
              <w:left w:w="38" w:type="dxa"/>
              <w:bottom w:w="28" w:type="dxa"/>
              <w:right w:w="38" w:type="dxa"/>
            </w:tcMar>
            <w:vAlign w:val="center"/>
          </w:tcPr>
          <w:p w14:paraId="2C317F8D" w14:textId="77777777" w:rsidR="00D60D5E" w:rsidRDefault="00891EF0">
            <w:pPr>
              <w:spacing w:after="0" w:line="240" w:lineRule="auto"/>
              <w:jc w:val="center"/>
            </w:pPr>
            <w:r>
              <w:rPr>
                <w:rFonts w:eastAsia="Aptos"/>
                <w:color w:val="6A7075"/>
                <w:sz w:val="17"/>
              </w:rPr>
              <w:t>135-125</w:t>
            </w:r>
          </w:p>
        </w:tc>
        <w:tc>
          <w:tcPr>
            <w:tcW w:w="2648" w:type="dxa"/>
            <w:tcMar>
              <w:top w:w="28" w:type="dxa"/>
              <w:left w:w="38" w:type="dxa"/>
              <w:bottom w:w="28" w:type="dxa"/>
              <w:right w:w="38" w:type="dxa"/>
            </w:tcMar>
            <w:vAlign w:val="center"/>
          </w:tcPr>
          <w:p w14:paraId="01F71021" w14:textId="77777777" w:rsidR="00D60D5E" w:rsidRDefault="00891EF0">
            <w:pPr>
              <w:spacing w:after="0" w:line="240" w:lineRule="auto"/>
            </w:pPr>
            <w:r>
              <w:rPr>
                <w:rFonts w:eastAsia="Aptos"/>
                <w:sz w:val="17"/>
              </w:rPr>
              <w:t>Kraft American Singles 16slices/12oz</w:t>
            </w:r>
          </w:p>
        </w:tc>
        <w:tc>
          <w:tcPr>
            <w:tcW w:w="630" w:type="dxa"/>
            <w:tcMar>
              <w:top w:w="28" w:type="dxa"/>
              <w:left w:w="38" w:type="dxa"/>
              <w:bottom w:w="28" w:type="dxa"/>
              <w:right w:w="38" w:type="dxa"/>
            </w:tcMar>
            <w:vAlign w:val="center"/>
          </w:tcPr>
          <w:p w14:paraId="7E327589"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70D407C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3B2334" w14:textId="77777777" w:rsidR="00D60D5E" w:rsidRDefault="00D60D5E">
            <w:pPr>
              <w:jc w:val="center"/>
            </w:pPr>
          </w:p>
        </w:tc>
      </w:tr>
      <w:tr w:rsidR="00D60D5E" w14:paraId="66271795" w14:textId="77777777" w:rsidTr="000617E0">
        <w:trPr>
          <w:cantSplit/>
          <w:jc w:val="center"/>
        </w:trPr>
        <w:tc>
          <w:tcPr>
            <w:tcW w:w="677" w:type="dxa"/>
            <w:tcMar>
              <w:top w:w="28" w:type="dxa"/>
              <w:left w:w="38" w:type="dxa"/>
              <w:bottom w:w="28" w:type="dxa"/>
              <w:right w:w="38" w:type="dxa"/>
            </w:tcMar>
            <w:vAlign w:val="center"/>
          </w:tcPr>
          <w:p w14:paraId="4C3DC986" w14:textId="77777777" w:rsidR="00D60D5E" w:rsidRDefault="00891EF0">
            <w:pPr>
              <w:spacing w:after="0" w:line="240" w:lineRule="auto"/>
              <w:jc w:val="center"/>
            </w:pPr>
            <w:r>
              <w:rPr>
                <w:rFonts w:eastAsia="Aptos"/>
                <w:color w:val="6A7075"/>
                <w:sz w:val="17"/>
              </w:rPr>
              <w:t>135-130</w:t>
            </w:r>
          </w:p>
        </w:tc>
        <w:tc>
          <w:tcPr>
            <w:tcW w:w="2648" w:type="dxa"/>
            <w:tcMar>
              <w:top w:w="28" w:type="dxa"/>
              <w:left w:w="38" w:type="dxa"/>
              <w:bottom w:w="28" w:type="dxa"/>
              <w:right w:w="38" w:type="dxa"/>
            </w:tcMar>
            <w:vAlign w:val="center"/>
          </w:tcPr>
          <w:p w14:paraId="7968F337" w14:textId="77777777" w:rsidR="00D60D5E" w:rsidRDefault="00891EF0">
            <w:pPr>
              <w:spacing w:after="0" w:line="240" w:lineRule="auto"/>
            </w:pPr>
            <w:r>
              <w:rPr>
                <w:rFonts w:eastAsia="Aptos"/>
                <w:sz w:val="17"/>
              </w:rPr>
              <w:t>Kraft Fat Free Singles 16slices/12oz</w:t>
            </w:r>
          </w:p>
        </w:tc>
        <w:tc>
          <w:tcPr>
            <w:tcW w:w="630" w:type="dxa"/>
            <w:tcMar>
              <w:top w:w="28" w:type="dxa"/>
              <w:left w:w="38" w:type="dxa"/>
              <w:bottom w:w="28" w:type="dxa"/>
              <w:right w:w="38" w:type="dxa"/>
            </w:tcMar>
            <w:vAlign w:val="center"/>
          </w:tcPr>
          <w:p w14:paraId="4A478781"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352649E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ED6421" w14:textId="77777777" w:rsidR="00D60D5E" w:rsidRDefault="00D60D5E">
            <w:pPr>
              <w:jc w:val="center"/>
            </w:pPr>
          </w:p>
        </w:tc>
      </w:tr>
      <w:tr w:rsidR="00D60D5E" w14:paraId="6247A6BD" w14:textId="77777777" w:rsidTr="000617E0">
        <w:trPr>
          <w:cantSplit/>
          <w:jc w:val="center"/>
        </w:trPr>
        <w:tc>
          <w:tcPr>
            <w:tcW w:w="677" w:type="dxa"/>
            <w:tcMar>
              <w:top w:w="28" w:type="dxa"/>
              <w:left w:w="38" w:type="dxa"/>
              <w:bottom w:w="28" w:type="dxa"/>
              <w:right w:w="38" w:type="dxa"/>
            </w:tcMar>
            <w:vAlign w:val="center"/>
          </w:tcPr>
          <w:p w14:paraId="04C0A7EB" w14:textId="77777777" w:rsidR="00D60D5E" w:rsidRDefault="00891EF0">
            <w:pPr>
              <w:spacing w:after="0" w:line="240" w:lineRule="auto"/>
              <w:jc w:val="center"/>
            </w:pPr>
            <w:r>
              <w:rPr>
                <w:rFonts w:eastAsia="Aptos"/>
                <w:color w:val="6A7075"/>
                <w:sz w:val="17"/>
              </w:rPr>
              <w:t>135-135</w:t>
            </w:r>
          </w:p>
        </w:tc>
        <w:tc>
          <w:tcPr>
            <w:tcW w:w="2648" w:type="dxa"/>
            <w:tcMar>
              <w:top w:w="28" w:type="dxa"/>
              <w:left w:w="38" w:type="dxa"/>
              <w:bottom w:w="28" w:type="dxa"/>
              <w:right w:w="38" w:type="dxa"/>
            </w:tcMar>
            <w:vAlign w:val="center"/>
          </w:tcPr>
          <w:p w14:paraId="6DF68E5A" w14:textId="77777777" w:rsidR="00D60D5E" w:rsidRDefault="00891EF0">
            <w:pPr>
              <w:spacing w:after="0" w:line="240" w:lineRule="auto"/>
            </w:pPr>
            <w:r>
              <w:rPr>
                <w:rFonts w:eastAsia="Aptos"/>
                <w:sz w:val="17"/>
              </w:rPr>
              <w:t>Cream Cheese 8oz</w:t>
            </w:r>
          </w:p>
        </w:tc>
        <w:tc>
          <w:tcPr>
            <w:tcW w:w="630" w:type="dxa"/>
            <w:tcMar>
              <w:top w:w="28" w:type="dxa"/>
              <w:left w:w="38" w:type="dxa"/>
              <w:bottom w:w="28" w:type="dxa"/>
              <w:right w:w="38" w:type="dxa"/>
            </w:tcMar>
            <w:vAlign w:val="center"/>
          </w:tcPr>
          <w:p w14:paraId="26C00470"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2F770C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211C4F" w14:textId="77777777" w:rsidR="00D60D5E" w:rsidRDefault="00D60D5E">
            <w:pPr>
              <w:jc w:val="center"/>
            </w:pPr>
          </w:p>
        </w:tc>
      </w:tr>
      <w:tr w:rsidR="00D60D5E" w14:paraId="048ADF64" w14:textId="77777777" w:rsidTr="000617E0">
        <w:trPr>
          <w:cantSplit/>
          <w:jc w:val="center"/>
        </w:trPr>
        <w:tc>
          <w:tcPr>
            <w:tcW w:w="677" w:type="dxa"/>
            <w:tcMar>
              <w:top w:w="28" w:type="dxa"/>
              <w:left w:w="38" w:type="dxa"/>
              <w:bottom w:w="28" w:type="dxa"/>
              <w:right w:w="38" w:type="dxa"/>
            </w:tcMar>
            <w:vAlign w:val="center"/>
          </w:tcPr>
          <w:p w14:paraId="71D488A8" w14:textId="77777777" w:rsidR="00D60D5E" w:rsidRDefault="00891EF0">
            <w:pPr>
              <w:spacing w:after="0" w:line="240" w:lineRule="auto"/>
              <w:jc w:val="center"/>
            </w:pPr>
            <w:r>
              <w:rPr>
                <w:rFonts w:eastAsia="Aptos"/>
                <w:color w:val="6A7075"/>
                <w:sz w:val="17"/>
              </w:rPr>
              <w:t>135-140</w:t>
            </w:r>
          </w:p>
        </w:tc>
        <w:tc>
          <w:tcPr>
            <w:tcW w:w="2648" w:type="dxa"/>
            <w:tcMar>
              <w:top w:w="28" w:type="dxa"/>
              <w:left w:w="38" w:type="dxa"/>
              <w:bottom w:w="28" w:type="dxa"/>
              <w:right w:w="38" w:type="dxa"/>
            </w:tcMar>
            <w:vAlign w:val="center"/>
          </w:tcPr>
          <w:p w14:paraId="018B99BC" w14:textId="77777777" w:rsidR="00D60D5E" w:rsidRDefault="00891EF0">
            <w:pPr>
              <w:spacing w:after="0" w:line="240" w:lineRule="auto"/>
            </w:pPr>
            <w:r>
              <w:rPr>
                <w:rFonts w:eastAsia="Aptos"/>
                <w:sz w:val="17"/>
              </w:rPr>
              <w:t>Cream Cheese Fat Free 8oz</w:t>
            </w:r>
          </w:p>
        </w:tc>
        <w:tc>
          <w:tcPr>
            <w:tcW w:w="630" w:type="dxa"/>
            <w:tcMar>
              <w:top w:w="28" w:type="dxa"/>
              <w:left w:w="38" w:type="dxa"/>
              <w:bottom w:w="28" w:type="dxa"/>
              <w:right w:w="38" w:type="dxa"/>
            </w:tcMar>
            <w:vAlign w:val="center"/>
          </w:tcPr>
          <w:p w14:paraId="639568C8" w14:textId="77777777" w:rsidR="00D60D5E" w:rsidRDefault="00891EF0">
            <w:pPr>
              <w:spacing w:after="0" w:line="240" w:lineRule="auto"/>
              <w:jc w:val="center"/>
            </w:pPr>
            <w:r>
              <w:rPr>
                <w:rFonts w:eastAsia="Aptos"/>
                <w:b/>
                <w:sz w:val="17"/>
              </w:rPr>
              <w:t>4.65</w:t>
            </w:r>
          </w:p>
        </w:tc>
        <w:tc>
          <w:tcPr>
            <w:tcW w:w="540" w:type="dxa"/>
            <w:tcMar>
              <w:top w:w="28" w:type="dxa"/>
              <w:left w:w="38" w:type="dxa"/>
              <w:bottom w:w="28" w:type="dxa"/>
              <w:right w:w="38" w:type="dxa"/>
            </w:tcMar>
            <w:vAlign w:val="center"/>
          </w:tcPr>
          <w:p w14:paraId="75E1B6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1B474A" w14:textId="77777777" w:rsidR="00D60D5E" w:rsidRDefault="00D60D5E">
            <w:pPr>
              <w:jc w:val="center"/>
            </w:pPr>
          </w:p>
        </w:tc>
      </w:tr>
      <w:tr w:rsidR="00D60D5E" w14:paraId="6BFE39BD" w14:textId="77777777" w:rsidTr="000617E0">
        <w:trPr>
          <w:cantSplit/>
          <w:jc w:val="center"/>
        </w:trPr>
        <w:tc>
          <w:tcPr>
            <w:tcW w:w="677" w:type="dxa"/>
            <w:tcMar>
              <w:top w:w="28" w:type="dxa"/>
              <w:left w:w="38" w:type="dxa"/>
              <w:bottom w:w="28" w:type="dxa"/>
              <w:right w:w="38" w:type="dxa"/>
            </w:tcMar>
            <w:vAlign w:val="center"/>
          </w:tcPr>
          <w:p w14:paraId="5EA8BC65" w14:textId="77777777" w:rsidR="00D60D5E" w:rsidRDefault="00891EF0">
            <w:pPr>
              <w:spacing w:after="0" w:line="240" w:lineRule="auto"/>
              <w:jc w:val="center"/>
            </w:pPr>
            <w:r>
              <w:rPr>
                <w:rFonts w:eastAsia="Aptos"/>
                <w:color w:val="6A7075"/>
                <w:sz w:val="17"/>
              </w:rPr>
              <w:t>135-145</w:t>
            </w:r>
          </w:p>
        </w:tc>
        <w:tc>
          <w:tcPr>
            <w:tcW w:w="2648" w:type="dxa"/>
            <w:tcMar>
              <w:top w:w="28" w:type="dxa"/>
              <w:left w:w="38" w:type="dxa"/>
              <w:bottom w:w="28" w:type="dxa"/>
              <w:right w:w="38" w:type="dxa"/>
            </w:tcMar>
            <w:vAlign w:val="center"/>
          </w:tcPr>
          <w:p w14:paraId="0A5049F5" w14:textId="77777777" w:rsidR="00D60D5E" w:rsidRDefault="00891EF0">
            <w:pPr>
              <w:spacing w:after="0" w:line="240" w:lineRule="auto"/>
            </w:pPr>
            <w:r>
              <w:rPr>
                <w:rFonts w:eastAsia="Aptos"/>
                <w:sz w:val="17"/>
              </w:rPr>
              <w:t>Cream Cheese W/Garlic &amp; Herb 8oz</w:t>
            </w:r>
          </w:p>
        </w:tc>
        <w:tc>
          <w:tcPr>
            <w:tcW w:w="630" w:type="dxa"/>
            <w:tcMar>
              <w:top w:w="28" w:type="dxa"/>
              <w:left w:w="38" w:type="dxa"/>
              <w:bottom w:w="28" w:type="dxa"/>
              <w:right w:w="38" w:type="dxa"/>
            </w:tcMar>
            <w:vAlign w:val="center"/>
          </w:tcPr>
          <w:p w14:paraId="4531F89F"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291BC39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2ADA1C" w14:textId="77777777" w:rsidR="00D60D5E" w:rsidRDefault="00D60D5E">
            <w:pPr>
              <w:jc w:val="center"/>
            </w:pPr>
          </w:p>
        </w:tc>
      </w:tr>
      <w:tr w:rsidR="00D60D5E" w14:paraId="049A951C" w14:textId="77777777" w:rsidTr="000617E0">
        <w:trPr>
          <w:cantSplit/>
          <w:jc w:val="center"/>
        </w:trPr>
        <w:tc>
          <w:tcPr>
            <w:tcW w:w="677" w:type="dxa"/>
            <w:tcMar>
              <w:top w:w="28" w:type="dxa"/>
              <w:left w:w="38" w:type="dxa"/>
              <w:bottom w:w="28" w:type="dxa"/>
              <w:right w:w="38" w:type="dxa"/>
            </w:tcMar>
            <w:vAlign w:val="center"/>
          </w:tcPr>
          <w:p w14:paraId="12F9F223" w14:textId="77777777" w:rsidR="00D60D5E" w:rsidRDefault="00891EF0">
            <w:pPr>
              <w:spacing w:after="0" w:line="240" w:lineRule="auto"/>
              <w:jc w:val="center"/>
            </w:pPr>
            <w:r>
              <w:rPr>
                <w:rFonts w:eastAsia="Aptos"/>
                <w:color w:val="6A7075"/>
                <w:sz w:val="17"/>
              </w:rPr>
              <w:t>135-150</w:t>
            </w:r>
          </w:p>
        </w:tc>
        <w:tc>
          <w:tcPr>
            <w:tcW w:w="2648" w:type="dxa"/>
            <w:tcMar>
              <w:top w:w="28" w:type="dxa"/>
              <w:left w:w="38" w:type="dxa"/>
              <w:bottom w:w="28" w:type="dxa"/>
              <w:right w:w="38" w:type="dxa"/>
            </w:tcMar>
            <w:vAlign w:val="center"/>
          </w:tcPr>
          <w:p w14:paraId="19CAE08A" w14:textId="77777777" w:rsidR="00D60D5E" w:rsidRDefault="00891EF0">
            <w:pPr>
              <w:spacing w:after="0" w:line="240" w:lineRule="auto"/>
            </w:pPr>
            <w:r>
              <w:rPr>
                <w:rFonts w:eastAsia="Aptos"/>
                <w:sz w:val="17"/>
              </w:rPr>
              <w:t>Cream Cheese W/Smoked Salmon 8oz</w:t>
            </w:r>
          </w:p>
        </w:tc>
        <w:tc>
          <w:tcPr>
            <w:tcW w:w="630" w:type="dxa"/>
            <w:tcMar>
              <w:top w:w="28" w:type="dxa"/>
              <w:left w:w="38" w:type="dxa"/>
              <w:bottom w:w="28" w:type="dxa"/>
              <w:right w:w="38" w:type="dxa"/>
            </w:tcMar>
            <w:vAlign w:val="center"/>
          </w:tcPr>
          <w:p w14:paraId="1714CDF9" w14:textId="77777777" w:rsidR="00D60D5E" w:rsidRDefault="00891EF0">
            <w:pPr>
              <w:spacing w:after="0" w:line="240" w:lineRule="auto"/>
              <w:jc w:val="center"/>
            </w:pPr>
            <w:r>
              <w:rPr>
                <w:rFonts w:eastAsia="Aptos"/>
                <w:b/>
                <w:sz w:val="17"/>
              </w:rPr>
              <w:t>4.70</w:t>
            </w:r>
          </w:p>
        </w:tc>
        <w:tc>
          <w:tcPr>
            <w:tcW w:w="540" w:type="dxa"/>
            <w:tcMar>
              <w:top w:w="28" w:type="dxa"/>
              <w:left w:w="38" w:type="dxa"/>
              <w:bottom w:w="28" w:type="dxa"/>
              <w:right w:w="38" w:type="dxa"/>
            </w:tcMar>
            <w:vAlign w:val="center"/>
          </w:tcPr>
          <w:p w14:paraId="142E9A0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D6FC51" w14:textId="77777777" w:rsidR="00D60D5E" w:rsidRDefault="00D60D5E">
            <w:pPr>
              <w:jc w:val="center"/>
            </w:pPr>
          </w:p>
        </w:tc>
      </w:tr>
      <w:tr w:rsidR="00D60D5E" w14:paraId="2594484B" w14:textId="77777777" w:rsidTr="000617E0">
        <w:trPr>
          <w:cantSplit/>
          <w:jc w:val="center"/>
        </w:trPr>
        <w:tc>
          <w:tcPr>
            <w:tcW w:w="677" w:type="dxa"/>
            <w:tcMar>
              <w:top w:w="28" w:type="dxa"/>
              <w:left w:w="38" w:type="dxa"/>
              <w:bottom w:w="28" w:type="dxa"/>
              <w:right w:w="38" w:type="dxa"/>
            </w:tcMar>
            <w:vAlign w:val="center"/>
          </w:tcPr>
          <w:p w14:paraId="3956F2F1" w14:textId="77777777" w:rsidR="00D60D5E" w:rsidRDefault="00891EF0">
            <w:pPr>
              <w:spacing w:after="0" w:line="240" w:lineRule="auto"/>
              <w:jc w:val="center"/>
            </w:pPr>
            <w:r>
              <w:rPr>
                <w:rFonts w:eastAsia="Aptos"/>
                <w:color w:val="6A7075"/>
                <w:sz w:val="17"/>
              </w:rPr>
              <w:t>135-155</w:t>
            </w:r>
          </w:p>
        </w:tc>
        <w:tc>
          <w:tcPr>
            <w:tcW w:w="2648" w:type="dxa"/>
            <w:tcMar>
              <w:top w:w="28" w:type="dxa"/>
              <w:left w:w="38" w:type="dxa"/>
              <w:bottom w:w="28" w:type="dxa"/>
              <w:right w:w="38" w:type="dxa"/>
            </w:tcMar>
            <w:vAlign w:val="center"/>
          </w:tcPr>
          <w:p w14:paraId="57B2E1FD" w14:textId="77777777" w:rsidR="00D60D5E" w:rsidRDefault="00891EF0">
            <w:pPr>
              <w:spacing w:after="0" w:line="240" w:lineRule="auto"/>
            </w:pPr>
            <w:r>
              <w:rPr>
                <w:rFonts w:eastAsia="Aptos"/>
                <w:sz w:val="17"/>
              </w:rPr>
              <w:t>Cream Cheese W/Pineapple 8oz</w:t>
            </w:r>
          </w:p>
        </w:tc>
        <w:tc>
          <w:tcPr>
            <w:tcW w:w="630" w:type="dxa"/>
            <w:tcMar>
              <w:top w:w="28" w:type="dxa"/>
              <w:left w:w="38" w:type="dxa"/>
              <w:bottom w:w="28" w:type="dxa"/>
              <w:right w:w="38" w:type="dxa"/>
            </w:tcMar>
            <w:vAlign w:val="center"/>
          </w:tcPr>
          <w:p w14:paraId="049489F8"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517DA7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90442D" w14:textId="77777777" w:rsidR="00D60D5E" w:rsidRDefault="00D60D5E">
            <w:pPr>
              <w:jc w:val="center"/>
            </w:pPr>
          </w:p>
        </w:tc>
      </w:tr>
      <w:tr w:rsidR="00D60D5E" w14:paraId="29EE70E7" w14:textId="77777777" w:rsidTr="000617E0">
        <w:trPr>
          <w:cantSplit/>
          <w:jc w:val="center"/>
        </w:trPr>
        <w:tc>
          <w:tcPr>
            <w:tcW w:w="677" w:type="dxa"/>
            <w:tcMar>
              <w:top w:w="28" w:type="dxa"/>
              <w:left w:w="38" w:type="dxa"/>
              <w:bottom w:w="28" w:type="dxa"/>
              <w:right w:w="38" w:type="dxa"/>
            </w:tcMar>
            <w:vAlign w:val="center"/>
          </w:tcPr>
          <w:p w14:paraId="44A625D6" w14:textId="77777777" w:rsidR="00D60D5E" w:rsidRDefault="00891EF0">
            <w:pPr>
              <w:spacing w:after="0" w:line="240" w:lineRule="auto"/>
              <w:jc w:val="center"/>
            </w:pPr>
            <w:r>
              <w:rPr>
                <w:rFonts w:eastAsia="Aptos"/>
                <w:color w:val="6A7075"/>
                <w:sz w:val="17"/>
              </w:rPr>
              <w:t>135-160</w:t>
            </w:r>
          </w:p>
        </w:tc>
        <w:tc>
          <w:tcPr>
            <w:tcW w:w="2648" w:type="dxa"/>
            <w:tcMar>
              <w:top w:w="28" w:type="dxa"/>
              <w:left w:w="38" w:type="dxa"/>
              <w:bottom w:w="28" w:type="dxa"/>
              <w:right w:w="38" w:type="dxa"/>
            </w:tcMar>
            <w:vAlign w:val="center"/>
          </w:tcPr>
          <w:p w14:paraId="35064C3F" w14:textId="77777777" w:rsidR="00D60D5E" w:rsidRDefault="00891EF0">
            <w:pPr>
              <w:spacing w:after="0" w:line="240" w:lineRule="auto"/>
            </w:pPr>
            <w:r>
              <w:rPr>
                <w:rFonts w:eastAsia="Aptos"/>
                <w:sz w:val="17"/>
              </w:rPr>
              <w:t>Cream Cheese W/Strawberry 8oz</w:t>
            </w:r>
          </w:p>
        </w:tc>
        <w:tc>
          <w:tcPr>
            <w:tcW w:w="630" w:type="dxa"/>
            <w:tcMar>
              <w:top w:w="28" w:type="dxa"/>
              <w:left w:w="38" w:type="dxa"/>
              <w:bottom w:w="28" w:type="dxa"/>
              <w:right w:w="38" w:type="dxa"/>
            </w:tcMar>
            <w:vAlign w:val="center"/>
          </w:tcPr>
          <w:p w14:paraId="4DA7EDFE"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3E6212B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74264E" w14:textId="77777777" w:rsidR="00D60D5E" w:rsidRDefault="00D60D5E">
            <w:pPr>
              <w:jc w:val="center"/>
            </w:pPr>
          </w:p>
        </w:tc>
      </w:tr>
      <w:tr w:rsidR="00D60D5E" w14:paraId="3FDEE79C" w14:textId="77777777" w:rsidTr="000617E0">
        <w:trPr>
          <w:cantSplit/>
          <w:jc w:val="center"/>
        </w:trPr>
        <w:tc>
          <w:tcPr>
            <w:tcW w:w="677" w:type="dxa"/>
            <w:tcMar>
              <w:top w:w="28" w:type="dxa"/>
              <w:left w:w="38" w:type="dxa"/>
              <w:bottom w:w="28" w:type="dxa"/>
              <w:right w:w="38" w:type="dxa"/>
            </w:tcMar>
            <w:vAlign w:val="center"/>
          </w:tcPr>
          <w:p w14:paraId="3B6E1D58" w14:textId="77777777" w:rsidR="00D60D5E" w:rsidRDefault="00891EF0">
            <w:pPr>
              <w:spacing w:after="0" w:line="240" w:lineRule="auto"/>
              <w:jc w:val="center"/>
            </w:pPr>
            <w:r>
              <w:rPr>
                <w:rFonts w:eastAsia="Aptos"/>
                <w:color w:val="6A7075"/>
                <w:sz w:val="17"/>
              </w:rPr>
              <w:t>135-165</w:t>
            </w:r>
          </w:p>
        </w:tc>
        <w:tc>
          <w:tcPr>
            <w:tcW w:w="2648" w:type="dxa"/>
            <w:tcMar>
              <w:top w:w="28" w:type="dxa"/>
              <w:left w:w="38" w:type="dxa"/>
              <w:bottom w:w="28" w:type="dxa"/>
              <w:right w:w="38" w:type="dxa"/>
            </w:tcMar>
            <w:vAlign w:val="center"/>
          </w:tcPr>
          <w:p w14:paraId="0A688121" w14:textId="77777777" w:rsidR="00D60D5E" w:rsidRDefault="00891EF0">
            <w:pPr>
              <w:spacing w:after="0" w:line="240" w:lineRule="auto"/>
            </w:pPr>
            <w:r>
              <w:rPr>
                <w:rFonts w:eastAsia="Aptos"/>
                <w:sz w:val="17"/>
              </w:rPr>
              <w:t>Cream Cheese W/Chives &amp; Onion 8z</w:t>
            </w:r>
          </w:p>
        </w:tc>
        <w:tc>
          <w:tcPr>
            <w:tcW w:w="630" w:type="dxa"/>
            <w:tcMar>
              <w:top w:w="28" w:type="dxa"/>
              <w:left w:w="38" w:type="dxa"/>
              <w:bottom w:w="28" w:type="dxa"/>
              <w:right w:w="38" w:type="dxa"/>
            </w:tcMar>
            <w:vAlign w:val="center"/>
          </w:tcPr>
          <w:p w14:paraId="662E7F64"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20DA063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2CE1CA" w14:textId="77777777" w:rsidR="00D60D5E" w:rsidRDefault="00D60D5E">
            <w:pPr>
              <w:jc w:val="center"/>
            </w:pPr>
          </w:p>
        </w:tc>
      </w:tr>
      <w:tr w:rsidR="00D60D5E" w14:paraId="6573F14A" w14:textId="77777777" w:rsidTr="000617E0">
        <w:trPr>
          <w:cantSplit/>
          <w:jc w:val="center"/>
        </w:trPr>
        <w:tc>
          <w:tcPr>
            <w:tcW w:w="677" w:type="dxa"/>
            <w:tcMar>
              <w:top w:w="28" w:type="dxa"/>
              <w:left w:w="38" w:type="dxa"/>
              <w:bottom w:w="28" w:type="dxa"/>
              <w:right w:w="38" w:type="dxa"/>
            </w:tcMar>
            <w:vAlign w:val="center"/>
          </w:tcPr>
          <w:p w14:paraId="656834B8" w14:textId="77777777" w:rsidR="00D60D5E" w:rsidRDefault="00891EF0">
            <w:pPr>
              <w:spacing w:after="0" w:line="240" w:lineRule="auto"/>
              <w:jc w:val="center"/>
            </w:pPr>
            <w:r>
              <w:rPr>
                <w:rFonts w:eastAsia="Aptos"/>
                <w:color w:val="6A7075"/>
                <w:sz w:val="17"/>
              </w:rPr>
              <w:t>135-170</w:t>
            </w:r>
          </w:p>
        </w:tc>
        <w:tc>
          <w:tcPr>
            <w:tcW w:w="2648" w:type="dxa"/>
            <w:tcMar>
              <w:top w:w="28" w:type="dxa"/>
              <w:left w:w="38" w:type="dxa"/>
              <w:bottom w:w="28" w:type="dxa"/>
              <w:right w:w="38" w:type="dxa"/>
            </w:tcMar>
            <w:vAlign w:val="center"/>
          </w:tcPr>
          <w:p w14:paraId="69BB6A02" w14:textId="77777777" w:rsidR="00D60D5E" w:rsidRDefault="00891EF0">
            <w:pPr>
              <w:spacing w:after="0" w:line="240" w:lineRule="auto"/>
            </w:pPr>
            <w:r>
              <w:rPr>
                <w:rFonts w:eastAsia="Aptos"/>
                <w:sz w:val="17"/>
              </w:rPr>
              <w:t>Cream Cheese Cheesecake 9oz</w:t>
            </w:r>
          </w:p>
        </w:tc>
        <w:tc>
          <w:tcPr>
            <w:tcW w:w="630" w:type="dxa"/>
            <w:tcMar>
              <w:top w:w="28" w:type="dxa"/>
              <w:left w:w="38" w:type="dxa"/>
              <w:bottom w:w="28" w:type="dxa"/>
              <w:right w:w="38" w:type="dxa"/>
            </w:tcMar>
            <w:vAlign w:val="center"/>
          </w:tcPr>
          <w:p w14:paraId="55DEAF88"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5B00E85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CDD6B8D" w14:textId="77777777" w:rsidR="00D60D5E" w:rsidRDefault="00D60D5E">
            <w:pPr>
              <w:jc w:val="center"/>
            </w:pPr>
          </w:p>
        </w:tc>
      </w:tr>
      <w:tr w:rsidR="00D60D5E" w14:paraId="4AC103B0" w14:textId="77777777" w:rsidTr="000617E0">
        <w:trPr>
          <w:cantSplit/>
          <w:jc w:val="center"/>
        </w:trPr>
        <w:tc>
          <w:tcPr>
            <w:tcW w:w="677" w:type="dxa"/>
            <w:tcMar>
              <w:top w:w="28" w:type="dxa"/>
              <w:left w:w="38" w:type="dxa"/>
              <w:bottom w:w="28" w:type="dxa"/>
              <w:right w:w="38" w:type="dxa"/>
            </w:tcMar>
            <w:vAlign w:val="center"/>
          </w:tcPr>
          <w:p w14:paraId="2BFC8165" w14:textId="77777777" w:rsidR="00D60D5E" w:rsidRDefault="00891EF0">
            <w:pPr>
              <w:spacing w:after="0" w:line="240" w:lineRule="auto"/>
              <w:jc w:val="center"/>
            </w:pPr>
            <w:r>
              <w:rPr>
                <w:rFonts w:eastAsia="Aptos"/>
                <w:color w:val="6A7075"/>
                <w:sz w:val="17"/>
              </w:rPr>
              <w:t>135-175</w:t>
            </w:r>
          </w:p>
        </w:tc>
        <w:tc>
          <w:tcPr>
            <w:tcW w:w="2648" w:type="dxa"/>
            <w:tcMar>
              <w:top w:w="28" w:type="dxa"/>
              <w:left w:w="38" w:type="dxa"/>
              <w:bottom w:w="28" w:type="dxa"/>
              <w:right w:w="38" w:type="dxa"/>
            </w:tcMar>
            <w:vAlign w:val="center"/>
          </w:tcPr>
          <w:p w14:paraId="10FCCD8C" w14:textId="77777777" w:rsidR="00D60D5E" w:rsidRDefault="00891EF0">
            <w:pPr>
              <w:spacing w:after="0" w:line="240" w:lineRule="auto"/>
            </w:pPr>
            <w:r>
              <w:rPr>
                <w:rFonts w:eastAsia="Aptos"/>
                <w:sz w:val="17"/>
              </w:rPr>
              <w:t>Feta Cheese Reg Viggo 8oz</w:t>
            </w:r>
          </w:p>
        </w:tc>
        <w:tc>
          <w:tcPr>
            <w:tcW w:w="630" w:type="dxa"/>
            <w:tcMar>
              <w:top w:w="28" w:type="dxa"/>
              <w:left w:w="38" w:type="dxa"/>
              <w:bottom w:w="28" w:type="dxa"/>
              <w:right w:w="38" w:type="dxa"/>
            </w:tcMar>
            <w:vAlign w:val="center"/>
          </w:tcPr>
          <w:p w14:paraId="4D661CC5" w14:textId="77777777" w:rsidR="00D60D5E" w:rsidRDefault="00891EF0">
            <w:pPr>
              <w:spacing w:after="0" w:line="240" w:lineRule="auto"/>
              <w:jc w:val="center"/>
            </w:pPr>
            <w:r>
              <w:rPr>
                <w:rFonts w:eastAsia="Aptos"/>
                <w:b/>
                <w:sz w:val="17"/>
              </w:rPr>
              <w:t>8.59</w:t>
            </w:r>
          </w:p>
        </w:tc>
        <w:tc>
          <w:tcPr>
            <w:tcW w:w="540" w:type="dxa"/>
            <w:tcMar>
              <w:top w:w="28" w:type="dxa"/>
              <w:left w:w="38" w:type="dxa"/>
              <w:bottom w:w="28" w:type="dxa"/>
              <w:right w:w="38" w:type="dxa"/>
            </w:tcMar>
            <w:vAlign w:val="center"/>
          </w:tcPr>
          <w:p w14:paraId="616A922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759AD0" w14:textId="77777777" w:rsidR="00D60D5E" w:rsidRDefault="00D60D5E">
            <w:pPr>
              <w:jc w:val="center"/>
            </w:pPr>
          </w:p>
        </w:tc>
      </w:tr>
      <w:tr w:rsidR="00D60D5E" w14:paraId="377CFAA3" w14:textId="77777777" w:rsidTr="000617E0">
        <w:trPr>
          <w:cantSplit/>
          <w:jc w:val="center"/>
        </w:trPr>
        <w:tc>
          <w:tcPr>
            <w:tcW w:w="677" w:type="dxa"/>
            <w:tcMar>
              <w:top w:w="28" w:type="dxa"/>
              <w:left w:w="38" w:type="dxa"/>
              <w:bottom w:w="28" w:type="dxa"/>
              <w:right w:w="38" w:type="dxa"/>
            </w:tcMar>
            <w:vAlign w:val="center"/>
          </w:tcPr>
          <w:p w14:paraId="69B766E1" w14:textId="77777777" w:rsidR="00D60D5E" w:rsidRDefault="00891EF0">
            <w:pPr>
              <w:spacing w:after="0" w:line="240" w:lineRule="auto"/>
              <w:jc w:val="center"/>
            </w:pPr>
            <w:r>
              <w:rPr>
                <w:rFonts w:eastAsia="Aptos"/>
                <w:color w:val="6A7075"/>
                <w:sz w:val="17"/>
              </w:rPr>
              <w:t>135-180</w:t>
            </w:r>
          </w:p>
        </w:tc>
        <w:tc>
          <w:tcPr>
            <w:tcW w:w="2648" w:type="dxa"/>
            <w:tcMar>
              <w:top w:w="28" w:type="dxa"/>
              <w:left w:w="38" w:type="dxa"/>
              <w:bottom w:w="28" w:type="dxa"/>
              <w:right w:w="38" w:type="dxa"/>
            </w:tcMar>
            <w:vAlign w:val="center"/>
          </w:tcPr>
          <w:p w14:paraId="3BF2ADD0" w14:textId="77777777" w:rsidR="00D60D5E" w:rsidRDefault="00891EF0">
            <w:pPr>
              <w:spacing w:after="0" w:line="240" w:lineRule="auto"/>
            </w:pPr>
            <w:r>
              <w:rPr>
                <w:rFonts w:eastAsia="Aptos"/>
                <w:sz w:val="17"/>
              </w:rPr>
              <w:t>Feta Athenos Mediterranean Style 8oz</w:t>
            </w:r>
          </w:p>
        </w:tc>
        <w:tc>
          <w:tcPr>
            <w:tcW w:w="630" w:type="dxa"/>
            <w:tcMar>
              <w:top w:w="28" w:type="dxa"/>
              <w:left w:w="38" w:type="dxa"/>
              <w:bottom w:w="28" w:type="dxa"/>
              <w:right w:w="38" w:type="dxa"/>
            </w:tcMar>
            <w:vAlign w:val="center"/>
          </w:tcPr>
          <w:p w14:paraId="6802E9DD" w14:textId="77777777" w:rsidR="00D60D5E" w:rsidRDefault="00891EF0">
            <w:pPr>
              <w:spacing w:after="0" w:line="240" w:lineRule="auto"/>
              <w:jc w:val="center"/>
            </w:pPr>
            <w:r>
              <w:rPr>
                <w:rFonts w:eastAsia="Aptos"/>
                <w:b/>
                <w:sz w:val="17"/>
              </w:rPr>
              <w:t>10.25</w:t>
            </w:r>
          </w:p>
        </w:tc>
        <w:tc>
          <w:tcPr>
            <w:tcW w:w="540" w:type="dxa"/>
            <w:tcMar>
              <w:top w:w="28" w:type="dxa"/>
              <w:left w:w="38" w:type="dxa"/>
              <w:bottom w:w="28" w:type="dxa"/>
              <w:right w:w="38" w:type="dxa"/>
            </w:tcMar>
            <w:vAlign w:val="center"/>
          </w:tcPr>
          <w:p w14:paraId="52D2B34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358003" w14:textId="77777777" w:rsidR="00D60D5E" w:rsidRDefault="00D60D5E">
            <w:pPr>
              <w:jc w:val="center"/>
            </w:pPr>
          </w:p>
        </w:tc>
      </w:tr>
      <w:tr w:rsidR="00D60D5E" w14:paraId="2D028C9D" w14:textId="77777777" w:rsidTr="000617E0">
        <w:trPr>
          <w:cantSplit/>
          <w:jc w:val="center"/>
        </w:trPr>
        <w:tc>
          <w:tcPr>
            <w:tcW w:w="677" w:type="dxa"/>
            <w:tcMar>
              <w:top w:w="28" w:type="dxa"/>
              <w:left w:w="38" w:type="dxa"/>
              <w:bottom w:w="28" w:type="dxa"/>
              <w:right w:w="38" w:type="dxa"/>
            </w:tcMar>
            <w:vAlign w:val="center"/>
          </w:tcPr>
          <w:p w14:paraId="50A80951" w14:textId="77777777" w:rsidR="00D60D5E" w:rsidRDefault="00891EF0">
            <w:pPr>
              <w:spacing w:after="0" w:line="240" w:lineRule="auto"/>
              <w:jc w:val="center"/>
            </w:pPr>
            <w:r>
              <w:rPr>
                <w:rFonts w:eastAsia="Aptos"/>
                <w:color w:val="6A7075"/>
                <w:sz w:val="17"/>
              </w:rPr>
              <w:t>135-185</w:t>
            </w:r>
          </w:p>
        </w:tc>
        <w:tc>
          <w:tcPr>
            <w:tcW w:w="2648" w:type="dxa"/>
            <w:tcMar>
              <w:top w:w="28" w:type="dxa"/>
              <w:left w:w="38" w:type="dxa"/>
              <w:bottom w:w="28" w:type="dxa"/>
              <w:right w:w="38" w:type="dxa"/>
            </w:tcMar>
            <w:vAlign w:val="center"/>
          </w:tcPr>
          <w:p w14:paraId="597A5AEA" w14:textId="77777777" w:rsidR="00D60D5E" w:rsidRDefault="00891EF0">
            <w:pPr>
              <w:spacing w:after="0" w:line="240" w:lineRule="auto"/>
            </w:pPr>
            <w:r>
              <w:rPr>
                <w:rFonts w:eastAsia="Aptos"/>
                <w:sz w:val="17"/>
              </w:rPr>
              <w:t>Cheddar Mild Block 8oz</w:t>
            </w:r>
          </w:p>
        </w:tc>
        <w:tc>
          <w:tcPr>
            <w:tcW w:w="630" w:type="dxa"/>
            <w:tcMar>
              <w:top w:w="28" w:type="dxa"/>
              <w:left w:w="38" w:type="dxa"/>
              <w:bottom w:w="28" w:type="dxa"/>
              <w:right w:w="38" w:type="dxa"/>
            </w:tcMar>
            <w:vAlign w:val="center"/>
          </w:tcPr>
          <w:p w14:paraId="45FEB1D4" w14:textId="77777777" w:rsidR="00D60D5E" w:rsidRDefault="00891EF0">
            <w:pPr>
              <w:spacing w:after="0" w:line="240" w:lineRule="auto"/>
              <w:jc w:val="center"/>
            </w:pPr>
            <w:r>
              <w:rPr>
                <w:rFonts w:eastAsia="Aptos"/>
                <w:b/>
                <w:sz w:val="17"/>
              </w:rPr>
              <w:t>4.39</w:t>
            </w:r>
          </w:p>
        </w:tc>
        <w:tc>
          <w:tcPr>
            <w:tcW w:w="540" w:type="dxa"/>
            <w:tcMar>
              <w:top w:w="28" w:type="dxa"/>
              <w:left w:w="38" w:type="dxa"/>
              <w:bottom w:w="28" w:type="dxa"/>
              <w:right w:w="38" w:type="dxa"/>
            </w:tcMar>
            <w:vAlign w:val="center"/>
          </w:tcPr>
          <w:p w14:paraId="56F8DE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74B9A4" w14:textId="77777777" w:rsidR="00D60D5E" w:rsidRDefault="00D60D5E">
            <w:pPr>
              <w:jc w:val="center"/>
            </w:pPr>
          </w:p>
        </w:tc>
      </w:tr>
      <w:tr w:rsidR="00D60D5E" w14:paraId="720C67D2" w14:textId="77777777" w:rsidTr="000617E0">
        <w:trPr>
          <w:cantSplit/>
          <w:jc w:val="center"/>
        </w:trPr>
        <w:tc>
          <w:tcPr>
            <w:tcW w:w="677" w:type="dxa"/>
            <w:tcMar>
              <w:top w:w="28" w:type="dxa"/>
              <w:left w:w="38" w:type="dxa"/>
              <w:bottom w:w="28" w:type="dxa"/>
              <w:right w:w="38" w:type="dxa"/>
            </w:tcMar>
            <w:vAlign w:val="center"/>
          </w:tcPr>
          <w:p w14:paraId="55D93A2D" w14:textId="77777777" w:rsidR="00D60D5E" w:rsidRDefault="00891EF0">
            <w:pPr>
              <w:spacing w:after="0" w:line="240" w:lineRule="auto"/>
              <w:jc w:val="center"/>
            </w:pPr>
            <w:r>
              <w:rPr>
                <w:rFonts w:eastAsia="Aptos"/>
                <w:color w:val="6A7075"/>
                <w:sz w:val="17"/>
              </w:rPr>
              <w:t>135-190</w:t>
            </w:r>
          </w:p>
        </w:tc>
        <w:tc>
          <w:tcPr>
            <w:tcW w:w="2648" w:type="dxa"/>
            <w:tcMar>
              <w:top w:w="28" w:type="dxa"/>
              <w:left w:w="38" w:type="dxa"/>
              <w:bottom w:w="28" w:type="dxa"/>
              <w:right w:w="38" w:type="dxa"/>
            </w:tcMar>
            <w:vAlign w:val="center"/>
          </w:tcPr>
          <w:p w14:paraId="0999B3B5" w14:textId="77777777" w:rsidR="00D60D5E" w:rsidRDefault="00891EF0">
            <w:pPr>
              <w:spacing w:after="0" w:line="240" w:lineRule="auto"/>
            </w:pPr>
            <w:r>
              <w:rPr>
                <w:rFonts w:eastAsia="Aptos"/>
                <w:sz w:val="17"/>
              </w:rPr>
              <w:t>Cheddar Medium block 8oz</w:t>
            </w:r>
          </w:p>
        </w:tc>
        <w:tc>
          <w:tcPr>
            <w:tcW w:w="630" w:type="dxa"/>
            <w:tcMar>
              <w:top w:w="28" w:type="dxa"/>
              <w:left w:w="38" w:type="dxa"/>
              <w:bottom w:w="28" w:type="dxa"/>
              <w:right w:w="38" w:type="dxa"/>
            </w:tcMar>
            <w:vAlign w:val="center"/>
          </w:tcPr>
          <w:p w14:paraId="688FD4AF" w14:textId="77777777" w:rsidR="00D60D5E" w:rsidRDefault="00891EF0">
            <w:pPr>
              <w:spacing w:after="0" w:line="240" w:lineRule="auto"/>
              <w:jc w:val="center"/>
            </w:pPr>
            <w:r>
              <w:rPr>
                <w:rFonts w:eastAsia="Aptos"/>
                <w:b/>
                <w:sz w:val="17"/>
              </w:rPr>
              <w:t>4.39</w:t>
            </w:r>
          </w:p>
        </w:tc>
        <w:tc>
          <w:tcPr>
            <w:tcW w:w="540" w:type="dxa"/>
            <w:tcMar>
              <w:top w:w="28" w:type="dxa"/>
              <w:left w:w="38" w:type="dxa"/>
              <w:bottom w:w="28" w:type="dxa"/>
              <w:right w:w="38" w:type="dxa"/>
            </w:tcMar>
            <w:vAlign w:val="center"/>
          </w:tcPr>
          <w:p w14:paraId="70DF24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8ED84A" w14:textId="77777777" w:rsidR="00D60D5E" w:rsidRDefault="00D60D5E">
            <w:pPr>
              <w:jc w:val="center"/>
            </w:pPr>
          </w:p>
        </w:tc>
      </w:tr>
      <w:tr w:rsidR="00D60D5E" w14:paraId="00853F33" w14:textId="77777777" w:rsidTr="000617E0">
        <w:trPr>
          <w:cantSplit/>
          <w:jc w:val="center"/>
        </w:trPr>
        <w:tc>
          <w:tcPr>
            <w:tcW w:w="677" w:type="dxa"/>
            <w:tcMar>
              <w:top w:w="28" w:type="dxa"/>
              <w:left w:w="38" w:type="dxa"/>
              <w:bottom w:w="28" w:type="dxa"/>
              <w:right w:w="38" w:type="dxa"/>
            </w:tcMar>
            <w:vAlign w:val="center"/>
          </w:tcPr>
          <w:p w14:paraId="60F7D46E" w14:textId="77777777" w:rsidR="00D60D5E" w:rsidRDefault="00891EF0">
            <w:pPr>
              <w:spacing w:after="0" w:line="240" w:lineRule="auto"/>
              <w:jc w:val="center"/>
            </w:pPr>
            <w:r>
              <w:rPr>
                <w:rFonts w:eastAsia="Aptos"/>
                <w:color w:val="6A7075"/>
                <w:sz w:val="17"/>
              </w:rPr>
              <w:t>135-195</w:t>
            </w:r>
          </w:p>
        </w:tc>
        <w:tc>
          <w:tcPr>
            <w:tcW w:w="2648" w:type="dxa"/>
            <w:tcMar>
              <w:top w:w="28" w:type="dxa"/>
              <w:left w:w="38" w:type="dxa"/>
              <w:bottom w:w="28" w:type="dxa"/>
              <w:right w:w="38" w:type="dxa"/>
            </w:tcMar>
            <w:vAlign w:val="center"/>
          </w:tcPr>
          <w:p w14:paraId="1E9D6498" w14:textId="77777777" w:rsidR="00D60D5E" w:rsidRDefault="00891EF0">
            <w:pPr>
              <w:spacing w:after="0" w:line="240" w:lineRule="auto"/>
            </w:pPr>
            <w:r>
              <w:rPr>
                <w:rFonts w:eastAsia="Aptos"/>
                <w:sz w:val="17"/>
              </w:rPr>
              <w:t>Cheddar Sharp block 8oz</w:t>
            </w:r>
          </w:p>
        </w:tc>
        <w:tc>
          <w:tcPr>
            <w:tcW w:w="630" w:type="dxa"/>
            <w:tcMar>
              <w:top w:w="28" w:type="dxa"/>
              <w:left w:w="38" w:type="dxa"/>
              <w:bottom w:w="28" w:type="dxa"/>
              <w:right w:w="38" w:type="dxa"/>
            </w:tcMar>
            <w:vAlign w:val="center"/>
          </w:tcPr>
          <w:p w14:paraId="1728CC86" w14:textId="77777777" w:rsidR="00D60D5E" w:rsidRDefault="00891EF0">
            <w:pPr>
              <w:spacing w:after="0" w:line="240" w:lineRule="auto"/>
              <w:jc w:val="center"/>
            </w:pPr>
            <w:r>
              <w:rPr>
                <w:rFonts w:eastAsia="Aptos"/>
                <w:b/>
                <w:sz w:val="17"/>
              </w:rPr>
              <w:t>4.45</w:t>
            </w:r>
          </w:p>
        </w:tc>
        <w:tc>
          <w:tcPr>
            <w:tcW w:w="540" w:type="dxa"/>
            <w:tcMar>
              <w:top w:w="28" w:type="dxa"/>
              <w:left w:w="38" w:type="dxa"/>
              <w:bottom w:w="28" w:type="dxa"/>
              <w:right w:w="38" w:type="dxa"/>
            </w:tcMar>
            <w:vAlign w:val="center"/>
          </w:tcPr>
          <w:p w14:paraId="133AF8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4C41CD" w14:textId="77777777" w:rsidR="00D60D5E" w:rsidRDefault="00D60D5E">
            <w:pPr>
              <w:jc w:val="center"/>
            </w:pPr>
          </w:p>
        </w:tc>
      </w:tr>
      <w:tr w:rsidR="00D60D5E" w14:paraId="3423A9FC" w14:textId="77777777" w:rsidTr="000617E0">
        <w:trPr>
          <w:cantSplit/>
          <w:jc w:val="center"/>
        </w:trPr>
        <w:tc>
          <w:tcPr>
            <w:tcW w:w="677" w:type="dxa"/>
            <w:tcMar>
              <w:top w:w="28" w:type="dxa"/>
              <w:left w:w="38" w:type="dxa"/>
              <w:bottom w:w="28" w:type="dxa"/>
              <w:right w:w="38" w:type="dxa"/>
            </w:tcMar>
            <w:vAlign w:val="center"/>
          </w:tcPr>
          <w:p w14:paraId="12D64652" w14:textId="77777777" w:rsidR="00D60D5E" w:rsidRDefault="00891EF0">
            <w:pPr>
              <w:spacing w:after="0" w:line="240" w:lineRule="auto"/>
              <w:jc w:val="center"/>
            </w:pPr>
            <w:r>
              <w:rPr>
                <w:rFonts w:eastAsia="Aptos"/>
                <w:color w:val="6A7075"/>
                <w:sz w:val="17"/>
              </w:rPr>
              <w:t>135-200</w:t>
            </w:r>
          </w:p>
        </w:tc>
        <w:tc>
          <w:tcPr>
            <w:tcW w:w="2648" w:type="dxa"/>
            <w:tcMar>
              <w:top w:w="28" w:type="dxa"/>
              <w:left w:w="38" w:type="dxa"/>
              <w:bottom w:w="28" w:type="dxa"/>
              <w:right w:w="38" w:type="dxa"/>
            </w:tcMar>
            <w:vAlign w:val="center"/>
          </w:tcPr>
          <w:p w14:paraId="41547382" w14:textId="77777777" w:rsidR="00D60D5E" w:rsidRDefault="00891EF0">
            <w:pPr>
              <w:spacing w:after="0" w:line="240" w:lineRule="auto"/>
            </w:pPr>
            <w:r>
              <w:rPr>
                <w:rFonts w:eastAsia="Aptos"/>
                <w:sz w:val="17"/>
              </w:rPr>
              <w:t>Cheddar Extra Sharp block 8oz</w:t>
            </w:r>
          </w:p>
        </w:tc>
        <w:tc>
          <w:tcPr>
            <w:tcW w:w="630" w:type="dxa"/>
            <w:tcMar>
              <w:top w:w="28" w:type="dxa"/>
              <w:left w:w="38" w:type="dxa"/>
              <w:bottom w:w="28" w:type="dxa"/>
              <w:right w:w="38" w:type="dxa"/>
            </w:tcMar>
            <w:vAlign w:val="center"/>
          </w:tcPr>
          <w:p w14:paraId="5FE01EA6" w14:textId="77777777" w:rsidR="00D60D5E" w:rsidRDefault="00891EF0">
            <w:pPr>
              <w:spacing w:after="0" w:line="240" w:lineRule="auto"/>
              <w:jc w:val="center"/>
            </w:pPr>
            <w:r>
              <w:rPr>
                <w:rFonts w:eastAsia="Aptos"/>
                <w:b/>
                <w:sz w:val="17"/>
              </w:rPr>
              <w:t>4.45</w:t>
            </w:r>
          </w:p>
        </w:tc>
        <w:tc>
          <w:tcPr>
            <w:tcW w:w="540" w:type="dxa"/>
            <w:tcMar>
              <w:top w:w="28" w:type="dxa"/>
              <w:left w:w="38" w:type="dxa"/>
              <w:bottom w:w="28" w:type="dxa"/>
              <w:right w:w="38" w:type="dxa"/>
            </w:tcMar>
            <w:vAlign w:val="center"/>
          </w:tcPr>
          <w:p w14:paraId="3404B55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ADF884" w14:textId="77777777" w:rsidR="00D60D5E" w:rsidRDefault="00D60D5E">
            <w:pPr>
              <w:jc w:val="center"/>
            </w:pPr>
          </w:p>
        </w:tc>
      </w:tr>
      <w:tr w:rsidR="00D60D5E" w14:paraId="22A1BC7B" w14:textId="77777777" w:rsidTr="000617E0">
        <w:trPr>
          <w:cantSplit/>
          <w:jc w:val="center"/>
        </w:trPr>
        <w:tc>
          <w:tcPr>
            <w:tcW w:w="677" w:type="dxa"/>
            <w:tcMar>
              <w:top w:w="28" w:type="dxa"/>
              <w:left w:w="38" w:type="dxa"/>
              <w:bottom w:w="28" w:type="dxa"/>
              <w:right w:w="38" w:type="dxa"/>
            </w:tcMar>
            <w:vAlign w:val="center"/>
          </w:tcPr>
          <w:p w14:paraId="573CEDB4" w14:textId="77777777" w:rsidR="00D60D5E" w:rsidRDefault="00891EF0">
            <w:pPr>
              <w:spacing w:after="0" w:line="240" w:lineRule="auto"/>
              <w:jc w:val="center"/>
            </w:pPr>
            <w:r>
              <w:rPr>
                <w:rFonts w:eastAsia="Aptos"/>
                <w:color w:val="6A7075"/>
                <w:sz w:val="17"/>
              </w:rPr>
              <w:t>135-205</w:t>
            </w:r>
          </w:p>
        </w:tc>
        <w:tc>
          <w:tcPr>
            <w:tcW w:w="2648" w:type="dxa"/>
            <w:tcMar>
              <w:top w:w="28" w:type="dxa"/>
              <w:left w:w="38" w:type="dxa"/>
              <w:bottom w:w="28" w:type="dxa"/>
              <w:right w:w="38" w:type="dxa"/>
            </w:tcMar>
            <w:vAlign w:val="center"/>
          </w:tcPr>
          <w:p w14:paraId="57780554" w14:textId="77777777" w:rsidR="00D60D5E" w:rsidRDefault="00891EF0">
            <w:pPr>
              <w:spacing w:after="0" w:line="240" w:lineRule="auto"/>
            </w:pPr>
            <w:r>
              <w:rPr>
                <w:rFonts w:eastAsia="Aptos"/>
                <w:sz w:val="17"/>
              </w:rPr>
              <w:t>Parmesan Block 5oz</w:t>
            </w:r>
          </w:p>
        </w:tc>
        <w:tc>
          <w:tcPr>
            <w:tcW w:w="630" w:type="dxa"/>
            <w:tcMar>
              <w:top w:w="28" w:type="dxa"/>
              <w:left w:w="38" w:type="dxa"/>
              <w:bottom w:w="28" w:type="dxa"/>
              <w:right w:w="38" w:type="dxa"/>
            </w:tcMar>
            <w:vAlign w:val="center"/>
          </w:tcPr>
          <w:p w14:paraId="327159C8" w14:textId="77777777" w:rsidR="00D60D5E" w:rsidRDefault="00891EF0">
            <w:pPr>
              <w:spacing w:after="0" w:line="240" w:lineRule="auto"/>
              <w:jc w:val="center"/>
            </w:pPr>
            <w:r>
              <w:rPr>
                <w:rFonts w:eastAsia="Aptos"/>
                <w:b/>
                <w:sz w:val="17"/>
              </w:rPr>
              <w:t>6.40</w:t>
            </w:r>
          </w:p>
        </w:tc>
        <w:tc>
          <w:tcPr>
            <w:tcW w:w="540" w:type="dxa"/>
            <w:tcMar>
              <w:top w:w="28" w:type="dxa"/>
              <w:left w:w="38" w:type="dxa"/>
              <w:bottom w:w="28" w:type="dxa"/>
              <w:right w:w="38" w:type="dxa"/>
            </w:tcMar>
            <w:vAlign w:val="center"/>
          </w:tcPr>
          <w:p w14:paraId="418E279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90E4AF" w14:textId="77777777" w:rsidR="00D60D5E" w:rsidRDefault="00D60D5E">
            <w:pPr>
              <w:jc w:val="center"/>
            </w:pPr>
          </w:p>
        </w:tc>
      </w:tr>
      <w:tr w:rsidR="00D60D5E" w14:paraId="3C8F12FC" w14:textId="77777777" w:rsidTr="000617E0">
        <w:trPr>
          <w:cantSplit/>
          <w:jc w:val="center"/>
        </w:trPr>
        <w:tc>
          <w:tcPr>
            <w:tcW w:w="677" w:type="dxa"/>
            <w:tcMar>
              <w:top w:w="28" w:type="dxa"/>
              <w:left w:w="38" w:type="dxa"/>
              <w:bottom w:w="28" w:type="dxa"/>
              <w:right w:w="38" w:type="dxa"/>
            </w:tcMar>
            <w:vAlign w:val="center"/>
          </w:tcPr>
          <w:p w14:paraId="31C88949" w14:textId="77777777" w:rsidR="00D60D5E" w:rsidRDefault="00891EF0">
            <w:pPr>
              <w:spacing w:after="0" w:line="240" w:lineRule="auto"/>
              <w:jc w:val="center"/>
            </w:pPr>
            <w:r>
              <w:rPr>
                <w:rFonts w:eastAsia="Aptos"/>
                <w:color w:val="6A7075"/>
                <w:sz w:val="17"/>
              </w:rPr>
              <w:t>135-210</w:t>
            </w:r>
          </w:p>
        </w:tc>
        <w:tc>
          <w:tcPr>
            <w:tcW w:w="2648" w:type="dxa"/>
            <w:tcMar>
              <w:top w:w="28" w:type="dxa"/>
              <w:left w:w="38" w:type="dxa"/>
              <w:bottom w:w="28" w:type="dxa"/>
              <w:right w:w="38" w:type="dxa"/>
            </w:tcMar>
            <w:vAlign w:val="center"/>
          </w:tcPr>
          <w:p w14:paraId="75477DBF" w14:textId="77777777" w:rsidR="00D60D5E" w:rsidRDefault="00891EF0">
            <w:pPr>
              <w:spacing w:after="0" w:line="240" w:lineRule="auto"/>
            </w:pPr>
            <w:r>
              <w:rPr>
                <w:rFonts w:eastAsia="Aptos"/>
                <w:sz w:val="17"/>
              </w:rPr>
              <w:t>Mascarpone Cheese 8oz</w:t>
            </w:r>
          </w:p>
        </w:tc>
        <w:tc>
          <w:tcPr>
            <w:tcW w:w="630" w:type="dxa"/>
            <w:tcMar>
              <w:top w:w="28" w:type="dxa"/>
              <w:left w:w="38" w:type="dxa"/>
              <w:bottom w:w="28" w:type="dxa"/>
              <w:right w:w="38" w:type="dxa"/>
            </w:tcMar>
            <w:vAlign w:val="center"/>
          </w:tcPr>
          <w:p w14:paraId="52B00C7C" w14:textId="77777777" w:rsidR="00D60D5E" w:rsidRDefault="00891EF0">
            <w:pPr>
              <w:spacing w:after="0" w:line="240" w:lineRule="auto"/>
              <w:jc w:val="center"/>
            </w:pPr>
            <w:r>
              <w:rPr>
                <w:rFonts w:eastAsia="Aptos"/>
                <w:b/>
                <w:sz w:val="17"/>
              </w:rPr>
              <w:t>7.47</w:t>
            </w:r>
          </w:p>
        </w:tc>
        <w:tc>
          <w:tcPr>
            <w:tcW w:w="540" w:type="dxa"/>
            <w:tcMar>
              <w:top w:w="28" w:type="dxa"/>
              <w:left w:w="38" w:type="dxa"/>
              <w:bottom w:w="28" w:type="dxa"/>
              <w:right w:w="38" w:type="dxa"/>
            </w:tcMar>
            <w:vAlign w:val="center"/>
          </w:tcPr>
          <w:p w14:paraId="46DBD3E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5C289D" w14:textId="77777777" w:rsidR="00D60D5E" w:rsidRDefault="00D60D5E">
            <w:pPr>
              <w:jc w:val="center"/>
            </w:pPr>
          </w:p>
        </w:tc>
      </w:tr>
      <w:tr w:rsidR="00D60D5E" w14:paraId="2B51DFD5" w14:textId="77777777" w:rsidTr="000617E0">
        <w:trPr>
          <w:cantSplit/>
          <w:jc w:val="center"/>
        </w:trPr>
        <w:tc>
          <w:tcPr>
            <w:tcW w:w="677" w:type="dxa"/>
            <w:tcMar>
              <w:top w:w="28" w:type="dxa"/>
              <w:left w:w="38" w:type="dxa"/>
              <w:bottom w:w="28" w:type="dxa"/>
              <w:right w:w="38" w:type="dxa"/>
            </w:tcMar>
            <w:vAlign w:val="center"/>
          </w:tcPr>
          <w:p w14:paraId="57D82271" w14:textId="77777777" w:rsidR="00D60D5E" w:rsidRDefault="00891EF0">
            <w:pPr>
              <w:spacing w:after="0" w:line="240" w:lineRule="auto"/>
              <w:jc w:val="center"/>
            </w:pPr>
            <w:r>
              <w:rPr>
                <w:rFonts w:eastAsia="Aptos"/>
                <w:color w:val="6A7075"/>
                <w:sz w:val="17"/>
              </w:rPr>
              <w:t>135-215</w:t>
            </w:r>
          </w:p>
        </w:tc>
        <w:tc>
          <w:tcPr>
            <w:tcW w:w="2648" w:type="dxa"/>
            <w:tcMar>
              <w:top w:w="28" w:type="dxa"/>
              <w:left w:w="38" w:type="dxa"/>
              <w:bottom w:w="28" w:type="dxa"/>
              <w:right w:w="38" w:type="dxa"/>
            </w:tcMar>
            <w:vAlign w:val="center"/>
          </w:tcPr>
          <w:p w14:paraId="19AE1B2D" w14:textId="77777777" w:rsidR="00D60D5E" w:rsidRDefault="00891EF0">
            <w:pPr>
              <w:spacing w:after="0" w:line="240" w:lineRule="auto"/>
            </w:pPr>
            <w:r>
              <w:rPr>
                <w:rFonts w:eastAsia="Aptos"/>
                <w:sz w:val="17"/>
              </w:rPr>
              <w:t>Swiss block 8oz</w:t>
            </w:r>
          </w:p>
        </w:tc>
        <w:tc>
          <w:tcPr>
            <w:tcW w:w="630" w:type="dxa"/>
            <w:tcMar>
              <w:top w:w="28" w:type="dxa"/>
              <w:left w:w="38" w:type="dxa"/>
              <w:bottom w:w="28" w:type="dxa"/>
              <w:right w:w="38" w:type="dxa"/>
            </w:tcMar>
            <w:vAlign w:val="center"/>
          </w:tcPr>
          <w:p w14:paraId="475543D2" w14:textId="77777777" w:rsidR="00D60D5E" w:rsidRDefault="00891EF0">
            <w:pPr>
              <w:spacing w:after="0" w:line="240" w:lineRule="auto"/>
              <w:jc w:val="center"/>
            </w:pPr>
            <w:r>
              <w:rPr>
                <w:rFonts w:eastAsia="Aptos"/>
                <w:b/>
                <w:sz w:val="17"/>
              </w:rPr>
              <w:t>6.80</w:t>
            </w:r>
          </w:p>
        </w:tc>
        <w:tc>
          <w:tcPr>
            <w:tcW w:w="540" w:type="dxa"/>
            <w:tcMar>
              <w:top w:w="28" w:type="dxa"/>
              <w:left w:w="38" w:type="dxa"/>
              <w:bottom w:w="28" w:type="dxa"/>
              <w:right w:w="38" w:type="dxa"/>
            </w:tcMar>
            <w:vAlign w:val="center"/>
          </w:tcPr>
          <w:p w14:paraId="2D17AB2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0DC52C" w14:textId="77777777" w:rsidR="00D60D5E" w:rsidRDefault="00D60D5E">
            <w:pPr>
              <w:jc w:val="center"/>
            </w:pPr>
          </w:p>
        </w:tc>
      </w:tr>
      <w:tr w:rsidR="00D60D5E" w14:paraId="42879DA3" w14:textId="77777777" w:rsidTr="000617E0">
        <w:trPr>
          <w:cantSplit/>
          <w:jc w:val="center"/>
        </w:trPr>
        <w:tc>
          <w:tcPr>
            <w:tcW w:w="677" w:type="dxa"/>
            <w:tcMar>
              <w:top w:w="28" w:type="dxa"/>
              <w:left w:w="38" w:type="dxa"/>
              <w:bottom w:w="28" w:type="dxa"/>
              <w:right w:w="38" w:type="dxa"/>
            </w:tcMar>
            <w:vAlign w:val="center"/>
          </w:tcPr>
          <w:p w14:paraId="7F04C6B8" w14:textId="77777777" w:rsidR="00D60D5E" w:rsidRDefault="00891EF0">
            <w:pPr>
              <w:spacing w:after="0" w:line="240" w:lineRule="auto"/>
              <w:jc w:val="center"/>
            </w:pPr>
            <w:r>
              <w:rPr>
                <w:rFonts w:eastAsia="Aptos"/>
                <w:color w:val="6A7075"/>
                <w:sz w:val="17"/>
              </w:rPr>
              <w:lastRenderedPageBreak/>
              <w:t>135-220</w:t>
            </w:r>
          </w:p>
        </w:tc>
        <w:tc>
          <w:tcPr>
            <w:tcW w:w="2648" w:type="dxa"/>
            <w:tcMar>
              <w:top w:w="28" w:type="dxa"/>
              <w:left w:w="38" w:type="dxa"/>
              <w:bottom w:w="28" w:type="dxa"/>
              <w:right w:w="38" w:type="dxa"/>
            </w:tcMar>
            <w:vAlign w:val="center"/>
          </w:tcPr>
          <w:p w14:paraId="75486E3C" w14:textId="77777777" w:rsidR="00D60D5E" w:rsidRDefault="00891EF0">
            <w:pPr>
              <w:spacing w:after="0" w:line="240" w:lineRule="auto"/>
            </w:pPr>
            <w:r>
              <w:rPr>
                <w:rFonts w:eastAsia="Aptos"/>
                <w:sz w:val="17"/>
              </w:rPr>
              <w:t>Provolone sliced 8oz</w:t>
            </w:r>
          </w:p>
        </w:tc>
        <w:tc>
          <w:tcPr>
            <w:tcW w:w="630" w:type="dxa"/>
            <w:tcMar>
              <w:top w:w="28" w:type="dxa"/>
              <w:left w:w="38" w:type="dxa"/>
              <w:bottom w:w="28" w:type="dxa"/>
              <w:right w:w="38" w:type="dxa"/>
            </w:tcMar>
            <w:vAlign w:val="center"/>
          </w:tcPr>
          <w:p w14:paraId="76B9FB7D"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57F1E8D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67D5DE2" w14:textId="77777777" w:rsidR="00D60D5E" w:rsidRDefault="00D60D5E">
            <w:pPr>
              <w:jc w:val="center"/>
            </w:pPr>
          </w:p>
        </w:tc>
      </w:tr>
      <w:tr w:rsidR="00D60D5E" w14:paraId="03973CF8" w14:textId="77777777" w:rsidTr="000617E0">
        <w:trPr>
          <w:cantSplit/>
          <w:jc w:val="center"/>
        </w:trPr>
        <w:tc>
          <w:tcPr>
            <w:tcW w:w="677" w:type="dxa"/>
            <w:tcMar>
              <w:top w:w="28" w:type="dxa"/>
              <w:left w:w="38" w:type="dxa"/>
              <w:bottom w:w="28" w:type="dxa"/>
              <w:right w:w="38" w:type="dxa"/>
            </w:tcMar>
            <w:vAlign w:val="center"/>
          </w:tcPr>
          <w:p w14:paraId="67B75DD7" w14:textId="77777777" w:rsidR="00D60D5E" w:rsidRDefault="00891EF0">
            <w:pPr>
              <w:spacing w:after="0" w:line="240" w:lineRule="auto"/>
              <w:jc w:val="center"/>
            </w:pPr>
            <w:r>
              <w:rPr>
                <w:rFonts w:eastAsia="Aptos"/>
                <w:color w:val="6A7075"/>
                <w:sz w:val="17"/>
              </w:rPr>
              <w:t>135-225</w:t>
            </w:r>
          </w:p>
        </w:tc>
        <w:tc>
          <w:tcPr>
            <w:tcW w:w="2648" w:type="dxa"/>
            <w:tcMar>
              <w:top w:w="28" w:type="dxa"/>
              <w:left w:w="38" w:type="dxa"/>
              <w:bottom w:w="28" w:type="dxa"/>
              <w:right w:w="38" w:type="dxa"/>
            </w:tcMar>
            <w:vAlign w:val="center"/>
          </w:tcPr>
          <w:p w14:paraId="0097E2F7" w14:textId="77777777" w:rsidR="00D60D5E" w:rsidRDefault="00891EF0">
            <w:pPr>
              <w:spacing w:after="0" w:line="240" w:lineRule="auto"/>
            </w:pPr>
            <w:r>
              <w:rPr>
                <w:rFonts w:eastAsia="Aptos"/>
                <w:sz w:val="17"/>
              </w:rPr>
              <w:t>Jarlsberg Sliced 8oz</w:t>
            </w:r>
          </w:p>
        </w:tc>
        <w:tc>
          <w:tcPr>
            <w:tcW w:w="630" w:type="dxa"/>
            <w:tcMar>
              <w:top w:w="28" w:type="dxa"/>
              <w:left w:w="38" w:type="dxa"/>
              <w:bottom w:w="28" w:type="dxa"/>
              <w:right w:w="38" w:type="dxa"/>
            </w:tcMar>
            <w:vAlign w:val="center"/>
          </w:tcPr>
          <w:p w14:paraId="5DEAD9BF" w14:textId="77777777" w:rsidR="00D60D5E" w:rsidRDefault="00891EF0">
            <w:pPr>
              <w:spacing w:after="0" w:line="240" w:lineRule="auto"/>
              <w:jc w:val="center"/>
            </w:pPr>
            <w:r>
              <w:rPr>
                <w:rFonts w:eastAsia="Aptos"/>
                <w:b/>
                <w:sz w:val="17"/>
              </w:rPr>
              <w:t>14.20</w:t>
            </w:r>
          </w:p>
        </w:tc>
        <w:tc>
          <w:tcPr>
            <w:tcW w:w="540" w:type="dxa"/>
            <w:tcMar>
              <w:top w:w="28" w:type="dxa"/>
              <w:left w:w="38" w:type="dxa"/>
              <w:bottom w:w="28" w:type="dxa"/>
              <w:right w:w="38" w:type="dxa"/>
            </w:tcMar>
            <w:vAlign w:val="center"/>
          </w:tcPr>
          <w:p w14:paraId="15B0613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8D237D" w14:textId="77777777" w:rsidR="00D60D5E" w:rsidRDefault="00D60D5E">
            <w:pPr>
              <w:jc w:val="center"/>
            </w:pPr>
          </w:p>
        </w:tc>
      </w:tr>
      <w:tr w:rsidR="00D60D5E" w14:paraId="7C445AFC" w14:textId="77777777" w:rsidTr="000617E0">
        <w:trPr>
          <w:cantSplit/>
          <w:jc w:val="center"/>
        </w:trPr>
        <w:tc>
          <w:tcPr>
            <w:tcW w:w="677" w:type="dxa"/>
            <w:tcMar>
              <w:top w:w="28" w:type="dxa"/>
              <w:left w:w="38" w:type="dxa"/>
              <w:bottom w:w="28" w:type="dxa"/>
              <w:right w:w="38" w:type="dxa"/>
            </w:tcMar>
            <w:vAlign w:val="center"/>
          </w:tcPr>
          <w:p w14:paraId="5C0A9F4E" w14:textId="77777777" w:rsidR="00D60D5E" w:rsidRDefault="00891EF0">
            <w:pPr>
              <w:spacing w:after="0" w:line="240" w:lineRule="auto"/>
              <w:jc w:val="center"/>
            </w:pPr>
            <w:r>
              <w:rPr>
                <w:rFonts w:eastAsia="Aptos"/>
                <w:color w:val="6A7075"/>
                <w:sz w:val="17"/>
              </w:rPr>
              <w:t>135-230</w:t>
            </w:r>
          </w:p>
        </w:tc>
        <w:tc>
          <w:tcPr>
            <w:tcW w:w="2648" w:type="dxa"/>
            <w:tcMar>
              <w:top w:w="28" w:type="dxa"/>
              <w:left w:w="38" w:type="dxa"/>
              <w:bottom w:w="28" w:type="dxa"/>
              <w:right w:w="38" w:type="dxa"/>
            </w:tcMar>
            <w:vAlign w:val="center"/>
          </w:tcPr>
          <w:p w14:paraId="1E8E496E" w14:textId="77777777" w:rsidR="00D60D5E" w:rsidRDefault="00891EF0">
            <w:pPr>
              <w:spacing w:after="0" w:line="240" w:lineRule="auto"/>
            </w:pPr>
            <w:r>
              <w:rPr>
                <w:rFonts w:eastAsia="Aptos"/>
                <w:sz w:val="17"/>
              </w:rPr>
              <w:t>Boursin Garlic 5oz</w:t>
            </w:r>
          </w:p>
        </w:tc>
        <w:tc>
          <w:tcPr>
            <w:tcW w:w="630" w:type="dxa"/>
            <w:tcMar>
              <w:top w:w="28" w:type="dxa"/>
              <w:left w:w="38" w:type="dxa"/>
              <w:bottom w:w="28" w:type="dxa"/>
              <w:right w:w="38" w:type="dxa"/>
            </w:tcMar>
            <w:vAlign w:val="center"/>
          </w:tcPr>
          <w:p w14:paraId="53A3CF7C" w14:textId="77777777" w:rsidR="00D60D5E" w:rsidRDefault="00891EF0">
            <w:pPr>
              <w:spacing w:after="0" w:line="240" w:lineRule="auto"/>
              <w:jc w:val="center"/>
            </w:pPr>
            <w:r>
              <w:rPr>
                <w:rFonts w:eastAsia="Aptos"/>
                <w:b/>
                <w:sz w:val="17"/>
              </w:rPr>
              <w:t>11.15</w:t>
            </w:r>
          </w:p>
        </w:tc>
        <w:tc>
          <w:tcPr>
            <w:tcW w:w="540" w:type="dxa"/>
            <w:tcMar>
              <w:top w:w="28" w:type="dxa"/>
              <w:left w:w="38" w:type="dxa"/>
              <w:bottom w:w="28" w:type="dxa"/>
              <w:right w:w="38" w:type="dxa"/>
            </w:tcMar>
            <w:vAlign w:val="center"/>
          </w:tcPr>
          <w:p w14:paraId="4E5BAF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6F3B58" w14:textId="77777777" w:rsidR="00D60D5E" w:rsidRDefault="00D60D5E">
            <w:pPr>
              <w:jc w:val="center"/>
            </w:pPr>
          </w:p>
        </w:tc>
      </w:tr>
      <w:tr w:rsidR="00D60D5E" w14:paraId="4DF346FC" w14:textId="77777777" w:rsidTr="000617E0">
        <w:trPr>
          <w:cantSplit/>
          <w:jc w:val="center"/>
        </w:trPr>
        <w:tc>
          <w:tcPr>
            <w:tcW w:w="677" w:type="dxa"/>
            <w:tcMar>
              <w:top w:w="28" w:type="dxa"/>
              <w:left w:w="38" w:type="dxa"/>
              <w:bottom w:w="28" w:type="dxa"/>
              <w:right w:w="38" w:type="dxa"/>
            </w:tcMar>
            <w:vAlign w:val="center"/>
          </w:tcPr>
          <w:p w14:paraId="65636257" w14:textId="77777777" w:rsidR="00D60D5E" w:rsidRDefault="00891EF0">
            <w:pPr>
              <w:spacing w:after="0" w:line="240" w:lineRule="auto"/>
              <w:jc w:val="center"/>
            </w:pPr>
            <w:r>
              <w:rPr>
                <w:rFonts w:eastAsia="Aptos"/>
                <w:color w:val="6A7075"/>
                <w:sz w:val="17"/>
              </w:rPr>
              <w:t>135-235</w:t>
            </w:r>
          </w:p>
        </w:tc>
        <w:tc>
          <w:tcPr>
            <w:tcW w:w="2648" w:type="dxa"/>
            <w:tcMar>
              <w:top w:w="28" w:type="dxa"/>
              <w:left w:w="38" w:type="dxa"/>
              <w:bottom w:w="28" w:type="dxa"/>
              <w:right w:w="38" w:type="dxa"/>
            </w:tcMar>
            <w:vAlign w:val="center"/>
          </w:tcPr>
          <w:p w14:paraId="30C099EB" w14:textId="77777777" w:rsidR="00D60D5E" w:rsidRDefault="00891EF0">
            <w:pPr>
              <w:spacing w:after="0" w:line="240" w:lineRule="auto"/>
            </w:pPr>
            <w:r>
              <w:rPr>
                <w:rFonts w:eastAsia="Aptos"/>
                <w:sz w:val="17"/>
              </w:rPr>
              <w:t>Boursin Black Pepper 5oz</w:t>
            </w:r>
          </w:p>
        </w:tc>
        <w:tc>
          <w:tcPr>
            <w:tcW w:w="630" w:type="dxa"/>
            <w:tcMar>
              <w:top w:w="28" w:type="dxa"/>
              <w:left w:w="38" w:type="dxa"/>
              <w:bottom w:w="28" w:type="dxa"/>
              <w:right w:w="38" w:type="dxa"/>
            </w:tcMar>
            <w:vAlign w:val="center"/>
          </w:tcPr>
          <w:p w14:paraId="67DD9EF1" w14:textId="77777777" w:rsidR="00D60D5E" w:rsidRDefault="00891EF0">
            <w:pPr>
              <w:spacing w:after="0" w:line="240" w:lineRule="auto"/>
              <w:jc w:val="center"/>
            </w:pPr>
            <w:r>
              <w:rPr>
                <w:rFonts w:eastAsia="Aptos"/>
                <w:b/>
                <w:sz w:val="17"/>
              </w:rPr>
              <w:t>11.15</w:t>
            </w:r>
          </w:p>
        </w:tc>
        <w:tc>
          <w:tcPr>
            <w:tcW w:w="540" w:type="dxa"/>
            <w:tcMar>
              <w:top w:w="28" w:type="dxa"/>
              <w:left w:w="38" w:type="dxa"/>
              <w:bottom w:w="28" w:type="dxa"/>
              <w:right w:w="38" w:type="dxa"/>
            </w:tcMar>
            <w:vAlign w:val="center"/>
          </w:tcPr>
          <w:p w14:paraId="3C2763D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2DCBE1" w14:textId="77777777" w:rsidR="00D60D5E" w:rsidRDefault="00D60D5E">
            <w:pPr>
              <w:jc w:val="center"/>
            </w:pPr>
          </w:p>
        </w:tc>
      </w:tr>
      <w:tr w:rsidR="00D60D5E" w14:paraId="3C9212EE" w14:textId="77777777" w:rsidTr="000617E0">
        <w:trPr>
          <w:cantSplit/>
          <w:jc w:val="center"/>
        </w:trPr>
        <w:tc>
          <w:tcPr>
            <w:tcW w:w="677" w:type="dxa"/>
            <w:tcMar>
              <w:top w:w="28" w:type="dxa"/>
              <w:left w:w="38" w:type="dxa"/>
              <w:bottom w:w="28" w:type="dxa"/>
              <w:right w:w="38" w:type="dxa"/>
            </w:tcMar>
            <w:vAlign w:val="center"/>
          </w:tcPr>
          <w:p w14:paraId="08F71FFF" w14:textId="77777777" w:rsidR="00D60D5E" w:rsidRDefault="00891EF0">
            <w:pPr>
              <w:spacing w:after="0" w:line="240" w:lineRule="auto"/>
              <w:jc w:val="center"/>
            </w:pPr>
            <w:r>
              <w:rPr>
                <w:rFonts w:eastAsia="Aptos"/>
                <w:color w:val="6A7075"/>
                <w:sz w:val="17"/>
              </w:rPr>
              <w:t>135-240</w:t>
            </w:r>
          </w:p>
        </w:tc>
        <w:tc>
          <w:tcPr>
            <w:tcW w:w="2648" w:type="dxa"/>
            <w:tcMar>
              <w:top w:w="28" w:type="dxa"/>
              <w:left w:w="38" w:type="dxa"/>
              <w:bottom w:w="28" w:type="dxa"/>
              <w:right w:w="38" w:type="dxa"/>
            </w:tcMar>
            <w:vAlign w:val="center"/>
          </w:tcPr>
          <w:p w14:paraId="0B932313" w14:textId="77777777" w:rsidR="00D60D5E" w:rsidRDefault="00891EF0">
            <w:pPr>
              <w:spacing w:after="0" w:line="240" w:lineRule="auto"/>
            </w:pPr>
            <w:r>
              <w:rPr>
                <w:rFonts w:eastAsia="Aptos"/>
                <w:sz w:val="17"/>
              </w:rPr>
              <w:t>Velveeta Cheese 16oz</w:t>
            </w:r>
          </w:p>
        </w:tc>
        <w:tc>
          <w:tcPr>
            <w:tcW w:w="630" w:type="dxa"/>
            <w:tcMar>
              <w:top w:w="28" w:type="dxa"/>
              <w:left w:w="38" w:type="dxa"/>
              <w:bottom w:w="28" w:type="dxa"/>
              <w:right w:w="38" w:type="dxa"/>
            </w:tcMar>
            <w:vAlign w:val="center"/>
          </w:tcPr>
          <w:p w14:paraId="26B5548A" w14:textId="77777777" w:rsidR="00D60D5E" w:rsidRDefault="00891EF0">
            <w:pPr>
              <w:spacing w:after="0" w:line="240" w:lineRule="auto"/>
              <w:jc w:val="center"/>
            </w:pPr>
            <w:r>
              <w:rPr>
                <w:rFonts w:eastAsia="Aptos"/>
                <w:b/>
                <w:sz w:val="17"/>
              </w:rPr>
              <w:t>8.85</w:t>
            </w:r>
          </w:p>
        </w:tc>
        <w:tc>
          <w:tcPr>
            <w:tcW w:w="540" w:type="dxa"/>
            <w:tcMar>
              <w:top w:w="28" w:type="dxa"/>
              <w:left w:w="38" w:type="dxa"/>
              <w:bottom w:w="28" w:type="dxa"/>
              <w:right w:w="38" w:type="dxa"/>
            </w:tcMar>
            <w:vAlign w:val="center"/>
          </w:tcPr>
          <w:p w14:paraId="1578F4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40C9FF" w14:textId="77777777" w:rsidR="00D60D5E" w:rsidRDefault="00D60D5E">
            <w:pPr>
              <w:jc w:val="center"/>
            </w:pPr>
          </w:p>
        </w:tc>
      </w:tr>
      <w:tr w:rsidR="00D60D5E" w14:paraId="50E3F805" w14:textId="77777777" w:rsidTr="000617E0">
        <w:trPr>
          <w:cantSplit/>
          <w:jc w:val="center"/>
        </w:trPr>
        <w:tc>
          <w:tcPr>
            <w:tcW w:w="677" w:type="dxa"/>
            <w:tcMar>
              <w:top w:w="28" w:type="dxa"/>
              <w:left w:w="38" w:type="dxa"/>
              <w:bottom w:w="28" w:type="dxa"/>
              <w:right w:w="38" w:type="dxa"/>
            </w:tcMar>
            <w:vAlign w:val="center"/>
          </w:tcPr>
          <w:p w14:paraId="4AECFF64" w14:textId="77777777" w:rsidR="00D60D5E" w:rsidRDefault="00891EF0">
            <w:pPr>
              <w:spacing w:after="0" w:line="240" w:lineRule="auto"/>
              <w:jc w:val="center"/>
            </w:pPr>
            <w:r>
              <w:rPr>
                <w:rFonts w:eastAsia="Aptos"/>
                <w:color w:val="6A7075"/>
                <w:sz w:val="17"/>
              </w:rPr>
              <w:t>135-245</w:t>
            </w:r>
          </w:p>
        </w:tc>
        <w:tc>
          <w:tcPr>
            <w:tcW w:w="2648" w:type="dxa"/>
            <w:tcMar>
              <w:top w:w="28" w:type="dxa"/>
              <w:left w:w="38" w:type="dxa"/>
              <w:bottom w:w="28" w:type="dxa"/>
              <w:right w:w="38" w:type="dxa"/>
            </w:tcMar>
            <w:vAlign w:val="center"/>
          </w:tcPr>
          <w:p w14:paraId="010E6B62" w14:textId="77777777" w:rsidR="00D60D5E" w:rsidRDefault="00891EF0">
            <w:pPr>
              <w:spacing w:after="0" w:line="240" w:lineRule="auto"/>
            </w:pPr>
            <w:r>
              <w:rPr>
                <w:rFonts w:eastAsia="Aptos"/>
                <w:sz w:val="17"/>
              </w:rPr>
              <w:t>Goat Cheese Crumbled 3.5oz</w:t>
            </w:r>
          </w:p>
        </w:tc>
        <w:tc>
          <w:tcPr>
            <w:tcW w:w="630" w:type="dxa"/>
            <w:tcMar>
              <w:top w:w="28" w:type="dxa"/>
              <w:left w:w="38" w:type="dxa"/>
              <w:bottom w:w="28" w:type="dxa"/>
              <w:right w:w="38" w:type="dxa"/>
            </w:tcMar>
            <w:vAlign w:val="center"/>
          </w:tcPr>
          <w:p w14:paraId="213A5017" w14:textId="77777777" w:rsidR="00D60D5E" w:rsidRDefault="00891EF0">
            <w:pPr>
              <w:spacing w:after="0" w:line="240" w:lineRule="auto"/>
              <w:jc w:val="center"/>
            </w:pPr>
            <w:r>
              <w:rPr>
                <w:rFonts w:eastAsia="Aptos"/>
                <w:b/>
                <w:sz w:val="17"/>
              </w:rPr>
              <w:t>6.72</w:t>
            </w:r>
          </w:p>
        </w:tc>
        <w:tc>
          <w:tcPr>
            <w:tcW w:w="540" w:type="dxa"/>
            <w:tcMar>
              <w:top w:w="28" w:type="dxa"/>
              <w:left w:w="38" w:type="dxa"/>
              <w:bottom w:w="28" w:type="dxa"/>
              <w:right w:w="38" w:type="dxa"/>
            </w:tcMar>
            <w:vAlign w:val="center"/>
          </w:tcPr>
          <w:p w14:paraId="551F52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B697A2" w14:textId="77777777" w:rsidR="00D60D5E" w:rsidRDefault="00D60D5E">
            <w:pPr>
              <w:jc w:val="center"/>
            </w:pPr>
          </w:p>
        </w:tc>
      </w:tr>
      <w:tr w:rsidR="00D60D5E" w14:paraId="0E92A4F7" w14:textId="77777777" w:rsidTr="000617E0">
        <w:trPr>
          <w:cantSplit/>
          <w:jc w:val="center"/>
        </w:trPr>
        <w:tc>
          <w:tcPr>
            <w:tcW w:w="677" w:type="dxa"/>
            <w:tcMar>
              <w:top w:w="28" w:type="dxa"/>
              <w:left w:w="38" w:type="dxa"/>
              <w:bottom w:w="28" w:type="dxa"/>
              <w:right w:w="38" w:type="dxa"/>
            </w:tcMar>
            <w:vAlign w:val="center"/>
          </w:tcPr>
          <w:p w14:paraId="54AEAD4F" w14:textId="77777777" w:rsidR="00D60D5E" w:rsidRDefault="00891EF0">
            <w:pPr>
              <w:spacing w:after="0" w:line="240" w:lineRule="auto"/>
              <w:jc w:val="center"/>
            </w:pPr>
            <w:r>
              <w:rPr>
                <w:rFonts w:eastAsia="Aptos"/>
                <w:color w:val="6A7075"/>
                <w:sz w:val="17"/>
              </w:rPr>
              <w:t>135-250</w:t>
            </w:r>
          </w:p>
        </w:tc>
        <w:tc>
          <w:tcPr>
            <w:tcW w:w="2648" w:type="dxa"/>
            <w:tcMar>
              <w:top w:w="28" w:type="dxa"/>
              <w:left w:w="38" w:type="dxa"/>
              <w:bottom w:w="28" w:type="dxa"/>
              <w:right w:w="38" w:type="dxa"/>
            </w:tcMar>
            <w:vAlign w:val="center"/>
          </w:tcPr>
          <w:p w14:paraId="4C3B9334" w14:textId="77777777" w:rsidR="00D60D5E" w:rsidRDefault="00891EF0">
            <w:pPr>
              <w:spacing w:after="0" w:line="240" w:lineRule="auto"/>
            </w:pPr>
            <w:r>
              <w:rPr>
                <w:rFonts w:eastAsia="Aptos"/>
                <w:sz w:val="17"/>
              </w:rPr>
              <w:t>Goat Cheese Block Garlic &amp; Herb 3.5oz</w:t>
            </w:r>
          </w:p>
        </w:tc>
        <w:tc>
          <w:tcPr>
            <w:tcW w:w="630" w:type="dxa"/>
            <w:tcMar>
              <w:top w:w="28" w:type="dxa"/>
              <w:left w:w="38" w:type="dxa"/>
              <w:bottom w:w="28" w:type="dxa"/>
              <w:right w:w="38" w:type="dxa"/>
            </w:tcMar>
            <w:vAlign w:val="center"/>
          </w:tcPr>
          <w:p w14:paraId="248B1420" w14:textId="77777777" w:rsidR="00D60D5E" w:rsidRDefault="00891EF0">
            <w:pPr>
              <w:spacing w:after="0" w:line="240" w:lineRule="auto"/>
              <w:jc w:val="center"/>
            </w:pPr>
            <w:r>
              <w:rPr>
                <w:rFonts w:eastAsia="Aptos"/>
                <w:b/>
                <w:sz w:val="17"/>
              </w:rPr>
              <w:t>9.27</w:t>
            </w:r>
          </w:p>
        </w:tc>
        <w:tc>
          <w:tcPr>
            <w:tcW w:w="540" w:type="dxa"/>
            <w:tcMar>
              <w:top w:w="28" w:type="dxa"/>
              <w:left w:w="38" w:type="dxa"/>
              <w:bottom w:w="28" w:type="dxa"/>
              <w:right w:w="38" w:type="dxa"/>
            </w:tcMar>
            <w:vAlign w:val="center"/>
          </w:tcPr>
          <w:p w14:paraId="068FC82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FD2574" w14:textId="77777777" w:rsidR="00D60D5E" w:rsidRDefault="00D60D5E">
            <w:pPr>
              <w:jc w:val="center"/>
            </w:pPr>
          </w:p>
        </w:tc>
      </w:tr>
      <w:tr w:rsidR="00D60D5E" w14:paraId="23B2F620" w14:textId="77777777" w:rsidTr="000617E0">
        <w:trPr>
          <w:cantSplit/>
          <w:jc w:val="center"/>
        </w:trPr>
        <w:tc>
          <w:tcPr>
            <w:tcW w:w="677" w:type="dxa"/>
            <w:tcMar>
              <w:top w:w="28" w:type="dxa"/>
              <w:left w:w="38" w:type="dxa"/>
              <w:bottom w:w="28" w:type="dxa"/>
              <w:right w:w="38" w:type="dxa"/>
            </w:tcMar>
            <w:vAlign w:val="center"/>
          </w:tcPr>
          <w:p w14:paraId="2ACF58B2" w14:textId="77777777" w:rsidR="00D60D5E" w:rsidRDefault="00891EF0">
            <w:pPr>
              <w:spacing w:after="0" w:line="240" w:lineRule="auto"/>
              <w:jc w:val="center"/>
            </w:pPr>
            <w:r>
              <w:rPr>
                <w:rFonts w:eastAsia="Aptos"/>
                <w:color w:val="6A7075"/>
                <w:sz w:val="17"/>
              </w:rPr>
              <w:t>135-255</w:t>
            </w:r>
          </w:p>
        </w:tc>
        <w:tc>
          <w:tcPr>
            <w:tcW w:w="2648" w:type="dxa"/>
            <w:tcMar>
              <w:top w:w="28" w:type="dxa"/>
              <w:left w:w="38" w:type="dxa"/>
              <w:bottom w:w="28" w:type="dxa"/>
              <w:right w:w="38" w:type="dxa"/>
            </w:tcMar>
            <w:vAlign w:val="center"/>
          </w:tcPr>
          <w:p w14:paraId="6F8A6AA5" w14:textId="77777777" w:rsidR="00D60D5E" w:rsidRDefault="00891EF0">
            <w:pPr>
              <w:spacing w:after="0" w:line="240" w:lineRule="auto"/>
            </w:pPr>
            <w:r>
              <w:rPr>
                <w:rFonts w:eastAsia="Aptos"/>
                <w:sz w:val="17"/>
              </w:rPr>
              <w:t>Brie 8oz</w:t>
            </w:r>
          </w:p>
        </w:tc>
        <w:tc>
          <w:tcPr>
            <w:tcW w:w="630" w:type="dxa"/>
            <w:tcMar>
              <w:top w:w="28" w:type="dxa"/>
              <w:left w:w="38" w:type="dxa"/>
              <w:bottom w:w="28" w:type="dxa"/>
              <w:right w:w="38" w:type="dxa"/>
            </w:tcMar>
            <w:vAlign w:val="center"/>
          </w:tcPr>
          <w:p w14:paraId="2C2A2ECF" w14:textId="77777777" w:rsidR="00D60D5E" w:rsidRDefault="00891EF0">
            <w:pPr>
              <w:spacing w:after="0" w:line="240" w:lineRule="auto"/>
              <w:jc w:val="center"/>
            </w:pPr>
            <w:r>
              <w:rPr>
                <w:rFonts w:eastAsia="Aptos"/>
                <w:b/>
                <w:sz w:val="17"/>
              </w:rPr>
              <w:t>11.60</w:t>
            </w:r>
          </w:p>
        </w:tc>
        <w:tc>
          <w:tcPr>
            <w:tcW w:w="540" w:type="dxa"/>
            <w:tcMar>
              <w:top w:w="28" w:type="dxa"/>
              <w:left w:w="38" w:type="dxa"/>
              <w:bottom w:w="28" w:type="dxa"/>
              <w:right w:w="38" w:type="dxa"/>
            </w:tcMar>
            <w:vAlign w:val="center"/>
          </w:tcPr>
          <w:p w14:paraId="6952803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0D5642" w14:textId="77777777" w:rsidR="00D60D5E" w:rsidRDefault="00D60D5E">
            <w:pPr>
              <w:jc w:val="center"/>
            </w:pPr>
          </w:p>
        </w:tc>
      </w:tr>
      <w:tr w:rsidR="00D60D5E" w14:paraId="6A5363EA" w14:textId="77777777" w:rsidTr="000617E0">
        <w:trPr>
          <w:cantSplit/>
          <w:jc w:val="center"/>
        </w:trPr>
        <w:tc>
          <w:tcPr>
            <w:tcW w:w="677" w:type="dxa"/>
            <w:tcMar>
              <w:top w:w="28" w:type="dxa"/>
              <w:left w:w="38" w:type="dxa"/>
              <w:bottom w:w="28" w:type="dxa"/>
              <w:right w:w="38" w:type="dxa"/>
            </w:tcMar>
            <w:vAlign w:val="center"/>
          </w:tcPr>
          <w:p w14:paraId="2398DC6E" w14:textId="77777777" w:rsidR="00D60D5E" w:rsidRDefault="00891EF0">
            <w:pPr>
              <w:spacing w:after="0" w:line="240" w:lineRule="auto"/>
              <w:jc w:val="center"/>
            </w:pPr>
            <w:r>
              <w:rPr>
                <w:rFonts w:eastAsia="Aptos"/>
                <w:color w:val="6A7075"/>
                <w:sz w:val="17"/>
              </w:rPr>
              <w:t>135-260</w:t>
            </w:r>
          </w:p>
        </w:tc>
        <w:tc>
          <w:tcPr>
            <w:tcW w:w="2648" w:type="dxa"/>
            <w:tcMar>
              <w:top w:w="28" w:type="dxa"/>
              <w:left w:w="38" w:type="dxa"/>
              <w:bottom w:w="28" w:type="dxa"/>
              <w:right w:w="38" w:type="dxa"/>
            </w:tcMar>
            <w:vAlign w:val="center"/>
          </w:tcPr>
          <w:p w14:paraId="3A4D2148" w14:textId="77777777" w:rsidR="00D60D5E" w:rsidRDefault="00891EF0">
            <w:pPr>
              <w:spacing w:after="0" w:line="240" w:lineRule="auto"/>
            </w:pPr>
            <w:r>
              <w:rPr>
                <w:rFonts w:eastAsia="Aptos"/>
                <w:sz w:val="17"/>
              </w:rPr>
              <w:t>Brie Double Crème 8oz</w:t>
            </w:r>
          </w:p>
        </w:tc>
        <w:tc>
          <w:tcPr>
            <w:tcW w:w="630" w:type="dxa"/>
            <w:tcMar>
              <w:top w:w="28" w:type="dxa"/>
              <w:left w:w="38" w:type="dxa"/>
              <w:bottom w:w="28" w:type="dxa"/>
              <w:right w:w="38" w:type="dxa"/>
            </w:tcMar>
            <w:vAlign w:val="center"/>
          </w:tcPr>
          <w:p w14:paraId="3C029F46" w14:textId="77777777" w:rsidR="00D60D5E" w:rsidRDefault="00891EF0">
            <w:pPr>
              <w:spacing w:after="0" w:line="240" w:lineRule="auto"/>
              <w:jc w:val="center"/>
            </w:pPr>
            <w:r>
              <w:rPr>
                <w:rFonts w:eastAsia="Aptos"/>
                <w:b/>
                <w:sz w:val="17"/>
              </w:rPr>
              <w:t>12.89</w:t>
            </w:r>
          </w:p>
        </w:tc>
        <w:tc>
          <w:tcPr>
            <w:tcW w:w="540" w:type="dxa"/>
            <w:tcMar>
              <w:top w:w="28" w:type="dxa"/>
              <w:left w:w="38" w:type="dxa"/>
              <w:bottom w:w="28" w:type="dxa"/>
              <w:right w:w="38" w:type="dxa"/>
            </w:tcMar>
            <w:vAlign w:val="center"/>
          </w:tcPr>
          <w:p w14:paraId="4BA50B4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AEB49B" w14:textId="77777777" w:rsidR="00D60D5E" w:rsidRDefault="00D60D5E">
            <w:pPr>
              <w:jc w:val="center"/>
            </w:pPr>
          </w:p>
        </w:tc>
      </w:tr>
      <w:tr w:rsidR="00D60D5E" w14:paraId="4376DA20" w14:textId="77777777" w:rsidTr="000617E0">
        <w:trPr>
          <w:cantSplit/>
          <w:jc w:val="center"/>
        </w:trPr>
        <w:tc>
          <w:tcPr>
            <w:tcW w:w="677" w:type="dxa"/>
            <w:tcMar>
              <w:top w:w="28" w:type="dxa"/>
              <w:left w:w="38" w:type="dxa"/>
              <w:bottom w:w="28" w:type="dxa"/>
              <w:right w:w="38" w:type="dxa"/>
            </w:tcMar>
            <w:vAlign w:val="center"/>
          </w:tcPr>
          <w:p w14:paraId="1C2CFE66" w14:textId="77777777" w:rsidR="00D60D5E" w:rsidRDefault="00891EF0">
            <w:pPr>
              <w:spacing w:after="0" w:line="240" w:lineRule="auto"/>
              <w:jc w:val="center"/>
            </w:pPr>
            <w:r>
              <w:rPr>
                <w:rFonts w:eastAsia="Aptos"/>
                <w:color w:val="6A7075"/>
                <w:sz w:val="17"/>
              </w:rPr>
              <w:t>135-265</w:t>
            </w:r>
          </w:p>
        </w:tc>
        <w:tc>
          <w:tcPr>
            <w:tcW w:w="2648" w:type="dxa"/>
            <w:tcMar>
              <w:top w:w="28" w:type="dxa"/>
              <w:left w:w="38" w:type="dxa"/>
              <w:bottom w:w="28" w:type="dxa"/>
              <w:right w:w="38" w:type="dxa"/>
            </w:tcMar>
            <w:vAlign w:val="center"/>
          </w:tcPr>
          <w:p w14:paraId="0528423C" w14:textId="77777777" w:rsidR="00D60D5E" w:rsidRDefault="00891EF0">
            <w:pPr>
              <w:spacing w:after="0" w:line="240" w:lineRule="auto"/>
            </w:pPr>
            <w:r>
              <w:rPr>
                <w:rFonts w:eastAsia="Aptos"/>
                <w:sz w:val="17"/>
              </w:rPr>
              <w:t>Cheddar Style Dairy Free 7.1 oz</w:t>
            </w:r>
          </w:p>
        </w:tc>
        <w:tc>
          <w:tcPr>
            <w:tcW w:w="630" w:type="dxa"/>
            <w:tcMar>
              <w:top w:w="28" w:type="dxa"/>
              <w:left w:w="38" w:type="dxa"/>
              <w:bottom w:w="28" w:type="dxa"/>
              <w:right w:w="38" w:type="dxa"/>
            </w:tcMar>
            <w:vAlign w:val="center"/>
          </w:tcPr>
          <w:p w14:paraId="7481AD98" w14:textId="77777777" w:rsidR="00D60D5E" w:rsidRDefault="00891EF0">
            <w:pPr>
              <w:spacing w:after="0" w:line="240" w:lineRule="auto"/>
              <w:jc w:val="center"/>
            </w:pPr>
            <w:r>
              <w:rPr>
                <w:rFonts w:eastAsia="Aptos"/>
                <w:b/>
                <w:sz w:val="17"/>
              </w:rPr>
              <w:t>9.85</w:t>
            </w:r>
          </w:p>
        </w:tc>
        <w:tc>
          <w:tcPr>
            <w:tcW w:w="540" w:type="dxa"/>
            <w:tcMar>
              <w:top w:w="28" w:type="dxa"/>
              <w:left w:w="38" w:type="dxa"/>
              <w:bottom w:w="28" w:type="dxa"/>
              <w:right w:w="38" w:type="dxa"/>
            </w:tcMar>
            <w:vAlign w:val="center"/>
          </w:tcPr>
          <w:p w14:paraId="2DED8A1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D78786" w14:textId="77777777" w:rsidR="00D60D5E" w:rsidRDefault="00D60D5E">
            <w:pPr>
              <w:jc w:val="center"/>
            </w:pPr>
          </w:p>
        </w:tc>
      </w:tr>
      <w:tr w:rsidR="00D60D5E" w14:paraId="184FF585" w14:textId="77777777" w:rsidTr="000617E0">
        <w:trPr>
          <w:cantSplit/>
          <w:jc w:val="center"/>
        </w:trPr>
        <w:tc>
          <w:tcPr>
            <w:tcW w:w="677" w:type="dxa"/>
            <w:tcMar>
              <w:top w:w="28" w:type="dxa"/>
              <w:left w:w="38" w:type="dxa"/>
              <w:bottom w:w="28" w:type="dxa"/>
              <w:right w:w="38" w:type="dxa"/>
            </w:tcMar>
            <w:vAlign w:val="center"/>
          </w:tcPr>
          <w:p w14:paraId="419ACB2D" w14:textId="77777777" w:rsidR="00D60D5E" w:rsidRDefault="00891EF0">
            <w:pPr>
              <w:spacing w:after="0" w:line="240" w:lineRule="auto"/>
              <w:jc w:val="center"/>
            </w:pPr>
            <w:r>
              <w:rPr>
                <w:rFonts w:eastAsia="Aptos"/>
                <w:color w:val="6A7075"/>
                <w:sz w:val="17"/>
              </w:rPr>
              <w:t>135-270</w:t>
            </w:r>
          </w:p>
        </w:tc>
        <w:tc>
          <w:tcPr>
            <w:tcW w:w="2648" w:type="dxa"/>
            <w:tcMar>
              <w:top w:w="28" w:type="dxa"/>
              <w:left w:w="38" w:type="dxa"/>
              <w:bottom w:w="28" w:type="dxa"/>
              <w:right w:w="38" w:type="dxa"/>
            </w:tcMar>
            <w:vAlign w:val="center"/>
          </w:tcPr>
          <w:p w14:paraId="6A71571C" w14:textId="77777777" w:rsidR="00D60D5E" w:rsidRDefault="00891EF0">
            <w:pPr>
              <w:spacing w:after="0" w:line="240" w:lineRule="auto"/>
            </w:pPr>
            <w:r>
              <w:rPr>
                <w:rFonts w:eastAsia="Aptos"/>
                <w:sz w:val="17"/>
              </w:rPr>
              <w:t>Mexican Style Dairy Free 7.1 oz</w:t>
            </w:r>
          </w:p>
        </w:tc>
        <w:tc>
          <w:tcPr>
            <w:tcW w:w="630" w:type="dxa"/>
            <w:tcMar>
              <w:top w:w="28" w:type="dxa"/>
              <w:left w:w="38" w:type="dxa"/>
              <w:bottom w:w="28" w:type="dxa"/>
              <w:right w:w="38" w:type="dxa"/>
            </w:tcMar>
            <w:vAlign w:val="center"/>
          </w:tcPr>
          <w:p w14:paraId="1927BE3E" w14:textId="77777777" w:rsidR="00D60D5E" w:rsidRDefault="00891EF0">
            <w:pPr>
              <w:spacing w:after="0" w:line="240" w:lineRule="auto"/>
              <w:jc w:val="center"/>
            </w:pPr>
            <w:r>
              <w:rPr>
                <w:rFonts w:eastAsia="Aptos"/>
                <w:b/>
                <w:sz w:val="17"/>
              </w:rPr>
              <w:t>9.45</w:t>
            </w:r>
          </w:p>
        </w:tc>
        <w:tc>
          <w:tcPr>
            <w:tcW w:w="540" w:type="dxa"/>
            <w:tcMar>
              <w:top w:w="28" w:type="dxa"/>
              <w:left w:w="38" w:type="dxa"/>
              <w:bottom w:w="28" w:type="dxa"/>
              <w:right w:w="38" w:type="dxa"/>
            </w:tcMar>
            <w:vAlign w:val="center"/>
          </w:tcPr>
          <w:p w14:paraId="24BA07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C51F57" w14:textId="77777777" w:rsidR="00D60D5E" w:rsidRDefault="00D60D5E">
            <w:pPr>
              <w:jc w:val="center"/>
            </w:pPr>
          </w:p>
        </w:tc>
      </w:tr>
      <w:tr w:rsidR="00D60D5E" w14:paraId="082F4486" w14:textId="77777777" w:rsidTr="000617E0">
        <w:trPr>
          <w:cantSplit/>
          <w:jc w:val="center"/>
        </w:trPr>
        <w:tc>
          <w:tcPr>
            <w:tcW w:w="677" w:type="dxa"/>
            <w:tcMar>
              <w:top w:w="28" w:type="dxa"/>
              <w:left w:w="38" w:type="dxa"/>
              <w:bottom w:w="28" w:type="dxa"/>
              <w:right w:w="38" w:type="dxa"/>
            </w:tcMar>
            <w:vAlign w:val="center"/>
          </w:tcPr>
          <w:p w14:paraId="4E8AA989" w14:textId="77777777" w:rsidR="00D60D5E" w:rsidRDefault="00891EF0">
            <w:pPr>
              <w:spacing w:after="0" w:line="240" w:lineRule="auto"/>
              <w:jc w:val="center"/>
            </w:pPr>
            <w:r>
              <w:rPr>
                <w:rFonts w:eastAsia="Aptos"/>
                <w:color w:val="6A7075"/>
                <w:sz w:val="17"/>
              </w:rPr>
              <w:t>135-275</w:t>
            </w:r>
          </w:p>
        </w:tc>
        <w:tc>
          <w:tcPr>
            <w:tcW w:w="2648" w:type="dxa"/>
            <w:tcMar>
              <w:top w:w="28" w:type="dxa"/>
              <w:left w:w="38" w:type="dxa"/>
              <w:bottom w:w="28" w:type="dxa"/>
              <w:right w:w="38" w:type="dxa"/>
            </w:tcMar>
            <w:vAlign w:val="center"/>
          </w:tcPr>
          <w:p w14:paraId="3896CBC8" w14:textId="77777777" w:rsidR="00D60D5E" w:rsidRDefault="00891EF0">
            <w:pPr>
              <w:spacing w:after="0" w:line="240" w:lineRule="auto"/>
            </w:pPr>
            <w:r>
              <w:rPr>
                <w:rFonts w:eastAsia="Aptos"/>
                <w:sz w:val="17"/>
              </w:rPr>
              <w:t>Mozzarella Style Shreds Dairy Free 7.1 oz</w:t>
            </w:r>
          </w:p>
        </w:tc>
        <w:tc>
          <w:tcPr>
            <w:tcW w:w="630" w:type="dxa"/>
            <w:tcMar>
              <w:top w:w="28" w:type="dxa"/>
              <w:left w:w="38" w:type="dxa"/>
              <w:bottom w:w="28" w:type="dxa"/>
              <w:right w:w="38" w:type="dxa"/>
            </w:tcMar>
            <w:vAlign w:val="center"/>
          </w:tcPr>
          <w:p w14:paraId="0C14776C" w14:textId="77777777" w:rsidR="00D60D5E" w:rsidRDefault="00891EF0">
            <w:pPr>
              <w:spacing w:after="0" w:line="240" w:lineRule="auto"/>
              <w:jc w:val="center"/>
            </w:pPr>
            <w:r>
              <w:rPr>
                <w:rFonts w:eastAsia="Aptos"/>
                <w:b/>
                <w:sz w:val="17"/>
              </w:rPr>
              <w:t>8.89</w:t>
            </w:r>
          </w:p>
        </w:tc>
        <w:tc>
          <w:tcPr>
            <w:tcW w:w="540" w:type="dxa"/>
            <w:tcMar>
              <w:top w:w="28" w:type="dxa"/>
              <w:left w:w="38" w:type="dxa"/>
              <w:bottom w:w="28" w:type="dxa"/>
              <w:right w:w="38" w:type="dxa"/>
            </w:tcMar>
            <w:vAlign w:val="center"/>
          </w:tcPr>
          <w:p w14:paraId="083633D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6E9AA4" w14:textId="77777777" w:rsidR="00D60D5E" w:rsidRDefault="00D60D5E">
            <w:pPr>
              <w:jc w:val="center"/>
            </w:pPr>
          </w:p>
        </w:tc>
      </w:tr>
      <w:tr w:rsidR="00D60D5E" w14:paraId="3277D23F" w14:textId="77777777" w:rsidTr="000617E0">
        <w:trPr>
          <w:cantSplit/>
          <w:jc w:val="center"/>
        </w:trPr>
        <w:tc>
          <w:tcPr>
            <w:tcW w:w="677" w:type="dxa"/>
            <w:tcMar>
              <w:top w:w="28" w:type="dxa"/>
              <w:left w:w="38" w:type="dxa"/>
              <w:bottom w:w="28" w:type="dxa"/>
              <w:right w:w="38" w:type="dxa"/>
            </w:tcMar>
            <w:vAlign w:val="center"/>
          </w:tcPr>
          <w:p w14:paraId="18646BF9" w14:textId="77777777" w:rsidR="00D60D5E" w:rsidRDefault="00891EF0">
            <w:pPr>
              <w:spacing w:after="0" w:line="240" w:lineRule="auto"/>
              <w:jc w:val="center"/>
            </w:pPr>
            <w:r>
              <w:rPr>
                <w:rFonts w:eastAsia="Aptos"/>
                <w:color w:val="6A7075"/>
                <w:sz w:val="17"/>
              </w:rPr>
              <w:t>135-280</w:t>
            </w:r>
          </w:p>
        </w:tc>
        <w:tc>
          <w:tcPr>
            <w:tcW w:w="2648" w:type="dxa"/>
            <w:tcMar>
              <w:top w:w="28" w:type="dxa"/>
              <w:left w:w="38" w:type="dxa"/>
              <w:bottom w:w="28" w:type="dxa"/>
              <w:right w:w="38" w:type="dxa"/>
            </w:tcMar>
            <w:vAlign w:val="center"/>
          </w:tcPr>
          <w:p w14:paraId="5F8EF823" w14:textId="77777777" w:rsidR="00D60D5E" w:rsidRDefault="00891EF0">
            <w:pPr>
              <w:spacing w:after="0" w:line="240" w:lineRule="auto"/>
            </w:pPr>
            <w:r>
              <w:rPr>
                <w:rFonts w:eastAsia="Aptos"/>
                <w:sz w:val="17"/>
              </w:rPr>
              <w:t>Parmesan Style Shreds Dairy Free 7.1 oz</w:t>
            </w:r>
          </w:p>
        </w:tc>
        <w:tc>
          <w:tcPr>
            <w:tcW w:w="630" w:type="dxa"/>
            <w:tcMar>
              <w:top w:w="28" w:type="dxa"/>
              <w:left w:w="38" w:type="dxa"/>
              <w:bottom w:w="28" w:type="dxa"/>
              <w:right w:w="38" w:type="dxa"/>
            </w:tcMar>
            <w:vAlign w:val="center"/>
          </w:tcPr>
          <w:p w14:paraId="0AD237E7" w14:textId="77777777" w:rsidR="00D60D5E" w:rsidRDefault="00891EF0">
            <w:pPr>
              <w:spacing w:after="0" w:line="240" w:lineRule="auto"/>
              <w:jc w:val="center"/>
            </w:pPr>
            <w:r>
              <w:rPr>
                <w:rFonts w:eastAsia="Aptos"/>
                <w:b/>
                <w:sz w:val="17"/>
              </w:rPr>
              <w:t>9.69</w:t>
            </w:r>
          </w:p>
        </w:tc>
        <w:tc>
          <w:tcPr>
            <w:tcW w:w="540" w:type="dxa"/>
            <w:tcMar>
              <w:top w:w="28" w:type="dxa"/>
              <w:left w:w="38" w:type="dxa"/>
              <w:bottom w:w="28" w:type="dxa"/>
              <w:right w:w="38" w:type="dxa"/>
            </w:tcMar>
            <w:vAlign w:val="center"/>
          </w:tcPr>
          <w:p w14:paraId="3DB73C9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9C0BA7" w14:textId="77777777" w:rsidR="00D60D5E" w:rsidRDefault="00D60D5E">
            <w:pPr>
              <w:jc w:val="center"/>
            </w:pPr>
          </w:p>
        </w:tc>
      </w:tr>
      <w:tr w:rsidR="00D60D5E" w14:paraId="1FC4DF6E" w14:textId="77777777" w:rsidTr="000617E0">
        <w:trPr>
          <w:cantSplit/>
          <w:jc w:val="center"/>
        </w:trPr>
        <w:tc>
          <w:tcPr>
            <w:tcW w:w="677" w:type="dxa"/>
            <w:tcMar>
              <w:top w:w="28" w:type="dxa"/>
              <w:left w:w="38" w:type="dxa"/>
              <w:bottom w:w="28" w:type="dxa"/>
              <w:right w:w="38" w:type="dxa"/>
            </w:tcMar>
            <w:vAlign w:val="center"/>
          </w:tcPr>
          <w:p w14:paraId="39C986CA" w14:textId="77777777" w:rsidR="00D60D5E" w:rsidRDefault="00891EF0">
            <w:pPr>
              <w:spacing w:after="0" w:line="240" w:lineRule="auto"/>
              <w:jc w:val="center"/>
            </w:pPr>
            <w:r>
              <w:rPr>
                <w:rFonts w:eastAsia="Aptos"/>
                <w:color w:val="6A7075"/>
                <w:sz w:val="17"/>
              </w:rPr>
              <w:t>135-285</w:t>
            </w:r>
          </w:p>
        </w:tc>
        <w:tc>
          <w:tcPr>
            <w:tcW w:w="2648" w:type="dxa"/>
            <w:tcMar>
              <w:top w:w="28" w:type="dxa"/>
              <w:left w:w="38" w:type="dxa"/>
              <w:bottom w:w="28" w:type="dxa"/>
              <w:right w:w="38" w:type="dxa"/>
            </w:tcMar>
            <w:vAlign w:val="center"/>
          </w:tcPr>
          <w:p w14:paraId="0344CD4D" w14:textId="77777777" w:rsidR="00D60D5E" w:rsidRDefault="00891EF0">
            <w:pPr>
              <w:spacing w:after="0" w:line="240" w:lineRule="auto"/>
            </w:pPr>
            <w:r>
              <w:rPr>
                <w:rFonts w:eastAsia="Aptos"/>
                <w:sz w:val="17"/>
              </w:rPr>
              <w:t>Velveeta Cheese 8oz</w:t>
            </w:r>
          </w:p>
        </w:tc>
        <w:tc>
          <w:tcPr>
            <w:tcW w:w="630" w:type="dxa"/>
            <w:tcMar>
              <w:top w:w="28" w:type="dxa"/>
              <w:left w:w="38" w:type="dxa"/>
              <w:bottom w:w="28" w:type="dxa"/>
              <w:right w:w="38" w:type="dxa"/>
            </w:tcMar>
            <w:vAlign w:val="center"/>
          </w:tcPr>
          <w:p w14:paraId="0184B541" w14:textId="77777777" w:rsidR="00D60D5E" w:rsidRDefault="00891EF0">
            <w:pPr>
              <w:spacing w:after="0" w:line="240" w:lineRule="auto"/>
              <w:jc w:val="center"/>
            </w:pPr>
            <w:r>
              <w:rPr>
                <w:rFonts w:eastAsia="Aptos"/>
                <w:b/>
                <w:sz w:val="17"/>
              </w:rPr>
              <w:t>5.35</w:t>
            </w:r>
          </w:p>
        </w:tc>
        <w:tc>
          <w:tcPr>
            <w:tcW w:w="540" w:type="dxa"/>
            <w:tcMar>
              <w:top w:w="28" w:type="dxa"/>
              <w:left w:w="38" w:type="dxa"/>
              <w:bottom w:w="28" w:type="dxa"/>
              <w:right w:w="38" w:type="dxa"/>
            </w:tcMar>
            <w:vAlign w:val="center"/>
          </w:tcPr>
          <w:p w14:paraId="5B2A2D8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C212CE9" w14:textId="77777777" w:rsidR="00D60D5E" w:rsidRDefault="00D60D5E">
            <w:pPr>
              <w:jc w:val="center"/>
            </w:pPr>
          </w:p>
        </w:tc>
      </w:tr>
      <w:tr w:rsidR="00D60D5E" w14:paraId="719DDDE8" w14:textId="77777777" w:rsidTr="000617E0">
        <w:trPr>
          <w:cantSplit/>
          <w:jc w:val="center"/>
        </w:trPr>
        <w:tc>
          <w:tcPr>
            <w:tcW w:w="677" w:type="dxa"/>
            <w:tcMar>
              <w:top w:w="28" w:type="dxa"/>
              <w:left w:w="38" w:type="dxa"/>
              <w:bottom w:w="28" w:type="dxa"/>
              <w:right w:w="38" w:type="dxa"/>
            </w:tcMar>
            <w:vAlign w:val="center"/>
          </w:tcPr>
          <w:p w14:paraId="5EBC514E" w14:textId="77777777" w:rsidR="00D60D5E" w:rsidRDefault="00891EF0">
            <w:pPr>
              <w:spacing w:after="0" w:line="240" w:lineRule="auto"/>
              <w:jc w:val="center"/>
            </w:pPr>
            <w:r>
              <w:rPr>
                <w:rFonts w:eastAsia="Aptos"/>
                <w:color w:val="6A7075"/>
                <w:sz w:val="17"/>
              </w:rPr>
              <w:t>135-290</w:t>
            </w:r>
          </w:p>
        </w:tc>
        <w:tc>
          <w:tcPr>
            <w:tcW w:w="2648" w:type="dxa"/>
            <w:tcMar>
              <w:top w:w="28" w:type="dxa"/>
              <w:left w:w="38" w:type="dxa"/>
              <w:bottom w:w="28" w:type="dxa"/>
              <w:right w:w="38" w:type="dxa"/>
            </w:tcMar>
            <w:vAlign w:val="center"/>
          </w:tcPr>
          <w:p w14:paraId="79880F13" w14:textId="77777777" w:rsidR="00D60D5E" w:rsidRDefault="00891EF0">
            <w:pPr>
              <w:spacing w:after="0" w:line="240" w:lineRule="auto"/>
            </w:pPr>
            <w:r>
              <w:rPr>
                <w:rFonts w:eastAsia="Aptos"/>
                <w:sz w:val="17"/>
              </w:rPr>
              <w:t>Monterey Jack 8oz</w:t>
            </w:r>
          </w:p>
        </w:tc>
        <w:tc>
          <w:tcPr>
            <w:tcW w:w="630" w:type="dxa"/>
            <w:tcMar>
              <w:top w:w="28" w:type="dxa"/>
              <w:left w:w="38" w:type="dxa"/>
              <w:bottom w:w="28" w:type="dxa"/>
              <w:right w:w="38" w:type="dxa"/>
            </w:tcMar>
            <w:vAlign w:val="center"/>
          </w:tcPr>
          <w:p w14:paraId="73B741C3" w14:textId="77777777" w:rsidR="00D60D5E" w:rsidRDefault="00891EF0">
            <w:pPr>
              <w:spacing w:after="0" w:line="240" w:lineRule="auto"/>
              <w:jc w:val="center"/>
            </w:pPr>
            <w:r>
              <w:rPr>
                <w:rFonts w:eastAsia="Aptos"/>
                <w:b/>
                <w:sz w:val="17"/>
              </w:rPr>
              <w:t>4.35</w:t>
            </w:r>
          </w:p>
        </w:tc>
        <w:tc>
          <w:tcPr>
            <w:tcW w:w="540" w:type="dxa"/>
            <w:tcMar>
              <w:top w:w="28" w:type="dxa"/>
              <w:left w:w="38" w:type="dxa"/>
              <w:bottom w:w="28" w:type="dxa"/>
              <w:right w:w="38" w:type="dxa"/>
            </w:tcMar>
            <w:vAlign w:val="center"/>
          </w:tcPr>
          <w:p w14:paraId="5862CB6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22081B" w14:textId="77777777" w:rsidR="00D60D5E" w:rsidRDefault="00D60D5E">
            <w:pPr>
              <w:jc w:val="center"/>
            </w:pPr>
          </w:p>
        </w:tc>
      </w:tr>
      <w:tr w:rsidR="00D60D5E" w14:paraId="75C8B657" w14:textId="77777777" w:rsidTr="000617E0">
        <w:trPr>
          <w:cantSplit/>
          <w:jc w:val="center"/>
        </w:trPr>
        <w:tc>
          <w:tcPr>
            <w:tcW w:w="677" w:type="dxa"/>
            <w:tcMar>
              <w:top w:w="28" w:type="dxa"/>
              <w:left w:w="38" w:type="dxa"/>
              <w:bottom w:w="28" w:type="dxa"/>
              <w:right w:w="38" w:type="dxa"/>
            </w:tcMar>
            <w:vAlign w:val="center"/>
          </w:tcPr>
          <w:p w14:paraId="5056EEEA" w14:textId="77777777" w:rsidR="00D60D5E" w:rsidRDefault="00891EF0">
            <w:pPr>
              <w:spacing w:after="0" w:line="240" w:lineRule="auto"/>
              <w:jc w:val="center"/>
            </w:pPr>
            <w:r>
              <w:rPr>
                <w:rFonts w:eastAsia="Aptos"/>
                <w:color w:val="6A7075"/>
                <w:sz w:val="17"/>
              </w:rPr>
              <w:t>135-295</w:t>
            </w:r>
          </w:p>
        </w:tc>
        <w:tc>
          <w:tcPr>
            <w:tcW w:w="2648" w:type="dxa"/>
            <w:tcMar>
              <w:top w:w="28" w:type="dxa"/>
              <w:left w:w="38" w:type="dxa"/>
              <w:bottom w:w="28" w:type="dxa"/>
              <w:right w:w="38" w:type="dxa"/>
            </w:tcMar>
            <w:vAlign w:val="center"/>
          </w:tcPr>
          <w:p w14:paraId="3218548F" w14:textId="77777777" w:rsidR="00D60D5E" w:rsidRDefault="00891EF0">
            <w:pPr>
              <w:spacing w:after="0" w:line="240" w:lineRule="auto"/>
            </w:pPr>
            <w:r>
              <w:rPr>
                <w:rFonts w:eastAsia="Aptos"/>
                <w:sz w:val="17"/>
              </w:rPr>
              <w:t>Monterey Jack W/Pepper 8oz</w:t>
            </w:r>
          </w:p>
        </w:tc>
        <w:tc>
          <w:tcPr>
            <w:tcW w:w="630" w:type="dxa"/>
            <w:tcMar>
              <w:top w:w="28" w:type="dxa"/>
              <w:left w:w="38" w:type="dxa"/>
              <w:bottom w:w="28" w:type="dxa"/>
              <w:right w:w="38" w:type="dxa"/>
            </w:tcMar>
            <w:vAlign w:val="center"/>
          </w:tcPr>
          <w:p w14:paraId="6A70CBB6" w14:textId="77777777" w:rsidR="00D60D5E" w:rsidRDefault="00891EF0">
            <w:pPr>
              <w:spacing w:after="0" w:line="240" w:lineRule="auto"/>
              <w:jc w:val="center"/>
            </w:pPr>
            <w:r>
              <w:rPr>
                <w:rFonts w:eastAsia="Aptos"/>
                <w:b/>
                <w:sz w:val="17"/>
              </w:rPr>
              <w:t>4.39</w:t>
            </w:r>
          </w:p>
        </w:tc>
        <w:tc>
          <w:tcPr>
            <w:tcW w:w="540" w:type="dxa"/>
            <w:tcMar>
              <w:top w:w="28" w:type="dxa"/>
              <w:left w:w="38" w:type="dxa"/>
              <w:bottom w:w="28" w:type="dxa"/>
              <w:right w:w="38" w:type="dxa"/>
            </w:tcMar>
            <w:vAlign w:val="center"/>
          </w:tcPr>
          <w:p w14:paraId="0443F63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484696" w14:textId="77777777" w:rsidR="00D60D5E" w:rsidRDefault="00D60D5E">
            <w:pPr>
              <w:jc w:val="center"/>
            </w:pPr>
          </w:p>
        </w:tc>
      </w:tr>
      <w:tr w:rsidR="00D60D5E" w14:paraId="1CC5A893" w14:textId="77777777" w:rsidTr="000617E0">
        <w:trPr>
          <w:cantSplit/>
          <w:jc w:val="center"/>
        </w:trPr>
        <w:tc>
          <w:tcPr>
            <w:tcW w:w="677" w:type="dxa"/>
            <w:tcMar>
              <w:top w:w="28" w:type="dxa"/>
              <w:left w:w="38" w:type="dxa"/>
              <w:bottom w:w="28" w:type="dxa"/>
              <w:right w:w="38" w:type="dxa"/>
            </w:tcMar>
            <w:vAlign w:val="center"/>
          </w:tcPr>
          <w:p w14:paraId="30081D3F" w14:textId="77777777" w:rsidR="00D60D5E" w:rsidRDefault="00891EF0">
            <w:pPr>
              <w:spacing w:after="0" w:line="240" w:lineRule="auto"/>
              <w:jc w:val="center"/>
            </w:pPr>
            <w:r>
              <w:rPr>
                <w:rFonts w:eastAsia="Aptos"/>
                <w:color w:val="6A7075"/>
                <w:sz w:val="17"/>
              </w:rPr>
              <w:t>135-300</w:t>
            </w:r>
          </w:p>
        </w:tc>
        <w:tc>
          <w:tcPr>
            <w:tcW w:w="2648" w:type="dxa"/>
            <w:tcMar>
              <w:top w:w="28" w:type="dxa"/>
              <w:left w:w="38" w:type="dxa"/>
              <w:bottom w:w="28" w:type="dxa"/>
              <w:right w:w="38" w:type="dxa"/>
            </w:tcMar>
            <w:vAlign w:val="center"/>
          </w:tcPr>
          <w:p w14:paraId="4256B442" w14:textId="77777777" w:rsidR="00D60D5E" w:rsidRDefault="00891EF0">
            <w:pPr>
              <w:spacing w:after="0" w:line="240" w:lineRule="auto"/>
            </w:pPr>
            <w:r>
              <w:rPr>
                <w:rFonts w:eastAsia="Aptos"/>
                <w:sz w:val="17"/>
              </w:rPr>
              <w:t>Camembert 8oz</w:t>
            </w:r>
          </w:p>
        </w:tc>
        <w:tc>
          <w:tcPr>
            <w:tcW w:w="630" w:type="dxa"/>
            <w:tcMar>
              <w:top w:w="28" w:type="dxa"/>
              <w:left w:w="38" w:type="dxa"/>
              <w:bottom w:w="28" w:type="dxa"/>
              <w:right w:w="38" w:type="dxa"/>
            </w:tcMar>
            <w:vAlign w:val="center"/>
          </w:tcPr>
          <w:p w14:paraId="134E0E90" w14:textId="77777777" w:rsidR="00D60D5E" w:rsidRDefault="00891EF0">
            <w:pPr>
              <w:spacing w:after="0" w:line="240" w:lineRule="auto"/>
              <w:jc w:val="center"/>
            </w:pPr>
            <w:r>
              <w:rPr>
                <w:rFonts w:eastAsia="Aptos"/>
                <w:b/>
                <w:sz w:val="17"/>
              </w:rPr>
              <w:t>12.55</w:t>
            </w:r>
          </w:p>
        </w:tc>
        <w:tc>
          <w:tcPr>
            <w:tcW w:w="540" w:type="dxa"/>
            <w:tcMar>
              <w:top w:w="28" w:type="dxa"/>
              <w:left w:w="38" w:type="dxa"/>
              <w:bottom w:w="28" w:type="dxa"/>
              <w:right w:w="38" w:type="dxa"/>
            </w:tcMar>
            <w:vAlign w:val="center"/>
          </w:tcPr>
          <w:p w14:paraId="349161D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631912" w14:textId="77777777" w:rsidR="00D60D5E" w:rsidRDefault="00D60D5E">
            <w:pPr>
              <w:jc w:val="center"/>
            </w:pPr>
          </w:p>
        </w:tc>
      </w:tr>
      <w:tr w:rsidR="00D60D5E" w14:paraId="596BA98B" w14:textId="77777777" w:rsidTr="000617E0">
        <w:trPr>
          <w:cantSplit/>
          <w:jc w:val="center"/>
        </w:trPr>
        <w:tc>
          <w:tcPr>
            <w:tcW w:w="677" w:type="dxa"/>
            <w:tcMar>
              <w:top w:w="28" w:type="dxa"/>
              <w:left w:w="38" w:type="dxa"/>
              <w:bottom w:w="28" w:type="dxa"/>
              <w:right w:w="38" w:type="dxa"/>
            </w:tcMar>
            <w:vAlign w:val="center"/>
          </w:tcPr>
          <w:p w14:paraId="65E0CB7E" w14:textId="77777777" w:rsidR="00D60D5E" w:rsidRDefault="00891EF0">
            <w:pPr>
              <w:spacing w:after="0" w:line="240" w:lineRule="auto"/>
              <w:jc w:val="center"/>
            </w:pPr>
            <w:r>
              <w:rPr>
                <w:rFonts w:eastAsia="Aptos"/>
                <w:color w:val="6A7075"/>
                <w:sz w:val="17"/>
              </w:rPr>
              <w:t>135-305</w:t>
            </w:r>
          </w:p>
        </w:tc>
        <w:tc>
          <w:tcPr>
            <w:tcW w:w="2648" w:type="dxa"/>
            <w:tcMar>
              <w:top w:w="28" w:type="dxa"/>
              <w:left w:w="38" w:type="dxa"/>
              <w:bottom w:w="28" w:type="dxa"/>
              <w:right w:w="38" w:type="dxa"/>
            </w:tcMar>
            <w:vAlign w:val="center"/>
          </w:tcPr>
          <w:p w14:paraId="7BEB9489" w14:textId="77777777" w:rsidR="00D60D5E" w:rsidRDefault="00891EF0">
            <w:pPr>
              <w:spacing w:after="0" w:line="240" w:lineRule="auto"/>
            </w:pPr>
            <w:r>
              <w:rPr>
                <w:rFonts w:eastAsia="Aptos"/>
                <w:sz w:val="17"/>
              </w:rPr>
              <w:t>Mozzarella sliced [8oz]</w:t>
            </w:r>
          </w:p>
        </w:tc>
        <w:tc>
          <w:tcPr>
            <w:tcW w:w="630" w:type="dxa"/>
            <w:tcMar>
              <w:top w:w="28" w:type="dxa"/>
              <w:left w:w="38" w:type="dxa"/>
              <w:bottom w:w="28" w:type="dxa"/>
              <w:right w:w="38" w:type="dxa"/>
            </w:tcMar>
            <w:vAlign w:val="center"/>
          </w:tcPr>
          <w:p w14:paraId="17AE3DF7" w14:textId="77777777" w:rsidR="00D60D5E" w:rsidRDefault="00891EF0">
            <w:pPr>
              <w:spacing w:after="0" w:line="240" w:lineRule="auto"/>
              <w:jc w:val="center"/>
            </w:pPr>
            <w:r>
              <w:rPr>
                <w:rFonts w:eastAsia="Aptos"/>
                <w:b/>
                <w:sz w:val="17"/>
              </w:rPr>
              <w:t>7.25</w:t>
            </w:r>
          </w:p>
        </w:tc>
        <w:tc>
          <w:tcPr>
            <w:tcW w:w="540" w:type="dxa"/>
            <w:tcMar>
              <w:top w:w="28" w:type="dxa"/>
              <w:left w:w="38" w:type="dxa"/>
              <w:bottom w:w="28" w:type="dxa"/>
              <w:right w:w="38" w:type="dxa"/>
            </w:tcMar>
            <w:vAlign w:val="center"/>
          </w:tcPr>
          <w:p w14:paraId="128BD9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1CAED4" w14:textId="77777777" w:rsidR="00D60D5E" w:rsidRDefault="00D60D5E">
            <w:pPr>
              <w:jc w:val="center"/>
            </w:pPr>
          </w:p>
        </w:tc>
      </w:tr>
      <w:tr w:rsidR="00D60D5E" w14:paraId="3939E85B" w14:textId="77777777" w:rsidTr="000617E0">
        <w:trPr>
          <w:cantSplit/>
          <w:jc w:val="center"/>
        </w:trPr>
        <w:tc>
          <w:tcPr>
            <w:tcW w:w="677" w:type="dxa"/>
            <w:tcMar>
              <w:top w:w="28" w:type="dxa"/>
              <w:left w:w="38" w:type="dxa"/>
              <w:bottom w:w="28" w:type="dxa"/>
              <w:right w:w="38" w:type="dxa"/>
            </w:tcMar>
            <w:vAlign w:val="center"/>
          </w:tcPr>
          <w:p w14:paraId="125431FC" w14:textId="77777777" w:rsidR="00D60D5E" w:rsidRDefault="00891EF0">
            <w:pPr>
              <w:spacing w:after="0" w:line="240" w:lineRule="auto"/>
              <w:jc w:val="center"/>
            </w:pPr>
            <w:r>
              <w:rPr>
                <w:rFonts w:eastAsia="Aptos"/>
                <w:color w:val="6A7075"/>
                <w:sz w:val="17"/>
              </w:rPr>
              <w:t>135-310</w:t>
            </w:r>
          </w:p>
        </w:tc>
        <w:tc>
          <w:tcPr>
            <w:tcW w:w="2648" w:type="dxa"/>
            <w:tcMar>
              <w:top w:w="28" w:type="dxa"/>
              <w:left w:w="38" w:type="dxa"/>
              <w:bottom w:w="28" w:type="dxa"/>
              <w:right w:w="38" w:type="dxa"/>
            </w:tcMar>
            <w:vAlign w:val="center"/>
          </w:tcPr>
          <w:p w14:paraId="430E4705" w14:textId="77777777" w:rsidR="00D60D5E" w:rsidRDefault="00891EF0">
            <w:pPr>
              <w:spacing w:after="0" w:line="240" w:lineRule="auto"/>
            </w:pPr>
            <w:r>
              <w:rPr>
                <w:rFonts w:eastAsia="Aptos"/>
                <w:sz w:val="17"/>
              </w:rPr>
              <w:t>Mozzarella shredded (8oz)</w:t>
            </w:r>
          </w:p>
        </w:tc>
        <w:tc>
          <w:tcPr>
            <w:tcW w:w="630" w:type="dxa"/>
            <w:tcMar>
              <w:top w:w="28" w:type="dxa"/>
              <w:left w:w="38" w:type="dxa"/>
              <w:bottom w:w="28" w:type="dxa"/>
              <w:right w:w="38" w:type="dxa"/>
            </w:tcMar>
            <w:vAlign w:val="center"/>
          </w:tcPr>
          <w:p w14:paraId="15C766AE" w14:textId="77777777" w:rsidR="00D60D5E" w:rsidRDefault="00891EF0">
            <w:pPr>
              <w:spacing w:after="0" w:line="240" w:lineRule="auto"/>
              <w:jc w:val="center"/>
            </w:pPr>
            <w:r>
              <w:rPr>
                <w:rFonts w:eastAsia="Aptos"/>
                <w:b/>
                <w:sz w:val="17"/>
              </w:rPr>
              <w:t>6.45</w:t>
            </w:r>
          </w:p>
        </w:tc>
        <w:tc>
          <w:tcPr>
            <w:tcW w:w="540" w:type="dxa"/>
            <w:tcMar>
              <w:top w:w="28" w:type="dxa"/>
              <w:left w:w="38" w:type="dxa"/>
              <w:bottom w:w="28" w:type="dxa"/>
              <w:right w:w="38" w:type="dxa"/>
            </w:tcMar>
            <w:vAlign w:val="center"/>
          </w:tcPr>
          <w:p w14:paraId="1DBAEF3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77C7D4" w14:textId="77777777" w:rsidR="00D60D5E" w:rsidRDefault="00D60D5E">
            <w:pPr>
              <w:jc w:val="center"/>
            </w:pPr>
          </w:p>
        </w:tc>
      </w:tr>
      <w:tr w:rsidR="00D60D5E" w14:paraId="38F11BBF" w14:textId="77777777" w:rsidTr="000617E0">
        <w:trPr>
          <w:cantSplit/>
          <w:jc w:val="center"/>
        </w:trPr>
        <w:tc>
          <w:tcPr>
            <w:tcW w:w="677" w:type="dxa"/>
            <w:tcMar>
              <w:top w:w="28" w:type="dxa"/>
              <w:left w:w="38" w:type="dxa"/>
              <w:bottom w:w="28" w:type="dxa"/>
              <w:right w:w="38" w:type="dxa"/>
            </w:tcMar>
            <w:vAlign w:val="center"/>
          </w:tcPr>
          <w:p w14:paraId="7D93CAD0" w14:textId="77777777" w:rsidR="00D60D5E" w:rsidRDefault="00891EF0">
            <w:pPr>
              <w:spacing w:after="0" w:line="240" w:lineRule="auto"/>
              <w:jc w:val="center"/>
            </w:pPr>
            <w:r>
              <w:rPr>
                <w:rFonts w:eastAsia="Aptos"/>
                <w:color w:val="6A7075"/>
                <w:sz w:val="17"/>
              </w:rPr>
              <w:t>135-315</w:t>
            </w:r>
          </w:p>
        </w:tc>
        <w:tc>
          <w:tcPr>
            <w:tcW w:w="2648" w:type="dxa"/>
            <w:tcMar>
              <w:top w:w="28" w:type="dxa"/>
              <w:left w:w="38" w:type="dxa"/>
              <w:bottom w:w="28" w:type="dxa"/>
              <w:right w:w="38" w:type="dxa"/>
            </w:tcMar>
            <w:vAlign w:val="center"/>
          </w:tcPr>
          <w:p w14:paraId="29D89303" w14:textId="77777777" w:rsidR="00D60D5E" w:rsidRDefault="00891EF0">
            <w:pPr>
              <w:spacing w:after="0" w:line="240" w:lineRule="auto"/>
            </w:pPr>
            <w:r>
              <w:rPr>
                <w:rFonts w:eastAsia="Aptos"/>
                <w:sz w:val="17"/>
              </w:rPr>
              <w:t>Mozzarella Balls Fresh 8oz</w:t>
            </w:r>
          </w:p>
        </w:tc>
        <w:tc>
          <w:tcPr>
            <w:tcW w:w="630" w:type="dxa"/>
            <w:tcMar>
              <w:top w:w="28" w:type="dxa"/>
              <w:left w:w="38" w:type="dxa"/>
              <w:bottom w:w="28" w:type="dxa"/>
              <w:right w:w="38" w:type="dxa"/>
            </w:tcMar>
            <w:vAlign w:val="center"/>
          </w:tcPr>
          <w:p w14:paraId="748CA0E5" w14:textId="77777777" w:rsidR="00D60D5E" w:rsidRDefault="00891EF0">
            <w:pPr>
              <w:spacing w:after="0" w:line="240" w:lineRule="auto"/>
              <w:jc w:val="center"/>
            </w:pPr>
            <w:r>
              <w:rPr>
                <w:rFonts w:eastAsia="Aptos"/>
                <w:b/>
                <w:sz w:val="17"/>
              </w:rPr>
              <w:t>7.49</w:t>
            </w:r>
          </w:p>
        </w:tc>
        <w:tc>
          <w:tcPr>
            <w:tcW w:w="540" w:type="dxa"/>
            <w:tcMar>
              <w:top w:w="28" w:type="dxa"/>
              <w:left w:w="38" w:type="dxa"/>
              <w:bottom w:w="28" w:type="dxa"/>
              <w:right w:w="38" w:type="dxa"/>
            </w:tcMar>
            <w:vAlign w:val="center"/>
          </w:tcPr>
          <w:p w14:paraId="520563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D97883" w14:textId="77777777" w:rsidR="00D60D5E" w:rsidRDefault="00D60D5E">
            <w:pPr>
              <w:jc w:val="center"/>
            </w:pPr>
          </w:p>
        </w:tc>
      </w:tr>
      <w:tr w:rsidR="00D60D5E" w14:paraId="2793092D" w14:textId="77777777" w:rsidTr="000617E0">
        <w:trPr>
          <w:cantSplit/>
          <w:jc w:val="center"/>
        </w:trPr>
        <w:tc>
          <w:tcPr>
            <w:tcW w:w="677" w:type="dxa"/>
            <w:tcMar>
              <w:top w:w="28" w:type="dxa"/>
              <w:left w:w="38" w:type="dxa"/>
              <w:bottom w:w="28" w:type="dxa"/>
              <w:right w:w="38" w:type="dxa"/>
            </w:tcMar>
            <w:vAlign w:val="center"/>
          </w:tcPr>
          <w:p w14:paraId="14C24648" w14:textId="77777777" w:rsidR="00D60D5E" w:rsidRDefault="00891EF0">
            <w:pPr>
              <w:spacing w:after="0" w:line="240" w:lineRule="auto"/>
              <w:jc w:val="center"/>
            </w:pPr>
            <w:r>
              <w:rPr>
                <w:rFonts w:eastAsia="Aptos"/>
                <w:color w:val="6A7075"/>
                <w:sz w:val="17"/>
              </w:rPr>
              <w:t>135-320</w:t>
            </w:r>
          </w:p>
        </w:tc>
        <w:tc>
          <w:tcPr>
            <w:tcW w:w="2648" w:type="dxa"/>
            <w:tcMar>
              <w:top w:w="28" w:type="dxa"/>
              <w:left w:w="38" w:type="dxa"/>
              <w:bottom w:w="28" w:type="dxa"/>
              <w:right w:w="38" w:type="dxa"/>
            </w:tcMar>
            <w:vAlign w:val="center"/>
          </w:tcPr>
          <w:p w14:paraId="7C0EEE1A" w14:textId="77777777" w:rsidR="00D60D5E" w:rsidRDefault="00891EF0">
            <w:pPr>
              <w:spacing w:after="0" w:line="240" w:lineRule="auto"/>
            </w:pPr>
            <w:r>
              <w:rPr>
                <w:rFonts w:eastAsia="Aptos"/>
                <w:sz w:val="17"/>
              </w:rPr>
              <w:t>Cheddar Medium Shredded 8oz</w:t>
            </w:r>
          </w:p>
        </w:tc>
        <w:tc>
          <w:tcPr>
            <w:tcW w:w="630" w:type="dxa"/>
            <w:tcMar>
              <w:top w:w="28" w:type="dxa"/>
              <w:left w:w="38" w:type="dxa"/>
              <w:bottom w:w="28" w:type="dxa"/>
              <w:right w:w="38" w:type="dxa"/>
            </w:tcMar>
            <w:vAlign w:val="center"/>
          </w:tcPr>
          <w:p w14:paraId="63D15341"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7073CF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ED9C54" w14:textId="77777777" w:rsidR="00D60D5E" w:rsidRDefault="00D60D5E">
            <w:pPr>
              <w:jc w:val="center"/>
            </w:pPr>
          </w:p>
        </w:tc>
      </w:tr>
      <w:tr w:rsidR="00D60D5E" w14:paraId="3AC19598" w14:textId="77777777" w:rsidTr="000617E0">
        <w:trPr>
          <w:cantSplit/>
          <w:jc w:val="center"/>
        </w:trPr>
        <w:tc>
          <w:tcPr>
            <w:tcW w:w="677" w:type="dxa"/>
            <w:tcMar>
              <w:top w:w="28" w:type="dxa"/>
              <w:left w:w="38" w:type="dxa"/>
              <w:bottom w:w="28" w:type="dxa"/>
              <w:right w:w="38" w:type="dxa"/>
            </w:tcMar>
            <w:vAlign w:val="center"/>
          </w:tcPr>
          <w:p w14:paraId="4ED3C1D6" w14:textId="77777777" w:rsidR="00D60D5E" w:rsidRDefault="00891EF0">
            <w:pPr>
              <w:spacing w:after="0" w:line="240" w:lineRule="auto"/>
              <w:jc w:val="center"/>
            </w:pPr>
            <w:r>
              <w:rPr>
                <w:rFonts w:eastAsia="Aptos"/>
                <w:color w:val="6A7075"/>
                <w:sz w:val="17"/>
              </w:rPr>
              <w:t>135-325</w:t>
            </w:r>
          </w:p>
        </w:tc>
        <w:tc>
          <w:tcPr>
            <w:tcW w:w="2648" w:type="dxa"/>
            <w:tcMar>
              <w:top w:w="28" w:type="dxa"/>
              <w:left w:w="38" w:type="dxa"/>
              <w:bottom w:w="28" w:type="dxa"/>
              <w:right w:w="38" w:type="dxa"/>
            </w:tcMar>
            <w:vAlign w:val="center"/>
          </w:tcPr>
          <w:p w14:paraId="2CC01B51" w14:textId="77777777" w:rsidR="00D60D5E" w:rsidRDefault="00891EF0">
            <w:pPr>
              <w:spacing w:after="0" w:line="240" w:lineRule="auto"/>
            </w:pPr>
            <w:r>
              <w:rPr>
                <w:rFonts w:eastAsia="Aptos"/>
                <w:sz w:val="17"/>
              </w:rPr>
              <w:t>Parmesan Shredded 8oz</w:t>
            </w:r>
          </w:p>
        </w:tc>
        <w:tc>
          <w:tcPr>
            <w:tcW w:w="630" w:type="dxa"/>
            <w:tcMar>
              <w:top w:w="28" w:type="dxa"/>
              <w:left w:w="38" w:type="dxa"/>
              <w:bottom w:w="28" w:type="dxa"/>
              <w:right w:w="38" w:type="dxa"/>
            </w:tcMar>
            <w:vAlign w:val="center"/>
          </w:tcPr>
          <w:p w14:paraId="60E4AD78" w14:textId="77777777" w:rsidR="00D60D5E" w:rsidRDefault="00891EF0">
            <w:pPr>
              <w:spacing w:after="0" w:line="240" w:lineRule="auto"/>
              <w:jc w:val="center"/>
            </w:pPr>
            <w:r>
              <w:rPr>
                <w:rFonts w:eastAsia="Aptos"/>
                <w:b/>
                <w:sz w:val="17"/>
              </w:rPr>
              <w:t>7.40</w:t>
            </w:r>
          </w:p>
        </w:tc>
        <w:tc>
          <w:tcPr>
            <w:tcW w:w="540" w:type="dxa"/>
            <w:tcMar>
              <w:top w:w="28" w:type="dxa"/>
              <w:left w:w="38" w:type="dxa"/>
              <w:bottom w:w="28" w:type="dxa"/>
              <w:right w:w="38" w:type="dxa"/>
            </w:tcMar>
            <w:vAlign w:val="center"/>
          </w:tcPr>
          <w:p w14:paraId="3FDFB38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F72135" w14:textId="77777777" w:rsidR="00D60D5E" w:rsidRDefault="00D60D5E">
            <w:pPr>
              <w:jc w:val="center"/>
            </w:pPr>
          </w:p>
        </w:tc>
      </w:tr>
      <w:tr w:rsidR="00D60D5E" w14:paraId="3FB5FE6B" w14:textId="77777777" w:rsidTr="000617E0">
        <w:trPr>
          <w:cantSplit/>
          <w:jc w:val="center"/>
        </w:trPr>
        <w:tc>
          <w:tcPr>
            <w:tcW w:w="677" w:type="dxa"/>
            <w:tcMar>
              <w:top w:w="28" w:type="dxa"/>
              <w:left w:w="38" w:type="dxa"/>
              <w:bottom w:w="28" w:type="dxa"/>
              <w:right w:w="38" w:type="dxa"/>
            </w:tcMar>
            <w:vAlign w:val="center"/>
          </w:tcPr>
          <w:p w14:paraId="2F94A98F" w14:textId="77777777" w:rsidR="00D60D5E" w:rsidRDefault="00891EF0">
            <w:pPr>
              <w:spacing w:after="0" w:line="240" w:lineRule="auto"/>
              <w:jc w:val="center"/>
            </w:pPr>
            <w:r>
              <w:rPr>
                <w:rFonts w:eastAsia="Aptos"/>
                <w:color w:val="6A7075"/>
                <w:sz w:val="17"/>
              </w:rPr>
              <w:t>135-330</w:t>
            </w:r>
          </w:p>
        </w:tc>
        <w:tc>
          <w:tcPr>
            <w:tcW w:w="2648" w:type="dxa"/>
            <w:tcMar>
              <w:top w:w="28" w:type="dxa"/>
              <w:left w:w="38" w:type="dxa"/>
              <w:bottom w:w="28" w:type="dxa"/>
              <w:right w:w="38" w:type="dxa"/>
            </w:tcMar>
            <w:vAlign w:val="center"/>
          </w:tcPr>
          <w:p w14:paraId="75399568" w14:textId="77777777" w:rsidR="00D60D5E" w:rsidRDefault="00891EF0">
            <w:pPr>
              <w:spacing w:after="0" w:line="240" w:lineRule="auto"/>
            </w:pPr>
            <w:r>
              <w:rPr>
                <w:rFonts w:eastAsia="Aptos"/>
                <w:sz w:val="17"/>
              </w:rPr>
              <w:t>Cheddar Mild Shredded 8oz</w:t>
            </w:r>
          </w:p>
        </w:tc>
        <w:tc>
          <w:tcPr>
            <w:tcW w:w="630" w:type="dxa"/>
            <w:tcMar>
              <w:top w:w="28" w:type="dxa"/>
              <w:left w:w="38" w:type="dxa"/>
              <w:bottom w:w="28" w:type="dxa"/>
              <w:right w:w="38" w:type="dxa"/>
            </w:tcMar>
            <w:vAlign w:val="center"/>
          </w:tcPr>
          <w:p w14:paraId="3D25BB68"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6B934BB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CD6C07" w14:textId="77777777" w:rsidR="00D60D5E" w:rsidRDefault="00D60D5E">
            <w:pPr>
              <w:jc w:val="center"/>
            </w:pPr>
          </w:p>
        </w:tc>
      </w:tr>
      <w:tr w:rsidR="00D60D5E" w14:paraId="0E8DB9AE" w14:textId="77777777" w:rsidTr="000617E0">
        <w:trPr>
          <w:cantSplit/>
          <w:jc w:val="center"/>
        </w:trPr>
        <w:tc>
          <w:tcPr>
            <w:tcW w:w="677" w:type="dxa"/>
            <w:tcMar>
              <w:top w:w="28" w:type="dxa"/>
              <w:left w:w="38" w:type="dxa"/>
              <w:bottom w:w="28" w:type="dxa"/>
              <w:right w:w="38" w:type="dxa"/>
            </w:tcMar>
            <w:vAlign w:val="center"/>
          </w:tcPr>
          <w:p w14:paraId="43EE195A" w14:textId="77777777" w:rsidR="00D60D5E" w:rsidRDefault="00891EF0">
            <w:pPr>
              <w:spacing w:after="0" w:line="240" w:lineRule="auto"/>
              <w:jc w:val="center"/>
            </w:pPr>
            <w:r>
              <w:rPr>
                <w:rFonts w:eastAsia="Aptos"/>
                <w:color w:val="6A7075"/>
                <w:sz w:val="17"/>
              </w:rPr>
              <w:t>135-335</w:t>
            </w:r>
          </w:p>
        </w:tc>
        <w:tc>
          <w:tcPr>
            <w:tcW w:w="2648" w:type="dxa"/>
            <w:tcMar>
              <w:top w:w="28" w:type="dxa"/>
              <w:left w:w="38" w:type="dxa"/>
              <w:bottom w:w="28" w:type="dxa"/>
              <w:right w:w="38" w:type="dxa"/>
            </w:tcMar>
            <w:vAlign w:val="center"/>
          </w:tcPr>
          <w:p w14:paraId="204F5A4E" w14:textId="77777777" w:rsidR="00D60D5E" w:rsidRDefault="00891EF0">
            <w:pPr>
              <w:spacing w:after="0" w:line="240" w:lineRule="auto"/>
            </w:pPr>
            <w:r>
              <w:rPr>
                <w:rFonts w:eastAsia="Aptos"/>
                <w:sz w:val="17"/>
              </w:rPr>
              <w:t>Parmesan Grated [8oz]</w:t>
            </w:r>
          </w:p>
        </w:tc>
        <w:tc>
          <w:tcPr>
            <w:tcW w:w="630" w:type="dxa"/>
            <w:tcMar>
              <w:top w:w="28" w:type="dxa"/>
              <w:left w:w="38" w:type="dxa"/>
              <w:bottom w:w="28" w:type="dxa"/>
              <w:right w:w="38" w:type="dxa"/>
            </w:tcMar>
            <w:vAlign w:val="center"/>
          </w:tcPr>
          <w:p w14:paraId="1F481630" w14:textId="77777777" w:rsidR="00D60D5E" w:rsidRDefault="00891EF0">
            <w:pPr>
              <w:spacing w:after="0" w:line="240" w:lineRule="auto"/>
              <w:jc w:val="center"/>
            </w:pPr>
            <w:r>
              <w:rPr>
                <w:rFonts w:eastAsia="Aptos"/>
                <w:b/>
                <w:sz w:val="17"/>
              </w:rPr>
              <w:t>8.75</w:t>
            </w:r>
          </w:p>
        </w:tc>
        <w:tc>
          <w:tcPr>
            <w:tcW w:w="540" w:type="dxa"/>
            <w:tcMar>
              <w:top w:w="28" w:type="dxa"/>
              <w:left w:w="38" w:type="dxa"/>
              <w:bottom w:w="28" w:type="dxa"/>
              <w:right w:w="38" w:type="dxa"/>
            </w:tcMar>
            <w:vAlign w:val="center"/>
          </w:tcPr>
          <w:p w14:paraId="2B87FD9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184EA4" w14:textId="77777777" w:rsidR="00D60D5E" w:rsidRDefault="00D60D5E">
            <w:pPr>
              <w:jc w:val="center"/>
            </w:pPr>
          </w:p>
        </w:tc>
      </w:tr>
      <w:tr w:rsidR="00D60D5E" w14:paraId="13CBC9D2" w14:textId="77777777" w:rsidTr="000617E0">
        <w:trPr>
          <w:cantSplit/>
          <w:jc w:val="center"/>
        </w:trPr>
        <w:tc>
          <w:tcPr>
            <w:tcW w:w="677" w:type="dxa"/>
            <w:tcMar>
              <w:top w:w="28" w:type="dxa"/>
              <w:left w:w="38" w:type="dxa"/>
              <w:bottom w:w="28" w:type="dxa"/>
              <w:right w:w="38" w:type="dxa"/>
            </w:tcMar>
            <w:vAlign w:val="center"/>
          </w:tcPr>
          <w:p w14:paraId="6E19025A" w14:textId="77777777" w:rsidR="00D60D5E" w:rsidRDefault="00891EF0">
            <w:pPr>
              <w:spacing w:after="0" w:line="240" w:lineRule="auto"/>
              <w:jc w:val="center"/>
            </w:pPr>
            <w:r>
              <w:rPr>
                <w:rFonts w:eastAsia="Aptos"/>
                <w:color w:val="6A7075"/>
                <w:sz w:val="17"/>
              </w:rPr>
              <w:t>135-340</w:t>
            </w:r>
          </w:p>
        </w:tc>
        <w:tc>
          <w:tcPr>
            <w:tcW w:w="2648" w:type="dxa"/>
            <w:tcMar>
              <w:top w:w="28" w:type="dxa"/>
              <w:left w:w="38" w:type="dxa"/>
              <w:bottom w:w="28" w:type="dxa"/>
              <w:right w:w="38" w:type="dxa"/>
            </w:tcMar>
            <w:vAlign w:val="center"/>
          </w:tcPr>
          <w:p w14:paraId="507C3519" w14:textId="77777777" w:rsidR="00D60D5E" w:rsidRDefault="00891EF0">
            <w:pPr>
              <w:spacing w:after="0" w:line="240" w:lineRule="auto"/>
            </w:pPr>
            <w:r>
              <w:rPr>
                <w:rFonts w:eastAsia="Aptos"/>
                <w:sz w:val="17"/>
              </w:rPr>
              <w:t>Romano Shredded 5oz</w:t>
            </w:r>
          </w:p>
        </w:tc>
        <w:tc>
          <w:tcPr>
            <w:tcW w:w="630" w:type="dxa"/>
            <w:tcMar>
              <w:top w:w="28" w:type="dxa"/>
              <w:left w:w="38" w:type="dxa"/>
              <w:bottom w:w="28" w:type="dxa"/>
              <w:right w:w="38" w:type="dxa"/>
            </w:tcMar>
            <w:vAlign w:val="center"/>
          </w:tcPr>
          <w:p w14:paraId="480DEA68" w14:textId="77777777" w:rsidR="00D60D5E" w:rsidRDefault="00891EF0">
            <w:pPr>
              <w:spacing w:after="0" w:line="240" w:lineRule="auto"/>
              <w:jc w:val="center"/>
            </w:pPr>
            <w:r>
              <w:rPr>
                <w:rFonts w:eastAsia="Aptos"/>
                <w:b/>
                <w:sz w:val="17"/>
              </w:rPr>
              <w:t>4.39</w:t>
            </w:r>
          </w:p>
        </w:tc>
        <w:tc>
          <w:tcPr>
            <w:tcW w:w="540" w:type="dxa"/>
            <w:tcMar>
              <w:top w:w="28" w:type="dxa"/>
              <w:left w:w="38" w:type="dxa"/>
              <w:bottom w:w="28" w:type="dxa"/>
              <w:right w:w="38" w:type="dxa"/>
            </w:tcMar>
            <w:vAlign w:val="center"/>
          </w:tcPr>
          <w:p w14:paraId="58E667F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2EE31F" w14:textId="77777777" w:rsidR="00D60D5E" w:rsidRDefault="00D60D5E">
            <w:pPr>
              <w:jc w:val="center"/>
            </w:pPr>
          </w:p>
        </w:tc>
      </w:tr>
      <w:tr w:rsidR="00D60D5E" w14:paraId="4306A3AE" w14:textId="77777777" w:rsidTr="000617E0">
        <w:trPr>
          <w:cantSplit/>
          <w:jc w:val="center"/>
        </w:trPr>
        <w:tc>
          <w:tcPr>
            <w:tcW w:w="677" w:type="dxa"/>
            <w:tcMar>
              <w:top w:w="28" w:type="dxa"/>
              <w:left w:w="38" w:type="dxa"/>
              <w:bottom w:w="28" w:type="dxa"/>
              <w:right w:w="38" w:type="dxa"/>
            </w:tcMar>
            <w:vAlign w:val="center"/>
          </w:tcPr>
          <w:p w14:paraId="0C0A418D" w14:textId="77777777" w:rsidR="00D60D5E" w:rsidRDefault="00891EF0">
            <w:pPr>
              <w:spacing w:after="0" w:line="240" w:lineRule="auto"/>
              <w:jc w:val="center"/>
            </w:pPr>
            <w:r>
              <w:rPr>
                <w:rFonts w:eastAsia="Aptos"/>
                <w:color w:val="6A7075"/>
                <w:sz w:val="17"/>
              </w:rPr>
              <w:t>135-345</w:t>
            </w:r>
          </w:p>
        </w:tc>
        <w:tc>
          <w:tcPr>
            <w:tcW w:w="2648" w:type="dxa"/>
            <w:tcMar>
              <w:top w:w="28" w:type="dxa"/>
              <w:left w:w="38" w:type="dxa"/>
              <w:bottom w:w="28" w:type="dxa"/>
              <w:right w:w="38" w:type="dxa"/>
            </w:tcMar>
            <w:vAlign w:val="center"/>
          </w:tcPr>
          <w:p w14:paraId="008183E9" w14:textId="77777777" w:rsidR="00D60D5E" w:rsidRDefault="00891EF0">
            <w:pPr>
              <w:spacing w:after="0" w:line="240" w:lineRule="auto"/>
            </w:pPr>
            <w:r>
              <w:rPr>
                <w:rFonts w:eastAsia="Aptos"/>
                <w:sz w:val="17"/>
              </w:rPr>
              <w:t>Romano Grated 8oz</w:t>
            </w:r>
          </w:p>
        </w:tc>
        <w:tc>
          <w:tcPr>
            <w:tcW w:w="630" w:type="dxa"/>
            <w:tcMar>
              <w:top w:w="28" w:type="dxa"/>
              <w:left w:w="38" w:type="dxa"/>
              <w:bottom w:w="28" w:type="dxa"/>
              <w:right w:w="38" w:type="dxa"/>
            </w:tcMar>
            <w:vAlign w:val="center"/>
          </w:tcPr>
          <w:p w14:paraId="03AE3247" w14:textId="77777777" w:rsidR="00D60D5E" w:rsidRDefault="00891EF0">
            <w:pPr>
              <w:spacing w:after="0" w:line="240" w:lineRule="auto"/>
              <w:jc w:val="center"/>
            </w:pPr>
            <w:r>
              <w:rPr>
                <w:rFonts w:eastAsia="Aptos"/>
                <w:b/>
                <w:sz w:val="17"/>
              </w:rPr>
              <w:t>10.89</w:t>
            </w:r>
          </w:p>
        </w:tc>
        <w:tc>
          <w:tcPr>
            <w:tcW w:w="540" w:type="dxa"/>
            <w:tcMar>
              <w:top w:w="28" w:type="dxa"/>
              <w:left w:w="38" w:type="dxa"/>
              <w:bottom w:w="28" w:type="dxa"/>
              <w:right w:w="38" w:type="dxa"/>
            </w:tcMar>
            <w:vAlign w:val="center"/>
          </w:tcPr>
          <w:p w14:paraId="4CCB7CD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8178DE" w14:textId="77777777" w:rsidR="00D60D5E" w:rsidRDefault="00D60D5E">
            <w:pPr>
              <w:jc w:val="center"/>
            </w:pPr>
          </w:p>
        </w:tc>
      </w:tr>
      <w:tr w:rsidR="00D60D5E" w14:paraId="6FF763D4" w14:textId="77777777" w:rsidTr="000617E0">
        <w:trPr>
          <w:cantSplit/>
          <w:jc w:val="center"/>
        </w:trPr>
        <w:tc>
          <w:tcPr>
            <w:tcW w:w="677" w:type="dxa"/>
            <w:tcMar>
              <w:top w:w="28" w:type="dxa"/>
              <w:left w:w="38" w:type="dxa"/>
              <w:bottom w:w="28" w:type="dxa"/>
              <w:right w:w="38" w:type="dxa"/>
            </w:tcMar>
            <w:vAlign w:val="center"/>
          </w:tcPr>
          <w:p w14:paraId="70C22B8A" w14:textId="77777777" w:rsidR="00D60D5E" w:rsidRDefault="00891EF0">
            <w:pPr>
              <w:spacing w:after="0" w:line="240" w:lineRule="auto"/>
              <w:jc w:val="center"/>
            </w:pPr>
            <w:r>
              <w:rPr>
                <w:rFonts w:eastAsia="Aptos"/>
                <w:color w:val="6A7075"/>
                <w:sz w:val="17"/>
              </w:rPr>
              <w:t>135-350</w:t>
            </w:r>
          </w:p>
        </w:tc>
        <w:tc>
          <w:tcPr>
            <w:tcW w:w="2648" w:type="dxa"/>
            <w:tcMar>
              <w:top w:w="28" w:type="dxa"/>
              <w:left w:w="38" w:type="dxa"/>
              <w:bottom w:w="28" w:type="dxa"/>
              <w:right w:w="38" w:type="dxa"/>
            </w:tcMar>
            <w:vAlign w:val="center"/>
          </w:tcPr>
          <w:p w14:paraId="640D4B76" w14:textId="77777777" w:rsidR="00D60D5E" w:rsidRDefault="00891EF0">
            <w:pPr>
              <w:spacing w:after="0" w:line="240" w:lineRule="auto"/>
            </w:pPr>
            <w:r>
              <w:rPr>
                <w:rFonts w:eastAsia="Aptos"/>
                <w:sz w:val="17"/>
              </w:rPr>
              <w:t>Swiss Sliced 8oz</w:t>
            </w:r>
          </w:p>
        </w:tc>
        <w:tc>
          <w:tcPr>
            <w:tcW w:w="630" w:type="dxa"/>
            <w:tcMar>
              <w:top w:w="28" w:type="dxa"/>
              <w:left w:w="38" w:type="dxa"/>
              <w:bottom w:w="28" w:type="dxa"/>
              <w:right w:w="38" w:type="dxa"/>
            </w:tcMar>
            <w:vAlign w:val="center"/>
          </w:tcPr>
          <w:p w14:paraId="6D14D14B"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52AE2BD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D5ED23" w14:textId="77777777" w:rsidR="00D60D5E" w:rsidRDefault="00D60D5E">
            <w:pPr>
              <w:jc w:val="center"/>
            </w:pPr>
          </w:p>
        </w:tc>
      </w:tr>
      <w:tr w:rsidR="00D60D5E" w14:paraId="2C09C227" w14:textId="77777777" w:rsidTr="000617E0">
        <w:trPr>
          <w:cantSplit/>
          <w:jc w:val="center"/>
        </w:trPr>
        <w:tc>
          <w:tcPr>
            <w:tcW w:w="677" w:type="dxa"/>
            <w:tcMar>
              <w:top w:w="28" w:type="dxa"/>
              <w:left w:w="38" w:type="dxa"/>
              <w:bottom w:w="28" w:type="dxa"/>
              <w:right w:w="38" w:type="dxa"/>
            </w:tcMar>
            <w:vAlign w:val="center"/>
          </w:tcPr>
          <w:p w14:paraId="00BDAFA2" w14:textId="77777777" w:rsidR="00D60D5E" w:rsidRDefault="00891EF0">
            <w:pPr>
              <w:spacing w:after="0" w:line="240" w:lineRule="auto"/>
              <w:jc w:val="center"/>
            </w:pPr>
            <w:r>
              <w:rPr>
                <w:rFonts w:eastAsia="Aptos"/>
                <w:color w:val="6A7075"/>
                <w:sz w:val="17"/>
              </w:rPr>
              <w:t>135-355</w:t>
            </w:r>
          </w:p>
        </w:tc>
        <w:tc>
          <w:tcPr>
            <w:tcW w:w="2648" w:type="dxa"/>
            <w:tcMar>
              <w:top w:w="28" w:type="dxa"/>
              <w:left w:w="38" w:type="dxa"/>
              <w:bottom w:w="28" w:type="dxa"/>
              <w:right w:w="38" w:type="dxa"/>
            </w:tcMar>
            <w:vAlign w:val="center"/>
          </w:tcPr>
          <w:p w14:paraId="080797D2" w14:textId="77777777" w:rsidR="00D60D5E" w:rsidRDefault="00891EF0">
            <w:pPr>
              <w:spacing w:after="0" w:line="240" w:lineRule="auto"/>
            </w:pPr>
            <w:r>
              <w:rPr>
                <w:rFonts w:eastAsia="Aptos"/>
                <w:sz w:val="17"/>
              </w:rPr>
              <w:t>Swiss Shredded 8oz</w:t>
            </w:r>
          </w:p>
        </w:tc>
        <w:tc>
          <w:tcPr>
            <w:tcW w:w="630" w:type="dxa"/>
            <w:tcMar>
              <w:top w:w="28" w:type="dxa"/>
              <w:left w:w="38" w:type="dxa"/>
              <w:bottom w:w="28" w:type="dxa"/>
              <w:right w:w="38" w:type="dxa"/>
            </w:tcMar>
            <w:vAlign w:val="center"/>
          </w:tcPr>
          <w:p w14:paraId="26580F16" w14:textId="77777777" w:rsidR="00D60D5E" w:rsidRDefault="00891EF0">
            <w:pPr>
              <w:spacing w:after="0" w:line="240" w:lineRule="auto"/>
              <w:jc w:val="center"/>
            </w:pPr>
            <w:r>
              <w:rPr>
                <w:rFonts w:eastAsia="Aptos"/>
                <w:b/>
                <w:sz w:val="17"/>
              </w:rPr>
              <w:t>5.80</w:t>
            </w:r>
          </w:p>
        </w:tc>
        <w:tc>
          <w:tcPr>
            <w:tcW w:w="540" w:type="dxa"/>
            <w:tcMar>
              <w:top w:w="28" w:type="dxa"/>
              <w:left w:w="38" w:type="dxa"/>
              <w:bottom w:w="28" w:type="dxa"/>
              <w:right w:w="38" w:type="dxa"/>
            </w:tcMar>
            <w:vAlign w:val="center"/>
          </w:tcPr>
          <w:p w14:paraId="1B477C0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06DB6C7" w14:textId="77777777" w:rsidR="00D60D5E" w:rsidRDefault="00D60D5E">
            <w:pPr>
              <w:jc w:val="center"/>
            </w:pPr>
          </w:p>
        </w:tc>
      </w:tr>
      <w:tr w:rsidR="00D60D5E" w14:paraId="1D68402C" w14:textId="77777777" w:rsidTr="000617E0">
        <w:trPr>
          <w:cantSplit/>
          <w:jc w:val="center"/>
        </w:trPr>
        <w:tc>
          <w:tcPr>
            <w:tcW w:w="677" w:type="dxa"/>
            <w:tcMar>
              <w:top w:w="28" w:type="dxa"/>
              <w:left w:w="38" w:type="dxa"/>
              <w:bottom w:w="28" w:type="dxa"/>
              <w:right w:w="38" w:type="dxa"/>
            </w:tcMar>
            <w:vAlign w:val="center"/>
          </w:tcPr>
          <w:p w14:paraId="0D6A29CD" w14:textId="77777777" w:rsidR="00D60D5E" w:rsidRDefault="00891EF0">
            <w:pPr>
              <w:spacing w:after="0" w:line="240" w:lineRule="auto"/>
              <w:jc w:val="center"/>
            </w:pPr>
            <w:r>
              <w:rPr>
                <w:rFonts w:eastAsia="Aptos"/>
                <w:color w:val="6A7075"/>
                <w:sz w:val="17"/>
              </w:rPr>
              <w:t>135-360</w:t>
            </w:r>
          </w:p>
        </w:tc>
        <w:tc>
          <w:tcPr>
            <w:tcW w:w="2648" w:type="dxa"/>
            <w:tcMar>
              <w:top w:w="28" w:type="dxa"/>
              <w:left w:w="38" w:type="dxa"/>
              <w:bottom w:w="28" w:type="dxa"/>
              <w:right w:w="38" w:type="dxa"/>
            </w:tcMar>
            <w:vAlign w:val="center"/>
          </w:tcPr>
          <w:p w14:paraId="3CD24E37" w14:textId="77777777" w:rsidR="00D60D5E" w:rsidRDefault="00891EF0">
            <w:pPr>
              <w:spacing w:after="0" w:line="240" w:lineRule="auto"/>
            </w:pPr>
            <w:r>
              <w:rPr>
                <w:rFonts w:eastAsia="Aptos"/>
                <w:sz w:val="17"/>
              </w:rPr>
              <w:t>Mozzarella String Cheese 8 oz</w:t>
            </w:r>
          </w:p>
        </w:tc>
        <w:tc>
          <w:tcPr>
            <w:tcW w:w="630" w:type="dxa"/>
            <w:tcMar>
              <w:top w:w="28" w:type="dxa"/>
              <w:left w:w="38" w:type="dxa"/>
              <w:bottom w:w="28" w:type="dxa"/>
              <w:right w:w="38" w:type="dxa"/>
            </w:tcMar>
            <w:vAlign w:val="center"/>
          </w:tcPr>
          <w:p w14:paraId="6B0F60AB" w14:textId="77777777" w:rsidR="00D60D5E" w:rsidRDefault="00891EF0">
            <w:pPr>
              <w:spacing w:after="0" w:line="240" w:lineRule="auto"/>
              <w:jc w:val="center"/>
            </w:pPr>
            <w:r>
              <w:rPr>
                <w:rFonts w:eastAsia="Aptos"/>
                <w:b/>
                <w:sz w:val="17"/>
              </w:rPr>
              <w:t>8.69</w:t>
            </w:r>
          </w:p>
        </w:tc>
        <w:tc>
          <w:tcPr>
            <w:tcW w:w="540" w:type="dxa"/>
            <w:tcMar>
              <w:top w:w="28" w:type="dxa"/>
              <w:left w:w="38" w:type="dxa"/>
              <w:bottom w:w="28" w:type="dxa"/>
              <w:right w:w="38" w:type="dxa"/>
            </w:tcMar>
            <w:vAlign w:val="center"/>
          </w:tcPr>
          <w:p w14:paraId="47FC699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6CC903" w14:textId="77777777" w:rsidR="00D60D5E" w:rsidRDefault="00D60D5E">
            <w:pPr>
              <w:jc w:val="center"/>
            </w:pPr>
          </w:p>
        </w:tc>
      </w:tr>
      <w:tr w:rsidR="00D60D5E" w14:paraId="140483F6" w14:textId="77777777" w:rsidTr="000617E0">
        <w:trPr>
          <w:cantSplit/>
          <w:jc w:val="center"/>
        </w:trPr>
        <w:tc>
          <w:tcPr>
            <w:tcW w:w="677" w:type="dxa"/>
            <w:tcMar>
              <w:top w:w="28" w:type="dxa"/>
              <w:left w:w="38" w:type="dxa"/>
              <w:bottom w:w="28" w:type="dxa"/>
              <w:right w:w="38" w:type="dxa"/>
            </w:tcMar>
            <w:vAlign w:val="center"/>
          </w:tcPr>
          <w:p w14:paraId="4372A7C8" w14:textId="77777777" w:rsidR="00D60D5E" w:rsidRDefault="00891EF0">
            <w:pPr>
              <w:spacing w:after="0" w:line="240" w:lineRule="auto"/>
              <w:jc w:val="center"/>
            </w:pPr>
            <w:r>
              <w:rPr>
                <w:rFonts w:eastAsia="Aptos"/>
                <w:color w:val="6A7075"/>
                <w:sz w:val="17"/>
              </w:rPr>
              <w:t>135-365</w:t>
            </w:r>
          </w:p>
        </w:tc>
        <w:tc>
          <w:tcPr>
            <w:tcW w:w="2648" w:type="dxa"/>
            <w:tcMar>
              <w:top w:w="28" w:type="dxa"/>
              <w:left w:w="38" w:type="dxa"/>
              <w:bottom w:w="28" w:type="dxa"/>
              <w:right w:w="38" w:type="dxa"/>
            </w:tcMar>
            <w:vAlign w:val="center"/>
          </w:tcPr>
          <w:p w14:paraId="209B8EA8" w14:textId="77777777" w:rsidR="00D60D5E" w:rsidRDefault="00891EF0">
            <w:pPr>
              <w:spacing w:after="0" w:line="240" w:lineRule="auto"/>
            </w:pPr>
            <w:r>
              <w:rPr>
                <w:rFonts w:eastAsia="Aptos"/>
                <w:sz w:val="17"/>
              </w:rPr>
              <w:t>Havarti Cheese Slices 6oz</w:t>
            </w:r>
          </w:p>
        </w:tc>
        <w:tc>
          <w:tcPr>
            <w:tcW w:w="630" w:type="dxa"/>
            <w:tcMar>
              <w:top w:w="28" w:type="dxa"/>
              <w:left w:w="38" w:type="dxa"/>
              <w:bottom w:w="28" w:type="dxa"/>
              <w:right w:w="38" w:type="dxa"/>
            </w:tcMar>
            <w:vAlign w:val="center"/>
          </w:tcPr>
          <w:p w14:paraId="0ABC8532" w14:textId="77777777" w:rsidR="00D60D5E" w:rsidRDefault="00891EF0">
            <w:pPr>
              <w:spacing w:after="0" w:line="240" w:lineRule="auto"/>
              <w:jc w:val="center"/>
            </w:pPr>
            <w:r>
              <w:rPr>
                <w:rFonts w:eastAsia="Aptos"/>
                <w:b/>
                <w:sz w:val="17"/>
              </w:rPr>
              <w:t>5.85</w:t>
            </w:r>
          </w:p>
        </w:tc>
        <w:tc>
          <w:tcPr>
            <w:tcW w:w="540" w:type="dxa"/>
            <w:tcMar>
              <w:top w:w="28" w:type="dxa"/>
              <w:left w:w="38" w:type="dxa"/>
              <w:bottom w:w="28" w:type="dxa"/>
              <w:right w:w="38" w:type="dxa"/>
            </w:tcMar>
            <w:vAlign w:val="center"/>
          </w:tcPr>
          <w:p w14:paraId="7D4E918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32A584" w14:textId="77777777" w:rsidR="00D60D5E" w:rsidRDefault="00D60D5E">
            <w:pPr>
              <w:jc w:val="center"/>
            </w:pPr>
          </w:p>
        </w:tc>
      </w:tr>
      <w:tr w:rsidR="00D60D5E" w14:paraId="2CF4AF7D" w14:textId="77777777" w:rsidTr="000617E0">
        <w:trPr>
          <w:cantSplit/>
          <w:jc w:val="center"/>
        </w:trPr>
        <w:tc>
          <w:tcPr>
            <w:tcW w:w="677" w:type="dxa"/>
            <w:shd w:val="clear" w:color="auto" w:fill="D9EAF7"/>
            <w:tcMar>
              <w:top w:w="28" w:type="dxa"/>
              <w:left w:w="38" w:type="dxa"/>
              <w:bottom w:w="28" w:type="dxa"/>
              <w:right w:w="38" w:type="dxa"/>
            </w:tcMar>
            <w:vAlign w:val="center"/>
          </w:tcPr>
          <w:p w14:paraId="0C472107" w14:textId="77777777" w:rsidR="00D60D5E" w:rsidRDefault="00891EF0">
            <w:pPr>
              <w:spacing w:after="0" w:line="240" w:lineRule="auto"/>
              <w:jc w:val="center"/>
            </w:pPr>
            <w:r>
              <w:rPr>
                <w:rFonts w:eastAsia="Aptos"/>
                <w:b/>
                <w:color w:val="76A943"/>
                <w:sz w:val="18"/>
              </w:rPr>
              <w:t>140-</w:t>
            </w:r>
          </w:p>
        </w:tc>
        <w:tc>
          <w:tcPr>
            <w:tcW w:w="2648" w:type="dxa"/>
            <w:shd w:val="clear" w:color="auto" w:fill="D9EAF7"/>
            <w:tcMar>
              <w:top w:w="28" w:type="dxa"/>
              <w:left w:w="38" w:type="dxa"/>
              <w:bottom w:w="28" w:type="dxa"/>
              <w:right w:w="38" w:type="dxa"/>
            </w:tcMar>
            <w:vAlign w:val="center"/>
          </w:tcPr>
          <w:p w14:paraId="1FCAC6E9" w14:textId="77777777" w:rsidR="00D60D5E" w:rsidRDefault="00891EF0">
            <w:pPr>
              <w:spacing w:after="0" w:line="240" w:lineRule="auto"/>
            </w:pPr>
            <w:r>
              <w:rPr>
                <w:rFonts w:eastAsia="Aptos"/>
                <w:b/>
                <w:color w:val="76A943"/>
                <w:sz w:val="18"/>
              </w:rPr>
              <w:t>MEATS (PACKAGED)</w:t>
            </w:r>
          </w:p>
        </w:tc>
        <w:tc>
          <w:tcPr>
            <w:tcW w:w="630" w:type="dxa"/>
            <w:shd w:val="clear" w:color="auto" w:fill="D9EAF7"/>
            <w:tcMar>
              <w:top w:w="28" w:type="dxa"/>
              <w:left w:w="38" w:type="dxa"/>
              <w:bottom w:w="28" w:type="dxa"/>
              <w:right w:w="38" w:type="dxa"/>
            </w:tcMar>
            <w:vAlign w:val="center"/>
          </w:tcPr>
          <w:p w14:paraId="413DA96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7599405D"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3472F77" w14:textId="77777777" w:rsidR="00D60D5E" w:rsidRDefault="00D60D5E">
            <w:pPr>
              <w:jc w:val="center"/>
            </w:pPr>
          </w:p>
        </w:tc>
      </w:tr>
      <w:tr w:rsidR="00D60D5E" w14:paraId="5CA875B2" w14:textId="77777777" w:rsidTr="000617E0">
        <w:trPr>
          <w:cantSplit/>
          <w:jc w:val="center"/>
        </w:trPr>
        <w:tc>
          <w:tcPr>
            <w:tcW w:w="677" w:type="dxa"/>
            <w:tcMar>
              <w:top w:w="28" w:type="dxa"/>
              <w:left w:w="38" w:type="dxa"/>
              <w:bottom w:w="28" w:type="dxa"/>
              <w:right w:w="38" w:type="dxa"/>
            </w:tcMar>
            <w:vAlign w:val="center"/>
          </w:tcPr>
          <w:p w14:paraId="41FD1E49" w14:textId="77777777" w:rsidR="00D60D5E" w:rsidRDefault="00891EF0">
            <w:pPr>
              <w:spacing w:after="0" w:line="240" w:lineRule="auto"/>
              <w:jc w:val="center"/>
            </w:pPr>
            <w:r>
              <w:rPr>
                <w:rFonts w:eastAsia="Aptos"/>
                <w:color w:val="6A7075"/>
                <w:sz w:val="17"/>
              </w:rPr>
              <w:t>140-105</w:t>
            </w:r>
          </w:p>
        </w:tc>
        <w:tc>
          <w:tcPr>
            <w:tcW w:w="2648" w:type="dxa"/>
            <w:tcMar>
              <w:top w:w="28" w:type="dxa"/>
              <w:left w:w="38" w:type="dxa"/>
              <w:bottom w:w="28" w:type="dxa"/>
              <w:right w:w="38" w:type="dxa"/>
            </w:tcMar>
            <w:vAlign w:val="center"/>
          </w:tcPr>
          <w:p w14:paraId="267FA220" w14:textId="77777777" w:rsidR="00D60D5E" w:rsidRDefault="00891EF0">
            <w:pPr>
              <w:spacing w:after="0" w:line="240" w:lineRule="auto"/>
            </w:pPr>
            <w:r>
              <w:rPr>
                <w:rFonts w:eastAsia="Aptos"/>
                <w:sz w:val="17"/>
              </w:rPr>
              <w:t>Hard Salami 4 oz</w:t>
            </w:r>
          </w:p>
        </w:tc>
        <w:tc>
          <w:tcPr>
            <w:tcW w:w="630" w:type="dxa"/>
            <w:tcMar>
              <w:top w:w="28" w:type="dxa"/>
              <w:left w:w="38" w:type="dxa"/>
              <w:bottom w:w="28" w:type="dxa"/>
              <w:right w:w="38" w:type="dxa"/>
            </w:tcMar>
            <w:vAlign w:val="center"/>
          </w:tcPr>
          <w:p w14:paraId="097B63AB" w14:textId="77777777" w:rsidR="00D60D5E" w:rsidRDefault="00891EF0">
            <w:pPr>
              <w:spacing w:after="0" w:line="240" w:lineRule="auto"/>
              <w:jc w:val="center"/>
            </w:pPr>
            <w:r>
              <w:rPr>
                <w:rFonts w:eastAsia="Aptos"/>
                <w:b/>
                <w:sz w:val="17"/>
              </w:rPr>
              <w:t>5.90</w:t>
            </w:r>
          </w:p>
        </w:tc>
        <w:tc>
          <w:tcPr>
            <w:tcW w:w="540" w:type="dxa"/>
            <w:tcMar>
              <w:top w:w="28" w:type="dxa"/>
              <w:left w:w="38" w:type="dxa"/>
              <w:bottom w:w="28" w:type="dxa"/>
              <w:right w:w="38" w:type="dxa"/>
            </w:tcMar>
            <w:vAlign w:val="center"/>
          </w:tcPr>
          <w:p w14:paraId="5DAB59E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A406E0" w14:textId="77777777" w:rsidR="00D60D5E" w:rsidRDefault="00D60D5E">
            <w:pPr>
              <w:jc w:val="center"/>
            </w:pPr>
          </w:p>
        </w:tc>
      </w:tr>
      <w:tr w:rsidR="00D60D5E" w14:paraId="3DEDE568" w14:textId="77777777" w:rsidTr="000617E0">
        <w:trPr>
          <w:cantSplit/>
          <w:jc w:val="center"/>
        </w:trPr>
        <w:tc>
          <w:tcPr>
            <w:tcW w:w="677" w:type="dxa"/>
            <w:tcMar>
              <w:top w:w="28" w:type="dxa"/>
              <w:left w:w="38" w:type="dxa"/>
              <w:bottom w:w="28" w:type="dxa"/>
              <w:right w:w="38" w:type="dxa"/>
            </w:tcMar>
            <w:vAlign w:val="center"/>
          </w:tcPr>
          <w:p w14:paraId="45B821F4" w14:textId="77777777" w:rsidR="00D60D5E" w:rsidRDefault="00891EF0">
            <w:pPr>
              <w:spacing w:after="0" w:line="240" w:lineRule="auto"/>
              <w:jc w:val="center"/>
            </w:pPr>
            <w:r>
              <w:rPr>
                <w:rFonts w:eastAsia="Aptos"/>
                <w:color w:val="6A7075"/>
                <w:sz w:val="17"/>
              </w:rPr>
              <w:t>140-110</w:t>
            </w:r>
          </w:p>
        </w:tc>
        <w:tc>
          <w:tcPr>
            <w:tcW w:w="2648" w:type="dxa"/>
            <w:tcMar>
              <w:top w:w="28" w:type="dxa"/>
              <w:left w:w="38" w:type="dxa"/>
              <w:bottom w:w="28" w:type="dxa"/>
              <w:right w:w="38" w:type="dxa"/>
            </w:tcMar>
            <w:vAlign w:val="center"/>
          </w:tcPr>
          <w:p w14:paraId="43FB63E2" w14:textId="77777777" w:rsidR="00D60D5E" w:rsidRDefault="00891EF0">
            <w:pPr>
              <w:spacing w:after="0" w:line="240" w:lineRule="auto"/>
            </w:pPr>
            <w:r>
              <w:rPr>
                <w:rFonts w:eastAsia="Aptos"/>
                <w:sz w:val="17"/>
              </w:rPr>
              <w:t>Genoa Salami w/Wine 4 oz</w:t>
            </w:r>
          </w:p>
        </w:tc>
        <w:tc>
          <w:tcPr>
            <w:tcW w:w="630" w:type="dxa"/>
            <w:tcMar>
              <w:top w:w="28" w:type="dxa"/>
              <w:left w:w="38" w:type="dxa"/>
              <w:bottom w:w="28" w:type="dxa"/>
              <w:right w:w="38" w:type="dxa"/>
            </w:tcMar>
            <w:vAlign w:val="center"/>
          </w:tcPr>
          <w:p w14:paraId="1E33B191" w14:textId="77777777" w:rsidR="00D60D5E" w:rsidRDefault="00891EF0">
            <w:pPr>
              <w:spacing w:after="0" w:line="240" w:lineRule="auto"/>
              <w:jc w:val="center"/>
            </w:pPr>
            <w:r>
              <w:rPr>
                <w:rFonts w:eastAsia="Aptos"/>
                <w:b/>
                <w:sz w:val="17"/>
              </w:rPr>
              <w:t>5.95</w:t>
            </w:r>
          </w:p>
        </w:tc>
        <w:tc>
          <w:tcPr>
            <w:tcW w:w="540" w:type="dxa"/>
            <w:tcMar>
              <w:top w:w="28" w:type="dxa"/>
              <w:left w:w="38" w:type="dxa"/>
              <w:bottom w:w="28" w:type="dxa"/>
              <w:right w:w="38" w:type="dxa"/>
            </w:tcMar>
            <w:vAlign w:val="center"/>
          </w:tcPr>
          <w:p w14:paraId="402FC0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004F46" w14:textId="77777777" w:rsidR="00D60D5E" w:rsidRDefault="00D60D5E">
            <w:pPr>
              <w:jc w:val="center"/>
            </w:pPr>
          </w:p>
        </w:tc>
      </w:tr>
      <w:tr w:rsidR="00D60D5E" w14:paraId="59441345" w14:textId="77777777" w:rsidTr="000617E0">
        <w:trPr>
          <w:cantSplit/>
          <w:jc w:val="center"/>
        </w:trPr>
        <w:tc>
          <w:tcPr>
            <w:tcW w:w="677" w:type="dxa"/>
            <w:tcMar>
              <w:top w:w="28" w:type="dxa"/>
              <w:left w:w="38" w:type="dxa"/>
              <w:bottom w:w="28" w:type="dxa"/>
              <w:right w:w="38" w:type="dxa"/>
            </w:tcMar>
            <w:vAlign w:val="center"/>
          </w:tcPr>
          <w:p w14:paraId="6A868A5E" w14:textId="77777777" w:rsidR="00D60D5E" w:rsidRDefault="00891EF0">
            <w:pPr>
              <w:spacing w:after="0" w:line="240" w:lineRule="auto"/>
              <w:jc w:val="center"/>
            </w:pPr>
            <w:r>
              <w:rPr>
                <w:rFonts w:eastAsia="Aptos"/>
                <w:color w:val="6A7075"/>
                <w:sz w:val="17"/>
              </w:rPr>
              <w:t>140-115</w:t>
            </w:r>
          </w:p>
        </w:tc>
        <w:tc>
          <w:tcPr>
            <w:tcW w:w="2648" w:type="dxa"/>
            <w:tcMar>
              <w:top w:w="28" w:type="dxa"/>
              <w:left w:w="38" w:type="dxa"/>
              <w:bottom w:w="28" w:type="dxa"/>
              <w:right w:w="38" w:type="dxa"/>
            </w:tcMar>
            <w:vAlign w:val="center"/>
          </w:tcPr>
          <w:p w14:paraId="467722D9" w14:textId="77777777" w:rsidR="00D60D5E" w:rsidRDefault="00891EF0">
            <w:pPr>
              <w:spacing w:after="0" w:line="240" w:lineRule="auto"/>
            </w:pPr>
            <w:r>
              <w:rPr>
                <w:rFonts w:eastAsia="Aptos"/>
                <w:sz w:val="17"/>
              </w:rPr>
              <w:t>Dry Salami Black 8 oz</w:t>
            </w:r>
          </w:p>
        </w:tc>
        <w:tc>
          <w:tcPr>
            <w:tcW w:w="630" w:type="dxa"/>
            <w:tcMar>
              <w:top w:w="28" w:type="dxa"/>
              <w:left w:w="38" w:type="dxa"/>
              <w:bottom w:w="28" w:type="dxa"/>
              <w:right w:w="38" w:type="dxa"/>
            </w:tcMar>
            <w:vAlign w:val="center"/>
          </w:tcPr>
          <w:p w14:paraId="6380AB7B" w14:textId="77777777" w:rsidR="00D60D5E" w:rsidRDefault="00891EF0">
            <w:pPr>
              <w:spacing w:after="0" w:line="240" w:lineRule="auto"/>
              <w:jc w:val="center"/>
            </w:pPr>
            <w:r>
              <w:rPr>
                <w:rFonts w:eastAsia="Aptos"/>
                <w:b/>
                <w:sz w:val="17"/>
              </w:rPr>
              <w:t>11.20</w:t>
            </w:r>
          </w:p>
        </w:tc>
        <w:tc>
          <w:tcPr>
            <w:tcW w:w="540" w:type="dxa"/>
            <w:tcMar>
              <w:top w:w="28" w:type="dxa"/>
              <w:left w:w="38" w:type="dxa"/>
              <w:bottom w:w="28" w:type="dxa"/>
              <w:right w:w="38" w:type="dxa"/>
            </w:tcMar>
            <w:vAlign w:val="center"/>
          </w:tcPr>
          <w:p w14:paraId="5A3F86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27BB2A" w14:textId="77777777" w:rsidR="00D60D5E" w:rsidRDefault="00D60D5E">
            <w:pPr>
              <w:jc w:val="center"/>
            </w:pPr>
          </w:p>
        </w:tc>
      </w:tr>
      <w:tr w:rsidR="00D60D5E" w14:paraId="352C76E1" w14:textId="77777777" w:rsidTr="000617E0">
        <w:trPr>
          <w:cantSplit/>
          <w:jc w:val="center"/>
        </w:trPr>
        <w:tc>
          <w:tcPr>
            <w:tcW w:w="677" w:type="dxa"/>
            <w:tcMar>
              <w:top w:w="28" w:type="dxa"/>
              <w:left w:w="38" w:type="dxa"/>
              <w:bottom w:w="28" w:type="dxa"/>
              <w:right w:w="38" w:type="dxa"/>
            </w:tcMar>
            <w:vAlign w:val="center"/>
          </w:tcPr>
          <w:p w14:paraId="23A4362E" w14:textId="77777777" w:rsidR="00D60D5E" w:rsidRDefault="00891EF0">
            <w:pPr>
              <w:spacing w:after="0" w:line="240" w:lineRule="auto"/>
              <w:jc w:val="center"/>
            </w:pPr>
            <w:r>
              <w:rPr>
                <w:rFonts w:eastAsia="Aptos"/>
                <w:color w:val="6A7075"/>
                <w:sz w:val="17"/>
              </w:rPr>
              <w:t>140-120</w:t>
            </w:r>
          </w:p>
        </w:tc>
        <w:tc>
          <w:tcPr>
            <w:tcW w:w="2648" w:type="dxa"/>
            <w:tcMar>
              <w:top w:w="28" w:type="dxa"/>
              <w:left w:w="38" w:type="dxa"/>
              <w:bottom w:w="28" w:type="dxa"/>
              <w:right w:w="38" w:type="dxa"/>
            </w:tcMar>
            <w:vAlign w:val="center"/>
          </w:tcPr>
          <w:p w14:paraId="6DBF3CB4" w14:textId="77777777" w:rsidR="00D60D5E" w:rsidRDefault="00891EF0">
            <w:pPr>
              <w:spacing w:after="0" w:line="240" w:lineRule="auto"/>
            </w:pPr>
            <w:r>
              <w:rPr>
                <w:rFonts w:eastAsia="Aptos"/>
                <w:sz w:val="17"/>
              </w:rPr>
              <w:t>Herb Dry Salami 8 oz</w:t>
            </w:r>
          </w:p>
        </w:tc>
        <w:tc>
          <w:tcPr>
            <w:tcW w:w="630" w:type="dxa"/>
            <w:tcMar>
              <w:top w:w="28" w:type="dxa"/>
              <w:left w:w="38" w:type="dxa"/>
              <w:bottom w:w="28" w:type="dxa"/>
              <w:right w:w="38" w:type="dxa"/>
            </w:tcMar>
            <w:vAlign w:val="center"/>
          </w:tcPr>
          <w:p w14:paraId="5C88B5DB" w14:textId="77777777" w:rsidR="00D60D5E" w:rsidRDefault="00891EF0">
            <w:pPr>
              <w:spacing w:after="0" w:line="240" w:lineRule="auto"/>
              <w:jc w:val="center"/>
            </w:pPr>
            <w:r>
              <w:rPr>
                <w:rFonts w:eastAsia="Aptos"/>
                <w:b/>
                <w:sz w:val="17"/>
              </w:rPr>
              <w:t>11.59</w:t>
            </w:r>
          </w:p>
        </w:tc>
        <w:tc>
          <w:tcPr>
            <w:tcW w:w="540" w:type="dxa"/>
            <w:tcMar>
              <w:top w:w="28" w:type="dxa"/>
              <w:left w:w="38" w:type="dxa"/>
              <w:bottom w:w="28" w:type="dxa"/>
              <w:right w:w="38" w:type="dxa"/>
            </w:tcMar>
            <w:vAlign w:val="center"/>
          </w:tcPr>
          <w:p w14:paraId="03B585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C0EC0C" w14:textId="77777777" w:rsidR="00D60D5E" w:rsidRDefault="00D60D5E">
            <w:pPr>
              <w:jc w:val="center"/>
            </w:pPr>
          </w:p>
        </w:tc>
      </w:tr>
      <w:tr w:rsidR="00D60D5E" w14:paraId="498DC5CF" w14:textId="77777777" w:rsidTr="000617E0">
        <w:trPr>
          <w:cantSplit/>
          <w:jc w:val="center"/>
        </w:trPr>
        <w:tc>
          <w:tcPr>
            <w:tcW w:w="677" w:type="dxa"/>
            <w:tcMar>
              <w:top w:w="28" w:type="dxa"/>
              <w:left w:w="38" w:type="dxa"/>
              <w:bottom w:w="28" w:type="dxa"/>
              <w:right w:w="38" w:type="dxa"/>
            </w:tcMar>
            <w:vAlign w:val="center"/>
          </w:tcPr>
          <w:p w14:paraId="05D96C82" w14:textId="77777777" w:rsidR="00D60D5E" w:rsidRDefault="00891EF0">
            <w:pPr>
              <w:spacing w:after="0" w:line="240" w:lineRule="auto"/>
              <w:jc w:val="center"/>
            </w:pPr>
            <w:r>
              <w:rPr>
                <w:rFonts w:eastAsia="Aptos"/>
                <w:color w:val="6A7075"/>
                <w:sz w:val="17"/>
              </w:rPr>
              <w:t>140-125</w:t>
            </w:r>
          </w:p>
        </w:tc>
        <w:tc>
          <w:tcPr>
            <w:tcW w:w="2648" w:type="dxa"/>
            <w:tcMar>
              <w:top w:w="28" w:type="dxa"/>
              <w:left w:w="38" w:type="dxa"/>
              <w:bottom w:w="28" w:type="dxa"/>
              <w:right w:w="38" w:type="dxa"/>
            </w:tcMar>
            <w:vAlign w:val="center"/>
          </w:tcPr>
          <w:p w14:paraId="012477BE" w14:textId="77777777" w:rsidR="00D60D5E" w:rsidRDefault="00891EF0">
            <w:pPr>
              <w:spacing w:after="0" w:line="240" w:lineRule="auto"/>
            </w:pPr>
            <w:r>
              <w:rPr>
                <w:rFonts w:eastAsia="Aptos"/>
                <w:sz w:val="17"/>
              </w:rPr>
              <w:t>Ham Smoked 6oz</w:t>
            </w:r>
          </w:p>
        </w:tc>
        <w:tc>
          <w:tcPr>
            <w:tcW w:w="630" w:type="dxa"/>
            <w:tcMar>
              <w:top w:w="28" w:type="dxa"/>
              <w:left w:w="38" w:type="dxa"/>
              <w:bottom w:w="28" w:type="dxa"/>
              <w:right w:w="38" w:type="dxa"/>
            </w:tcMar>
            <w:vAlign w:val="center"/>
          </w:tcPr>
          <w:p w14:paraId="6F12768F" w14:textId="77777777" w:rsidR="00D60D5E" w:rsidRDefault="00891EF0">
            <w:pPr>
              <w:spacing w:after="0" w:line="240" w:lineRule="auto"/>
              <w:jc w:val="center"/>
            </w:pPr>
            <w:r>
              <w:rPr>
                <w:rFonts w:eastAsia="Aptos"/>
                <w:b/>
                <w:sz w:val="17"/>
              </w:rPr>
              <w:t>5.45</w:t>
            </w:r>
          </w:p>
        </w:tc>
        <w:tc>
          <w:tcPr>
            <w:tcW w:w="540" w:type="dxa"/>
            <w:tcMar>
              <w:top w:w="28" w:type="dxa"/>
              <w:left w:w="38" w:type="dxa"/>
              <w:bottom w:w="28" w:type="dxa"/>
              <w:right w:w="38" w:type="dxa"/>
            </w:tcMar>
            <w:vAlign w:val="center"/>
          </w:tcPr>
          <w:p w14:paraId="325B312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7A8002" w14:textId="77777777" w:rsidR="00D60D5E" w:rsidRDefault="00D60D5E">
            <w:pPr>
              <w:jc w:val="center"/>
            </w:pPr>
          </w:p>
        </w:tc>
      </w:tr>
      <w:tr w:rsidR="00D60D5E" w14:paraId="04201CD1" w14:textId="77777777" w:rsidTr="000617E0">
        <w:trPr>
          <w:cantSplit/>
          <w:jc w:val="center"/>
        </w:trPr>
        <w:tc>
          <w:tcPr>
            <w:tcW w:w="677" w:type="dxa"/>
            <w:tcMar>
              <w:top w:w="28" w:type="dxa"/>
              <w:left w:w="38" w:type="dxa"/>
              <w:bottom w:w="28" w:type="dxa"/>
              <w:right w:w="38" w:type="dxa"/>
            </w:tcMar>
            <w:vAlign w:val="center"/>
          </w:tcPr>
          <w:p w14:paraId="5EEA846B" w14:textId="77777777" w:rsidR="00D60D5E" w:rsidRDefault="00891EF0">
            <w:pPr>
              <w:spacing w:after="0" w:line="240" w:lineRule="auto"/>
              <w:jc w:val="center"/>
            </w:pPr>
            <w:r>
              <w:rPr>
                <w:rFonts w:eastAsia="Aptos"/>
                <w:color w:val="6A7075"/>
                <w:sz w:val="17"/>
              </w:rPr>
              <w:t>140-130</w:t>
            </w:r>
          </w:p>
        </w:tc>
        <w:tc>
          <w:tcPr>
            <w:tcW w:w="2648" w:type="dxa"/>
            <w:tcMar>
              <w:top w:w="28" w:type="dxa"/>
              <w:left w:w="38" w:type="dxa"/>
              <w:bottom w:w="28" w:type="dxa"/>
              <w:right w:w="38" w:type="dxa"/>
            </w:tcMar>
            <w:vAlign w:val="center"/>
          </w:tcPr>
          <w:p w14:paraId="65E6DE20" w14:textId="77777777" w:rsidR="00D60D5E" w:rsidRDefault="00891EF0">
            <w:pPr>
              <w:spacing w:after="0" w:line="240" w:lineRule="auto"/>
            </w:pPr>
            <w:r>
              <w:rPr>
                <w:rFonts w:eastAsia="Aptos"/>
                <w:sz w:val="17"/>
              </w:rPr>
              <w:t>Ham Chopped 8oz</w:t>
            </w:r>
          </w:p>
        </w:tc>
        <w:tc>
          <w:tcPr>
            <w:tcW w:w="630" w:type="dxa"/>
            <w:tcMar>
              <w:top w:w="28" w:type="dxa"/>
              <w:left w:w="38" w:type="dxa"/>
              <w:bottom w:w="28" w:type="dxa"/>
              <w:right w:w="38" w:type="dxa"/>
            </w:tcMar>
            <w:vAlign w:val="center"/>
          </w:tcPr>
          <w:p w14:paraId="64E468FC"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299C72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F2A13A" w14:textId="77777777" w:rsidR="00D60D5E" w:rsidRDefault="00D60D5E">
            <w:pPr>
              <w:jc w:val="center"/>
            </w:pPr>
          </w:p>
        </w:tc>
      </w:tr>
      <w:tr w:rsidR="00D60D5E" w14:paraId="15D80EFC" w14:textId="77777777" w:rsidTr="000617E0">
        <w:trPr>
          <w:cantSplit/>
          <w:jc w:val="center"/>
        </w:trPr>
        <w:tc>
          <w:tcPr>
            <w:tcW w:w="677" w:type="dxa"/>
            <w:tcMar>
              <w:top w:w="28" w:type="dxa"/>
              <w:left w:w="38" w:type="dxa"/>
              <w:bottom w:w="28" w:type="dxa"/>
              <w:right w:w="38" w:type="dxa"/>
            </w:tcMar>
            <w:vAlign w:val="center"/>
          </w:tcPr>
          <w:p w14:paraId="5EFE4362" w14:textId="77777777" w:rsidR="00D60D5E" w:rsidRDefault="00891EF0">
            <w:pPr>
              <w:spacing w:after="0" w:line="240" w:lineRule="auto"/>
              <w:jc w:val="center"/>
            </w:pPr>
            <w:r>
              <w:rPr>
                <w:rFonts w:eastAsia="Aptos"/>
                <w:color w:val="6A7075"/>
                <w:sz w:val="17"/>
              </w:rPr>
              <w:t>140-135</w:t>
            </w:r>
          </w:p>
        </w:tc>
        <w:tc>
          <w:tcPr>
            <w:tcW w:w="2648" w:type="dxa"/>
            <w:tcMar>
              <w:top w:w="28" w:type="dxa"/>
              <w:left w:w="38" w:type="dxa"/>
              <w:bottom w:w="28" w:type="dxa"/>
              <w:right w:w="38" w:type="dxa"/>
            </w:tcMar>
            <w:vAlign w:val="center"/>
          </w:tcPr>
          <w:p w14:paraId="5B6BEF0D" w14:textId="77777777" w:rsidR="00D60D5E" w:rsidRDefault="00891EF0">
            <w:pPr>
              <w:spacing w:after="0" w:line="240" w:lineRule="auto"/>
            </w:pPr>
            <w:r>
              <w:rPr>
                <w:rFonts w:eastAsia="Aptos"/>
                <w:sz w:val="17"/>
              </w:rPr>
              <w:t>Turkey Ham 16oz</w:t>
            </w:r>
          </w:p>
        </w:tc>
        <w:tc>
          <w:tcPr>
            <w:tcW w:w="630" w:type="dxa"/>
            <w:tcMar>
              <w:top w:w="28" w:type="dxa"/>
              <w:left w:w="38" w:type="dxa"/>
              <w:bottom w:w="28" w:type="dxa"/>
              <w:right w:w="38" w:type="dxa"/>
            </w:tcMar>
            <w:vAlign w:val="center"/>
          </w:tcPr>
          <w:p w14:paraId="56BEA781" w14:textId="77777777" w:rsidR="00D60D5E" w:rsidRDefault="00891EF0">
            <w:pPr>
              <w:spacing w:after="0" w:line="240" w:lineRule="auto"/>
              <w:jc w:val="center"/>
            </w:pPr>
            <w:r>
              <w:rPr>
                <w:rFonts w:eastAsia="Aptos"/>
                <w:b/>
                <w:sz w:val="17"/>
              </w:rPr>
              <w:t>6.45</w:t>
            </w:r>
          </w:p>
        </w:tc>
        <w:tc>
          <w:tcPr>
            <w:tcW w:w="540" w:type="dxa"/>
            <w:tcMar>
              <w:top w:w="28" w:type="dxa"/>
              <w:left w:w="38" w:type="dxa"/>
              <w:bottom w:w="28" w:type="dxa"/>
              <w:right w:w="38" w:type="dxa"/>
            </w:tcMar>
            <w:vAlign w:val="center"/>
          </w:tcPr>
          <w:p w14:paraId="6B2CDB4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E4FD59" w14:textId="77777777" w:rsidR="00D60D5E" w:rsidRDefault="00D60D5E">
            <w:pPr>
              <w:jc w:val="center"/>
            </w:pPr>
          </w:p>
        </w:tc>
      </w:tr>
      <w:tr w:rsidR="00D60D5E" w14:paraId="2337288A" w14:textId="77777777" w:rsidTr="000617E0">
        <w:trPr>
          <w:cantSplit/>
          <w:jc w:val="center"/>
        </w:trPr>
        <w:tc>
          <w:tcPr>
            <w:tcW w:w="677" w:type="dxa"/>
            <w:tcMar>
              <w:top w:w="28" w:type="dxa"/>
              <w:left w:w="38" w:type="dxa"/>
              <w:bottom w:w="28" w:type="dxa"/>
              <w:right w:w="38" w:type="dxa"/>
            </w:tcMar>
            <w:vAlign w:val="center"/>
          </w:tcPr>
          <w:p w14:paraId="1CC3903F" w14:textId="77777777" w:rsidR="00D60D5E" w:rsidRDefault="00891EF0">
            <w:pPr>
              <w:spacing w:after="0" w:line="240" w:lineRule="auto"/>
              <w:jc w:val="center"/>
            </w:pPr>
            <w:r>
              <w:rPr>
                <w:rFonts w:eastAsia="Aptos"/>
                <w:color w:val="6A7075"/>
                <w:sz w:val="17"/>
              </w:rPr>
              <w:t>140-140</w:t>
            </w:r>
          </w:p>
        </w:tc>
        <w:tc>
          <w:tcPr>
            <w:tcW w:w="2648" w:type="dxa"/>
            <w:tcMar>
              <w:top w:w="28" w:type="dxa"/>
              <w:left w:w="38" w:type="dxa"/>
              <w:bottom w:w="28" w:type="dxa"/>
              <w:right w:w="38" w:type="dxa"/>
            </w:tcMar>
            <w:vAlign w:val="center"/>
          </w:tcPr>
          <w:p w14:paraId="15818B4B" w14:textId="77777777" w:rsidR="00D60D5E" w:rsidRDefault="00891EF0">
            <w:pPr>
              <w:spacing w:after="0" w:line="240" w:lineRule="auto"/>
            </w:pPr>
            <w:r>
              <w:rPr>
                <w:rFonts w:eastAsia="Aptos"/>
                <w:sz w:val="17"/>
              </w:rPr>
              <w:t>Cotto Salami 8oz Beef</w:t>
            </w:r>
          </w:p>
        </w:tc>
        <w:tc>
          <w:tcPr>
            <w:tcW w:w="630" w:type="dxa"/>
            <w:tcMar>
              <w:top w:w="28" w:type="dxa"/>
              <w:left w:w="38" w:type="dxa"/>
              <w:bottom w:w="28" w:type="dxa"/>
              <w:right w:w="38" w:type="dxa"/>
            </w:tcMar>
            <w:vAlign w:val="center"/>
          </w:tcPr>
          <w:p w14:paraId="25C97DE3" w14:textId="77777777" w:rsidR="00D60D5E" w:rsidRDefault="00891EF0">
            <w:pPr>
              <w:spacing w:after="0" w:line="240" w:lineRule="auto"/>
              <w:jc w:val="center"/>
            </w:pPr>
            <w:r>
              <w:rPr>
                <w:rFonts w:eastAsia="Aptos"/>
                <w:b/>
                <w:sz w:val="17"/>
              </w:rPr>
              <w:t>8.78</w:t>
            </w:r>
          </w:p>
        </w:tc>
        <w:tc>
          <w:tcPr>
            <w:tcW w:w="540" w:type="dxa"/>
            <w:tcMar>
              <w:top w:w="28" w:type="dxa"/>
              <w:left w:w="38" w:type="dxa"/>
              <w:bottom w:w="28" w:type="dxa"/>
              <w:right w:w="38" w:type="dxa"/>
            </w:tcMar>
            <w:vAlign w:val="center"/>
          </w:tcPr>
          <w:p w14:paraId="3DEF257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7C0777" w14:textId="77777777" w:rsidR="00D60D5E" w:rsidRDefault="00D60D5E">
            <w:pPr>
              <w:jc w:val="center"/>
            </w:pPr>
          </w:p>
        </w:tc>
      </w:tr>
      <w:tr w:rsidR="00D60D5E" w14:paraId="7DC8AFDB" w14:textId="77777777" w:rsidTr="000617E0">
        <w:trPr>
          <w:cantSplit/>
          <w:jc w:val="center"/>
        </w:trPr>
        <w:tc>
          <w:tcPr>
            <w:tcW w:w="677" w:type="dxa"/>
            <w:tcMar>
              <w:top w:w="28" w:type="dxa"/>
              <w:left w:w="38" w:type="dxa"/>
              <w:bottom w:w="28" w:type="dxa"/>
              <w:right w:w="38" w:type="dxa"/>
            </w:tcMar>
            <w:vAlign w:val="center"/>
          </w:tcPr>
          <w:p w14:paraId="161AF47A" w14:textId="77777777" w:rsidR="00D60D5E" w:rsidRDefault="00891EF0">
            <w:pPr>
              <w:spacing w:after="0" w:line="240" w:lineRule="auto"/>
              <w:jc w:val="center"/>
            </w:pPr>
            <w:r>
              <w:rPr>
                <w:rFonts w:eastAsia="Aptos"/>
                <w:color w:val="6A7075"/>
                <w:sz w:val="17"/>
              </w:rPr>
              <w:t>140-145</w:t>
            </w:r>
          </w:p>
        </w:tc>
        <w:tc>
          <w:tcPr>
            <w:tcW w:w="2648" w:type="dxa"/>
            <w:tcMar>
              <w:top w:w="28" w:type="dxa"/>
              <w:left w:w="38" w:type="dxa"/>
              <w:bottom w:w="28" w:type="dxa"/>
              <w:right w:w="38" w:type="dxa"/>
            </w:tcMar>
            <w:vAlign w:val="center"/>
          </w:tcPr>
          <w:p w14:paraId="2321A498" w14:textId="77777777" w:rsidR="00D60D5E" w:rsidRDefault="00891EF0">
            <w:pPr>
              <w:spacing w:after="0" w:line="240" w:lineRule="auto"/>
            </w:pPr>
            <w:r>
              <w:rPr>
                <w:rFonts w:eastAsia="Aptos"/>
                <w:sz w:val="17"/>
              </w:rPr>
              <w:t>Turkey Salami 16oz</w:t>
            </w:r>
          </w:p>
        </w:tc>
        <w:tc>
          <w:tcPr>
            <w:tcW w:w="630" w:type="dxa"/>
            <w:tcMar>
              <w:top w:w="28" w:type="dxa"/>
              <w:left w:w="38" w:type="dxa"/>
              <w:bottom w:w="28" w:type="dxa"/>
              <w:right w:w="38" w:type="dxa"/>
            </w:tcMar>
            <w:vAlign w:val="center"/>
          </w:tcPr>
          <w:p w14:paraId="5CB41E81" w14:textId="77777777" w:rsidR="00D60D5E" w:rsidRDefault="00891EF0">
            <w:pPr>
              <w:spacing w:after="0" w:line="240" w:lineRule="auto"/>
              <w:jc w:val="center"/>
            </w:pPr>
            <w:r>
              <w:rPr>
                <w:rFonts w:eastAsia="Aptos"/>
                <w:b/>
                <w:sz w:val="17"/>
              </w:rPr>
              <w:t>7.95</w:t>
            </w:r>
          </w:p>
        </w:tc>
        <w:tc>
          <w:tcPr>
            <w:tcW w:w="540" w:type="dxa"/>
            <w:tcMar>
              <w:top w:w="28" w:type="dxa"/>
              <w:left w:w="38" w:type="dxa"/>
              <w:bottom w:w="28" w:type="dxa"/>
              <w:right w:w="38" w:type="dxa"/>
            </w:tcMar>
            <w:vAlign w:val="center"/>
          </w:tcPr>
          <w:p w14:paraId="050319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E4C78F" w14:textId="77777777" w:rsidR="00D60D5E" w:rsidRDefault="00D60D5E">
            <w:pPr>
              <w:jc w:val="center"/>
            </w:pPr>
          </w:p>
        </w:tc>
      </w:tr>
      <w:tr w:rsidR="00D60D5E" w14:paraId="3F574883" w14:textId="77777777" w:rsidTr="000617E0">
        <w:trPr>
          <w:cantSplit/>
          <w:jc w:val="center"/>
        </w:trPr>
        <w:tc>
          <w:tcPr>
            <w:tcW w:w="677" w:type="dxa"/>
            <w:tcMar>
              <w:top w:w="28" w:type="dxa"/>
              <w:left w:w="38" w:type="dxa"/>
              <w:bottom w:w="28" w:type="dxa"/>
              <w:right w:w="38" w:type="dxa"/>
            </w:tcMar>
            <w:vAlign w:val="center"/>
          </w:tcPr>
          <w:p w14:paraId="170F6EE1" w14:textId="77777777" w:rsidR="00D60D5E" w:rsidRDefault="00891EF0">
            <w:pPr>
              <w:spacing w:after="0" w:line="240" w:lineRule="auto"/>
              <w:jc w:val="center"/>
            </w:pPr>
            <w:r>
              <w:rPr>
                <w:rFonts w:eastAsia="Aptos"/>
                <w:color w:val="6A7075"/>
                <w:sz w:val="17"/>
              </w:rPr>
              <w:t>140-150</w:t>
            </w:r>
          </w:p>
        </w:tc>
        <w:tc>
          <w:tcPr>
            <w:tcW w:w="2648" w:type="dxa"/>
            <w:tcMar>
              <w:top w:w="28" w:type="dxa"/>
              <w:left w:w="38" w:type="dxa"/>
              <w:bottom w:w="28" w:type="dxa"/>
              <w:right w:w="38" w:type="dxa"/>
            </w:tcMar>
            <w:vAlign w:val="center"/>
          </w:tcPr>
          <w:p w14:paraId="461D6D34" w14:textId="77777777" w:rsidR="00D60D5E" w:rsidRDefault="00891EF0">
            <w:pPr>
              <w:spacing w:after="0" w:line="240" w:lineRule="auto"/>
            </w:pPr>
            <w:r>
              <w:rPr>
                <w:rFonts w:eastAsia="Aptos"/>
                <w:sz w:val="17"/>
              </w:rPr>
              <w:t>Bologna 8oz</w:t>
            </w:r>
          </w:p>
        </w:tc>
        <w:tc>
          <w:tcPr>
            <w:tcW w:w="630" w:type="dxa"/>
            <w:tcMar>
              <w:top w:w="28" w:type="dxa"/>
              <w:left w:w="38" w:type="dxa"/>
              <w:bottom w:w="28" w:type="dxa"/>
              <w:right w:w="38" w:type="dxa"/>
            </w:tcMar>
            <w:vAlign w:val="center"/>
          </w:tcPr>
          <w:p w14:paraId="71F337F5"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1AB6AA9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BA3A31" w14:textId="77777777" w:rsidR="00D60D5E" w:rsidRDefault="00D60D5E">
            <w:pPr>
              <w:jc w:val="center"/>
            </w:pPr>
          </w:p>
        </w:tc>
      </w:tr>
      <w:tr w:rsidR="00D60D5E" w14:paraId="56C6AD4D" w14:textId="77777777" w:rsidTr="000617E0">
        <w:trPr>
          <w:cantSplit/>
          <w:jc w:val="center"/>
        </w:trPr>
        <w:tc>
          <w:tcPr>
            <w:tcW w:w="677" w:type="dxa"/>
            <w:tcMar>
              <w:top w:w="28" w:type="dxa"/>
              <w:left w:w="38" w:type="dxa"/>
              <w:bottom w:w="28" w:type="dxa"/>
              <w:right w:w="38" w:type="dxa"/>
            </w:tcMar>
            <w:vAlign w:val="center"/>
          </w:tcPr>
          <w:p w14:paraId="128593D9" w14:textId="77777777" w:rsidR="00D60D5E" w:rsidRDefault="00891EF0">
            <w:pPr>
              <w:spacing w:after="0" w:line="240" w:lineRule="auto"/>
              <w:jc w:val="center"/>
            </w:pPr>
            <w:r>
              <w:rPr>
                <w:rFonts w:eastAsia="Aptos"/>
                <w:color w:val="6A7075"/>
                <w:sz w:val="17"/>
              </w:rPr>
              <w:t>140-155</w:t>
            </w:r>
          </w:p>
        </w:tc>
        <w:tc>
          <w:tcPr>
            <w:tcW w:w="2648" w:type="dxa"/>
            <w:tcMar>
              <w:top w:w="28" w:type="dxa"/>
              <w:left w:w="38" w:type="dxa"/>
              <w:bottom w:w="28" w:type="dxa"/>
              <w:right w:w="38" w:type="dxa"/>
            </w:tcMar>
            <w:vAlign w:val="center"/>
          </w:tcPr>
          <w:p w14:paraId="29859F89" w14:textId="77777777" w:rsidR="00D60D5E" w:rsidRDefault="00891EF0">
            <w:pPr>
              <w:spacing w:after="0" w:line="240" w:lineRule="auto"/>
            </w:pPr>
            <w:r>
              <w:rPr>
                <w:rFonts w:eastAsia="Aptos"/>
                <w:sz w:val="17"/>
              </w:rPr>
              <w:t>Beef Bologna 16oz</w:t>
            </w:r>
          </w:p>
        </w:tc>
        <w:tc>
          <w:tcPr>
            <w:tcW w:w="630" w:type="dxa"/>
            <w:tcMar>
              <w:top w:w="28" w:type="dxa"/>
              <w:left w:w="38" w:type="dxa"/>
              <w:bottom w:w="28" w:type="dxa"/>
              <w:right w:w="38" w:type="dxa"/>
            </w:tcMar>
            <w:vAlign w:val="center"/>
          </w:tcPr>
          <w:p w14:paraId="06460AFD" w14:textId="77777777" w:rsidR="00D60D5E" w:rsidRDefault="00891EF0">
            <w:pPr>
              <w:spacing w:after="0" w:line="240" w:lineRule="auto"/>
              <w:jc w:val="center"/>
            </w:pPr>
            <w:r>
              <w:rPr>
                <w:rFonts w:eastAsia="Aptos"/>
                <w:b/>
                <w:sz w:val="17"/>
              </w:rPr>
              <w:t>12.65</w:t>
            </w:r>
          </w:p>
        </w:tc>
        <w:tc>
          <w:tcPr>
            <w:tcW w:w="540" w:type="dxa"/>
            <w:tcMar>
              <w:top w:w="28" w:type="dxa"/>
              <w:left w:w="38" w:type="dxa"/>
              <w:bottom w:w="28" w:type="dxa"/>
              <w:right w:w="38" w:type="dxa"/>
            </w:tcMar>
            <w:vAlign w:val="center"/>
          </w:tcPr>
          <w:p w14:paraId="4820329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4100C1" w14:textId="77777777" w:rsidR="00D60D5E" w:rsidRDefault="00D60D5E">
            <w:pPr>
              <w:jc w:val="center"/>
            </w:pPr>
          </w:p>
        </w:tc>
      </w:tr>
      <w:tr w:rsidR="00D60D5E" w14:paraId="2E721426" w14:textId="77777777" w:rsidTr="000617E0">
        <w:trPr>
          <w:cantSplit/>
          <w:jc w:val="center"/>
        </w:trPr>
        <w:tc>
          <w:tcPr>
            <w:tcW w:w="677" w:type="dxa"/>
            <w:tcMar>
              <w:top w:w="28" w:type="dxa"/>
              <w:left w:w="38" w:type="dxa"/>
              <w:bottom w:w="28" w:type="dxa"/>
              <w:right w:w="38" w:type="dxa"/>
            </w:tcMar>
            <w:vAlign w:val="center"/>
          </w:tcPr>
          <w:p w14:paraId="1EF33DDD" w14:textId="77777777" w:rsidR="00D60D5E" w:rsidRDefault="00891EF0">
            <w:pPr>
              <w:spacing w:after="0" w:line="240" w:lineRule="auto"/>
              <w:jc w:val="center"/>
            </w:pPr>
            <w:r>
              <w:rPr>
                <w:rFonts w:eastAsia="Aptos"/>
                <w:color w:val="6A7075"/>
                <w:sz w:val="17"/>
              </w:rPr>
              <w:t>140-160</w:t>
            </w:r>
          </w:p>
        </w:tc>
        <w:tc>
          <w:tcPr>
            <w:tcW w:w="2648" w:type="dxa"/>
            <w:tcMar>
              <w:top w:w="28" w:type="dxa"/>
              <w:left w:w="38" w:type="dxa"/>
              <w:bottom w:w="28" w:type="dxa"/>
              <w:right w:w="38" w:type="dxa"/>
            </w:tcMar>
            <w:vAlign w:val="center"/>
          </w:tcPr>
          <w:p w14:paraId="7499076C" w14:textId="77777777" w:rsidR="00D60D5E" w:rsidRDefault="00891EF0">
            <w:pPr>
              <w:spacing w:after="0" w:line="240" w:lineRule="auto"/>
            </w:pPr>
            <w:r>
              <w:rPr>
                <w:rFonts w:eastAsia="Aptos"/>
                <w:sz w:val="17"/>
              </w:rPr>
              <w:t>Honey Smoked Turkey 16oz</w:t>
            </w:r>
          </w:p>
        </w:tc>
        <w:tc>
          <w:tcPr>
            <w:tcW w:w="630" w:type="dxa"/>
            <w:tcMar>
              <w:top w:w="28" w:type="dxa"/>
              <w:left w:w="38" w:type="dxa"/>
              <w:bottom w:w="28" w:type="dxa"/>
              <w:right w:w="38" w:type="dxa"/>
            </w:tcMar>
            <w:vAlign w:val="center"/>
          </w:tcPr>
          <w:p w14:paraId="2DBEA6A8" w14:textId="77777777" w:rsidR="00D60D5E" w:rsidRDefault="00891EF0">
            <w:pPr>
              <w:spacing w:after="0" w:line="240" w:lineRule="auto"/>
              <w:jc w:val="center"/>
            </w:pPr>
            <w:r>
              <w:rPr>
                <w:rFonts w:eastAsia="Aptos"/>
                <w:b/>
                <w:sz w:val="17"/>
              </w:rPr>
              <w:t>14.85</w:t>
            </w:r>
          </w:p>
        </w:tc>
        <w:tc>
          <w:tcPr>
            <w:tcW w:w="540" w:type="dxa"/>
            <w:tcMar>
              <w:top w:w="28" w:type="dxa"/>
              <w:left w:w="38" w:type="dxa"/>
              <w:bottom w:w="28" w:type="dxa"/>
              <w:right w:w="38" w:type="dxa"/>
            </w:tcMar>
            <w:vAlign w:val="center"/>
          </w:tcPr>
          <w:p w14:paraId="060C4E9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2F4B8D" w14:textId="77777777" w:rsidR="00D60D5E" w:rsidRDefault="00D60D5E">
            <w:pPr>
              <w:jc w:val="center"/>
            </w:pPr>
          </w:p>
        </w:tc>
      </w:tr>
      <w:tr w:rsidR="00D60D5E" w14:paraId="2773E5A8" w14:textId="77777777" w:rsidTr="000617E0">
        <w:trPr>
          <w:cantSplit/>
          <w:jc w:val="center"/>
        </w:trPr>
        <w:tc>
          <w:tcPr>
            <w:tcW w:w="677" w:type="dxa"/>
            <w:tcMar>
              <w:top w:w="28" w:type="dxa"/>
              <w:left w:w="38" w:type="dxa"/>
              <w:bottom w:w="28" w:type="dxa"/>
              <w:right w:w="38" w:type="dxa"/>
            </w:tcMar>
            <w:vAlign w:val="center"/>
          </w:tcPr>
          <w:p w14:paraId="697BCAEC" w14:textId="77777777" w:rsidR="00D60D5E" w:rsidRDefault="00891EF0">
            <w:pPr>
              <w:spacing w:after="0" w:line="240" w:lineRule="auto"/>
              <w:jc w:val="center"/>
            </w:pPr>
            <w:r>
              <w:rPr>
                <w:rFonts w:eastAsia="Aptos"/>
                <w:color w:val="6A7075"/>
                <w:sz w:val="17"/>
              </w:rPr>
              <w:t>140-163</w:t>
            </w:r>
          </w:p>
        </w:tc>
        <w:tc>
          <w:tcPr>
            <w:tcW w:w="2648" w:type="dxa"/>
            <w:tcMar>
              <w:top w:w="28" w:type="dxa"/>
              <w:left w:w="38" w:type="dxa"/>
              <w:bottom w:w="28" w:type="dxa"/>
              <w:right w:w="38" w:type="dxa"/>
            </w:tcMar>
            <w:vAlign w:val="center"/>
          </w:tcPr>
          <w:p w14:paraId="4D24A6C3" w14:textId="77777777" w:rsidR="00D60D5E" w:rsidRDefault="00891EF0">
            <w:pPr>
              <w:spacing w:after="0" w:line="240" w:lineRule="auto"/>
            </w:pPr>
            <w:r>
              <w:rPr>
                <w:rFonts w:eastAsia="Aptos"/>
                <w:sz w:val="17"/>
              </w:rPr>
              <w:t>Oven roasted Turkey Breast 9oz</w:t>
            </w:r>
          </w:p>
        </w:tc>
        <w:tc>
          <w:tcPr>
            <w:tcW w:w="630" w:type="dxa"/>
            <w:tcMar>
              <w:top w:w="28" w:type="dxa"/>
              <w:left w:w="38" w:type="dxa"/>
              <w:bottom w:w="28" w:type="dxa"/>
              <w:right w:w="38" w:type="dxa"/>
            </w:tcMar>
            <w:vAlign w:val="center"/>
          </w:tcPr>
          <w:p w14:paraId="121E5751" w14:textId="77777777" w:rsidR="00D60D5E" w:rsidRDefault="00891EF0">
            <w:pPr>
              <w:spacing w:after="0" w:line="240" w:lineRule="auto"/>
              <w:jc w:val="center"/>
            </w:pPr>
            <w:r>
              <w:rPr>
                <w:rFonts w:eastAsia="Aptos"/>
                <w:b/>
                <w:sz w:val="17"/>
              </w:rPr>
              <w:t>9.65</w:t>
            </w:r>
          </w:p>
        </w:tc>
        <w:tc>
          <w:tcPr>
            <w:tcW w:w="540" w:type="dxa"/>
            <w:tcMar>
              <w:top w:w="28" w:type="dxa"/>
              <w:left w:w="38" w:type="dxa"/>
              <w:bottom w:w="28" w:type="dxa"/>
              <w:right w:w="38" w:type="dxa"/>
            </w:tcMar>
            <w:vAlign w:val="center"/>
          </w:tcPr>
          <w:p w14:paraId="310875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7F3729" w14:textId="77777777" w:rsidR="00D60D5E" w:rsidRDefault="00D60D5E">
            <w:pPr>
              <w:jc w:val="center"/>
            </w:pPr>
          </w:p>
        </w:tc>
      </w:tr>
      <w:tr w:rsidR="00D60D5E" w14:paraId="76020235" w14:textId="77777777" w:rsidTr="000617E0">
        <w:trPr>
          <w:cantSplit/>
          <w:jc w:val="center"/>
        </w:trPr>
        <w:tc>
          <w:tcPr>
            <w:tcW w:w="677" w:type="dxa"/>
            <w:tcMar>
              <w:top w:w="28" w:type="dxa"/>
              <w:left w:w="38" w:type="dxa"/>
              <w:bottom w:w="28" w:type="dxa"/>
              <w:right w:w="38" w:type="dxa"/>
            </w:tcMar>
            <w:vAlign w:val="center"/>
          </w:tcPr>
          <w:p w14:paraId="243E15A1" w14:textId="77777777" w:rsidR="00D60D5E" w:rsidRDefault="00891EF0">
            <w:pPr>
              <w:spacing w:after="0" w:line="240" w:lineRule="auto"/>
              <w:jc w:val="center"/>
            </w:pPr>
            <w:r>
              <w:rPr>
                <w:rFonts w:eastAsia="Aptos"/>
                <w:color w:val="6A7075"/>
                <w:sz w:val="17"/>
              </w:rPr>
              <w:t>140-165</w:t>
            </w:r>
          </w:p>
        </w:tc>
        <w:tc>
          <w:tcPr>
            <w:tcW w:w="2648" w:type="dxa"/>
            <w:tcMar>
              <w:top w:w="28" w:type="dxa"/>
              <w:left w:w="38" w:type="dxa"/>
              <w:bottom w:w="28" w:type="dxa"/>
              <w:right w:w="38" w:type="dxa"/>
            </w:tcMar>
            <w:vAlign w:val="center"/>
          </w:tcPr>
          <w:p w14:paraId="7CD092C8" w14:textId="77777777" w:rsidR="00D60D5E" w:rsidRDefault="00891EF0">
            <w:pPr>
              <w:spacing w:after="0" w:line="240" w:lineRule="auto"/>
            </w:pPr>
            <w:r>
              <w:rPr>
                <w:rFonts w:eastAsia="Aptos"/>
                <w:sz w:val="17"/>
              </w:rPr>
              <w:t>Rotisserie Chicken Breast 8 oz</w:t>
            </w:r>
          </w:p>
        </w:tc>
        <w:tc>
          <w:tcPr>
            <w:tcW w:w="630" w:type="dxa"/>
            <w:tcMar>
              <w:top w:w="28" w:type="dxa"/>
              <w:left w:w="38" w:type="dxa"/>
              <w:bottom w:w="28" w:type="dxa"/>
              <w:right w:w="38" w:type="dxa"/>
            </w:tcMar>
            <w:vAlign w:val="center"/>
          </w:tcPr>
          <w:p w14:paraId="689C05EE" w14:textId="77777777" w:rsidR="00D60D5E" w:rsidRDefault="00891EF0">
            <w:pPr>
              <w:spacing w:after="0" w:line="240" w:lineRule="auto"/>
              <w:jc w:val="center"/>
            </w:pPr>
            <w:r>
              <w:rPr>
                <w:rFonts w:eastAsia="Aptos"/>
                <w:b/>
                <w:sz w:val="17"/>
              </w:rPr>
              <w:t>9.68</w:t>
            </w:r>
          </w:p>
        </w:tc>
        <w:tc>
          <w:tcPr>
            <w:tcW w:w="540" w:type="dxa"/>
            <w:tcMar>
              <w:top w:w="28" w:type="dxa"/>
              <w:left w:w="38" w:type="dxa"/>
              <w:bottom w:w="28" w:type="dxa"/>
              <w:right w:w="38" w:type="dxa"/>
            </w:tcMar>
            <w:vAlign w:val="center"/>
          </w:tcPr>
          <w:p w14:paraId="449C5E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DA2D20" w14:textId="77777777" w:rsidR="00D60D5E" w:rsidRDefault="00D60D5E">
            <w:pPr>
              <w:jc w:val="center"/>
            </w:pPr>
          </w:p>
        </w:tc>
      </w:tr>
      <w:tr w:rsidR="00D60D5E" w14:paraId="62A61996" w14:textId="77777777" w:rsidTr="000617E0">
        <w:trPr>
          <w:cantSplit/>
          <w:jc w:val="center"/>
        </w:trPr>
        <w:tc>
          <w:tcPr>
            <w:tcW w:w="677" w:type="dxa"/>
            <w:tcMar>
              <w:top w:w="28" w:type="dxa"/>
              <w:left w:w="38" w:type="dxa"/>
              <w:bottom w:w="28" w:type="dxa"/>
              <w:right w:w="38" w:type="dxa"/>
            </w:tcMar>
            <w:vAlign w:val="center"/>
          </w:tcPr>
          <w:p w14:paraId="461BA670" w14:textId="77777777" w:rsidR="00D60D5E" w:rsidRDefault="00891EF0">
            <w:pPr>
              <w:spacing w:after="0" w:line="240" w:lineRule="auto"/>
              <w:jc w:val="center"/>
            </w:pPr>
            <w:r>
              <w:rPr>
                <w:rFonts w:eastAsia="Aptos"/>
                <w:color w:val="6A7075"/>
                <w:sz w:val="17"/>
              </w:rPr>
              <w:t>140-170</w:t>
            </w:r>
          </w:p>
        </w:tc>
        <w:tc>
          <w:tcPr>
            <w:tcW w:w="2648" w:type="dxa"/>
            <w:tcMar>
              <w:top w:w="28" w:type="dxa"/>
              <w:left w:w="38" w:type="dxa"/>
              <w:bottom w:w="28" w:type="dxa"/>
              <w:right w:w="38" w:type="dxa"/>
            </w:tcMar>
            <w:vAlign w:val="center"/>
          </w:tcPr>
          <w:p w14:paraId="2DCCE1D8" w14:textId="77777777" w:rsidR="00D60D5E" w:rsidRDefault="00891EF0">
            <w:pPr>
              <w:spacing w:after="0" w:line="240" w:lineRule="auto"/>
            </w:pPr>
            <w:r>
              <w:rPr>
                <w:rFonts w:eastAsia="Aptos"/>
                <w:sz w:val="17"/>
              </w:rPr>
              <w:t>Pepperoni 4.5oz</w:t>
            </w:r>
          </w:p>
        </w:tc>
        <w:tc>
          <w:tcPr>
            <w:tcW w:w="630" w:type="dxa"/>
            <w:tcMar>
              <w:top w:w="28" w:type="dxa"/>
              <w:left w:w="38" w:type="dxa"/>
              <w:bottom w:w="28" w:type="dxa"/>
              <w:right w:w="38" w:type="dxa"/>
            </w:tcMar>
            <w:vAlign w:val="center"/>
          </w:tcPr>
          <w:p w14:paraId="2800D611"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4320FF4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EEFE7E" w14:textId="77777777" w:rsidR="00D60D5E" w:rsidRDefault="00D60D5E">
            <w:pPr>
              <w:jc w:val="center"/>
            </w:pPr>
          </w:p>
        </w:tc>
      </w:tr>
      <w:tr w:rsidR="00D60D5E" w14:paraId="7BD9F227" w14:textId="77777777" w:rsidTr="000617E0">
        <w:trPr>
          <w:cantSplit/>
          <w:jc w:val="center"/>
        </w:trPr>
        <w:tc>
          <w:tcPr>
            <w:tcW w:w="677" w:type="dxa"/>
            <w:tcMar>
              <w:top w:w="28" w:type="dxa"/>
              <w:left w:w="38" w:type="dxa"/>
              <w:bottom w:w="28" w:type="dxa"/>
              <w:right w:w="38" w:type="dxa"/>
            </w:tcMar>
            <w:vAlign w:val="center"/>
          </w:tcPr>
          <w:p w14:paraId="19308C53" w14:textId="77777777" w:rsidR="00D60D5E" w:rsidRDefault="00891EF0">
            <w:pPr>
              <w:spacing w:after="0" w:line="240" w:lineRule="auto"/>
              <w:jc w:val="center"/>
            </w:pPr>
            <w:r>
              <w:rPr>
                <w:rFonts w:eastAsia="Aptos"/>
                <w:color w:val="6A7075"/>
                <w:sz w:val="17"/>
              </w:rPr>
              <w:t>140-175</w:t>
            </w:r>
          </w:p>
        </w:tc>
        <w:tc>
          <w:tcPr>
            <w:tcW w:w="2648" w:type="dxa"/>
            <w:tcMar>
              <w:top w:w="28" w:type="dxa"/>
              <w:left w:w="38" w:type="dxa"/>
              <w:bottom w:w="28" w:type="dxa"/>
              <w:right w:w="38" w:type="dxa"/>
            </w:tcMar>
            <w:vAlign w:val="center"/>
          </w:tcPr>
          <w:p w14:paraId="76841727" w14:textId="77777777" w:rsidR="00D60D5E" w:rsidRDefault="00891EF0">
            <w:pPr>
              <w:spacing w:after="0" w:line="240" w:lineRule="auto"/>
            </w:pPr>
            <w:r>
              <w:rPr>
                <w:rFonts w:eastAsia="Aptos"/>
                <w:sz w:val="17"/>
              </w:rPr>
              <w:t>Canadian Bacon 6oz</w:t>
            </w:r>
          </w:p>
        </w:tc>
        <w:tc>
          <w:tcPr>
            <w:tcW w:w="630" w:type="dxa"/>
            <w:tcMar>
              <w:top w:w="28" w:type="dxa"/>
              <w:left w:w="38" w:type="dxa"/>
              <w:bottom w:w="28" w:type="dxa"/>
              <w:right w:w="38" w:type="dxa"/>
            </w:tcMar>
            <w:vAlign w:val="center"/>
          </w:tcPr>
          <w:p w14:paraId="44792C8D"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77AF00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C4616B" w14:textId="77777777" w:rsidR="00D60D5E" w:rsidRDefault="00D60D5E">
            <w:pPr>
              <w:jc w:val="center"/>
            </w:pPr>
          </w:p>
        </w:tc>
      </w:tr>
      <w:tr w:rsidR="00D60D5E" w14:paraId="2D00EBD0" w14:textId="77777777" w:rsidTr="000617E0">
        <w:trPr>
          <w:cantSplit/>
          <w:jc w:val="center"/>
        </w:trPr>
        <w:tc>
          <w:tcPr>
            <w:tcW w:w="677" w:type="dxa"/>
            <w:tcMar>
              <w:top w:w="28" w:type="dxa"/>
              <w:left w:w="38" w:type="dxa"/>
              <w:bottom w:w="28" w:type="dxa"/>
              <w:right w:w="38" w:type="dxa"/>
            </w:tcMar>
            <w:vAlign w:val="center"/>
          </w:tcPr>
          <w:p w14:paraId="732BA96B" w14:textId="77777777" w:rsidR="00D60D5E" w:rsidRDefault="00891EF0">
            <w:pPr>
              <w:spacing w:after="0" w:line="240" w:lineRule="auto"/>
              <w:jc w:val="center"/>
            </w:pPr>
            <w:r>
              <w:rPr>
                <w:rFonts w:eastAsia="Aptos"/>
                <w:color w:val="6A7075"/>
                <w:sz w:val="17"/>
              </w:rPr>
              <w:t>140-180</w:t>
            </w:r>
          </w:p>
        </w:tc>
        <w:tc>
          <w:tcPr>
            <w:tcW w:w="2648" w:type="dxa"/>
            <w:tcMar>
              <w:top w:w="28" w:type="dxa"/>
              <w:left w:w="38" w:type="dxa"/>
              <w:bottom w:w="28" w:type="dxa"/>
              <w:right w:w="38" w:type="dxa"/>
            </w:tcMar>
            <w:vAlign w:val="center"/>
          </w:tcPr>
          <w:p w14:paraId="6D0F5366" w14:textId="77777777" w:rsidR="00D60D5E" w:rsidRDefault="00891EF0">
            <w:pPr>
              <w:spacing w:after="0" w:line="240" w:lineRule="auto"/>
            </w:pPr>
            <w:r>
              <w:rPr>
                <w:rFonts w:eastAsia="Aptos"/>
                <w:sz w:val="17"/>
              </w:rPr>
              <w:t>Turkey &amp; Ham Oscar Mayer 15 oz</w:t>
            </w:r>
          </w:p>
        </w:tc>
        <w:tc>
          <w:tcPr>
            <w:tcW w:w="630" w:type="dxa"/>
            <w:tcMar>
              <w:top w:w="28" w:type="dxa"/>
              <w:left w:w="38" w:type="dxa"/>
              <w:bottom w:w="28" w:type="dxa"/>
              <w:right w:w="38" w:type="dxa"/>
            </w:tcMar>
            <w:vAlign w:val="center"/>
          </w:tcPr>
          <w:p w14:paraId="7FFF4EB0" w14:textId="77777777" w:rsidR="00D60D5E" w:rsidRDefault="00891EF0">
            <w:pPr>
              <w:spacing w:after="0" w:line="240" w:lineRule="auto"/>
              <w:jc w:val="center"/>
            </w:pPr>
            <w:r>
              <w:rPr>
                <w:rFonts w:eastAsia="Aptos"/>
                <w:b/>
                <w:sz w:val="17"/>
              </w:rPr>
              <w:t>12.89</w:t>
            </w:r>
          </w:p>
        </w:tc>
        <w:tc>
          <w:tcPr>
            <w:tcW w:w="540" w:type="dxa"/>
            <w:tcMar>
              <w:top w:w="28" w:type="dxa"/>
              <w:left w:w="38" w:type="dxa"/>
              <w:bottom w:w="28" w:type="dxa"/>
              <w:right w:w="38" w:type="dxa"/>
            </w:tcMar>
            <w:vAlign w:val="center"/>
          </w:tcPr>
          <w:p w14:paraId="007A9FA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4BFB9F" w14:textId="77777777" w:rsidR="00D60D5E" w:rsidRDefault="00D60D5E">
            <w:pPr>
              <w:jc w:val="center"/>
            </w:pPr>
          </w:p>
        </w:tc>
      </w:tr>
      <w:tr w:rsidR="00D60D5E" w14:paraId="3F20523B" w14:textId="77777777" w:rsidTr="000617E0">
        <w:trPr>
          <w:cantSplit/>
          <w:jc w:val="center"/>
        </w:trPr>
        <w:tc>
          <w:tcPr>
            <w:tcW w:w="677" w:type="dxa"/>
            <w:tcMar>
              <w:top w:w="28" w:type="dxa"/>
              <w:left w:w="38" w:type="dxa"/>
              <w:bottom w:w="28" w:type="dxa"/>
              <w:right w:w="38" w:type="dxa"/>
            </w:tcMar>
            <w:vAlign w:val="center"/>
          </w:tcPr>
          <w:p w14:paraId="176362E8" w14:textId="77777777" w:rsidR="00D60D5E" w:rsidRDefault="00891EF0">
            <w:pPr>
              <w:spacing w:after="0" w:line="240" w:lineRule="auto"/>
              <w:jc w:val="center"/>
            </w:pPr>
            <w:r>
              <w:rPr>
                <w:rFonts w:eastAsia="Aptos"/>
                <w:color w:val="6A7075"/>
                <w:sz w:val="17"/>
              </w:rPr>
              <w:t>140-185</w:t>
            </w:r>
          </w:p>
        </w:tc>
        <w:tc>
          <w:tcPr>
            <w:tcW w:w="2648" w:type="dxa"/>
            <w:tcMar>
              <w:top w:w="28" w:type="dxa"/>
              <w:left w:w="38" w:type="dxa"/>
              <w:bottom w:w="28" w:type="dxa"/>
              <w:right w:w="38" w:type="dxa"/>
            </w:tcMar>
            <w:vAlign w:val="center"/>
          </w:tcPr>
          <w:p w14:paraId="5AD617AD" w14:textId="77777777" w:rsidR="00D60D5E" w:rsidRDefault="00891EF0">
            <w:pPr>
              <w:spacing w:after="0" w:line="240" w:lineRule="auto"/>
            </w:pPr>
            <w:r>
              <w:rPr>
                <w:rFonts w:eastAsia="Aptos"/>
                <w:sz w:val="17"/>
              </w:rPr>
              <w:t>Prosciutto 3 oz</w:t>
            </w:r>
          </w:p>
        </w:tc>
        <w:tc>
          <w:tcPr>
            <w:tcW w:w="630" w:type="dxa"/>
            <w:tcMar>
              <w:top w:w="28" w:type="dxa"/>
              <w:left w:w="38" w:type="dxa"/>
              <w:bottom w:w="28" w:type="dxa"/>
              <w:right w:w="38" w:type="dxa"/>
            </w:tcMar>
            <w:vAlign w:val="center"/>
          </w:tcPr>
          <w:p w14:paraId="625726EE" w14:textId="77777777" w:rsidR="00D60D5E" w:rsidRDefault="00891EF0">
            <w:pPr>
              <w:spacing w:after="0" w:line="240" w:lineRule="auto"/>
              <w:jc w:val="center"/>
            </w:pPr>
            <w:r>
              <w:rPr>
                <w:rFonts w:eastAsia="Aptos"/>
                <w:b/>
                <w:sz w:val="17"/>
              </w:rPr>
              <w:t>9.45</w:t>
            </w:r>
          </w:p>
        </w:tc>
        <w:tc>
          <w:tcPr>
            <w:tcW w:w="540" w:type="dxa"/>
            <w:tcMar>
              <w:top w:w="28" w:type="dxa"/>
              <w:left w:w="38" w:type="dxa"/>
              <w:bottom w:w="28" w:type="dxa"/>
              <w:right w:w="38" w:type="dxa"/>
            </w:tcMar>
            <w:vAlign w:val="center"/>
          </w:tcPr>
          <w:p w14:paraId="447D658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9ADE469" w14:textId="77777777" w:rsidR="00D60D5E" w:rsidRDefault="00D60D5E">
            <w:pPr>
              <w:jc w:val="center"/>
            </w:pPr>
          </w:p>
        </w:tc>
      </w:tr>
      <w:tr w:rsidR="00D60D5E" w14:paraId="2359F0A3" w14:textId="77777777" w:rsidTr="000617E0">
        <w:trPr>
          <w:cantSplit/>
          <w:jc w:val="center"/>
        </w:trPr>
        <w:tc>
          <w:tcPr>
            <w:tcW w:w="677" w:type="dxa"/>
            <w:tcMar>
              <w:top w:w="28" w:type="dxa"/>
              <w:left w:w="38" w:type="dxa"/>
              <w:bottom w:w="28" w:type="dxa"/>
              <w:right w:w="38" w:type="dxa"/>
            </w:tcMar>
            <w:vAlign w:val="center"/>
          </w:tcPr>
          <w:p w14:paraId="55FF8337" w14:textId="77777777" w:rsidR="00D60D5E" w:rsidRDefault="00891EF0">
            <w:pPr>
              <w:spacing w:after="0" w:line="240" w:lineRule="auto"/>
              <w:jc w:val="center"/>
            </w:pPr>
            <w:r>
              <w:rPr>
                <w:rFonts w:eastAsia="Aptos"/>
                <w:color w:val="6A7075"/>
                <w:sz w:val="17"/>
              </w:rPr>
              <w:t>140-190</w:t>
            </w:r>
          </w:p>
        </w:tc>
        <w:tc>
          <w:tcPr>
            <w:tcW w:w="2648" w:type="dxa"/>
            <w:tcMar>
              <w:top w:w="28" w:type="dxa"/>
              <w:left w:w="38" w:type="dxa"/>
              <w:bottom w:w="28" w:type="dxa"/>
              <w:right w:w="38" w:type="dxa"/>
            </w:tcMar>
            <w:vAlign w:val="center"/>
          </w:tcPr>
          <w:p w14:paraId="4659B065" w14:textId="77777777" w:rsidR="00D60D5E" w:rsidRDefault="00891EF0">
            <w:pPr>
              <w:spacing w:after="0" w:line="240" w:lineRule="auto"/>
            </w:pPr>
            <w:r>
              <w:rPr>
                <w:rFonts w:eastAsia="Aptos"/>
                <w:sz w:val="17"/>
              </w:rPr>
              <w:t>Sopresata 4 oz</w:t>
            </w:r>
          </w:p>
        </w:tc>
        <w:tc>
          <w:tcPr>
            <w:tcW w:w="630" w:type="dxa"/>
            <w:tcMar>
              <w:top w:w="28" w:type="dxa"/>
              <w:left w:w="38" w:type="dxa"/>
              <w:bottom w:w="28" w:type="dxa"/>
              <w:right w:w="38" w:type="dxa"/>
            </w:tcMar>
            <w:vAlign w:val="center"/>
          </w:tcPr>
          <w:p w14:paraId="79D0DD3E" w14:textId="77777777" w:rsidR="00D60D5E" w:rsidRDefault="00891EF0">
            <w:pPr>
              <w:spacing w:after="0" w:line="240" w:lineRule="auto"/>
              <w:jc w:val="center"/>
            </w:pPr>
            <w:r>
              <w:rPr>
                <w:rFonts w:eastAsia="Aptos"/>
                <w:b/>
                <w:sz w:val="17"/>
              </w:rPr>
              <w:t>8.68</w:t>
            </w:r>
          </w:p>
        </w:tc>
        <w:tc>
          <w:tcPr>
            <w:tcW w:w="540" w:type="dxa"/>
            <w:tcMar>
              <w:top w:w="28" w:type="dxa"/>
              <w:left w:w="38" w:type="dxa"/>
              <w:bottom w:w="28" w:type="dxa"/>
              <w:right w:w="38" w:type="dxa"/>
            </w:tcMar>
            <w:vAlign w:val="center"/>
          </w:tcPr>
          <w:p w14:paraId="5CC4897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ADA4A1B" w14:textId="77777777" w:rsidR="00D60D5E" w:rsidRDefault="00D60D5E">
            <w:pPr>
              <w:jc w:val="center"/>
            </w:pPr>
          </w:p>
        </w:tc>
      </w:tr>
      <w:tr w:rsidR="00D60D5E" w14:paraId="212F81C2" w14:textId="77777777" w:rsidTr="000617E0">
        <w:trPr>
          <w:cantSplit/>
          <w:jc w:val="center"/>
        </w:trPr>
        <w:tc>
          <w:tcPr>
            <w:tcW w:w="677" w:type="dxa"/>
            <w:tcMar>
              <w:top w:w="28" w:type="dxa"/>
              <w:left w:w="38" w:type="dxa"/>
              <w:bottom w:w="28" w:type="dxa"/>
              <w:right w:w="38" w:type="dxa"/>
            </w:tcMar>
            <w:vAlign w:val="center"/>
          </w:tcPr>
          <w:p w14:paraId="4C715662" w14:textId="77777777" w:rsidR="00D60D5E" w:rsidRDefault="00891EF0">
            <w:pPr>
              <w:spacing w:after="0" w:line="240" w:lineRule="auto"/>
              <w:jc w:val="center"/>
            </w:pPr>
            <w:r>
              <w:rPr>
                <w:rFonts w:eastAsia="Aptos"/>
                <w:color w:val="6A7075"/>
                <w:sz w:val="17"/>
              </w:rPr>
              <w:t>140-195</w:t>
            </w:r>
          </w:p>
        </w:tc>
        <w:tc>
          <w:tcPr>
            <w:tcW w:w="2648" w:type="dxa"/>
            <w:tcMar>
              <w:top w:w="28" w:type="dxa"/>
              <w:left w:w="38" w:type="dxa"/>
              <w:bottom w:w="28" w:type="dxa"/>
              <w:right w:w="38" w:type="dxa"/>
            </w:tcMar>
            <w:vAlign w:val="center"/>
          </w:tcPr>
          <w:p w14:paraId="330BDE25" w14:textId="77777777" w:rsidR="00D60D5E" w:rsidRDefault="00891EF0">
            <w:pPr>
              <w:spacing w:after="0" w:line="240" w:lineRule="auto"/>
            </w:pPr>
            <w:r>
              <w:rPr>
                <w:rFonts w:eastAsia="Aptos"/>
                <w:sz w:val="17"/>
              </w:rPr>
              <w:t>Hebrew National Franks 7pk 12oz (All Beef)</w:t>
            </w:r>
          </w:p>
        </w:tc>
        <w:tc>
          <w:tcPr>
            <w:tcW w:w="630" w:type="dxa"/>
            <w:tcMar>
              <w:top w:w="28" w:type="dxa"/>
              <w:left w:w="38" w:type="dxa"/>
              <w:bottom w:w="28" w:type="dxa"/>
              <w:right w:w="38" w:type="dxa"/>
            </w:tcMar>
            <w:vAlign w:val="center"/>
          </w:tcPr>
          <w:p w14:paraId="69560489" w14:textId="77777777" w:rsidR="00D60D5E" w:rsidRDefault="00891EF0">
            <w:pPr>
              <w:spacing w:after="0" w:line="240" w:lineRule="auto"/>
              <w:jc w:val="center"/>
            </w:pPr>
            <w:r>
              <w:rPr>
                <w:rFonts w:eastAsia="Aptos"/>
                <w:b/>
                <w:sz w:val="17"/>
              </w:rPr>
              <w:t>8.59</w:t>
            </w:r>
          </w:p>
        </w:tc>
        <w:tc>
          <w:tcPr>
            <w:tcW w:w="540" w:type="dxa"/>
            <w:tcMar>
              <w:top w:w="28" w:type="dxa"/>
              <w:left w:w="38" w:type="dxa"/>
              <w:bottom w:w="28" w:type="dxa"/>
              <w:right w:w="38" w:type="dxa"/>
            </w:tcMar>
            <w:vAlign w:val="center"/>
          </w:tcPr>
          <w:p w14:paraId="23F8E6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AE563F" w14:textId="77777777" w:rsidR="00D60D5E" w:rsidRDefault="00D60D5E">
            <w:pPr>
              <w:jc w:val="center"/>
            </w:pPr>
          </w:p>
        </w:tc>
      </w:tr>
      <w:tr w:rsidR="00D60D5E" w14:paraId="12A6B40C" w14:textId="77777777" w:rsidTr="000617E0">
        <w:trPr>
          <w:cantSplit/>
          <w:jc w:val="center"/>
        </w:trPr>
        <w:tc>
          <w:tcPr>
            <w:tcW w:w="677" w:type="dxa"/>
            <w:tcMar>
              <w:top w:w="28" w:type="dxa"/>
              <w:left w:w="38" w:type="dxa"/>
              <w:bottom w:w="28" w:type="dxa"/>
              <w:right w:w="38" w:type="dxa"/>
            </w:tcMar>
            <w:vAlign w:val="center"/>
          </w:tcPr>
          <w:p w14:paraId="3691C545" w14:textId="77777777" w:rsidR="00D60D5E" w:rsidRDefault="00891EF0">
            <w:pPr>
              <w:spacing w:after="0" w:line="240" w:lineRule="auto"/>
              <w:jc w:val="center"/>
            </w:pPr>
            <w:r>
              <w:rPr>
                <w:rFonts w:eastAsia="Aptos"/>
                <w:color w:val="6A7075"/>
                <w:sz w:val="17"/>
              </w:rPr>
              <w:t>140-200</w:t>
            </w:r>
          </w:p>
        </w:tc>
        <w:tc>
          <w:tcPr>
            <w:tcW w:w="2648" w:type="dxa"/>
            <w:tcMar>
              <w:top w:w="28" w:type="dxa"/>
              <w:left w:w="38" w:type="dxa"/>
              <w:bottom w:w="28" w:type="dxa"/>
              <w:right w:w="38" w:type="dxa"/>
            </w:tcMar>
            <w:vAlign w:val="center"/>
          </w:tcPr>
          <w:p w14:paraId="1149C116" w14:textId="77777777" w:rsidR="00D60D5E" w:rsidRDefault="00891EF0">
            <w:pPr>
              <w:spacing w:after="0" w:line="240" w:lineRule="auto"/>
            </w:pPr>
            <w:r>
              <w:rPr>
                <w:rFonts w:eastAsia="Aptos"/>
                <w:sz w:val="17"/>
              </w:rPr>
              <w:t>Oscar Myers Franks 15oz [Beef]</w:t>
            </w:r>
          </w:p>
        </w:tc>
        <w:tc>
          <w:tcPr>
            <w:tcW w:w="630" w:type="dxa"/>
            <w:tcMar>
              <w:top w:w="28" w:type="dxa"/>
              <w:left w:w="38" w:type="dxa"/>
              <w:bottom w:w="28" w:type="dxa"/>
              <w:right w:w="38" w:type="dxa"/>
            </w:tcMar>
            <w:vAlign w:val="center"/>
          </w:tcPr>
          <w:p w14:paraId="55811460" w14:textId="77777777" w:rsidR="00D60D5E" w:rsidRDefault="00891EF0">
            <w:pPr>
              <w:spacing w:after="0" w:line="240" w:lineRule="auto"/>
              <w:jc w:val="center"/>
            </w:pPr>
            <w:r>
              <w:rPr>
                <w:rFonts w:eastAsia="Aptos"/>
                <w:b/>
                <w:sz w:val="17"/>
              </w:rPr>
              <w:t>10.89</w:t>
            </w:r>
          </w:p>
        </w:tc>
        <w:tc>
          <w:tcPr>
            <w:tcW w:w="540" w:type="dxa"/>
            <w:tcMar>
              <w:top w:w="28" w:type="dxa"/>
              <w:left w:w="38" w:type="dxa"/>
              <w:bottom w:w="28" w:type="dxa"/>
              <w:right w:w="38" w:type="dxa"/>
            </w:tcMar>
            <w:vAlign w:val="center"/>
          </w:tcPr>
          <w:p w14:paraId="53F7873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0BD2E6" w14:textId="77777777" w:rsidR="00D60D5E" w:rsidRDefault="00D60D5E">
            <w:pPr>
              <w:jc w:val="center"/>
            </w:pPr>
          </w:p>
        </w:tc>
      </w:tr>
      <w:tr w:rsidR="00D60D5E" w14:paraId="417E3800" w14:textId="77777777" w:rsidTr="000617E0">
        <w:trPr>
          <w:cantSplit/>
          <w:jc w:val="center"/>
        </w:trPr>
        <w:tc>
          <w:tcPr>
            <w:tcW w:w="677" w:type="dxa"/>
            <w:tcMar>
              <w:top w:w="28" w:type="dxa"/>
              <w:left w:w="38" w:type="dxa"/>
              <w:bottom w:w="28" w:type="dxa"/>
              <w:right w:w="38" w:type="dxa"/>
            </w:tcMar>
            <w:vAlign w:val="center"/>
          </w:tcPr>
          <w:p w14:paraId="2055F8D1" w14:textId="77777777" w:rsidR="00D60D5E" w:rsidRDefault="00891EF0">
            <w:pPr>
              <w:spacing w:after="0" w:line="240" w:lineRule="auto"/>
              <w:jc w:val="center"/>
            </w:pPr>
            <w:r>
              <w:rPr>
                <w:rFonts w:eastAsia="Aptos"/>
                <w:color w:val="6A7075"/>
                <w:sz w:val="17"/>
              </w:rPr>
              <w:t>140-205</w:t>
            </w:r>
          </w:p>
        </w:tc>
        <w:tc>
          <w:tcPr>
            <w:tcW w:w="2648" w:type="dxa"/>
            <w:tcMar>
              <w:top w:w="28" w:type="dxa"/>
              <w:left w:w="38" w:type="dxa"/>
              <w:bottom w:w="28" w:type="dxa"/>
              <w:right w:w="38" w:type="dxa"/>
            </w:tcMar>
            <w:vAlign w:val="center"/>
          </w:tcPr>
          <w:p w14:paraId="1D373635" w14:textId="77777777" w:rsidR="00D60D5E" w:rsidRDefault="00891EF0">
            <w:pPr>
              <w:spacing w:after="0" w:line="240" w:lineRule="auto"/>
            </w:pPr>
            <w:r>
              <w:rPr>
                <w:rFonts w:eastAsia="Aptos"/>
                <w:sz w:val="17"/>
              </w:rPr>
              <w:t>Ball Park Franks 16oz [Beef]</w:t>
            </w:r>
          </w:p>
        </w:tc>
        <w:tc>
          <w:tcPr>
            <w:tcW w:w="630" w:type="dxa"/>
            <w:tcMar>
              <w:top w:w="28" w:type="dxa"/>
              <w:left w:w="38" w:type="dxa"/>
              <w:bottom w:w="28" w:type="dxa"/>
              <w:right w:w="38" w:type="dxa"/>
            </w:tcMar>
            <w:vAlign w:val="center"/>
          </w:tcPr>
          <w:p w14:paraId="6A273F48" w14:textId="77777777" w:rsidR="00D60D5E" w:rsidRDefault="00891EF0">
            <w:pPr>
              <w:spacing w:after="0" w:line="240" w:lineRule="auto"/>
              <w:jc w:val="center"/>
            </w:pPr>
            <w:r>
              <w:rPr>
                <w:rFonts w:eastAsia="Aptos"/>
                <w:b/>
                <w:sz w:val="17"/>
              </w:rPr>
              <w:t>7.59</w:t>
            </w:r>
          </w:p>
        </w:tc>
        <w:tc>
          <w:tcPr>
            <w:tcW w:w="540" w:type="dxa"/>
            <w:tcMar>
              <w:top w:w="28" w:type="dxa"/>
              <w:left w:w="38" w:type="dxa"/>
              <w:bottom w:w="28" w:type="dxa"/>
              <w:right w:w="38" w:type="dxa"/>
            </w:tcMar>
            <w:vAlign w:val="center"/>
          </w:tcPr>
          <w:p w14:paraId="7EB397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C9F9BA" w14:textId="77777777" w:rsidR="00D60D5E" w:rsidRDefault="00D60D5E">
            <w:pPr>
              <w:jc w:val="center"/>
            </w:pPr>
          </w:p>
        </w:tc>
      </w:tr>
      <w:tr w:rsidR="00D60D5E" w14:paraId="69C7F445" w14:textId="77777777" w:rsidTr="000617E0">
        <w:trPr>
          <w:cantSplit/>
          <w:jc w:val="center"/>
        </w:trPr>
        <w:tc>
          <w:tcPr>
            <w:tcW w:w="677" w:type="dxa"/>
            <w:tcMar>
              <w:top w:w="28" w:type="dxa"/>
              <w:left w:w="38" w:type="dxa"/>
              <w:bottom w:w="28" w:type="dxa"/>
              <w:right w:w="38" w:type="dxa"/>
            </w:tcMar>
            <w:vAlign w:val="center"/>
          </w:tcPr>
          <w:p w14:paraId="22373344" w14:textId="77777777" w:rsidR="00D60D5E" w:rsidRDefault="00891EF0">
            <w:pPr>
              <w:spacing w:after="0" w:line="240" w:lineRule="auto"/>
              <w:jc w:val="center"/>
            </w:pPr>
            <w:r>
              <w:rPr>
                <w:rFonts w:eastAsia="Aptos"/>
                <w:color w:val="6A7075"/>
                <w:sz w:val="17"/>
              </w:rPr>
              <w:t>140-210</w:t>
            </w:r>
          </w:p>
        </w:tc>
        <w:tc>
          <w:tcPr>
            <w:tcW w:w="2648" w:type="dxa"/>
            <w:tcMar>
              <w:top w:w="28" w:type="dxa"/>
              <w:left w:w="38" w:type="dxa"/>
              <w:bottom w:w="28" w:type="dxa"/>
              <w:right w:w="38" w:type="dxa"/>
            </w:tcMar>
            <w:vAlign w:val="center"/>
          </w:tcPr>
          <w:p w14:paraId="3AB67452" w14:textId="77777777" w:rsidR="00D60D5E" w:rsidRDefault="00891EF0">
            <w:pPr>
              <w:spacing w:after="0" w:line="240" w:lineRule="auto"/>
            </w:pPr>
            <w:r>
              <w:rPr>
                <w:rFonts w:eastAsia="Aptos"/>
                <w:sz w:val="17"/>
              </w:rPr>
              <w:t>Beef Franks 14 oz GWALTNEY</w:t>
            </w:r>
          </w:p>
        </w:tc>
        <w:tc>
          <w:tcPr>
            <w:tcW w:w="630" w:type="dxa"/>
            <w:tcMar>
              <w:top w:w="28" w:type="dxa"/>
              <w:left w:w="38" w:type="dxa"/>
              <w:bottom w:w="28" w:type="dxa"/>
              <w:right w:w="38" w:type="dxa"/>
            </w:tcMar>
            <w:vAlign w:val="center"/>
          </w:tcPr>
          <w:p w14:paraId="0499459C" w14:textId="77777777" w:rsidR="00D60D5E" w:rsidRDefault="00891EF0">
            <w:pPr>
              <w:spacing w:after="0" w:line="240" w:lineRule="auto"/>
              <w:jc w:val="center"/>
            </w:pPr>
            <w:r>
              <w:rPr>
                <w:rFonts w:eastAsia="Aptos"/>
                <w:b/>
                <w:sz w:val="17"/>
              </w:rPr>
              <w:t>9.75</w:t>
            </w:r>
          </w:p>
        </w:tc>
        <w:tc>
          <w:tcPr>
            <w:tcW w:w="540" w:type="dxa"/>
            <w:tcMar>
              <w:top w:w="28" w:type="dxa"/>
              <w:left w:w="38" w:type="dxa"/>
              <w:bottom w:w="28" w:type="dxa"/>
              <w:right w:w="38" w:type="dxa"/>
            </w:tcMar>
            <w:vAlign w:val="center"/>
          </w:tcPr>
          <w:p w14:paraId="071020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C17C3D" w14:textId="77777777" w:rsidR="00D60D5E" w:rsidRDefault="00D60D5E">
            <w:pPr>
              <w:jc w:val="center"/>
            </w:pPr>
          </w:p>
        </w:tc>
      </w:tr>
      <w:tr w:rsidR="00D60D5E" w14:paraId="4CFA5574" w14:textId="77777777" w:rsidTr="000617E0">
        <w:trPr>
          <w:cantSplit/>
          <w:jc w:val="center"/>
        </w:trPr>
        <w:tc>
          <w:tcPr>
            <w:tcW w:w="677" w:type="dxa"/>
            <w:tcMar>
              <w:top w:w="28" w:type="dxa"/>
              <w:left w:w="38" w:type="dxa"/>
              <w:bottom w:w="28" w:type="dxa"/>
              <w:right w:w="38" w:type="dxa"/>
            </w:tcMar>
            <w:vAlign w:val="center"/>
          </w:tcPr>
          <w:p w14:paraId="36F2D92D" w14:textId="77777777" w:rsidR="00D60D5E" w:rsidRDefault="00891EF0">
            <w:pPr>
              <w:spacing w:after="0" w:line="240" w:lineRule="auto"/>
              <w:jc w:val="center"/>
            </w:pPr>
            <w:r>
              <w:rPr>
                <w:rFonts w:eastAsia="Aptos"/>
                <w:color w:val="6A7075"/>
                <w:sz w:val="17"/>
              </w:rPr>
              <w:t>140-215</w:t>
            </w:r>
          </w:p>
        </w:tc>
        <w:tc>
          <w:tcPr>
            <w:tcW w:w="2648" w:type="dxa"/>
            <w:tcMar>
              <w:top w:w="28" w:type="dxa"/>
              <w:left w:w="38" w:type="dxa"/>
              <w:bottom w:w="28" w:type="dxa"/>
              <w:right w:w="38" w:type="dxa"/>
            </w:tcMar>
            <w:vAlign w:val="center"/>
          </w:tcPr>
          <w:p w14:paraId="1D827295" w14:textId="77777777" w:rsidR="00D60D5E" w:rsidRDefault="00891EF0">
            <w:pPr>
              <w:spacing w:after="0" w:line="240" w:lineRule="auto"/>
            </w:pPr>
            <w:r>
              <w:rPr>
                <w:rFonts w:eastAsia="Aptos"/>
                <w:sz w:val="17"/>
              </w:rPr>
              <w:t>Chicken Franks 16oz GWALTNEY</w:t>
            </w:r>
          </w:p>
        </w:tc>
        <w:tc>
          <w:tcPr>
            <w:tcW w:w="630" w:type="dxa"/>
            <w:tcMar>
              <w:top w:w="28" w:type="dxa"/>
              <w:left w:w="38" w:type="dxa"/>
              <w:bottom w:w="28" w:type="dxa"/>
              <w:right w:w="38" w:type="dxa"/>
            </w:tcMar>
            <w:vAlign w:val="center"/>
          </w:tcPr>
          <w:p w14:paraId="307292CD"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36767F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0D6C22" w14:textId="77777777" w:rsidR="00D60D5E" w:rsidRDefault="00D60D5E">
            <w:pPr>
              <w:jc w:val="center"/>
            </w:pPr>
          </w:p>
        </w:tc>
      </w:tr>
      <w:tr w:rsidR="00D60D5E" w14:paraId="381DEEE0" w14:textId="77777777" w:rsidTr="000617E0">
        <w:trPr>
          <w:cantSplit/>
          <w:jc w:val="center"/>
        </w:trPr>
        <w:tc>
          <w:tcPr>
            <w:tcW w:w="677" w:type="dxa"/>
            <w:tcMar>
              <w:top w:w="28" w:type="dxa"/>
              <w:left w:w="38" w:type="dxa"/>
              <w:bottom w:w="28" w:type="dxa"/>
              <w:right w:w="38" w:type="dxa"/>
            </w:tcMar>
            <w:vAlign w:val="center"/>
          </w:tcPr>
          <w:p w14:paraId="3AAD1BC8" w14:textId="77777777" w:rsidR="00D60D5E" w:rsidRDefault="00891EF0">
            <w:pPr>
              <w:spacing w:after="0" w:line="240" w:lineRule="auto"/>
              <w:jc w:val="center"/>
            </w:pPr>
            <w:r>
              <w:rPr>
                <w:rFonts w:eastAsia="Aptos"/>
                <w:color w:val="6A7075"/>
                <w:sz w:val="17"/>
              </w:rPr>
              <w:t>140-220</w:t>
            </w:r>
          </w:p>
        </w:tc>
        <w:tc>
          <w:tcPr>
            <w:tcW w:w="2648" w:type="dxa"/>
            <w:tcMar>
              <w:top w:w="28" w:type="dxa"/>
              <w:left w:w="38" w:type="dxa"/>
              <w:bottom w:w="28" w:type="dxa"/>
              <w:right w:w="38" w:type="dxa"/>
            </w:tcMar>
            <w:vAlign w:val="center"/>
          </w:tcPr>
          <w:p w14:paraId="1E0F9CED" w14:textId="77777777" w:rsidR="00D60D5E" w:rsidRDefault="00891EF0">
            <w:pPr>
              <w:spacing w:after="0" w:line="240" w:lineRule="auto"/>
            </w:pPr>
            <w:r>
              <w:rPr>
                <w:rFonts w:eastAsia="Aptos"/>
                <w:sz w:val="17"/>
              </w:rPr>
              <w:t>Turkey Franks 16oz O/Myer / Butterball</w:t>
            </w:r>
          </w:p>
        </w:tc>
        <w:tc>
          <w:tcPr>
            <w:tcW w:w="630" w:type="dxa"/>
            <w:tcMar>
              <w:top w:w="28" w:type="dxa"/>
              <w:left w:w="38" w:type="dxa"/>
              <w:bottom w:w="28" w:type="dxa"/>
              <w:right w:w="38" w:type="dxa"/>
            </w:tcMar>
            <w:vAlign w:val="center"/>
          </w:tcPr>
          <w:p w14:paraId="5803FEB2" w14:textId="77777777" w:rsidR="00D60D5E" w:rsidRDefault="00891EF0">
            <w:pPr>
              <w:spacing w:after="0" w:line="240" w:lineRule="auto"/>
              <w:jc w:val="center"/>
            </w:pPr>
            <w:r>
              <w:rPr>
                <w:rFonts w:eastAsia="Aptos"/>
                <w:b/>
                <w:sz w:val="17"/>
              </w:rPr>
              <w:t>6.25</w:t>
            </w:r>
          </w:p>
        </w:tc>
        <w:tc>
          <w:tcPr>
            <w:tcW w:w="540" w:type="dxa"/>
            <w:tcMar>
              <w:top w:w="28" w:type="dxa"/>
              <w:left w:w="38" w:type="dxa"/>
              <w:bottom w:w="28" w:type="dxa"/>
              <w:right w:w="38" w:type="dxa"/>
            </w:tcMar>
            <w:vAlign w:val="center"/>
          </w:tcPr>
          <w:p w14:paraId="2C4EE14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247EB6" w14:textId="77777777" w:rsidR="00D60D5E" w:rsidRDefault="00D60D5E">
            <w:pPr>
              <w:jc w:val="center"/>
            </w:pPr>
          </w:p>
        </w:tc>
      </w:tr>
      <w:tr w:rsidR="00D60D5E" w14:paraId="5C83DF8D" w14:textId="77777777" w:rsidTr="000617E0">
        <w:trPr>
          <w:cantSplit/>
          <w:jc w:val="center"/>
        </w:trPr>
        <w:tc>
          <w:tcPr>
            <w:tcW w:w="677" w:type="dxa"/>
            <w:tcMar>
              <w:top w:w="28" w:type="dxa"/>
              <w:left w:w="38" w:type="dxa"/>
              <w:bottom w:w="28" w:type="dxa"/>
              <w:right w:w="38" w:type="dxa"/>
            </w:tcMar>
            <w:vAlign w:val="center"/>
          </w:tcPr>
          <w:p w14:paraId="6F61CA49" w14:textId="77777777" w:rsidR="00D60D5E" w:rsidRDefault="00891EF0">
            <w:pPr>
              <w:spacing w:after="0" w:line="240" w:lineRule="auto"/>
              <w:jc w:val="center"/>
            </w:pPr>
            <w:r>
              <w:rPr>
                <w:rFonts w:eastAsia="Aptos"/>
                <w:color w:val="6A7075"/>
                <w:sz w:val="17"/>
              </w:rPr>
              <w:lastRenderedPageBreak/>
              <w:t>140-225</w:t>
            </w:r>
          </w:p>
        </w:tc>
        <w:tc>
          <w:tcPr>
            <w:tcW w:w="2648" w:type="dxa"/>
            <w:tcMar>
              <w:top w:w="28" w:type="dxa"/>
              <w:left w:w="38" w:type="dxa"/>
              <w:bottom w:w="28" w:type="dxa"/>
              <w:right w:w="38" w:type="dxa"/>
            </w:tcMar>
            <w:vAlign w:val="center"/>
          </w:tcPr>
          <w:p w14:paraId="159A343B" w14:textId="77777777" w:rsidR="00D60D5E" w:rsidRDefault="00891EF0">
            <w:pPr>
              <w:spacing w:after="0" w:line="240" w:lineRule="auto"/>
            </w:pPr>
            <w:r>
              <w:rPr>
                <w:rFonts w:eastAsia="Aptos"/>
                <w:sz w:val="17"/>
              </w:rPr>
              <w:t>Cured Bacon 12oz Gwaltney</w:t>
            </w:r>
          </w:p>
        </w:tc>
        <w:tc>
          <w:tcPr>
            <w:tcW w:w="630" w:type="dxa"/>
            <w:tcMar>
              <w:top w:w="28" w:type="dxa"/>
              <w:left w:w="38" w:type="dxa"/>
              <w:bottom w:w="28" w:type="dxa"/>
              <w:right w:w="38" w:type="dxa"/>
            </w:tcMar>
            <w:vAlign w:val="center"/>
          </w:tcPr>
          <w:p w14:paraId="57D26983" w14:textId="77777777" w:rsidR="00D60D5E" w:rsidRDefault="00891EF0">
            <w:pPr>
              <w:spacing w:after="0" w:line="240" w:lineRule="auto"/>
              <w:jc w:val="center"/>
            </w:pPr>
            <w:r>
              <w:rPr>
                <w:rFonts w:eastAsia="Aptos"/>
                <w:b/>
                <w:sz w:val="17"/>
              </w:rPr>
              <w:t>11.29</w:t>
            </w:r>
          </w:p>
        </w:tc>
        <w:tc>
          <w:tcPr>
            <w:tcW w:w="540" w:type="dxa"/>
            <w:tcMar>
              <w:top w:w="28" w:type="dxa"/>
              <w:left w:w="38" w:type="dxa"/>
              <w:bottom w:w="28" w:type="dxa"/>
              <w:right w:w="38" w:type="dxa"/>
            </w:tcMar>
            <w:vAlign w:val="center"/>
          </w:tcPr>
          <w:p w14:paraId="3E26BBA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F8DEAF" w14:textId="77777777" w:rsidR="00D60D5E" w:rsidRDefault="00D60D5E">
            <w:pPr>
              <w:jc w:val="center"/>
            </w:pPr>
          </w:p>
        </w:tc>
      </w:tr>
      <w:tr w:rsidR="00D60D5E" w14:paraId="3FAA5237" w14:textId="77777777" w:rsidTr="000617E0">
        <w:trPr>
          <w:cantSplit/>
          <w:jc w:val="center"/>
        </w:trPr>
        <w:tc>
          <w:tcPr>
            <w:tcW w:w="677" w:type="dxa"/>
            <w:tcMar>
              <w:top w:w="28" w:type="dxa"/>
              <w:left w:w="38" w:type="dxa"/>
              <w:bottom w:w="28" w:type="dxa"/>
              <w:right w:w="38" w:type="dxa"/>
            </w:tcMar>
            <w:vAlign w:val="center"/>
          </w:tcPr>
          <w:p w14:paraId="4A24075A" w14:textId="77777777" w:rsidR="00D60D5E" w:rsidRDefault="00891EF0">
            <w:pPr>
              <w:spacing w:after="0" w:line="240" w:lineRule="auto"/>
              <w:jc w:val="center"/>
            </w:pPr>
            <w:r>
              <w:rPr>
                <w:rFonts w:eastAsia="Aptos"/>
                <w:color w:val="6A7075"/>
                <w:sz w:val="17"/>
              </w:rPr>
              <w:t>140-230</w:t>
            </w:r>
          </w:p>
        </w:tc>
        <w:tc>
          <w:tcPr>
            <w:tcW w:w="2648" w:type="dxa"/>
            <w:tcMar>
              <w:top w:w="28" w:type="dxa"/>
              <w:left w:w="38" w:type="dxa"/>
              <w:bottom w:w="28" w:type="dxa"/>
              <w:right w:w="38" w:type="dxa"/>
            </w:tcMar>
            <w:vAlign w:val="center"/>
          </w:tcPr>
          <w:p w14:paraId="633AED72" w14:textId="77777777" w:rsidR="00D60D5E" w:rsidRDefault="00891EF0">
            <w:pPr>
              <w:spacing w:after="0" w:line="240" w:lineRule="auto"/>
            </w:pPr>
            <w:r>
              <w:rPr>
                <w:rFonts w:eastAsia="Aptos"/>
                <w:sz w:val="17"/>
              </w:rPr>
              <w:t>Hickory Smoked Bacon 24 oz</w:t>
            </w:r>
          </w:p>
        </w:tc>
        <w:tc>
          <w:tcPr>
            <w:tcW w:w="630" w:type="dxa"/>
            <w:tcMar>
              <w:top w:w="28" w:type="dxa"/>
              <w:left w:w="38" w:type="dxa"/>
              <w:bottom w:w="28" w:type="dxa"/>
              <w:right w:w="38" w:type="dxa"/>
            </w:tcMar>
            <w:vAlign w:val="center"/>
          </w:tcPr>
          <w:p w14:paraId="66B421E0" w14:textId="77777777" w:rsidR="00D60D5E" w:rsidRDefault="00891EF0">
            <w:pPr>
              <w:spacing w:after="0" w:line="240" w:lineRule="auto"/>
              <w:jc w:val="center"/>
            </w:pPr>
            <w:r>
              <w:rPr>
                <w:rFonts w:eastAsia="Aptos"/>
                <w:b/>
                <w:sz w:val="17"/>
              </w:rPr>
              <w:t>18.25</w:t>
            </w:r>
          </w:p>
        </w:tc>
        <w:tc>
          <w:tcPr>
            <w:tcW w:w="540" w:type="dxa"/>
            <w:tcMar>
              <w:top w:w="28" w:type="dxa"/>
              <w:left w:w="38" w:type="dxa"/>
              <w:bottom w:w="28" w:type="dxa"/>
              <w:right w:w="38" w:type="dxa"/>
            </w:tcMar>
            <w:vAlign w:val="center"/>
          </w:tcPr>
          <w:p w14:paraId="27848B0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D77B85" w14:textId="77777777" w:rsidR="00D60D5E" w:rsidRDefault="00D60D5E">
            <w:pPr>
              <w:jc w:val="center"/>
            </w:pPr>
          </w:p>
        </w:tc>
      </w:tr>
      <w:tr w:rsidR="00D60D5E" w14:paraId="136468C5" w14:textId="77777777" w:rsidTr="000617E0">
        <w:trPr>
          <w:cantSplit/>
          <w:jc w:val="center"/>
        </w:trPr>
        <w:tc>
          <w:tcPr>
            <w:tcW w:w="677" w:type="dxa"/>
            <w:tcMar>
              <w:top w:w="28" w:type="dxa"/>
              <w:left w:w="38" w:type="dxa"/>
              <w:bottom w:w="28" w:type="dxa"/>
              <w:right w:w="38" w:type="dxa"/>
            </w:tcMar>
            <w:vAlign w:val="center"/>
          </w:tcPr>
          <w:p w14:paraId="0420EAF7" w14:textId="77777777" w:rsidR="00D60D5E" w:rsidRDefault="00891EF0">
            <w:pPr>
              <w:spacing w:after="0" w:line="240" w:lineRule="auto"/>
              <w:jc w:val="center"/>
            </w:pPr>
            <w:r>
              <w:rPr>
                <w:rFonts w:eastAsia="Aptos"/>
                <w:color w:val="6A7075"/>
                <w:sz w:val="17"/>
              </w:rPr>
              <w:t>140-235</w:t>
            </w:r>
          </w:p>
        </w:tc>
        <w:tc>
          <w:tcPr>
            <w:tcW w:w="2648" w:type="dxa"/>
            <w:tcMar>
              <w:top w:w="28" w:type="dxa"/>
              <w:left w:w="38" w:type="dxa"/>
              <w:bottom w:w="28" w:type="dxa"/>
              <w:right w:w="38" w:type="dxa"/>
            </w:tcMar>
            <w:vAlign w:val="center"/>
          </w:tcPr>
          <w:p w14:paraId="7DE2B72E" w14:textId="77777777" w:rsidR="00D60D5E" w:rsidRDefault="00891EF0">
            <w:pPr>
              <w:spacing w:after="0" w:line="240" w:lineRule="auto"/>
            </w:pPr>
            <w:r>
              <w:rPr>
                <w:rFonts w:eastAsia="Aptos"/>
                <w:sz w:val="17"/>
              </w:rPr>
              <w:t>Turkey Bacon 12oz</w:t>
            </w:r>
          </w:p>
        </w:tc>
        <w:tc>
          <w:tcPr>
            <w:tcW w:w="630" w:type="dxa"/>
            <w:tcMar>
              <w:top w:w="28" w:type="dxa"/>
              <w:left w:w="38" w:type="dxa"/>
              <w:bottom w:w="28" w:type="dxa"/>
              <w:right w:w="38" w:type="dxa"/>
            </w:tcMar>
            <w:vAlign w:val="center"/>
          </w:tcPr>
          <w:p w14:paraId="7D9A5B6A" w14:textId="77777777" w:rsidR="00D60D5E" w:rsidRDefault="00891EF0">
            <w:pPr>
              <w:spacing w:after="0" w:line="240" w:lineRule="auto"/>
              <w:jc w:val="center"/>
            </w:pPr>
            <w:r>
              <w:rPr>
                <w:rFonts w:eastAsia="Aptos"/>
                <w:b/>
                <w:sz w:val="17"/>
              </w:rPr>
              <w:t>6.79</w:t>
            </w:r>
          </w:p>
        </w:tc>
        <w:tc>
          <w:tcPr>
            <w:tcW w:w="540" w:type="dxa"/>
            <w:tcMar>
              <w:top w:w="28" w:type="dxa"/>
              <w:left w:w="38" w:type="dxa"/>
              <w:bottom w:w="28" w:type="dxa"/>
              <w:right w:w="38" w:type="dxa"/>
            </w:tcMar>
            <w:vAlign w:val="center"/>
          </w:tcPr>
          <w:p w14:paraId="25B1ED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F1AC1B" w14:textId="77777777" w:rsidR="00D60D5E" w:rsidRDefault="00D60D5E">
            <w:pPr>
              <w:jc w:val="center"/>
            </w:pPr>
          </w:p>
        </w:tc>
      </w:tr>
      <w:tr w:rsidR="00D60D5E" w14:paraId="4FE8C021" w14:textId="77777777" w:rsidTr="000617E0">
        <w:trPr>
          <w:cantSplit/>
          <w:jc w:val="center"/>
        </w:trPr>
        <w:tc>
          <w:tcPr>
            <w:tcW w:w="677" w:type="dxa"/>
            <w:tcMar>
              <w:top w:w="28" w:type="dxa"/>
              <w:left w:w="38" w:type="dxa"/>
              <w:bottom w:w="28" w:type="dxa"/>
              <w:right w:w="38" w:type="dxa"/>
            </w:tcMar>
            <w:vAlign w:val="center"/>
          </w:tcPr>
          <w:p w14:paraId="0E1402B2" w14:textId="77777777" w:rsidR="00D60D5E" w:rsidRDefault="00891EF0">
            <w:pPr>
              <w:spacing w:after="0" w:line="240" w:lineRule="auto"/>
              <w:jc w:val="center"/>
            </w:pPr>
            <w:r>
              <w:rPr>
                <w:rFonts w:eastAsia="Aptos"/>
                <w:color w:val="6A7075"/>
                <w:sz w:val="17"/>
              </w:rPr>
              <w:t>140-240</w:t>
            </w:r>
          </w:p>
        </w:tc>
        <w:tc>
          <w:tcPr>
            <w:tcW w:w="2648" w:type="dxa"/>
            <w:tcMar>
              <w:top w:w="28" w:type="dxa"/>
              <w:left w:w="38" w:type="dxa"/>
              <w:bottom w:w="28" w:type="dxa"/>
              <w:right w:w="38" w:type="dxa"/>
            </w:tcMar>
            <w:vAlign w:val="center"/>
          </w:tcPr>
          <w:p w14:paraId="30B811D3" w14:textId="77777777" w:rsidR="00D60D5E" w:rsidRDefault="00891EF0">
            <w:pPr>
              <w:spacing w:after="0" w:line="240" w:lineRule="auto"/>
            </w:pPr>
            <w:r>
              <w:rPr>
                <w:rFonts w:eastAsia="Aptos"/>
                <w:sz w:val="17"/>
              </w:rPr>
              <w:t>Bacon 16oz Oscar Mayer</w:t>
            </w:r>
          </w:p>
        </w:tc>
        <w:tc>
          <w:tcPr>
            <w:tcW w:w="630" w:type="dxa"/>
            <w:tcMar>
              <w:top w:w="28" w:type="dxa"/>
              <w:left w:w="38" w:type="dxa"/>
              <w:bottom w:w="28" w:type="dxa"/>
              <w:right w:w="38" w:type="dxa"/>
            </w:tcMar>
            <w:vAlign w:val="center"/>
          </w:tcPr>
          <w:p w14:paraId="2090971B" w14:textId="77777777" w:rsidR="00D60D5E" w:rsidRDefault="00891EF0">
            <w:pPr>
              <w:spacing w:after="0" w:line="240" w:lineRule="auto"/>
              <w:jc w:val="center"/>
            </w:pPr>
            <w:r>
              <w:rPr>
                <w:rFonts w:eastAsia="Aptos"/>
                <w:b/>
                <w:sz w:val="17"/>
              </w:rPr>
              <w:t>14.29</w:t>
            </w:r>
          </w:p>
        </w:tc>
        <w:tc>
          <w:tcPr>
            <w:tcW w:w="540" w:type="dxa"/>
            <w:tcMar>
              <w:top w:w="28" w:type="dxa"/>
              <w:left w:w="38" w:type="dxa"/>
              <w:bottom w:w="28" w:type="dxa"/>
              <w:right w:w="38" w:type="dxa"/>
            </w:tcMar>
            <w:vAlign w:val="center"/>
          </w:tcPr>
          <w:p w14:paraId="6601BD4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C717CB" w14:textId="77777777" w:rsidR="00D60D5E" w:rsidRDefault="00D60D5E">
            <w:pPr>
              <w:jc w:val="center"/>
            </w:pPr>
          </w:p>
        </w:tc>
      </w:tr>
      <w:tr w:rsidR="00D60D5E" w14:paraId="5B1297EB" w14:textId="77777777" w:rsidTr="000617E0">
        <w:trPr>
          <w:cantSplit/>
          <w:jc w:val="center"/>
        </w:trPr>
        <w:tc>
          <w:tcPr>
            <w:tcW w:w="677" w:type="dxa"/>
            <w:tcMar>
              <w:top w:w="28" w:type="dxa"/>
              <w:left w:w="38" w:type="dxa"/>
              <w:bottom w:w="28" w:type="dxa"/>
              <w:right w:w="38" w:type="dxa"/>
            </w:tcMar>
            <w:vAlign w:val="center"/>
          </w:tcPr>
          <w:p w14:paraId="2F1F95B8" w14:textId="77777777" w:rsidR="00D60D5E" w:rsidRDefault="00891EF0">
            <w:pPr>
              <w:spacing w:after="0" w:line="240" w:lineRule="auto"/>
              <w:jc w:val="center"/>
            </w:pPr>
            <w:r>
              <w:rPr>
                <w:rFonts w:eastAsia="Aptos"/>
                <w:color w:val="6A7075"/>
                <w:sz w:val="17"/>
              </w:rPr>
              <w:t>140-241</w:t>
            </w:r>
          </w:p>
        </w:tc>
        <w:tc>
          <w:tcPr>
            <w:tcW w:w="2648" w:type="dxa"/>
            <w:tcMar>
              <w:top w:w="28" w:type="dxa"/>
              <w:left w:w="38" w:type="dxa"/>
              <w:bottom w:w="28" w:type="dxa"/>
              <w:right w:w="38" w:type="dxa"/>
            </w:tcMar>
            <w:vAlign w:val="center"/>
          </w:tcPr>
          <w:p w14:paraId="69BF849D" w14:textId="77777777" w:rsidR="00D60D5E" w:rsidRDefault="00891EF0">
            <w:pPr>
              <w:spacing w:after="0" w:line="240" w:lineRule="auto"/>
            </w:pPr>
            <w:r>
              <w:rPr>
                <w:rFonts w:eastAsia="Aptos"/>
                <w:sz w:val="17"/>
              </w:rPr>
              <w:t>Bacon 8oz Oscar Mayer / Jones</w:t>
            </w:r>
          </w:p>
        </w:tc>
        <w:tc>
          <w:tcPr>
            <w:tcW w:w="630" w:type="dxa"/>
            <w:tcMar>
              <w:top w:w="28" w:type="dxa"/>
              <w:left w:w="38" w:type="dxa"/>
              <w:bottom w:w="28" w:type="dxa"/>
              <w:right w:w="38" w:type="dxa"/>
            </w:tcMar>
            <w:vAlign w:val="center"/>
          </w:tcPr>
          <w:p w14:paraId="734F73E4" w14:textId="77777777" w:rsidR="00D60D5E" w:rsidRDefault="00891EF0">
            <w:pPr>
              <w:spacing w:after="0" w:line="240" w:lineRule="auto"/>
              <w:jc w:val="center"/>
            </w:pPr>
            <w:r>
              <w:rPr>
                <w:rFonts w:eastAsia="Aptos"/>
                <w:b/>
                <w:sz w:val="17"/>
              </w:rPr>
              <w:t>8.25</w:t>
            </w:r>
          </w:p>
        </w:tc>
        <w:tc>
          <w:tcPr>
            <w:tcW w:w="540" w:type="dxa"/>
            <w:tcMar>
              <w:top w:w="28" w:type="dxa"/>
              <w:left w:w="38" w:type="dxa"/>
              <w:bottom w:w="28" w:type="dxa"/>
              <w:right w:w="38" w:type="dxa"/>
            </w:tcMar>
            <w:vAlign w:val="center"/>
          </w:tcPr>
          <w:p w14:paraId="4A1DF18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C6CF7B" w14:textId="77777777" w:rsidR="00D60D5E" w:rsidRDefault="00D60D5E">
            <w:pPr>
              <w:jc w:val="center"/>
            </w:pPr>
          </w:p>
        </w:tc>
      </w:tr>
      <w:tr w:rsidR="00D60D5E" w14:paraId="58B99917" w14:textId="77777777" w:rsidTr="000617E0">
        <w:trPr>
          <w:cantSplit/>
          <w:jc w:val="center"/>
        </w:trPr>
        <w:tc>
          <w:tcPr>
            <w:tcW w:w="677" w:type="dxa"/>
            <w:tcMar>
              <w:top w:w="28" w:type="dxa"/>
              <w:left w:w="38" w:type="dxa"/>
              <w:bottom w:w="28" w:type="dxa"/>
              <w:right w:w="38" w:type="dxa"/>
            </w:tcMar>
            <w:vAlign w:val="center"/>
          </w:tcPr>
          <w:p w14:paraId="735B047C" w14:textId="77777777" w:rsidR="00D60D5E" w:rsidRDefault="00891EF0">
            <w:pPr>
              <w:spacing w:after="0" w:line="240" w:lineRule="auto"/>
              <w:jc w:val="center"/>
            </w:pPr>
            <w:r>
              <w:rPr>
                <w:rFonts w:eastAsia="Aptos"/>
                <w:color w:val="6A7075"/>
                <w:sz w:val="17"/>
              </w:rPr>
              <w:t>140-245</w:t>
            </w:r>
          </w:p>
        </w:tc>
        <w:tc>
          <w:tcPr>
            <w:tcW w:w="2648" w:type="dxa"/>
            <w:tcMar>
              <w:top w:w="28" w:type="dxa"/>
              <w:left w:w="38" w:type="dxa"/>
              <w:bottom w:w="28" w:type="dxa"/>
              <w:right w:w="38" w:type="dxa"/>
            </w:tcMar>
            <w:vAlign w:val="center"/>
          </w:tcPr>
          <w:p w14:paraId="05C7FB64" w14:textId="77777777" w:rsidR="00D60D5E" w:rsidRDefault="00891EF0">
            <w:pPr>
              <w:spacing w:after="0" w:line="240" w:lineRule="auto"/>
            </w:pPr>
            <w:r>
              <w:rPr>
                <w:rFonts w:eastAsia="Aptos"/>
                <w:sz w:val="17"/>
              </w:rPr>
              <w:t>Thick Cut / Sliced Bacon 16oz</w:t>
            </w:r>
          </w:p>
        </w:tc>
        <w:tc>
          <w:tcPr>
            <w:tcW w:w="630" w:type="dxa"/>
            <w:tcMar>
              <w:top w:w="28" w:type="dxa"/>
              <w:left w:w="38" w:type="dxa"/>
              <w:bottom w:w="28" w:type="dxa"/>
              <w:right w:w="38" w:type="dxa"/>
            </w:tcMar>
            <w:vAlign w:val="center"/>
          </w:tcPr>
          <w:p w14:paraId="6403E5FF" w14:textId="77777777" w:rsidR="00D60D5E" w:rsidRDefault="00891EF0">
            <w:pPr>
              <w:spacing w:after="0" w:line="240" w:lineRule="auto"/>
              <w:jc w:val="center"/>
            </w:pPr>
            <w:r>
              <w:rPr>
                <w:rFonts w:eastAsia="Aptos"/>
                <w:b/>
                <w:sz w:val="17"/>
              </w:rPr>
              <w:t>14.59</w:t>
            </w:r>
          </w:p>
        </w:tc>
        <w:tc>
          <w:tcPr>
            <w:tcW w:w="540" w:type="dxa"/>
            <w:tcMar>
              <w:top w:w="28" w:type="dxa"/>
              <w:left w:w="38" w:type="dxa"/>
              <w:bottom w:w="28" w:type="dxa"/>
              <w:right w:w="38" w:type="dxa"/>
            </w:tcMar>
            <w:vAlign w:val="center"/>
          </w:tcPr>
          <w:p w14:paraId="049B4A1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76481E" w14:textId="77777777" w:rsidR="00D60D5E" w:rsidRDefault="00D60D5E">
            <w:pPr>
              <w:jc w:val="center"/>
            </w:pPr>
          </w:p>
        </w:tc>
      </w:tr>
      <w:tr w:rsidR="00D60D5E" w14:paraId="4E131CE7" w14:textId="77777777" w:rsidTr="000617E0">
        <w:trPr>
          <w:cantSplit/>
          <w:jc w:val="center"/>
        </w:trPr>
        <w:tc>
          <w:tcPr>
            <w:tcW w:w="677" w:type="dxa"/>
            <w:tcMar>
              <w:top w:w="28" w:type="dxa"/>
              <w:left w:w="38" w:type="dxa"/>
              <w:bottom w:w="28" w:type="dxa"/>
              <w:right w:w="38" w:type="dxa"/>
            </w:tcMar>
            <w:vAlign w:val="center"/>
          </w:tcPr>
          <w:p w14:paraId="6332DA4D" w14:textId="77777777" w:rsidR="00D60D5E" w:rsidRDefault="00891EF0">
            <w:pPr>
              <w:spacing w:after="0" w:line="240" w:lineRule="auto"/>
              <w:jc w:val="center"/>
            </w:pPr>
            <w:r>
              <w:rPr>
                <w:rFonts w:eastAsia="Aptos"/>
                <w:color w:val="6A7075"/>
                <w:sz w:val="17"/>
              </w:rPr>
              <w:t>140-250</w:t>
            </w:r>
          </w:p>
        </w:tc>
        <w:tc>
          <w:tcPr>
            <w:tcW w:w="2648" w:type="dxa"/>
            <w:tcMar>
              <w:top w:w="28" w:type="dxa"/>
              <w:left w:w="38" w:type="dxa"/>
              <w:bottom w:w="28" w:type="dxa"/>
              <w:right w:w="38" w:type="dxa"/>
            </w:tcMar>
            <w:vAlign w:val="center"/>
          </w:tcPr>
          <w:p w14:paraId="30ED98BC" w14:textId="77777777" w:rsidR="00D60D5E" w:rsidRDefault="00891EF0">
            <w:pPr>
              <w:spacing w:after="0" w:line="240" w:lineRule="auto"/>
            </w:pPr>
            <w:r>
              <w:rPr>
                <w:rFonts w:eastAsia="Aptos"/>
                <w:sz w:val="17"/>
              </w:rPr>
              <w:t>Jones Golden Brown Patties 8oz</w:t>
            </w:r>
          </w:p>
        </w:tc>
        <w:tc>
          <w:tcPr>
            <w:tcW w:w="630" w:type="dxa"/>
            <w:tcMar>
              <w:top w:w="28" w:type="dxa"/>
              <w:left w:w="38" w:type="dxa"/>
              <w:bottom w:w="28" w:type="dxa"/>
              <w:right w:w="38" w:type="dxa"/>
            </w:tcMar>
            <w:vAlign w:val="center"/>
          </w:tcPr>
          <w:p w14:paraId="26093931" w14:textId="77777777" w:rsidR="00D60D5E" w:rsidRDefault="00891EF0">
            <w:pPr>
              <w:spacing w:after="0" w:line="240" w:lineRule="auto"/>
              <w:jc w:val="center"/>
            </w:pPr>
            <w:r>
              <w:rPr>
                <w:rFonts w:eastAsia="Aptos"/>
                <w:b/>
                <w:sz w:val="17"/>
              </w:rPr>
              <w:t>5.95</w:t>
            </w:r>
          </w:p>
        </w:tc>
        <w:tc>
          <w:tcPr>
            <w:tcW w:w="540" w:type="dxa"/>
            <w:tcMar>
              <w:top w:w="28" w:type="dxa"/>
              <w:left w:w="38" w:type="dxa"/>
              <w:bottom w:w="28" w:type="dxa"/>
              <w:right w:w="38" w:type="dxa"/>
            </w:tcMar>
            <w:vAlign w:val="center"/>
          </w:tcPr>
          <w:p w14:paraId="4AE3DEE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EBE093" w14:textId="77777777" w:rsidR="00D60D5E" w:rsidRDefault="00D60D5E">
            <w:pPr>
              <w:jc w:val="center"/>
            </w:pPr>
          </w:p>
        </w:tc>
      </w:tr>
      <w:tr w:rsidR="00D60D5E" w14:paraId="0F9CBC64" w14:textId="77777777" w:rsidTr="000617E0">
        <w:trPr>
          <w:cantSplit/>
          <w:jc w:val="center"/>
        </w:trPr>
        <w:tc>
          <w:tcPr>
            <w:tcW w:w="677" w:type="dxa"/>
            <w:tcMar>
              <w:top w:w="28" w:type="dxa"/>
              <w:left w:w="38" w:type="dxa"/>
              <w:bottom w:w="28" w:type="dxa"/>
              <w:right w:w="38" w:type="dxa"/>
            </w:tcMar>
            <w:vAlign w:val="center"/>
          </w:tcPr>
          <w:p w14:paraId="4E4897EB" w14:textId="77777777" w:rsidR="00D60D5E" w:rsidRDefault="00891EF0">
            <w:pPr>
              <w:spacing w:after="0" w:line="240" w:lineRule="auto"/>
              <w:jc w:val="center"/>
            </w:pPr>
            <w:r>
              <w:rPr>
                <w:rFonts w:eastAsia="Aptos"/>
                <w:color w:val="6A7075"/>
                <w:sz w:val="17"/>
              </w:rPr>
              <w:t>140-255</w:t>
            </w:r>
          </w:p>
        </w:tc>
        <w:tc>
          <w:tcPr>
            <w:tcW w:w="2648" w:type="dxa"/>
            <w:tcMar>
              <w:top w:w="28" w:type="dxa"/>
              <w:left w:w="38" w:type="dxa"/>
              <w:bottom w:w="28" w:type="dxa"/>
              <w:right w:w="38" w:type="dxa"/>
            </w:tcMar>
            <w:vAlign w:val="center"/>
          </w:tcPr>
          <w:p w14:paraId="51F8EF95" w14:textId="77777777" w:rsidR="00D60D5E" w:rsidRDefault="00891EF0">
            <w:pPr>
              <w:spacing w:after="0" w:line="240" w:lineRule="auto"/>
            </w:pPr>
            <w:r>
              <w:rPr>
                <w:rFonts w:eastAsia="Aptos"/>
                <w:sz w:val="17"/>
              </w:rPr>
              <w:t>Jones Golden Brown Spicy Sausage 8oz</w:t>
            </w:r>
          </w:p>
        </w:tc>
        <w:tc>
          <w:tcPr>
            <w:tcW w:w="630" w:type="dxa"/>
            <w:tcMar>
              <w:top w:w="28" w:type="dxa"/>
              <w:left w:w="38" w:type="dxa"/>
              <w:bottom w:w="28" w:type="dxa"/>
              <w:right w:w="38" w:type="dxa"/>
            </w:tcMar>
            <w:vAlign w:val="center"/>
          </w:tcPr>
          <w:p w14:paraId="560BFF78"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25547E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8021C8" w14:textId="77777777" w:rsidR="00D60D5E" w:rsidRDefault="00D60D5E">
            <w:pPr>
              <w:jc w:val="center"/>
            </w:pPr>
          </w:p>
        </w:tc>
      </w:tr>
      <w:tr w:rsidR="00D60D5E" w14:paraId="020A1457" w14:textId="77777777" w:rsidTr="000617E0">
        <w:trPr>
          <w:cantSplit/>
          <w:jc w:val="center"/>
        </w:trPr>
        <w:tc>
          <w:tcPr>
            <w:tcW w:w="677" w:type="dxa"/>
            <w:tcMar>
              <w:top w:w="28" w:type="dxa"/>
              <w:left w:w="38" w:type="dxa"/>
              <w:bottom w:w="28" w:type="dxa"/>
              <w:right w:w="38" w:type="dxa"/>
            </w:tcMar>
            <w:vAlign w:val="center"/>
          </w:tcPr>
          <w:p w14:paraId="0AF40DCA" w14:textId="77777777" w:rsidR="00D60D5E" w:rsidRDefault="00891EF0">
            <w:pPr>
              <w:spacing w:after="0" w:line="240" w:lineRule="auto"/>
              <w:jc w:val="center"/>
            </w:pPr>
            <w:r>
              <w:rPr>
                <w:rFonts w:eastAsia="Aptos"/>
                <w:color w:val="6A7075"/>
                <w:sz w:val="17"/>
              </w:rPr>
              <w:t>140-260</w:t>
            </w:r>
          </w:p>
        </w:tc>
        <w:tc>
          <w:tcPr>
            <w:tcW w:w="2648" w:type="dxa"/>
            <w:tcMar>
              <w:top w:w="28" w:type="dxa"/>
              <w:left w:w="38" w:type="dxa"/>
              <w:bottom w:w="28" w:type="dxa"/>
              <w:right w:w="38" w:type="dxa"/>
            </w:tcMar>
            <w:vAlign w:val="center"/>
          </w:tcPr>
          <w:p w14:paraId="4FC1C078" w14:textId="77777777" w:rsidR="00D60D5E" w:rsidRDefault="00891EF0">
            <w:pPr>
              <w:spacing w:after="0" w:line="240" w:lineRule="auto"/>
            </w:pPr>
            <w:r>
              <w:rPr>
                <w:rFonts w:eastAsia="Aptos"/>
                <w:sz w:val="17"/>
              </w:rPr>
              <w:t>Jones Golden Brown Beef Sausage 8oz</w:t>
            </w:r>
          </w:p>
        </w:tc>
        <w:tc>
          <w:tcPr>
            <w:tcW w:w="630" w:type="dxa"/>
            <w:tcMar>
              <w:top w:w="28" w:type="dxa"/>
              <w:left w:w="38" w:type="dxa"/>
              <w:bottom w:w="28" w:type="dxa"/>
              <w:right w:w="38" w:type="dxa"/>
            </w:tcMar>
            <w:vAlign w:val="center"/>
          </w:tcPr>
          <w:p w14:paraId="57019D60" w14:textId="77777777" w:rsidR="00D60D5E" w:rsidRDefault="00891EF0">
            <w:pPr>
              <w:spacing w:after="0" w:line="240" w:lineRule="auto"/>
              <w:jc w:val="center"/>
            </w:pPr>
            <w:r>
              <w:rPr>
                <w:rFonts w:eastAsia="Aptos"/>
                <w:b/>
                <w:sz w:val="17"/>
              </w:rPr>
              <w:t>9.85</w:t>
            </w:r>
          </w:p>
        </w:tc>
        <w:tc>
          <w:tcPr>
            <w:tcW w:w="540" w:type="dxa"/>
            <w:tcMar>
              <w:top w:w="28" w:type="dxa"/>
              <w:left w:w="38" w:type="dxa"/>
              <w:bottom w:w="28" w:type="dxa"/>
              <w:right w:w="38" w:type="dxa"/>
            </w:tcMar>
            <w:vAlign w:val="center"/>
          </w:tcPr>
          <w:p w14:paraId="73FF47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5EAC70" w14:textId="77777777" w:rsidR="00D60D5E" w:rsidRDefault="00D60D5E">
            <w:pPr>
              <w:jc w:val="center"/>
            </w:pPr>
          </w:p>
        </w:tc>
      </w:tr>
      <w:tr w:rsidR="00D60D5E" w14:paraId="193ECCAD" w14:textId="77777777" w:rsidTr="000617E0">
        <w:trPr>
          <w:cantSplit/>
          <w:jc w:val="center"/>
        </w:trPr>
        <w:tc>
          <w:tcPr>
            <w:tcW w:w="677" w:type="dxa"/>
            <w:tcMar>
              <w:top w:w="28" w:type="dxa"/>
              <w:left w:w="38" w:type="dxa"/>
              <w:bottom w:w="28" w:type="dxa"/>
              <w:right w:w="38" w:type="dxa"/>
            </w:tcMar>
            <w:vAlign w:val="center"/>
          </w:tcPr>
          <w:p w14:paraId="57BB044D" w14:textId="77777777" w:rsidR="00D60D5E" w:rsidRDefault="00891EF0">
            <w:pPr>
              <w:spacing w:after="0" w:line="240" w:lineRule="auto"/>
              <w:jc w:val="center"/>
            </w:pPr>
            <w:r>
              <w:rPr>
                <w:rFonts w:eastAsia="Aptos"/>
                <w:color w:val="6A7075"/>
                <w:sz w:val="17"/>
              </w:rPr>
              <w:t>140-265</w:t>
            </w:r>
          </w:p>
        </w:tc>
        <w:tc>
          <w:tcPr>
            <w:tcW w:w="2648" w:type="dxa"/>
            <w:tcMar>
              <w:top w:w="28" w:type="dxa"/>
              <w:left w:w="38" w:type="dxa"/>
              <w:bottom w:w="28" w:type="dxa"/>
              <w:right w:w="38" w:type="dxa"/>
            </w:tcMar>
            <w:vAlign w:val="center"/>
          </w:tcPr>
          <w:p w14:paraId="3CA0EEBE" w14:textId="77777777" w:rsidR="00D60D5E" w:rsidRDefault="00891EF0">
            <w:pPr>
              <w:spacing w:after="0" w:line="240" w:lineRule="auto"/>
            </w:pPr>
            <w:r>
              <w:rPr>
                <w:rFonts w:eastAsia="Aptos"/>
                <w:sz w:val="17"/>
              </w:rPr>
              <w:t>Jones Breakfast Link 12oz</w:t>
            </w:r>
          </w:p>
        </w:tc>
        <w:tc>
          <w:tcPr>
            <w:tcW w:w="630" w:type="dxa"/>
            <w:tcMar>
              <w:top w:w="28" w:type="dxa"/>
              <w:left w:w="38" w:type="dxa"/>
              <w:bottom w:w="28" w:type="dxa"/>
              <w:right w:w="38" w:type="dxa"/>
            </w:tcMar>
            <w:vAlign w:val="center"/>
          </w:tcPr>
          <w:p w14:paraId="04F3C7AB" w14:textId="77777777" w:rsidR="00D60D5E" w:rsidRDefault="00891EF0">
            <w:pPr>
              <w:spacing w:after="0" w:line="240" w:lineRule="auto"/>
              <w:jc w:val="center"/>
            </w:pPr>
            <w:r>
              <w:rPr>
                <w:rFonts w:eastAsia="Aptos"/>
                <w:b/>
                <w:sz w:val="17"/>
              </w:rPr>
              <w:t>10.98</w:t>
            </w:r>
          </w:p>
        </w:tc>
        <w:tc>
          <w:tcPr>
            <w:tcW w:w="540" w:type="dxa"/>
            <w:tcMar>
              <w:top w:w="28" w:type="dxa"/>
              <w:left w:w="38" w:type="dxa"/>
              <w:bottom w:w="28" w:type="dxa"/>
              <w:right w:w="38" w:type="dxa"/>
            </w:tcMar>
            <w:vAlign w:val="center"/>
          </w:tcPr>
          <w:p w14:paraId="173F9A0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04CD24" w14:textId="77777777" w:rsidR="00D60D5E" w:rsidRDefault="00D60D5E">
            <w:pPr>
              <w:jc w:val="center"/>
            </w:pPr>
          </w:p>
        </w:tc>
      </w:tr>
      <w:tr w:rsidR="00D60D5E" w14:paraId="16ECE75E" w14:textId="77777777" w:rsidTr="000617E0">
        <w:trPr>
          <w:cantSplit/>
          <w:jc w:val="center"/>
        </w:trPr>
        <w:tc>
          <w:tcPr>
            <w:tcW w:w="677" w:type="dxa"/>
            <w:tcMar>
              <w:top w:w="28" w:type="dxa"/>
              <w:left w:w="38" w:type="dxa"/>
              <w:bottom w:w="28" w:type="dxa"/>
              <w:right w:w="38" w:type="dxa"/>
            </w:tcMar>
            <w:vAlign w:val="center"/>
          </w:tcPr>
          <w:p w14:paraId="193EC039" w14:textId="77777777" w:rsidR="00D60D5E" w:rsidRDefault="00891EF0">
            <w:pPr>
              <w:spacing w:after="0" w:line="240" w:lineRule="auto"/>
              <w:jc w:val="center"/>
            </w:pPr>
            <w:r>
              <w:rPr>
                <w:rFonts w:eastAsia="Aptos"/>
                <w:color w:val="6A7075"/>
                <w:sz w:val="17"/>
              </w:rPr>
              <w:t>140-270</w:t>
            </w:r>
          </w:p>
        </w:tc>
        <w:tc>
          <w:tcPr>
            <w:tcW w:w="2648" w:type="dxa"/>
            <w:tcMar>
              <w:top w:w="28" w:type="dxa"/>
              <w:left w:w="38" w:type="dxa"/>
              <w:bottom w:w="28" w:type="dxa"/>
              <w:right w:w="38" w:type="dxa"/>
            </w:tcMar>
            <w:vAlign w:val="center"/>
          </w:tcPr>
          <w:p w14:paraId="1761071A" w14:textId="77777777" w:rsidR="00D60D5E" w:rsidRDefault="00891EF0">
            <w:pPr>
              <w:spacing w:after="0" w:line="240" w:lineRule="auto"/>
            </w:pPr>
            <w:r>
              <w:rPr>
                <w:rFonts w:eastAsia="Aptos"/>
                <w:sz w:val="17"/>
              </w:rPr>
              <w:t>Jones Golden Brown Maple Sausage 8oz</w:t>
            </w:r>
          </w:p>
        </w:tc>
        <w:tc>
          <w:tcPr>
            <w:tcW w:w="630" w:type="dxa"/>
            <w:tcMar>
              <w:top w:w="28" w:type="dxa"/>
              <w:left w:w="38" w:type="dxa"/>
              <w:bottom w:w="28" w:type="dxa"/>
              <w:right w:w="38" w:type="dxa"/>
            </w:tcMar>
            <w:vAlign w:val="center"/>
          </w:tcPr>
          <w:p w14:paraId="005A335C"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1F710BC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DD32A6" w14:textId="77777777" w:rsidR="00D60D5E" w:rsidRDefault="00D60D5E">
            <w:pPr>
              <w:jc w:val="center"/>
            </w:pPr>
          </w:p>
        </w:tc>
      </w:tr>
      <w:tr w:rsidR="00D60D5E" w14:paraId="1208A681" w14:textId="77777777" w:rsidTr="000617E0">
        <w:trPr>
          <w:cantSplit/>
          <w:jc w:val="center"/>
        </w:trPr>
        <w:tc>
          <w:tcPr>
            <w:tcW w:w="677" w:type="dxa"/>
            <w:tcMar>
              <w:top w:w="28" w:type="dxa"/>
              <w:left w:w="38" w:type="dxa"/>
              <w:bottom w:w="28" w:type="dxa"/>
              <w:right w:w="38" w:type="dxa"/>
            </w:tcMar>
            <w:vAlign w:val="center"/>
          </w:tcPr>
          <w:p w14:paraId="1974CB8E" w14:textId="77777777" w:rsidR="00D60D5E" w:rsidRDefault="00891EF0">
            <w:pPr>
              <w:spacing w:after="0" w:line="240" w:lineRule="auto"/>
              <w:jc w:val="center"/>
            </w:pPr>
            <w:r>
              <w:rPr>
                <w:rFonts w:eastAsia="Aptos"/>
                <w:color w:val="6A7075"/>
                <w:sz w:val="17"/>
              </w:rPr>
              <w:t>140-275</w:t>
            </w:r>
          </w:p>
        </w:tc>
        <w:tc>
          <w:tcPr>
            <w:tcW w:w="2648" w:type="dxa"/>
            <w:tcMar>
              <w:top w:w="28" w:type="dxa"/>
              <w:left w:w="38" w:type="dxa"/>
              <w:bottom w:w="28" w:type="dxa"/>
              <w:right w:w="38" w:type="dxa"/>
            </w:tcMar>
            <w:vAlign w:val="center"/>
          </w:tcPr>
          <w:p w14:paraId="30B1C839" w14:textId="77777777" w:rsidR="00D60D5E" w:rsidRDefault="00891EF0">
            <w:pPr>
              <w:spacing w:after="0" w:line="240" w:lineRule="auto"/>
            </w:pPr>
            <w:r>
              <w:rPr>
                <w:rFonts w:eastAsia="Aptos"/>
                <w:sz w:val="17"/>
              </w:rPr>
              <w:t>Jones Dinner Sausages 12oz</w:t>
            </w:r>
          </w:p>
        </w:tc>
        <w:tc>
          <w:tcPr>
            <w:tcW w:w="630" w:type="dxa"/>
            <w:tcMar>
              <w:top w:w="28" w:type="dxa"/>
              <w:left w:w="38" w:type="dxa"/>
              <w:bottom w:w="28" w:type="dxa"/>
              <w:right w:w="38" w:type="dxa"/>
            </w:tcMar>
            <w:vAlign w:val="center"/>
          </w:tcPr>
          <w:p w14:paraId="2F5B110B" w14:textId="77777777" w:rsidR="00D60D5E" w:rsidRDefault="00891EF0">
            <w:pPr>
              <w:spacing w:after="0" w:line="240" w:lineRule="auto"/>
              <w:jc w:val="center"/>
            </w:pPr>
            <w:r>
              <w:rPr>
                <w:rFonts w:eastAsia="Aptos"/>
                <w:b/>
                <w:sz w:val="17"/>
              </w:rPr>
              <w:t>7.59</w:t>
            </w:r>
          </w:p>
        </w:tc>
        <w:tc>
          <w:tcPr>
            <w:tcW w:w="540" w:type="dxa"/>
            <w:tcMar>
              <w:top w:w="28" w:type="dxa"/>
              <w:left w:w="38" w:type="dxa"/>
              <w:bottom w:w="28" w:type="dxa"/>
              <w:right w:w="38" w:type="dxa"/>
            </w:tcMar>
            <w:vAlign w:val="center"/>
          </w:tcPr>
          <w:p w14:paraId="53A9A0C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89943D" w14:textId="77777777" w:rsidR="00D60D5E" w:rsidRDefault="00D60D5E">
            <w:pPr>
              <w:jc w:val="center"/>
            </w:pPr>
          </w:p>
        </w:tc>
      </w:tr>
      <w:tr w:rsidR="00D60D5E" w14:paraId="6A2721F7" w14:textId="77777777" w:rsidTr="000617E0">
        <w:trPr>
          <w:cantSplit/>
          <w:jc w:val="center"/>
        </w:trPr>
        <w:tc>
          <w:tcPr>
            <w:tcW w:w="677" w:type="dxa"/>
            <w:tcMar>
              <w:top w:w="28" w:type="dxa"/>
              <w:left w:w="38" w:type="dxa"/>
              <w:bottom w:w="28" w:type="dxa"/>
              <w:right w:w="38" w:type="dxa"/>
            </w:tcMar>
            <w:vAlign w:val="center"/>
          </w:tcPr>
          <w:p w14:paraId="70E85B22" w14:textId="77777777" w:rsidR="00D60D5E" w:rsidRDefault="00891EF0">
            <w:pPr>
              <w:spacing w:after="0" w:line="240" w:lineRule="auto"/>
              <w:jc w:val="center"/>
            </w:pPr>
            <w:r>
              <w:rPr>
                <w:rFonts w:eastAsia="Aptos"/>
                <w:color w:val="6A7075"/>
                <w:sz w:val="17"/>
              </w:rPr>
              <w:t>140-280</w:t>
            </w:r>
          </w:p>
        </w:tc>
        <w:tc>
          <w:tcPr>
            <w:tcW w:w="2648" w:type="dxa"/>
            <w:tcMar>
              <w:top w:w="28" w:type="dxa"/>
              <w:left w:w="38" w:type="dxa"/>
              <w:bottom w:w="28" w:type="dxa"/>
              <w:right w:w="38" w:type="dxa"/>
            </w:tcMar>
            <w:vAlign w:val="center"/>
          </w:tcPr>
          <w:p w14:paraId="1CFD1101" w14:textId="77777777" w:rsidR="00D60D5E" w:rsidRDefault="00891EF0">
            <w:pPr>
              <w:spacing w:after="0" w:line="240" w:lineRule="auto"/>
            </w:pPr>
            <w:r>
              <w:rPr>
                <w:rFonts w:eastAsia="Aptos"/>
                <w:sz w:val="17"/>
              </w:rPr>
              <w:t>Jones Sausage Patties 12oz</w:t>
            </w:r>
          </w:p>
        </w:tc>
        <w:tc>
          <w:tcPr>
            <w:tcW w:w="630" w:type="dxa"/>
            <w:tcMar>
              <w:top w:w="28" w:type="dxa"/>
              <w:left w:w="38" w:type="dxa"/>
              <w:bottom w:w="28" w:type="dxa"/>
              <w:right w:w="38" w:type="dxa"/>
            </w:tcMar>
            <w:vAlign w:val="center"/>
          </w:tcPr>
          <w:p w14:paraId="33820B56" w14:textId="77777777" w:rsidR="00D60D5E" w:rsidRDefault="00891EF0">
            <w:pPr>
              <w:spacing w:after="0" w:line="240" w:lineRule="auto"/>
              <w:jc w:val="center"/>
            </w:pPr>
            <w:r>
              <w:rPr>
                <w:rFonts w:eastAsia="Aptos"/>
                <w:b/>
                <w:sz w:val="17"/>
              </w:rPr>
              <w:t>7.80</w:t>
            </w:r>
          </w:p>
        </w:tc>
        <w:tc>
          <w:tcPr>
            <w:tcW w:w="540" w:type="dxa"/>
            <w:tcMar>
              <w:top w:w="28" w:type="dxa"/>
              <w:left w:w="38" w:type="dxa"/>
              <w:bottom w:w="28" w:type="dxa"/>
              <w:right w:w="38" w:type="dxa"/>
            </w:tcMar>
            <w:vAlign w:val="center"/>
          </w:tcPr>
          <w:p w14:paraId="1EF9B0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E2781F" w14:textId="77777777" w:rsidR="00D60D5E" w:rsidRDefault="00D60D5E">
            <w:pPr>
              <w:jc w:val="center"/>
            </w:pPr>
          </w:p>
        </w:tc>
      </w:tr>
      <w:tr w:rsidR="00D60D5E" w14:paraId="4244E096" w14:textId="77777777" w:rsidTr="000617E0">
        <w:trPr>
          <w:cantSplit/>
          <w:jc w:val="center"/>
        </w:trPr>
        <w:tc>
          <w:tcPr>
            <w:tcW w:w="677" w:type="dxa"/>
            <w:tcMar>
              <w:top w:w="28" w:type="dxa"/>
              <w:left w:w="38" w:type="dxa"/>
              <w:bottom w:w="28" w:type="dxa"/>
              <w:right w:w="38" w:type="dxa"/>
            </w:tcMar>
            <w:vAlign w:val="center"/>
          </w:tcPr>
          <w:p w14:paraId="7A4EDF5D" w14:textId="77777777" w:rsidR="00D60D5E" w:rsidRDefault="00891EF0">
            <w:pPr>
              <w:spacing w:after="0" w:line="240" w:lineRule="auto"/>
              <w:jc w:val="center"/>
            </w:pPr>
            <w:r>
              <w:rPr>
                <w:rFonts w:eastAsia="Aptos"/>
                <w:color w:val="6A7075"/>
                <w:sz w:val="17"/>
              </w:rPr>
              <w:t>140-285</w:t>
            </w:r>
          </w:p>
        </w:tc>
        <w:tc>
          <w:tcPr>
            <w:tcW w:w="2648" w:type="dxa"/>
            <w:tcMar>
              <w:top w:w="28" w:type="dxa"/>
              <w:left w:w="38" w:type="dxa"/>
              <w:bottom w:w="28" w:type="dxa"/>
              <w:right w:w="38" w:type="dxa"/>
            </w:tcMar>
            <w:vAlign w:val="center"/>
          </w:tcPr>
          <w:p w14:paraId="3EDBDC6F" w14:textId="77777777" w:rsidR="00D60D5E" w:rsidRDefault="00891EF0">
            <w:pPr>
              <w:spacing w:after="0" w:line="240" w:lineRule="auto"/>
            </w:pPr>
            <w:r>
              <w:rPr>
                <w:rFonts w:eastAsia="Aptos"/>
                <w:sz w:val="17"/>
              </w:rPr>
              <w:t>Polish Sausage 8oz</w:t>
            </w:r>
          </w:p>
        </w:tc>
        <w:tc>
          <w:tcPr>
            <w:tcW w:w="630" w:type="dxa"/>
            <w:tcMar>
              <w:top w:w="28" w:type="dxa"/>
              <w:left w:w="38" w:type="dxa"/>
              <w:bottom w:w="28" w:type="dxa"/>
              <w:right w:w="38" w:type="dxa"/>
            </w:tcMar>
            <w:vAlign w:val="center"/>
          </w:tcPr>
          <w:p w14:paraId="13A46CA9" w14:textId="77777777" w:rsidR="00D60D5E" w:rsidRDefault="00891EF0">
            <w:pPr>
              <w:spacing w:after="0" w:line="240" w:lineRule="auto"/>
              <w:jc w:val="center"/>
            </w:pPr>
            <w:r>
              <w:rPr>
                <w:rFonts w:eastAsia="Aptos"/>
                <w:b/>
                <w:sz w:val="17"/>
              </w:rPr>
              <w:t>4.45</w:t>
            </w:r>
          </w:p>
        </w:tc>
        <w:tc>
          <w:tcPr>
            <w:tcW w:w="540" w:type="dxa"/>
            <w:tcMar>
              <w:top w:w="28" w:type="dxa"/>
              <w:left w:w="38" w:type="dxa"/>
              <w:bottom w:w="28" w:type="dxa"/>
              <w:right w:w="38" w:type="dxa"/>
            </w:tcMar>
            <w:vAlign w:val="center"/>
          </w:tcPr>
          <w:p w14:paraId="25E95D2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A8294B" w14:textId="77777777" w:rsidR="00D60D5E" w:rsidRDefault="00D60D5E">
            <w:pPr>
              <w:jc w:val="center"/>
            </w:pPr>
          </w:p>
        </w:tc>
      </w:tr>
      <w:tr w:rsidR="00D60D5E" w14:paraId="3E100DB5" w14:textId="77777777" w:rsidTr="000617E0">
        <w:trPr>
          <w:cantSplit/>
          <w:jc w:val="center"/>
        </w:trPr>
        <w:tc>
          <w:tcPr>
            <w:tcW w:w="677" w:type="dxa"/>
            <w:tcMar>
              <w:top w:w="28" w:type="dxa"/>
              <w:left w:w="38" w:type="dxa"/>
              <w:bottom w:w="28" w:type="dxa"/>
              <w:right w:w="38" w:type="dxa"/>
            </w:tcMar>
            <w:vAlign w:val="center"/>
          </w:tcPr>
          <w:p w14:paraId="6768B920" w14:textId="77777777" w:rsidR="00D60D5E" w:rsidRDefault="00891EF0">
            <w:pPr>
              <w:spacing w:after="0" w:line="240" w:lineRule="auto"/>
              <w:jc w:val="center"/>
            </w:pPr>
            <w:r>
              <w:rPr>
                <w:rFonts w:eastAsia="Aptos"/>
                <w:color w:val="6A7075"/>
                <w:sz w:val="17"/>
              </w:rPr>
              <w:t>140-290</w:t>
            </w:r>
          </w:p>
        </w:tc>
        <w:tc>
          <w:tcPr>
            <w:tcW w:w="2648" w:type="dxa"/>
            <w:tcMar>
              <w:top w:w="28" w:type="dxa"/>
              <w:left w:w="38" w:type="dxa"/>
              <w:bottom w:w="28" w:type="dxa"/>
              <w:right w:w="38" w:type="dxa"/>
            </w:tcMar>
            <w:vAlign w:val="center"/>
          </w:tcPr>
          <w:p w14:paraId="3792EA46" w14:textId="77777777" w:rsidR="00D60D5E" w:rsidRDefault="00891EF0">
            <w:pPr>
              <w:spacing w:after="0" w:line="240" w:lineRule="auto"/>
            </w:pPr>
            <w:r>
              <w:rPr>
                <w:rFonts w:eastAsia="Aptos"/>
                <w:sz w:val="17"/>
              </w:rPr>
              <w:t>Italian Sausage Hot / Mild 19oz</w:t>
            </w:r>
          </w:p>
        </w:tc>
        <w:tc>
          <w:tcPr>
            <w:tcW w:w="630" w:type="dxa"/>
            <w:tcMar>
              <w:top w:w="28" w:type="dxa"/>
              <w:left w:w="38" w:type="dxa"/>
              <w:bottom w:w="28" w:type="dxa"/>
              <w:right w:w="38" w:type="dxa"/>
            </w:tcMar>
            <w:vAlign w:val="center"/>
          </w:tcPr>
          <w:p w14:paraId="1A325D9E" w14:textId="77777777" w:rsidR="00D60D5E" w:rsidRDefault="00891EF0">
            <w:pPr>
              <w:spacing w:after="0" w:line="240" w:lineRule="auto"/>
              <w:jc w:val="center"/>
            </w:pPr>
            <w:r>
              <w:rPr>
                <w:rFonts w:eastAsia="Aptos"/>
                <w:b/>
                <w:sz w:val="17"/>
              </w:rPr>
              <w:t>11.65</w:t>
            </w:r>
          </w:p>
        </w:tc>
        <w:tc>
          <w:tcPr>
            <w:tcW w:w="540" w:type="dxa"/>
            <w:tcMar>
              <w:top w:w="28" w:type="dxa"/>
              <w:left w:w="38" w:type="dxa"/>
              <w:bottom w:w="28" w:type="dxa"/>
              <w:right w:w="38" w:type="dxa"/>
            </w:tcMar>
            <w:vAlign w:val="center"/>
          </w:tcPr>
          <w:p w14:paraId="193E363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B392B6" w14:textId="77777777" w:rsidR="00D60D5E" w:rsidRDefault="00D60D5E">
            <w:pPr>
              <w:jc w:val="center"/>
            </w:pPr>
          </w:p>
        </w:tc>
      </w:tr>
      <w:tr w:rsidR="00D60D5E" w14:paraId="171A7D3A" w14:textId="77777777" w:rsidTr="000617E0">
        <w:trPr>
          <w:cantSplit/>
          <w:jc w:val="center"/>
        </w:trPr>
        <w:tc>
          <w:tcPr>
            <w:tcW w:w="677" w:type="dxa"/>
            <w:tcMar>
              <w:top w:w="28" w:type="dxa"/>
              <w:left w:w="38" w:type="dxa"/>
              <w:bottom w:w="28" w:type="dxa"/>
              <w:right w:w="38" w:type="dxa"/>
            </w:tcMar>
            <w:vAlign w:val="center"/>
          </w:tcPr>
          <w:p w14:paraId="08EABE70" w14:textId="77777777" w:rsidR="00D60D5E" w:rsidRDefault="00891EF0">
            <w:pPr>
              <w:spacing w:after="0" w:line="240" w:lineRule="auto"/>
              <w:jc w:val="center"/>
            </w:pPr>
            <w:r>
              <w:rPr>
                <w:rFonts w:eastAsia="Aptos"/>
                <w:color w:val="6A7075"/>
                <w:sz w:val="17"/>
              </w:rPr>
              <w:t>140-295</w:t>
            </w:r>
          </w:p>
        </w:tc>
        <w:tc>
          <w:tcPr>
            <w:tcW w:w="2648" w:type="dxa"/>
            <w:tcMar>
              <w:top w:w="28" w:type="dxa"/>
              <w:left w:w="38" w:type="dxa"/>
              <w:bottom w:w="28" w:type="dxa"/>
              <w:right w:w="38" w:type="dxa"/>
            </w:tcMar>
            <w:vAlign w:val="center"/>
          </w:tcPr>
          <w:p w14:paraId="30988576" w14:textId="77777777" w:rsidR="00D60D5E" w:rsidRDefault="00891EF0">
            <w:pPr>
              <w:spacing w:after="0" w:line="240" w:lineRule="auto"/>
            </w:pPr>
            <w:r>
              <w:rPr>
                <w:rFonts w:eastAsia="Aptos"/>
                <w:sz w:val="17"/>
              </w:rPr>
              <w:t>Bacon 16 oz Kirkland</w:t>
            </w:r>
          </w:p>
        </w:tc>
        <w:tc>
          <w:tcPr>
            <w:tcW w:w="630" w:type="dxa"/>
            <w:tcMar>
              <w:top w:w="28" w:type="dxa"/>
              <w:left w:w="38" w:type="dxa"/>
              <w:bottom w:w="28" w:type="dxa"/>
              <w:right w:w="38" w:type="dxa"/>
            </w:tcMar>
            <w:vAlign w:val="center"/>
          </w:tcPr>
          <w:p w14:paraId="6644D13D"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791BF5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945F58" w14:textId="77777777" w:rsidR="00D60D5E" w:rsidRDefault="00D60D5E">
            <w:pPr>
              <w:jc w:val="center"/>
            </w:pPr>
          </w:p>
        </w:tc>
      </w:tr>
      <w:tr w:rsidR="00D60D5E" w14:paraId="1DCE288A" w14:textId="77777777" w:rsidTr="000617E0">
        <w:trPr>
          <w:cantSplit/>
          <w:jc w:val="center"/>
        </w:trPr>
        <w:tc>
          <w:tcPr>
            <w:tcW w:w="677" w:type="dxa"/>
            <w:tcMar>
              <w:top w:w="28" w:type="dxa"/>
              <w:left w:w="38" w:type="dxa"/>
              <w:bottom w:w="28" w:type="dxa"/>
              <w:right w:w="38" w:type="dxa"/>
            </w:tcMar>
            <w:vAlign w:val="center"/>
          </w:tcPr>
          <w:p w14:paraId="6E42CDC5" w14:textId="77777777" w:rsidR="00D60D5E" w:rsidRDefault="00891EF0">
            <w:pPr>
              <w:spacing w:after="0" w:line="240" w:lineRule="auto"/>
              <w:jc w:val="center"/>
            </w:pPr>
            <w:r>
              <w:rPr>
                <w:rFonts w:eastAsia="Aptos"/>
                <w:color w:val="6A7075"/>
                <w:sz w:val="17"/>
              </w:rPr>
              <w:t>140-300</w:t>
            </w:r>
          </w:p>
        </w:tc>
        <w:tc>
          <w:tcPr>
            <w:tcW w:w="2648" w:type="dxa"/>
            <w:tcMar>
              <w:top w:w="28" w:type="dxa"/>
              <w:left w:w="38" w:type="dxa"/>
              <w:bottom w:w="28" w:type="dxa"/>
              <w:right w:w="38" w:type="dxa"/>
            </w:tcMar>
            <w:vAlign w:val="center"/>
          </w:tcPr>
          <w:p w14:paraId="13DCE525" w14:textId="77777777" w:rsidR="00D60D5E" w:rsidRDefault="00891EF0">
            <w:pPr>
              <w:spacing w:after="0" w:line="240" w:lineRule="auto"/>
            </w:pPr>
            <w:r>
              <w:rPr>
                <w:rFonts w:eastAsia="Aptos"/>
                <w:sz w:val="17"/>
              </w:rPr>
              <w:t>Ground Sausage 14oz Pk Kielbasa</w:t>
            </w:r>
          </w:p>
        </w:tc>
        <w:tc>
          <w:tcPr>
            <w:tcW w:w="630" w:type="dxa"/>
            <w:tcMar>
              <w:top w:w="28" w:type="dxa"/>
              <w:left w:w="38" w:type="dxa"/>
              <w:bottom w:w="28" w:type="dxa"/>
              <w:right w:w="38" w:type="dxa"/>
            </w:tcMar>
            <w:vAlign w:val="center"/>
          </w:tcPr>
          <w:p w14:paraId="1C4F898C"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325C6FD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3A61FF" w14:textId="77777777" w:rsidR="00D60D5E" w:rsidRDefault="00D60D5E">
            <w:pPr>
              <w:jc w:val="center"/>
            </w:pPr>
          </w:p>
        </w:tc>
      </w:tr>
      <w:tr w:rsidR="00D60D5E" w14:paraId="2557AD04" w14:textId="77777777" w:rsidTr="000617E0">
        <w:trPr>
          <w:cantSplit/>
          <w:jc w:val="center"/>
        </w:trPr>
        <w:tc>
          <w:tcPr>
            <w:tcW w:w="677" w:type="dxa"/>
            <w:tcMar>
              <w:top w:w="28" w:type="dxa"/>
              <w:left w:w="38" w:type="dxa"/>
              <w:bottom w:w="28" w:type="dxa"/>
              <w:right w:w="38" w:type="dxa"/>
            </w:tcMar>
            <w:vAlign w:val="center"/>
          </w:tcPr>
          <w:p w14:paraId="08F5F2C1" w14:textId="77777777" w:rsidR="00D60D5E" w:rsidRDefault="00891EF0">
            <w:pPr>
              <w:spacing w:after="0" w:line="240" w:lineRule="auto"/>
              <w:jc w:val="center"/>
            </w:pPr>
            <w:r>
              <w:rPr>
                <w:rFonts w:eastAsia="Aptos"/>
                <w:color w:val="6A7075"/>
                <w:sz w:val="17"/>
              </w:rPr>
              <w:t>140-305</w:t>
            </w:r>
          </w:p>
        </w:tc>
        <w:tc>
          <w:tcPr>
            <w:tcW w:w="2648" w:type="dxa"/>
            <w:tcMar>
              <w:top w:w="28" w:type="dxa"/>
              <w:left w:w="38" w:type="dxa"/>
              <w:bottom w:w="28" w:type="dxa"/>
              <w:right w:w="38" w:type="dxa"/>
            </w:tcMar>
            <w:vAlign w:val="center"/>
          </w:tcPr>
          <w:p w14:paraId="5E6E8790" w14:textId="77777777" w:rsidR="00D60D5E" w:rsidRDefault="00891EF0">
            <w:pPr>
              <w:spacing w:after="0" w:line="240" w:lineRule="auto"/>
            </w:pPr>
            <w:r>
              <w:rPr>
                <w:rFonts w:eastAsia="Aptos"/>
                <w:sz w:val="17"/>
              </w:rPr>
              <w:t>Chicken Canned Kirkland 12.5 oz</w:t>
            </w:r>
          </w:p>
        </w:tc>
        <w:tc>
          <w:tcPr>
            <w:tcW w:w="630" w:type="dxa"/>
            <w:tcMar>
              <w:top w:w="28" w:type="dxa"/>
              <w:left w:w="38" w:type="dxa"/>
              <w:bottom w:w="28" w:type="dxa"/>
              <w:right w:w="38" w:type="dxa"/>
            </w:tcMar>
            <w:vAlign w:val="center"/>
          </w:tcPr>
          <w:p w14:paraId="51539B05"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0F6EE4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3C6E14" w14:textId="77777777" w:rsidR="00D60D5E" w:rsidRDefault="00D60D5E">
            <w:pPr>
              <w:jc w:val="center"/>
            </w:pPr>
          </w:p>
        </w:tc>
      </w:tr>
      <w:tr w:rsidR="00D60D5E" w14:paraId="04D1AB9C" w14:textId="77777777" w:rsidTr="000617E0">
        <w:trPr>
          <w:cantSplit/>
          <w:jc w:val="center"/>
        </w:trPr>
        <w:tc>
          <w:tcPr>
            <w:tcW w:w="677" w:type="dxa"/>
            <w:tcMar>
              <w:top w:w="28" w:type="dxa"/>
              <w:left w:w="38" w:type="dxa"/>
              <w:bottom w:w="28" w:type="dxa"/>
              <w:right w:w="38" w:type="dxa"/>
            </w:tcMar>
            <w:vAlign w:val="center"/>
          </w:tcPr>
          <w:p w14:paraId="2F952B53" w14:textId="77777777" w:rsidR="00D60D5E" w:rsidRDefault="00891EF0">
            <w:pPr>
              <w:spacing w:after="0" w:line="240" w:lineRule="auto"/>
              <w:jc w:val="center"/>
            </w:pPr>
            <w:r>
              <w:rPr>
                <w:rFonts w:eastAsia="Aptos"/>
                <w:color w:val="6A7075"/>
                <w:sz w:val="17"/>
              </w:rPr>
              <w:t>140-310</w:t>
            </w:r>
          </w:p>
        </w:tc>
        <w:tc>
          <w:tcPr>
            <w:tcW w:w="2648" w:type="dxa"/>
            <w:tcMar>
              <w:top w:w="28" w:type="dxa"/>
              <w:left w:w="38" w:type="dxa"/>
              <w:bottom w:w="28" w:type="dxa"/>
              <w:right w:w="38" w:type="dxa"/>
            </w:tcMar>
            <w:vAlign w:val="center"/>
          </w:tcPr>
          <w:p w14:paraId="08ABE3D3" w14:textId="77777777" w:rsidR="00D60D5E" w:rsidRDefault="00891EF0">
            <w:pPr>
              <w:spacing w:after="0" w:line="240" w:lineRule="auto"/>
            </w:pPr>
            <w:r>
              <w:rPr>
                <w:rFonts w:eastAsia="Aptos"/>
                <w:sz w:val="17"/>
              </w:rPr>
              <w:t>Veggie Burgers 4pk10oz Boca/MorningStar</w:t>
            </w:r>
          </w:p>
        </w:tc>
        <w:tc>
          <w:tcPr>
            <w:tcW w:w="630" w:type="dxa"/>
            <w:tcMar>
              <w:top w:w="28" w:type="dxa"/>
              <w:left w:w="38" w:type="dxa"/>
              <w:bottom w:w="28" w:type="dxa"/>
              <w:right w:w="38" w:type="dxa"/>
            </w:tcMar>
            <w:vAlign w:val="center"/>
          </w:tcPr>
          <w:p w14:paraId="454FD2DE" w14:textId="77777777" w:rsidR="00D60D5E" w:rsidRDefault="00891EF0">
            <w:pPr>
              <w:spacing w:after="0" w:line="240" w:lineRule="auto"/>
              <w:jc w:val="center"/>
            </w:pPr>
            <w:r>
              <w:rPr>
                <w:rFonts w:eastAsia="Aptos"/>
                <w:b/>
                <w:sz w:val="17"/>
              </w:rPr>
              <w:t>8.95</w:t>
            </w:r>
          </w:p>
        </w:tc>
        <w:tc>
          <w:tcPr>
            <w:tcW w:w="540" w:type="dxa"/>
            <w:tcMar>
              <w:top w:w="28" w:type="dxa"/>
              <w:left w:w="38" w:type="dxa"/>
              <w:bottom w:w="28" w:type="dxa"/>
              <w:right w:w="38" w:type="dxa"/>
            </w:tcMar>
            <w:vAlign w:val="center"/>
          </w:tcPr>
          <w:p w14:paraId="225977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579A92" w14:textId="77777777" w:rsidR="00D60D5E" w:rsidRDefault="00D60D5E">
            <w:pPr>
              <w:jc w:val="center"/>
            </w:pPr>
          </w:p>
        </w:tc>
      </w:tr>
      <w:tr w:rsidR="00D60D5E" w14:paraId="5F8E617B" w14:textId="77777777" w:rsidTr="000617E0">
        <w:trPr>
          <w:cantSplit/>
          <w:jc w:val="center"/>
        </w:trPr>
        <w:tc>
          <w:tcPr>
            <w:tcW w:w="677" w:type="dxa"/>
            <w:tcMar>
              <w:top w:w="28" w:type="dxa"/>
              <w:left w:w="38" w:type="dxa"/>
              <w:bottom w:w="28" w:type="dxa"/>
              <w:right w:w="38" w:type="dxa"/>
            </w:tcMar>
            <w:vAlign w:val="center"/>
          </w:tcPr>
          <w:p w14:paraId="7AB1279B" w14:textId="77777777" w:rsidR="00D60D5E" w:rsidRDefault="00891EF0">
            <w:pPr>
              <w:spacing w:after="0" w:line="240" w:lineRule="auto"/>
              <w:jc w:val="center"/>
            </w:pPr>
            <w:r>
              <w:rPr>
                <w:rFonts w:eastAsia="Aptos"/>
                <w:color w:val="6A7075"/>
                <w:sz w:val="17"/>
              </w:rPr>
              <w:t>140-315</w:t>
            </w:r>
          </w:p>
        </w:tc>
        <w:tc>
          <w:tcPr>
            <w:tcW w:w="2648" w:type="dxa"/>
            <w:tcMar>
              <w:top w:w="28" w:type="dxa"/>
              <w:left w:w="38" w:type="dxa"/>
              <w:bottom w:w="28" w:type="dxa"/>
              <w:right w:w="38" w:type="dxa"/>
            </w:tcMar>
            <w:vAlign w:val="center"/>
          </w:tcPr>
          <w:p w14:paraId="79495E64" w14:textId="77777777" w:rsidR="00D60D5E" w:rsidRDefault="00891EF0">
            <w:pPr>
              <w:spacing w:after="0" w:line="240" w:lineRule="auto"/>
            </w:pPr>
            <w:r>
              <w:rPr>
                <w:rFonts w:eastAsia="Aptos"/>
                <w:sz w:val="17"/>
              </w:rPr>
              <w:t>Veggie Burgers GF DF Amy’s Sonoma 10oz</w:t>
            </w:r>
          </w:p>
        </w:tc>
        <w:tc>
          <w:tcPr>
            <w:tcW w:w="630" w:type="dxa"/>
            <w:tcMar>
              <w:top w:w="28" w:type="dxa"/>
              <w:left w:w="38" w:type="dxa"/>
              <w:bottom w:w="28" w:type="dxa"/>
              <w:right w:w="38" w:type="dxa"/>
            </w:tcMar>
            <w:vAlign w:val="center"/>
          </w:tcPr>
          <w:p w14:paraId="0EB7108D" w14:textId="77777777" w:rsidR="00D60D5E" w:rsidRDefault="00891EF0">
            <w:pPr>
              <w:spacing w:after="0" w:line="240" w:lineRule="auto"/>
              <w:jc w:val="center"/>
            </w:pPr>
            <w:r>
              <w:rPr>
                <w:rFonts w:eastAsia="Aptos"/>
                <w:b/>
                <w:sz w:val="17"/>
              </w:rPr>
              <w:t>12.80</w:t>
            </w:r>
          </w:p>
        </w:tc>
        <w:tc>
          <w:tcPr>
            <w:tcW w:w="540" w:type="dxa"/>
            <w:tcMar>
              <w:top w:w="28" w:type="dxa"/>
              <w:left w:w="38" w:type="dxa"/>
              <w:bottom w:w="28" w:type="dxa"/>
              <w:right w:w="38" w:type="dxa"/>
            </w:tcMar>
            <w:vAlign w:val="center"/>
          </w:tcPr>
          <w:p w14:paraId="2002AC3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94ABC5" w14:textId="77777777" w:rsidR="00D60D5E" w:rsidRDefault="00D60D5E">
            <w:pPr>
              <w:jc w:val="center"/>
            </w:pPr>
          </w:p>
        </w:tc>
      </w:tr>
      <w:tr w:rsidR="00D60D5E" w14:paraId="417C74FC" w14:textId="77777777" w:rsidTr="000617E0">
        <w:trPr>
          <w:cantSplit/>
          <w:jc w:val="center"/>
        </w:trPr>
        <w:tc>
          <w:tcPr>
            <w:tcW w:w="677" w:type="dxa"/>
            <w:shd w:val="clear" w:color="auto" w:fill="D9EAF7"/>
            <w:tcMar>
              <w:top w:w="28" w:type="dxa"/>
              <w:left w:w="38" w:type="dxa"/>
              <w:bottom w:w="28" w:type="dxa"/>
              <w:right w:w="38" w:type="dxa"/>
            </w:tcMar>
            <w:vAlign w:val="center"/>
          </w:tcPr>
          <w:p w14:paraId="743E9F5F" w14:textId="77777777" w:rsidR="00D60D5E" w:rsidRDefault="00891EF0">
            <w:pPr>
              <w:spacing w:after="0" w:line="240" w:lineRule="auto"/>
              <w:jc w:val="center"/>
            </w:pPr>
            <w:r>
              <w:rPr>
                <w:rFonts w:eastAsia="Aptos"/>
                <w:b/>
                <w:color w:val="2F4F8F"/>
                <w:sz w:val="18"/>
              </w:rPr>
              <w:t>145-</w:t>
            </w:r>
          </w:p>
        </w:tc>
        <w:tc>
          <w:tcPr>
            <w:tcW w:w="2648" w:type="dxa"/>
            <w:shd w:val="clear" w:color="auto" w:fill="D9EAF7"/>
            <w:tcMar>
              <w:top w:w="28" w:type="dxa"/>
              <w:left w:w="38" w:type="dxa"/>
              <w:bottom w:w="28" w:type="dxa"/>
              <w:right w:w="38" w:type="dxa"/>
            </w:tcMar>
            <w:vAlign w:val="center"/>
          </w:tcPr>
          <w:p w14:paraId="2174EABC" w14:textId="77777777" w:rsidR="00D60D5E" w:rsidRDefault="00891EF0">
            <w:pPr>
              <w:spacing w:after="0" w:line="240" w:lineRule="auto"/>
            </w:pPr>
            <w:r>
              <w:rPr>
                <w:rFonts w:eastAsia="Aptos"/>
                <w:b/>
                <w:color w:val="2F4F8F"/>
                <w:sz w:val="18"/>
              </w:rPr>
              <w:t>JAMS, CHUTNEYS &amp; SYRUPS</w:t>
            </w:r>
          </w:p>
        </w:tc>
        <w:tc>
          <w:tcPr>
            <w:tcW w:w="630" w:type="dxa"/>
            <w:shd w:val="clear" w:color="auto" w:fill="D9EAF7"/>
            <w:tcMar>
              <w:top w:w="28" w:type="dxa"/>
              <w:left w:w="38" w:type="dxa"/>
              <w:bottom w:w="28" w:type="dxa"/>
              <w:right w:w="38" w:type="dxa"/>
            </w:tcMar>
            <w:vAlign w:val="center"/>
          </w:tcPr>
          <w:p w14:paraId="1D5E0571"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B037D0B"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FE0E34B" w14:textId="77777777" w:rsidR="00D60D5E" w:rsidRDefault="00D60D5E">
            <w:pPr>
              <w:jc w:val="center"/>
            </w:pPr>
          </w:p>
        </w:tc>
      </w:tr>
      <w:tr w:rsidR="00D60D5E" w14:paraId="0DB554A7" w14:textId="77777777" w:rsidTr="000617E0">
        <w:trPr>
          <w:cantSplit/>
          <w:jc w:val="center"/>
        </w:trPr>
        <w:tc>
          <w:tcPr>
            <w:tcW w:w="677" w:type="dxa"/>
            <w:tcMar>
              <w:top w:w="28" w:type="dxa"/>
              <w:left w:w="38" w:type="dxa"/>
              <w:bottom w:w="28" w:type="dxa"/>
              <w:right w:w="38" w:type="dxa"/>
            </w:tcMar>
            <w:vAlign w:val="center"/>
          </w:tcPr>
          <w:p w14:paraId="5EA0BEFD" w14:textId="77777777" w:rsidR="00D60D5E" w:rsidRDefault="00891EF0">
            <w:pPr>
              <w:spacing w:after="0" w:line="240" w:lineRule="auto"/>
              <w:jc w:val="center"/>
            </w:pPr>
            <w:r>
              <w:rPr>
                <w:rFonts w:eastAsia="Aptos"/>
                <w:color w:val="6A7075"/>
                <w:sz w:val="17"/>
              </w:rPr>
              <w:t>145-105</w:t>
            </w:r>
          </w:p>
        </w:tc>
        <w:tc>
          <w:tcPr>
            <w:tcW w:w="2648" w:type="dxa"/>
            <w:tcMar>
              <w:top w:w="28" w:type="dxa"/>
              <w:left w:w="38" w:type="dxa"/>
              <w:bottom w:w="28" w:type="dxa"/>
              <w:right w:w="38" w:type="dxa"/>
            </w:tcMar>
            <w:vAlign w:val="center"/>
          </w:tcPr>
          <w:p w14:paraId="57CBC8C6" w14:textId="77777777" w:rsidR="00D60D5E" w:rsidRDefault="00891EF0">
            <w:pPr>
              <w:spacing w:after="0" w:line="240" w:lineRule="auto"/>
            </w:pPr>
            <w:r>
              <w:rPr>
                <w:rFonts w:eastAsia="Aptos"/>
                <w:sz w:val="17"/>
              </w:rPr>
              <w:t>Apricot Preserve 12oz</w:t>
            </w:r>
          </w:p>
        </w:tc>
        <w:tc>
          <w:tcPr>
            <w:tcW w:w="630" w:type="dxa"/>
            <w:tcMar>
              <w:top w:w="28" w:type="dxa"/>
              <w:left w:w="38" w:type="dxa"/>
              <w:bottom w:w="28" w:type="dxa"/>
              <w:right w:w="38" w:type="dxa"/>
            </w:tcMar>
            <w:vAlign w:val="center"/>
          </w:tcPr>
          <w:p w14:paraId="3FE23E1A"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6575540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2619B6" w14:textId="77777777" w:rsidR="00D60D5E" w:rsidRDefault="00D60D5E">
            <w:pPr>
              <w:jc w:val="center"/>
            </w:pPr>
          </w:p>
        </w:tc>
      </w:tr>
      <w:tr w:rsidR="00D60D5E" w14:paraId="44340EC7" w14:textId="77777777" w:rsidTr="000617E0">
        <w:trPr>
          <w:cantSplit/>
          <w:jc w:val="center"/>
        </w:trPr>
        <w:tc>
          <w:tcPr>
            <w:tcW w:w="677" w:type="dxa"/>
            <w:tcMar>
              <w:top w:w="28" w:type="dxa"/>
              <w:left w:w="38" w:type="dxa"/>
              <w:bottom w:w="28" w:type="dxa"/>
              <w:right w:w="38" w:type="dxa"/>
            </w:tcMar>
            <w:vAlign w:val="center"/>
          </w:tcPr>
          <w:p w14:paraId="007D55FA" w14:textId="77777777" w:rsidR="00D60D5E" w:rsidRDefault="00891EF0">
            <w:pPr>
              <w:spacing w:after="0" w:line="240" w:lineRule="auto"/>
              <w:jc w:val="center"/>
            </w:pPr>
            <w:r>
              <w:rPr>
                <w:rFonts w:eastAsia="Aptos"/>
                <w:color w:val="6A7075"/>
                <w:sz w:val="17"/>
              </w:rPr>
              <w:t>145-110</w:t>
            </w:r>
          </w:p>
        </w:tc>
        <w:tc>
          <w:tcPr>
            <w:tcW w:w="2648" w:type="dxa"/>
            <w:tcMar>
              <w:top w:w="28" w:type="dxa"/>
              <w:left w:w="38" w:type="dxa"/>
              <w:bottom w:w="28" w:type="dxa"/>
              <w:right w:w="38" w:type="dxa"/>
            </w:tcMar>
            <w:vAlign w:val="center"/>
          </w:tcPr>
          <w:p w14:paraId="6357F9FC" w14:textId="77777777" w:rsidR="00D60D5E" w:rsidRDefault="00891EF0">
            <w:pPr>
              <w:spacing w:after="0" w:line="240" w:lineRule="auto"/>
            </w:pPr>
            <w:r>
              <w:rPr>
                <w:rFonts w:eastAsia="Aptos"/>
                <w:sz w:val="17"/>
              </w:rPr>
              <w:t>Strawberry Preserve 12oz</w:t>
            </w:r>
          </w:p>
        </w:tc>
        <w:tc>
          <w:tcPr>
            <w:tcW w:w="630" w:type="dxa"/>
            <w:tcMar>
              <w:top w:w="28" w:type="dxa"/>
              <w:left w:w="38" w:type="dxa"/>
              <w:bottom w:w="28" w:type="dxa"/>
              <w:right w:w="38" w:type="dxa"/>
            </w:tcMar>
            <w:vAlign w:val="center"/>
          </w:tcPr>
          <w:p w14:paraId="411E3228" w14:textId="77777777" w:rsidR="00D60D5E" w:rsidRDefault="00891EF0">
            <w:pPr>
              <w:spacing w:after="0" w:line="240" w:lineRule="auto"/>
              <w:jc w:val="center"/>
            </w:pPr>
            <w:r>
              <w:rPr>
                <w:rFonts w:eastAsia="Aptos"/>
                <w:b/>
                <w:sz w:val="17"/>
              </w:rPr>
              <w:t>6.89</w:t>
            </w:r>
          </w:p>
        </w:tc>
        <w:tc>
          <w:tcPr>
            <w:tcW w:w="540" w:type="dxa"/>
            <w:tcMar>
              <w:top w:w="28" w:type="dxa"/>
              <w:left w:w="38" w:type="dxa"/>
              <w:bottom w:w="28" w:type="dxa"/>
              <w:right w:w="38" w:type="dxa"/>
            </w:tcMar>
            <w:vAlign w:val="center"/>
          </w:tcPr>
          <w:p w14:paraId="3E77064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384175" w14:textId="77777777" w:rsidR="00D60D5E" w:rsidRDefault="00D60D5E">
            <w:pPr>
              <w:jc w:val="center"/>
            </w:pPr>
          </w:p>
        </w:tc>
      </w:tr>
      <w:tr w:rsidR="00D60D5E" w14:paraId="30351A4E" w14:textId="77777777" w:rsidTr="000617E0">
        <w:trPr>
          <w:cantSplit/>
          <w:jc w:val="center"/>
        </w:trPr>
        <w:tc>
          <w:tcPr>
            <w:tcW w:w="677" w:type="dxa"/>
            <w:tcMar>
              <w:top w:w="28" w:type="dxa"/>
              <w:left w:w="38" w:type="dxa"/>
              <w:bottom w:w="28" w:type="dxa"/>
              <w:right w:w="38" w:type="dxa"/>
            </w:tcMar>
            <w:vAlign w:val="center"/>
          </w:tcPr>
          <w:p w14:paraId="1C27CA14" w14:textId="77777777" w:rsidR="00D60D5E" w:rsidRDefault="00891EF0">
            <w:pPr>
              <w:spacing w:after="0" w:line="240" w:lineRule="auto"/>
              <w:jc w:val="center"/>
            </w:pPr>
            <w:r>
              <w:rPr>
                <w:rFonts w:eastAsia="Aptos"/>
                <w:color w:val="6A7075"/>
                <w:sz w:val="17"/>
              </w:rPr>
              <w:t>145-115</w:t>
            </w:r>
          </w:p>
        </w:tc>
        <w:tc>
          <w:tcPr>
            <w:tcW w:w="2648" w:type="dxa"/>
            <w:tcMar>
              <w:top w:w="28" w:type="dxa"/>
              <w:left w:w="38" w:type="dxa"/>
              <w:bottom w:w="28" w:type="dxa"/>
              <w:right w:w="38" w:type="dxa"/>
            </w:tcMar>
            <w:vAlign w:val="center"/>
          </w:tcPr>
          <w:p w14:paraId="3D801651" w14:textId="77777777" w:rsidR="00D60D5E" w:rsidRDefault="00891EF0">
            <w:pPr>
              <w:spacing w:after="0" w:line="240" w:lineRule="auto"/>
            </w:pPr>
            <w:r>
              <w:rPr>
                <w:rFonts w:eastAsia="Aptos"/>
                <w:sz w:val="17"/>
              </w:rPr>
              <w:t>Raspberry Preserve 13oz</w:t>
            </w:r>
          </w:p>
        </w:tc>
        <w:tc>
          <w:tcPr>
            <w:tcW w:w="630" w:type="dxa"/>
            <w:tcMar>
              <w:top w:w="28" w:type="dxa"/>
              <w:left w:w="38" w:type="dxa"/>
              <w:bottom w:w="28" w:type="dxa"/>
              <w:right w:w="38" w:type="dxa"/>
            </w:tcMar>
            <w:vAlign w:val="center"/>
          </w:tcPr>
          <w:p w14:paraId="75E4EBFA"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6A3DCB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FBEA7B8" w14:textId="77777777" w:rsidR="00D60D5E" w:rsidRDefault="00D60D5E">
            <w:pPr>
              <w:jc w:val="center"/>
            </w:pPr>
          </w:p>
        </w:tc>
      </w:tr>
      <w:tr w:rsidR="00D60D5E" w14:paraId="410D1761" w14:textId="77777777" w:rsidTr="000617E0">
        <w:trPr>
          <w:cantSplit/>
          <w:jc w:val="center"/>
        </w:trPr>
        <w:tc>
          <w:tcPr>
            <w:tcW w:w="677" w:type="dxa"/>
            <w:tcMar>
              <w:top w:w="28" w:type="dxa"/>
              <w:left w:w="38" w:type="dxa"/>
              <w:bottom w:w="28" w:type="dxa"/>
              <w:right w:w="38" w:type="dxa"/>
            </w:tcMar>
            <w:vAlign w:val="center"/>
          </w:tcPr>
          <w:p w14:paraId="003F01B9" w14:textId="77777777" w:rsidR="00D60D5E" w:rsidRDefault="00891EF0">
            <w:pPr>
              <w:spacing w:after="0" w:line="240" w:lineRule="auto"/>
              <w:jc w:val="center"/>
            </w:pPr>
            <w:r>
              <w:rPr>
                <w:rFonts w:eastAsia="Aptos"/>
                <w:color w:val="6A7075"/>
                <w:sz w:val="17"/>
              </w:rPr>
              <w:t>145-116</w:t>
            </w:r>
          </w:p>
        </w:tc>
        <w:tc>
          <w:tcPr>
            <w:tcW w:w="2648" w:type="dxa"/>
            <w:tcMar>
              <w:top w:w="28" w:type="dxa"/>
              <w:left w:w="38" w:type="dxa"/>
              <w:bottom w:w="28" w:type="dxa"/>
              <w:right w:w="38" w:type="dxa"/>
            </w:tcMar>
            <w:vAlign w:val="center"/>
          </w:tcPr>
          <w:p w14:paraId="0C31D274" w14:textId="77777777" w:rsidR="00D60D5E" w:rsidRDefault="00891EF0">
            <w:pPr>
              <w:spacing w:after="0" w:line="240" w:lineRule="auto"/>
            </w:pPr>
            <w:r>
              <w:rPr>
                <w:rFonts w:eastAsia="Aptos"/>
                <w:sz w:val="17"/>
              </w:rPr>
              <w:t>Blackcurrant Jelly Hartley’s 12oz</w:t>
            </w:r>
          </w:p>
        </w:tc>
        <w:tc>
          <w:tcPr>
            <w:tcW w:w="630" w:type="dxa"/>
            <w:tcMar>
              <w:top w:w="28" w:type="dxa"/>
              <w:left w:w="38" w:type="dxa"/>
              <w:bottom w:w="28" w:type="dxa"/>
              <w:right w:w="38" w:type="dxa"/>
            </w:tcMar>
            <w:vAlign w:val="center"/>
          </w:tcPr>
          <w:p w14:paraId="6E63611D" w14:textId="77777777" w:rsidR="00D60D5E" w:rsidRDefault="00891EF0">
            <w:pPr>
              <w:spacing w:after="0" w:line="240" w:lineRule="auto"/>
              <w:jc w:val="center"/>
            </w:pPr>
            <w:r>
              <w:rPr>
                <w:rFonts w:eastAsia="Aptos"/>
                <w:b/>
                <w:sz w:val="17"/>
              </w:rPr>
              <w:t>5.59</w:t>
            </w:r>
          </w:p>
        </w:tc>
        <w:tc>
          <w:tcPr>
            <w:tcW w:w="540" w:type="dxa"/>
            <w:tcMar>
              <w:top w:w="28" w:type="dxa"/>
              <w:left w:w="38" w:type="dxa"/>
              <w:bottom w:w="28" w:type="dxa"/>
              <w:right w:w="38" w:type="dxa"/>
            </w:tcMar>
            <w:vAlign w:val="center"/>
          </w:tcPr>
          <w:p w14:paraId="75918DD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FC170C" w14:textId="77777777" w:rsidR="00D60D5E" w:rsidRDefault="00D60D5E">
            <w:pPr>
              <w:jc w:val="center"/>
            </w:pPr>
          </w:p>
        </w:tc>
      </w:tr>
      <w:tr w:rsidR="00D60D5E" w14:paraId="72F506D9" w14:textId="77777777" w:rsidTr="000617E0">
        <w:trPr>
          <w:cantSplit/>
          <w:jc w:val="center"/>
        </w:trPr>
        <w:tc>
          <w:tcPr>
            <w:tcW w:w="677" w:type="dxa"/>
            <w:tcMar>
              <w:top w:w="28" w:type="dxa"/>
              <w:left w:w="38" w:type="dxa"/>
              <w:bottom w:w="28" w:type="dxa"/>
              <w:right w:w="38" w:type="dxa"/>
            </w:tcMar>
            <w:vAlign w:val="center"/>
          </w:tcPr>
          <w:p w14:paraId="2E46ACFF" w14:textId="77777777" w:rsidR="00D60D5E" w:rsidRDefault="00891EF0">
            <w:pPr>
              <w:spacing w:after="0" w:line="240" w:lineRule="auto"/>
              <w:jc w:val="center"/>
            </w:pPr>
            <w:r>
              <w:rPr>
                <w:rFonts w:eastAsia="Aptos"/>
                <w:color w:val="6A7075"/>
                <w:sz w:val="17"/>
              </w:rPr>
              <w:t>145-120</w:t>
            </w:r>
          </w:p>
        </w:tc>
        <w:tc>
          <w:tcPr>
            <w:tcW w:w="2648" w:type="dxa"/>
            <w:tcMar>
              <w:top w:w="28" w:type="dxa"/>
              <w:left w:w="38" w:type="dxa"/>
              <w:bottom w:w="28" w:type="dxa"/>
              <w:right w:w="38" w:type="dxa"/>
            </w:tcMar>
            <w:vAlign w:val="center"/>
          </w:tcPr>
          <w:p w14:paraId="6867746C" w14:textId="77777777" w:rsidR="00D60D5E" w:rsidRDefault="00891EF0">
            <w:pPr>
              <w:spacing w:after="0" w:line="240" w:lineRule="auto"/>
            </w:pPr>
            <w:r>
              <w:rPr>
                <w:rFonts w:eastAsia="Aptos"/>
                <w:sz w:val="17"/>
              </w:rPr>
              <w:t>Pineapple Preserve 12oz</w:t>
            </w:r>
          </w:p>
        </w:tc>
        <w:tc>
          <w:tcPr>
            <w:tcW w:w="630" w:type="dxa"/>
            <w:tcMar>
              <w:top w:w="28" w:type="dxa"/>
              <w:left w:w="38" w:type="dxa"/>
              <w:bottom w:w="28" w:type="dxa"/>
              <w:right w:w="38" w:type="dxa"/>
            </w:tcMar>
            <w:vAlign w:val="center"/>
          </w:tcPr>
          <w:p w14:paraId="63EA3F81"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2C9323C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CFB8E6" w14:textId="77777777" w:rsidR="00D60D5E" w:rsidRDefault="00D60D5E">
            <w:pPr>
              <w:jc w:val="center"/>
            </w:pPr>
          </w:p>
        </w:tc>
      </w:tr>
      <w:tr w:rsidR="00D60D5E" w14:paraId="7721F36C" w14:textId="77777777" w:rsidTr="000617E0">
        <w:trPr>
          <w:cantSplit/>
          <w:jc w:val="center"/>
        </w:trPr>
        <w:tc>
          <w:tcPr>
            <w:tcW w:w="677" w:type="dxa"/>
            <w:tcMar>
              <w:top w:w="28" w:type="dxa"/>
              <w:left w:w="38" w:type="dxa"/>
              <w:bottom w:w="28" w:type="dxa"/>
              <w:right w:w="38" w:type="dxa"/>
            </w:tcMar>
            <w:vAlign w:val="center"/>
          </w:tcPr>
          <w:p w14:paraId="3D14B4FC" w14:textId="77777777" w:rsidR="00D60D5E" w:rsidRDefault="00891EF0">
            <w:pPr>
              <w:spacing w:after="0" w:line="240" w:lineRule="auto"/>
              <w:jc w:val="center"/>
            </w:pPr>
            <w:r>
              <w:rPr>
                <w:rFonts w:eastAsia="Aptos"/>
                <w:color w:val="6A7075"/>
                <w:sz w:val="17"/>
              </w:rPr>
              <w:t>145-121</w:t>
            </w:r>
          </w:p>
        </w:tc>
        <w:tc>
          <w:tcPr>
            <w:tcW w:w="2648" w:type="dxa"/>
            <w:tcMar>
              <w:top w:w="28" w:type="dxa"/>
              <w:left w:w="38" w:type="dxa"/>
              <w:bottom w:w="28" w:type="dxa"/>
              <w:right w:w="38" w:type="dxa"/>
            </w:tcMar>
            <w:vAlign w:val="center"/>
          </w:tcPr>
          <w:p w14:paraId="5E6FEEA7" w14:textId="77777777" w:rsidR="00D60D5E" w:rsidRDefault="00891EF0">
            <w:pPr>
              <w:spacing w:after="0" w:line="240" w:lineRule="auto"/>
            </w:pPr>
            <w:r>
              <w:rPr>
                <w:rFonts w:eastAsia="Aptos"/>
                <w:sz w:val="17"/>
              </w:rPr>
              <w:t>Jelly Guava 17oz</w:t>
            </w:r>
          </w:p>
        </w:tc>
        <w:tc>
          <w:tcPr>
            <w:tcW w:w="630" w:type="dxa"/>
            <w:tcMar>
              <w:top w:w="28" w:type="dxa"/>
              <w:left w:w="38" w:type="dxa"/>
              <w:bottom w:w="28" w:type="dxa"/>
              <w:right w:w="38" w:type="dxa"/>
            </w:tcMar>
            <w:vAlign w:val="center"/>
          </w:tcPr>
          <w:p w14:paraId="072364F9"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73E551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F8547D8" w14:textId="77777777" w:rsidR="00D60D5E" w:rsidRDefault="00D60D5E">
            <w:pPr>
              <w:jc w:val="center"/>
            </w:pPr>
          </w:p>
        </w:tc>
      </w:tr>
      <w:tr w:rsidR="00D60D5E" w14:paraId="404528F9" w14:textId="77777777" w:rsidTr="000617E0">
        <w:trPr>
          <w:cantSplit/>
          <w:jc w:val="center"/>
        </w:trPr>
        <w:tc>
          <w:tcPr>
            <w:tcW w:w="677" w:type="dxa"/>
            <w:tcMar>
              <w:top w:w="28" w:type="dxa"/>
              <w:left w:w="38" w:type="dxa"/>
              <w:bottom w:w="28" w:type="dxa"/>
              <w:right w:w="38" w:type="dxa"/>
            </w:tcMar>
            <w:vAlign w:val="center"/>
          </w:tcPr>
          <w:p w14:paraId="6C845AC9" w14:textId="77777777" w:rsidR="00D60D5E" w:rsidRDefault="00891EF0">
            <w:pPr>
              <w:spacing w:after="0" w:line="240" w:lineRule="auto"/>
              <w:jc w:val="center"/>
            </w:pPr>
            <w:r>
              <w:rPr>
                <w:rFonts w:eastAsia="Aptos"/>
                <w:color w:val="6A7075"/>
                <w:sz w:val="17"/>
              </w:rPr>
              <w:t>145-122</w:t>
            </w:r>
          </w:p>
        </w:tc>
        <w:tc>
          <w:tcPr>
            <w:tcW w:w="2648" w:type="dxa"/>
            <w:tcMar>
              <w:top w:w="28" w:type="dxa"/>
              <w:left w:w="38" w:type="dxa"/>
              <w:bottom w:w="28" w:type="dxa"/>
              <w:right w:w="38" w:type="dxa"/>
            </w:tcMar>
            <w:vAlign w:val="center"/>
          </w:tcPr>
          <w:p w14:paraId="2C9BC83B" w14:textId="77777777" w:rsidR="00D60D5E" w:rsidRDefault="00891EF0">
            <w:pPr>
              <w:spacing w:after="0" w:line="240" w:lineRule="auto"/>
            </w:pPr>
            <w:r>
              <w:rPr>
                <w:rFonts w:eastAsia="Aptos"/>
                <w:sz w:val="17"/>
              </w:rPr>
              <w:t>Grape Jelly 12oz Smucker’s (GOYA)</w:t>
            </w:r>
          </w:p>
        </w:tc>
        <w:tc>
          <w:tcPr>
            <w:tcW w:w="630" w:type="dxa"/>
            <w:tcMar>
              <w:top w:w="28" w:type="dxa"/>
              <w:left w:w="38" w:type="dxa"/>
              <w:bottom w:w="28" w:type="dxa"/>
              <w:right w:w="38" w:type="dxa"/>
            </w:tcMar>
            <w:vAlign w:val="center"/>
          </w:tcPr>
          <w:p w14:paraId="6F5D58F8"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6B2B249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28AB6B" w14:textId="77777777" w:rsidR="00D60D5E" w:rsidRDefault="00D60D5E">
            <w:pPr>
              <w:jc w:val="center"/>
            </w:pPr>
          </w:p>
        </w:tc>
      </w:tr>
      <w:tr w:rsidR="00D60D5E" w14:paraId="2661A6DD" w14:textId="77777777" w:rsidTr="000617E0">
        <w:trPr>
          <w:cantSplit/>
          <w:jc w:val="center"/>
        </w:trPr>
        <w:tc>
          <w:tcPr>
            <w:tcW w:w="677" w:type="dxa"/>
            <w:tcMar>
              <w:top w:w="28" w:type="dxa"/>
              <w:left w:w="38" w:type="dxa"/>
              <w:bottom w:w="28" w:type="dxa"/>
              <w:right w:w="38" w:type="dxa"/>
            </w:tcMar>
            <w:vAlign w:val="center"/>
          </w:tcPr>
          <w:p w14:paraId="3841B119" w14:textId="77777777" w:rsidR="00D60D5E" w:rsidRDefault="00891EF0">
            <w:pPr>
              <w:spacing w:after="0" w:line="240" w:lineRule="auto"/>
              <w:jc w:val="center"/>
            </w:pPr>
            <w:r>
              <w:rPr>
                <w:rFonts w:eastAsia="Aptos"/>
                <w:color w:val="6A7075"/>
                <w:sz w:val="17"/>
              </w:rPr>
              <w:t>145-125</w:t>
            </w:r>
          </w:p>
        </w:tc>
        <w:tc>
          <w:tcPr>
            <w:tcW w:w="2648" w:type="dxa"/>
            <w:tcMar>
              <w:top w:w="28" w:type="dxa"/>
              <w:left w:w="38" w:type="dxa"/>
              <w:bottom w:w="28" w:type="dxa"/>
              <w:right w:w="38" w:type="dxa"/>
            </w:tcMar>
            <w:vAlign w:val="center"/>
          </w:tcPr>
          <w:p w14:paraId="4B33E15A" w14:textId="77777777" w:rsidR="00D60D5E" w:rsidRDefault="00891EF0">
            <w:pPr>
              <w:spacing w:after="0" w:line="240" w:lineRule="auto"/>
            </w:pPr>
            <w:r>
              <w:rPr>
                <w:rFonts w:eastAsia="Aptos"/>
                <w:sz w:val="17"/>
              </w:rPr>
              <w:t>Ginger Preserve 340g</w:t>
            </w:r>
          </w:p>
        </w:tc>
        <w:tc>
          <w:tcPr>
            <w:tcW w:w="630" w:type="dxa"/>
            <w:tcMar>
              <w:top w:w="28" w:type="dxa"/>
              <w:left w:w="38" w:type="dxa"/>
              <w:bottom w:w="28" w:type="dxa"/>
              <w:right w:w="38" w:type="dxa"/>
            </w:tcMar>
            <w:vAlign w:val="center"/>
          </w:tcPr>
          <w:p w14:paraId="2059084C"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12A013D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25FCD8" w14:textId="77777777" w:rsidR="00D60D5E" w:rsidRDefault="00D60D5E">
            <w:pPr>
              <w:jc w:val="center"/>
            </w:pPr>
          </w:p>
        </w:tc>
      </w:tr>
      <w:tr w:rsidR="00D60D5E" w14:paraId="590F6742" w14:textId="77777777" w:rsidTr="000617E0">
        <w:trPr>
          <w:cantSplit/>
          <w:jc w:val="center"/>
        </w:trPr>
        <w:tc>
          <w:tcPr>
            <w:tcW w:w="677" w:type="dxa"/>
            <w:tcMar>
              <w:top w:w="28" w:type="dxa"/>
              <w:left w:w="38" w:type="dxa"/>
              <w:bottom w:w="28" w:type="dxa"/>
              <w:right w:w="38" w:type="dxa"/>
            </w:tcMar>
            <w:vAlign w:val="center"/>
          </w:tcPr>
          <w:p w14:paraId="0B4B2F33" w14:textId="77777777" w:rsidR="00D60D5E" w:rsidRDefault="00891EF0">
            <w:pPr>
              <w:spacing w:after="0" w:line="240" w:lineRule="auto"/>
              <w:jc w:val="center"/>
            </w:pPr>
            <w:r>
              <w:rPr>
                <w:rFonts w:eastAsia="Aptos"/>
                <w:color w:val="6A7075"/>
                <w:sz w:val="17"/>
              </w:rPr>
              <w:t>145-130</w:t>
            </w:r>
          </w:p>
        </w:tc>
        <w:tc>
          <w:tcPr>
            <w:tcW w:w="2648" w:type="dxa"/>
            <w:tcMar>
              <w:top w:w="28" w:type="dxa"/>
              <w:left w:w="38" w:type="dxa"/>
              <w:bottom w:w="28" w:type="dxa"/>
              <w:right w:w="38" w:type="dxa"/>
            </w:tcMar>
            <w:vAlign w:val="center"/>
          </w:tcPr>
          <w:p w14:paraId="5E5E72DE" w14:textId="77777777" w:rsidR="00D60D5E" w:rsidRDefault="00891EF0">
            <w:pPr>
              <w:spacing w:after="0" w:line="240" w:lineRule="auto"/>
            </w:pPr>
            <w:r>
              <w:rPr>
                <w:rFonts w:eastAsia="Aptos"/>
                <w:sz w:val="17"/>
              </w:rPr>
              <w:t>English Marmalade (CHIVERS) 340g / 12oz</w:t>
            </w:r>
          </w:p>
        </w:tc>
        <w:tc>
          <w:tcPr>
            <w:tcW w:w="630" w:type="dxa"/>
            <w:tcMar>
              <w:top w:w="28" w:type="dxa"/>
              <w:left w:w="38" w:type="dxa"/>
              <w:bottom w:w="28" w:type="dxa"/>
              <w:right w:w="38" w:type="dxa"/>
            </w:tcMar>
            <w:vAlign w:val="center"/>
          </w:tcPr>
          <w:p w14:paraId="6869A974"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3896BC2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BDFFEA" w14:textId="77777777" w:rsidR="00D60D5E" w:rsidRDefault="00D60D5E">
            <w:pPr>
              <w:jc w:val="center"/>
            </w:pPr>
          </w:p>
        </w:tc>
      </w:tr>
      <w:tr w:rsidR="00D60D5E" w14:paraId="72DD0CC8" w14:textId="77777777" w:rsidTr="000617E0">
        <w:trPr>
          <w:cantSplit/>
          <w:jc w:val="center"/>
        </w:trPr>
        <w:tc>
          <w:tcPr>
            <w:tcW w:w="677" w:type="dxa"/>
            <w:tcMar>
              <w:top w:w="28" w:type="dxa"/>
              <w:left w:w="38" w:type="dxa"/>
              <w:bottom w:w="28" w:type="dxa"/>
              <w:right w:w="38" w:type="dxa"/>
            </w:tcMar>
            <w:vAlign w:val="center"/>
          </w:tcPr>
          <w:p w14:paraId="3EF9321B" w14:textId="77777777" w:rsidR="00D60D5E" w:rsidRDefault="00891EF0">
            <w:pPr>
              <w:spacing w:after="0" w:line="240" w:lineRule="auto"/>
              <w:jc w:val="center"/>
            </w:pPr>
            <w:r>
              <w:rPr>
                <w:rFonts w:eastAsia="Aptos"/>
                <w:color w:val="6A7075"/>
                <w:sz w:val="17"/>
              </w:rPr>
              <w:t>145-135</w:t>
            </w:r>
          </w:p>
        </w:tc>
        <w:tc>
          <w:tcPr>
            <w:tcW w:w="2648" w:type="dxa"/>
            <w:tcMar>
              <w:top w:w="28" w:type="dxa"/>
              <w:left w:w="38" w:type="dxa"/>
              <w:bottom w:w="28" w:type="dxa"/>
              <w:right w:w="38" w:type="dxa"/>
            </w:tcMar>
            <w:vAlign w:val="center"/>
          </w:tcPr>
          <w:p w14:paraId="79041B8F" w14:textId="77777777" w:rsidR="00D60D5E" w:rsidRDefault="00891EF0">
            <w:pPr>
              <w:spacing w:after="0" w:line="240" w:lineRule="auto"/>
            </w:pPr>
            <w:r>
              <w:rPr>
                <w:rFonts w:eastAsia="Aptos"/>
                <w:sz w:val="17"/>
              </w:rPr>
              <w:t>Red Pepper Jelly Braswell’s 10.5 oz</w:t>
            </w:r>
          </w:p>
        </w:tc>
        <w:tc>
          <w:tcPr>
            <w:tcW w:w="630" w:type="dxa"/>
            <w:tcMar>
              <w:top w:w="28" w:type="dxa"/>
              <w:left w:w="38" w:type="dxa"/>
              <w:bottom w:w="28" w:type="dxa"/>
              <w:right w:w="38" w:type="dxa"/>
            </w:tcMar>
            <w:vAlign w:val="center"/>
          </w:tcPr>
          <w:p w14:paraId="2DA2306A" w14:textId="77777777" w:rsidR="00D60D5E" w:rsidRDefault="00891EF0">
            <w:pPr>
              <w:spacing w:after="0" w:line="240" w:lineRule="auto"/>
              <w:jc w:val="center"/>
            </w:pPr>
            <w:r>
              <w:rPr>
                <w:rFonts w:eastAsia="Aptos"/>
                <w:b/>
                <w:sz w:val="17"/>
              </w:rPr>
              <w:t>7.39</w:t>
            </w:r>
          </w:p>
        </w:tc>
        <w:tc>
          <w:tcPr>
            <w:tcW w:w="540" w:type="dxa"/>
            <w:tcMar>
              <w:top w:w="28" w:type="dxa"/>
              <w:left w:w="38" w:type="dxa"/>
              <w:bottom w:w="28" w:type="dxa"/>
              <w:right w:w="38" w:type="dxa"/>
            </w:tcMar>
            <w:vAlign w:val="center"/>
          </w:tcPr>
          <w:p w14:paraId="422828E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B5E9F5" w14:textId="77777777" w:rsidR="00D60D5E" w:rsidRDefault="00D60D5E">
            <w:pPr>
              <w:jc w:val="center"/>
            </w:pPr>
          </w:p>
        </w:tc>
      </w:tr>
      <w:tr w:rsidR="00D60D5E" w14:paraId="4D3B246F" w14:textId="77777777" w:rsidTr="000617E0">
        <w:trPr>
          <w:cantSplit/>
          <w:jc w:val="center"/>
        </w:trPr>
        <w:tc>
          <w:tcPr>
            <w:tcW w:w="677" w:type="dxa"/>
            <w:tcMar>
              <w:top w:w="28" w:type="dxa"/>
              <w:left w:w="38" w:type="dxa"/>
              <w:bottom w:w="28" w:type="dxa"/>
              <w:right w:w="38" w:type="dxa"/>
            </w:tcMar>
            <w:vAlign w:val="center"/>
          </w:tcPr>
          <w:p w14:paraId="25403803" w14:textId="77777777" w:rsidR="00D60D5E" w:rsidRDefault="00891EF0">
            <w:pPr>
              <w:spacing w:after="0" w:line="240" w:lineRule="auto"/>
              <w:jc w:val="center"/>
            </w:pPr>
            <w:r>
              <w:rPr>
                <w:rFonts w:eastAsia="Aptos"/>
                <w:color w:val="6A7075"/>
                <w:sz w:val="17"/>
              </w:rPr>
              <w:t>145-140</w:t>
            </w:r>
          </w:p>
        </w:tc>
        <w:tc>
          <w:tcPr>
            <w:tcW w:w="2648" w:type="dxa"/>
            <w:tcMar>
              <w:top w:w="28" w:type="dxa"/>
              <w:left w:w="38" w:type="dxa"/>
              <w:bottom w:w="28" w:type="dxa"/>
              <w:right w:w="38" w:type="dxa"/>
            </w:tcMar>
            <w:vAlign w:val="center"/>
          </w:tcPr>
          <w:p w14:paraId="2BB19F89" w14:textId="77777777" w:rsidR="00D60D5E" w:rsidRDefault="00891EF0">
            <w:pPr>
              <w:spacing w:after="0" w:line="240" w:lineRule="auto"/>
            </w:pPr>
            <w:r>
              <w:rPr>
                <w:rFonts w:eastAsia="Aptos"/>
                <w:sz w:val="17"/>
              </w:rPr>
              <w:t>Orange Marmalade 12 oz</w:t>
            </w:r>
          </w:p>
        </w:tc>
        <w:tc>
          <w:tcPr>
            <w:tcW w:w="630" w:type="dxa"/>
            <w:tcMar>
              <w:top w:w="28" w:type="dxa"/>
              <w:left w:w="38" w:type="dxa"/>
              <w:bottom w:w="28" w:type="dxa"/>
              <w:right w:w="38" w:type="dxa"/>
            </w:tcMar>
            <w:vAlign w:val="center"/>
          </w:tcPr>
          <w:p w14:paraId="58421971" w14:textId="77777777" w:rsidR="00D60D5E" w:rsidRDefault="00891EF0">
            <w:pPr>
              <w:spacing w:after="0" w:line="240" w:lineRule="auto"/>
              <w:jc w:val="center"/>
            </w:pPr>
            <w:r>
              <w:rPr>
                <w:rFonts w:eastAsia="Aptos"/>
                <w:b/>
                <w:sz w:val="17"/>
              </w:rPr>
              <w:t>6.55</w:t>
            </w:r>
          </w:p>
        </w:tc>
        <w:tc>
          <w:tcPr>
            <w:tcW w:w="540" w:type="dxa"/>
            <w:tcMar>
              <w:top w:w="28" w:type="dxa"/>
              <w:left w:w="38" w:type="dxa"/>
              <w:bottom w:w="28" w:type="dxa"/>
              <w:right w:w="38" w:type="dxa"/>
            </w:tcMar>
            <w:vAlign w:val="center"/>
          </w:tcPr>
          <w:p w14:paraId="7AD6F99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32D5A7" w14:textId="77777777" w:rsidR="00D60D5E" w:rsidRDefault="00D60D5E">
            <w:pPr>
              <w:jc w:val="center"/>
            </w:pPr>
          </w:p>
        </w:tc>
      </w:tr>
      <w:tr w:rsidR="00D60D5E" w14:paraId="627F8C1A" w14:textId="77777777" w:rsidTr="000617E0">
        <w:trPr>
          <w:cantSplit/>
          <w:jc w:val="center"/>
        </w:trPr>
        <w:tc>
          <w:tcPr>
            <w:tcW w:w="677" w:type="dxa"/>
            <w:tcMar>
              <w:top w:w="28" w:type="dxa"/>
              <w:left w:w="38" w:type="dxa"/>
              <w:bottom w:w="28" w:type="dxa"/>
              <w:right w:w="38" w:type="dxa"/>
            </w:tcMar>
            <w:vAlign w:val="center"/>
          </w:tcPr>
          <w:p w14:paraId="70F19C13" w14:textId="77777777" w:rsidR="00D60D5E" w:rsidRDefault="00891EF0">
            <w:pPr>
              <w:spacing w:after="0" w:line="240" w:lineRule="auto"/>
              <w:jc w:val="center"/>
            </w:pPr>
            <w:r>
              <w:rPr>
                <w:rFonts w:eastAsia="Aptos"/>
                <w:color w:val="6A7075"/>
                <w:sz w:val="17"/>
              </w:rPr>
              <w:t>145-145</w:t>
            </w:r>
          </w:p>
        </w:tc>
        <w:tc>
          <w:tcPr>
            <w:tcW w:w="2648" w:type="dxa"/>
            <w:tcMar>
              <w:top w:w="28" w:type="dxa"/>
              <w:left w:w="38" w:type="dxa"/>
              <w:bottom w:w="28" w:type="dxa"/>
              <w:right w:w="38" w:type="dxa"/>
            </w:tcMar>
            <w:vAlign w:val="center"/>
          </w:tcPr>
          <w:p w14:paraId="7FFD785D" w14:textId="77777777" w:rsidR="00D60D5E" w:rsidRDefault="00891EF0">
            <w:pPr>
              <w:spacing w:after="0" w:line="240" w:lineRule="auto"/>
            </w:pPr>
            <w:r>
              <w:rPr>
                <w:rFonts w:eastAsia="Aptos"/>
                <w:sz w:val="17"/>
              </w:rPr>
              <w:t>Mango Jam 17oz</w:t>
            </w:r>
          </w:p>
        </w:tc>
        <w:tc>
          <w:tcPr>
            <w:tcW w:w="630" w:type="dxa"/>
            <w:tcMar>
              <w:top w:w="28" w:type="dxa"/>
              <w:left w:w="38" w:type="dxa"/>
              <w:bottom w:w="28" w:type="dxa"/>
              <w:right w:w="38" w:type="dxa"/>
            </w:tcMar>
            <w:vAlign w:val="center"/>
          </w:tcPr>
          <w:p w14:paraId="39FF848B" w14:textId="77777777" w:rsidR="00D60D5E" w:rsidRDefault="00891EF0">
            <w:pPr>
              <w:spacing w:after="0" w:line="240" w:lineRule="auto"/>
              <w:jc w:val="center"/>
            </w:pPr>
            <w:r>
              <w:rPr>
                <w:rFonts w:eastAsia="Aptos"/>
                <w:b/>
                <w:sz w:val="17"/>
              </w:rPr>
              <w:t>6.15</w:t>
            </w:r>
          </w:p>
        </w:tc>
        <w:tc>
          <w:tcPr>
            <w:tcW w:w="540" w:type="dxa"/>
            <w:tcMar>
              <w:top w:w="28" w:type="dxa"/>
              <w:left w:w="38" w:type="dxa"/>
              <w:bottom w:w="28" w:type="dxa"/>
              <w:right w:w="38" w:type="dxa"/>
            </w:tcMar>
            <w:vAlign w:val="center"/>
          </w:tcPr>
          <w:p w14:paraId="1A8C8C9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FAF46C" w14:textId="77777777" w:rsidR="00D60D5E" w:rsidRDefault="00D60D5E">
            <w:pPr>
              <w:jc w:val="center"/>
            </w:pPr>
          </w:p>
        </w:tc>
      </w:tr>
      <w:tr w:rsidR="00D60D5E" w14:paraId="0A1F1B4B" w14:textId="77777777" w:rsidTr="000617E0">
        <w:trPr>
          <w:cantSplit/>
          <w:jc w:val="center"/>
        </w:trPr>
        <w:tc>
          <w:tcPr>
            <w:tcW w:w="677" w:type="dxa"/>
            <w:tcMar>
              <w:top w:w="28" w:type="dxa"/>
              <w:left w:w="38" w:type="dxa"/>
              <w:bottom w:w="28" w:type="dxa"/>
              <w:right w:w="38" w:type="dxa"/>
            </w:tcMar>
            <w:vAlign w:val="center"/>
          </w:tcPr>
          <w:p w14:paraId="522EBC7A" w14:textId="77777777" w:rsidR="00D60D5E" w:rsidRDefault="00891EF0">
            <w:pPr>
              <w:spacing w:after="0" w:line="240" w:lineRule="auto"/>
              <w:jc w:val="center"/>
            </w:pPr>
            <w:r>
              <w:rPr>
                <w:rFonts w:eastAsia="Aptos"/>
                <w:color w:val="6A7075"/>
                <w:sz w:val="17"/>
              </w:rPr>
              <w:t>145-150</w:t>
            </w:r>
          </w:p>
        </w:tc>
        <w:tc>
          <w:tcPr>
            <w:tcW w:w="2648" w:type="dxa"/>
            <w:tcMar>
              <w:top w:w="28" w:type="dxa"/>
              <w:left w:w="38" w:type="dxa"/>
              <w:bottom w:w="28" w:type="dxa"/>
              <w:right w:w="38" w:type="dxa"/>
            </w:tcMar>
            <w:vAlign w:val="center"/>
          </w:tcPr>
          <w:p w14:paraId="660177E6" w14:textId="77777777" w:rsidR="00D60D5E" w:rsidRDefault="00891EF0">
            <w:pPr>
              <w:spacing w:after="0" w:line="240" w:lineRule="auto"/>
            </w:pPr>
            <w:r>
              <w:rPr>
                <w:rFonts w:eastAsia="Aptos"/>
                <w:sz w:val="17"/>
              </w:rPr>
              <w:t>Mango Chutney 12 oz Patak /Matouk</w:t>
            </w:r>
          </w:p>
        </w:tc>
        <w:tc>
          <w:tcPr>
            <w:tcW w:w="630" w:type="dxa"/>
            <w:tcMar>
              <w:top w:w="28" w:type="dxa"/>
              <w:left w:w="38" w:type="dxa"/>
              <w:bottom w:w="28" w:type="dxa"/>
              <w:right w:w="38" w:type="dxa"/>
            </w:tcMar>
            <w:vAlign w:val="center"/>
          </w:tcPr>
          <w:p w14:paraId="61619BC1" w14:textId="77777777" w:rsidR="00D60D5E" w:rsidRDefault="00891EF0">
            <w:pPr>
              <w:spacing w:after="0" w:line="240" w:lineRule="auto"/>
              <w:jc w:val="center"/>
            </w:pPr>
            <w:r>
              <w:rPr>
                <w:rFonts w:eastAsia="Aptos"/>
                <w:b/>
                <w:sz w:val="17"/>
              </w:rPr>
              <w:t>9.85</w:t>
            </w:r>
          </w:p>
        </w:tc>
        <w:tc>
          <w:tcPr>
            <w:tcW w:w="540" w:type="dxa"/>
            <w:tcMar>
              <w:top w:w="28" w:type="dxa"/>
              <w:left w:w="38" w:type="dxa"/>
              <w:bottom w:w="28" w:type="dxa"/>
              <w:right w:w="38" w:type="dxa"/>
            </w:tcMar>
            <w:vAlign w:val="center"/>
          </w:tcPr>
          <w:p w14:paraId="78A115D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D024C2" w14:textId="77777777" w:rsidR="00D60D5E" w:rsidRDefault="00D60D5E">
            <w:pPr>
              <w:jc w:val="center"/>
            </w:pPr>
          </w:p>
        </w:tc>
      </w:tr>
      <w:tr w:rsidR="00D60D5E" w14:paraId="2461F7B5" w14:textId="77777777" w:rsidTr="000617E0">
        <w:trPr>
          <w:cantSplit/>
          <w:jc w:val="center"/>
        </w:trPr>
        <w:tc>
          <w:tcPr>
            <w:tcW w:w="677" w:type="dxa"/>
            <w:tcMar>
              <w:top w:w="28" w:type="dxa"/>
              <w:left w:w="38" w:type="dxa"/>
              <w:bottom w:w="28" w:type="dxa"/>
              <w:right w:w="38" w:type="dxa"/>
            </w:tcMar>
            <w:vAlign w:val="center"/>
          </w:tcPr>
          <w:p w14:paraId="6666C68A" w14:textId="77777777" w:rsidR="00D60D5E" w:rsidRDefault="00891EF0">
            <w:pPr>
              <w:spacing w:after="0" w:line="240" w:lineRule="auto"/>
              <w:jc w:val="center"/>
            </w:pPr>
            <w:r>
              <w:rPr>
                <w:rFonts w:eastAsia="Aptos"/>
                <w:color w:val="6A7075"/>
                <w:sz w:val="17"/>
              </w:rPr>
              <w:t>145-155</w:t>
            </w:r>
          </w:p>
        </w:tc>
        <w:tc>
          <w:tcPr>
            <w:tcW w:w="2648" w:type="dxa"/>
            <w:tcMar>
              <w:top w:w="28" w:type="dxa"/>
              <w:left w:w="38" w:type="dxa"/>
              <w:bottom w:w="28" w:type="dxa"/>
              <w:right w:w="38" w:type="dxa"/>
            </w:tcMar>
            <w:vAlign w:val="center"/>
          </w:tcPr>
          <w:p w14:paraId="0FDB821D" w14:textId="77777777" w:rsidR="00D60D5E" w:rsidRDefault="00891EF0">
            <w:pPr>
              <w:spacing w:after="0" w:line="240" w:lineRule="auto"/>
            </w:pPr>
            <w:r>
              <w:rPr>
                <w:rFonts w:eastAsia="Aptos"/>
                <w:sz w:val="17"/>
              </w:rPr>
              <w:t>Passion Fruit Jam 17oz</w:t>
            </w:r>
          </w:p>
        </w:tc>
        <w:tc>
          <w:tcPr>
            <w:tcW w:w="630" w:type="dxa"/>
            <w:tcMar>
              <w:top w:w="28" w:type="dxa"/>
              <w:left w:w="38" w:type="dxa"/>
              <w:bottom w:w="28" w:type="dxa"/>
              <w:right w:w="38" w:type="dxa"/>
            </w:tcMar>
            <w:vAlign w:val="center"/>
          </w:tcPr>
          <w:p w14:paraId="731B4E2D" w14:textId="77777777" w:rsidR="00D60D5E" w:rsidRDefault="00891EF0">
            <w:pPr>
              <w:spacing w:after="0" w:line="240" w:lineRule="auto"/>
              <w:jc w:val="center"/>
            </w:pPr>
            <w:r>
              <w:rPr>
                <w:rFonts w:eastAsia="Aptos"/>
                <w:b/>
                <w:sz w:val="17"/>
              </w:rPr>
              <w:t>5.75</w:t>
            </w:r>
          </w:p>
        </w:tc>
        <w:tc>
          <w:tcPr>
            <w:tcW w:w="540" w:type="dxa"/>
            <w:tcMar>
              <w:top w:w="28" w:type="dxa"/>
              <w:left w:w="38" w:type="dxa"/>
              <w:bottom w:w="28" w:type="dxa"/>
              <w:right w:w="38" w:type="dxa"/>
            </w:tcMar>
            <w:vAlign w:val="center"/>
          </w:tcPr>
          <w:p w14:paraId="799304A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26D264" w14:textId="77777777" w:rsidR="00D60D5E" w:rsidRDefault="00D60D5E">
            <w:pPr>
              <w:jc w:val="center"/>
            </w:pPr>
          </w:p>
        </w:tc>
      </w:tr>
      <w:tr w:rsidR="00D60D5E" w14:paraId="4E1CC930" w14:textId="77777777" w:rsidTr="000617E0">
        <w:trPr>
          <w:cantSplit/>
          <w:jc w:val="center"/>
        </w:trPr>
        <w:tc>
          <w:tcPr>
            <w:tcW w:w="677" w:type="dxa"/>
            <w:tcMar>
              <w:top w:w="28" w:type="dxa"/>
              <w:left w:w="38" w:type="dxa"/>
              <w:bottom w:w="28" w:type="dxa"/>
              <w:right w:w="38" w:type="dxa"/>
            </w:tcMar>
            <w:vAlign w:val="center"/>
          </w:tcPr>
          <w:p w14:paraId="5D68A921" w14:textId="77777777" w:rsidR="00D60D5E" w:rsidRDefault="00891EF0">
            <w:pPr>
              <w:spacing w:after="0" w:line="240" w:lineRule="auto"/>
              <w:jc w:val="center"/>
            </w:pPr>
            <w:r>
              <w:rPr>
                <w:rFonts w:eastAsia="Aptos"/>
                <w:color w:val="6A7075"/>
                <w:sz w:val="17"/>
              </w:rPr>
              <w:t>145-160</w:t>
            </w:r>
          </w:p>
        </w:tc>
        <w:tc>
          <w:tcPr>
            <w:tcW w:w="2648" w:type="dxa"/>
            <w:tcMar>
              <w:top w:w="28" w:type="dxa"/>
              <w:left w:w="38" w:type="dxa"/>
              <w:bottom w:w="28" w:type="dxa"/>
              <w:right w:w="38" w:type="dxa"/>
            </w:tcMar>
            <w:vAlign w:val="center"/>
          </w:tcPr>
          <w:p w14:paraId="132D30AE" w14:textId="77777777" w:rsidR="00D60D5E" w:rsidRDefault="00891EF0">
            <w:pPr>
              <w:spacing w:after="0" w:line="240" w:lineRule="auto"/>
            </w:pPr>
            <w:r>
              <w:rPr>
                <w:rFonts w:eastAsia="Aptos"/>
                <w:sz w:val="17"/>
              </w:rPr>
              <w:t>Corn Syrup Karo Dark or Light 16oz</w:t>
            </w:r>
          </w:p>
        </w:tc>
        <w:tc>
          <w:tcPr>
            <w:tcW w:w="630" w:type="dxa"/>
            <w:tcMar>
              <w:top w:w="28" w:type="dxa"/>
              <w:left w:w="38" w:type="dxa"/>
              <w:bottom w:w="28" w:type="dxa"/>
              <w:right w:w="38" w:type="dxa"/>
            </w:tcMar>
            <w:vAlign w:val="center"/>
          </w:tcPr>
          <w:p w14:paraId="47B146F2"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6FB93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582F56" w14:textId="77777777" w:rsidR="00D60D5E" w:rsidRDefault="00D60D5E">
            <w:pPr>
              <w:jc w:val="center"/>
            </w:pPr>
          </w:p>
        </w:tc>
      </w:tr>
      <w:tr w:rsidR="00D60D5E" w14:paraId="51285C16" w14:textId="77777777" w:rsidTr="000617E0">
        <w:trPr>
          <w:cantSplit/>
          <w:jc w:val="center"/>
        </w:trPr>
        <w:tc>
          <w:tcPr>
            <w:tcW w:w="677" w:type="dxa"/>
            <w:tcMar>
              <w:top w:w="28" w:type="dxa"/>
              <w:left w:w="38" w:type="dxa"/>
              <w:bottom w:w="28" w:type="dxa"/>
              <w:right w:w="38" w:type="dxa"/>
            </w:tcMar>
            <w:vAlign w:val="center"/>
          </w:tcPr>
          <w:p w14:paraId="415F1333" w14:textId="77777777" w:rsidR="00D60D5E" w:rsidRDefault="00891EF0">
            <w:pPr>
              <w:spacing w:after="0" w:line="240" w:lineRule="auto"/>
              <w:jc w:val="center"/>
            </w:pPr>
            <w:r>
              <w:rPr>
                <w:rFonts w:eastAsia="Aptos"/>
                <w:color w:val="6A7075"/>
                <w:sz w:val="17"/>
              </w:rPr>
              <w:t>145-165</w:t>
            </w:r>
          </w:p>
        </w:tc>
        <w:tc>
          <w:tcPr>
            <w:tcW w:w="2648" w:type="dxa"/>
            <w:tcMar>
              <w:top w:w="28" w:type="dxa"/>
              <w:left w:w="38" w:type="dxa"/>
              <w:bottom w:w="28" w:type="dxa"/>
              <w:right w:w="38" w:type="dxa"/>
            </w:tcMar>
            <w:vAlign w:val="center"/>
          </w:tcPr>
          <w:p w14:paraId="7770606B" w14:textId="77777777" w:rsidR="00D60D5E" w:rsidRDefault="00891EF0">
            <w:pPr>
              <w:spacing w:after="0" w:line="240" w:lineRule="auto"/>
            </w:pPr>
            <w:r>
              <w:rPr>
                <w:rFonts w:eastAsia="Aptos"/>
                <w:sz w:val="17"/>
              </w:rPr>
              <w:t>Pancake Syrup 12oz Pearl Milling</w:t>
            </w:r>
          </w:p>
        </w:tc>
        <w:tc>
          <w:tcPr>
            <w:tcW w:w="630" w:type="dxa"/>
            <w:tcMar>
              <w:top w:w="28" w:type="dxa"/>
              <w:left w:w="38" w:type="dxa"/>
              <w:bottom w:w="28" w:type="dxa"/>
              <w:right w:w="38" w:type="dxa"/>
            </w:tcMar>
            <w:vAlign w:val="center"/>
          </w:tcPr>
          <w:p w14:paraId="2D2FE15B" w14:textId="77777777" w:rsidR="00D60D5E" w:rsidRDefault="00891EF0">
            <w:pPr>
              <w:spacing w:after="0" w:line="240" w:lineRule="auto"/>
              <w:jc w:val="center"/>
            </w:pPr>
            <w:r>
              <w:rPr>
                <w:rFonts w:eastAsia="Aptos"/>
                <w:b/>
                <w:sz w:val="17"/>
              </w:rPr>
              <w:t>7.19</w:t>
            </w:r>
          </w:p>
        </w:tc>
        <w:tc>
          <w:tcPr>
            <w:tcW w:w="540" w:type="dxa"/>
            <w:tcMar>
              <w:top w:w="28" w:type="dxa"/>
              <w:left w:w="38" w:type="dxa"/>
              <w:bottom w:w="28" w:type="dxa"/>
              <w:right w:w="38" w:type="dxa"/>
            </w:tcMar>
            <w:vAlign w:val="center"/>
          </w:tcPr>
          <w:p w14:paraId="20E53CE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5DF90E" w14:textId="77777777" w:rsidR="00D60D5E" w:rsidRDefault="00D60D5E">
            <w:pPr>
              <w:jc w:val="center"/>
            </w:pPr>
          </w:p>
        </w:tc>
      </w:tr>
      <w:tr w:rsidR="00D60D5E" w14:paraId="2D14F9C5" w14:textId="77777777" w:rsidTr="000617E0">
        <w:trPr>
          <w:cantSplit/>
          <w:jc w:val="center"/>
        </w:trPr>
        <w:tc>
          <w:tcPr>
            <w:tcW w:w="677" w:type="dxa"/>
            <w:tcMar>
              <w:top w:w="28" w:type="dxa"/>
              <w:left w:w="38" w:type="dxa"/>
              <w:bottom w:w="28" w:type="dxa"/>
              <w:right w:w="38" w:type="dxa"/>
            </w:tcMar>
            <w:vAlign w:val="center"/>
          </w:tcPr>
          <w:p w14:paraId="14619535" w14:textId="77777777" w:rsidR="00D60D5E" w:rsidRDefault="00891EF0">
            <w:pPr>
              <w:spacing w:after="0" w:line="240" w:lineRule="auto"/>
              <w:jc w:val="center"/>
            </w:pPr>
            <w:r>
              <w:rPr>
                <w:rFonts w:eastAsia="Aptos"/>
                <w:color w:val="6A7075"/>
                <w:sz w:val="17"/>
              </w:rPr>
              <w:t>145-170</w:t>
            </w:r>
          </w:p>
        </w:tc>
        <w:tc>
          <w:tcPr>
            <w:tcW w:w="2648" w:type="dxa"/>
            <w:tcMar>
              <w:top w:w="28" w:type="dxa"/>
              <w:left w:w="38" w:type="dxa"/>
              <w:bottom w:w="28" w:type="dxa"/>
              <w:right w:w="38" w:type="dxa"/>
            </w:tcMar>
            <w:vAlign w:val="center"/>
          </w:tcPr>
          <w:p w14:paraId="7EA5C43A" w14:textId="77777777" w:rsidR="00D60D5E" w:rsidRDefault="00891EF0">
            <w:pPr>
              <w:spacing w:after="0" w:line="240" w:lineRule="auto"/>
            </w:pPr>
            <w:r>
              <w:rPr>
                <w:rFonts w:eastAsia="Aptos"/>
                <w:sz w:val="17"/>
              </w:rPr>
              <w:t>Lite Pancake Syrup 12oz</w:t>
            </w:r>
          </w:p>
        </w:tc>
        <w:tc>
          <w:tcPr>
            <w:tcW w:w="630" w:type="dxa"/>
            <w:tcMar>
              <w:top w:w="28" w:type="dxa"/>
              <w:left w:w="38" w:type="dxa"/>
              <w:bottom w:w="28" w:type="dxa"/>
              <w:right w:w="38" w:type="dxa"/>
            </w:tcMar>
            <w:vAlign w:val="center"/>
          </w:tcPr>
          <w:p w14:paraId="3865EB31" w14:textId="77777777" w:rsidR="00D60D5E" w:rsidRDefault="00891EF0">
            <w:pPr>
              <w:spacing w:after="0" w:line="240" w:lineRule="auto"/>
              <w:jc w:val="center"/>
            </w:pPr>
            <w:r>
              <w:rPr>
                <w:rFonts w:eastAsia="Aptos"/>
                <w:b/>
                <w:sz w:val="17"/>
              </w:rPr>
              <w:t>5.89</w:t>
            </w:r>
          </w:p>
        </w:tc>
        <w:tc>
          <w:tcPr>
            <w:tcW w:w="540" w:type="dxa"/>
            <w:tcMar>
              <w:top w:w="28" w:type="dxa"/>
              <w:left w:w="38" w:type="dxa"/>
              <w:bottom w:w="28" w:type="dxa"/>
              <w:right w:w="38" w:type="dxa"/>
            </w:tcMar>
            <w:vAlign w:val="center"/>
          </w:tcPr>
          <w:p w14:paraId="38FC96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14ABF0" w14:textId="77777777" w:rsidR="00D60D5E" w:rsidRDefault="00D60D5E">
            <w:pPr>
              <w:jc w:val="center"/>
            </w:pPr>
          </w:p>
        </w:tc>
      </w:tr>
      <w:tr w:rsidR="00D60D5E" w14:paraId="5E10BD02" w14:textId="77777777" w:rsidTr="000617E0">
        <w:trPr>
          <w:cantSplit/>
          <w:jc w:val="center"/>
        </w:trPr>
        <w:tc>
          <w:tcPr>
            <w:tcW w:w="677" w:type="dxa"/>
            <w:tcMar>
              <w:top w:w="28" w:type="dxa"/>
              <w:left w:w="38" w:type="dxa"/>
              <w:bottom w:w="28" w:type="dxa"/>
              <w:right w:w="38" w:type="dxa"/>
            </w:tcMar>
            <w:vAlign w:val="center"/>
          </w:tcPr>
          <w:p w14:paraId="18BEBD68" w14:textId="77777777" w:rsidR="00D60D5E" w:rsidRDefault="00891EF0">
            <w:pPr>
              <w:spacing w:after="0" w:line="240" w:lineRule="auto"/>
              <w:jc w:val="center"/>
            </w:pPr>
            <w:r>
              <w:rPr>
                <w:rFonts w:eastAsia="Aptos"/>
                <w:color w:val="6A7075"/>
                <w:sz w:val="17"/>
              </w:rPr>
              <w:t>145-175</w:t>
            </w:r>
          </w:p>
        </w:tc>
        <w:tc>
          <w:tcPr>
            <w:tcW w:w="2648" w:type="dxa"/>
            <w:tcMar>
              <w:top w:w="28" w:type="dxa"/>
              <w:left w:w="38" w:type="dxa"/>
              <w:bottom w:w="28" w:type="dxa"/>
              <w:right w:w="38" w:type="dxa"/>
            </w:tcMar>
            <w:vAlign w:val="center"/>
          </w:tcPr>
          <w:p w14:paraId="6874F327" w14:textId="77777777" w:rsidR="00D60D5E" w:rsidRDefault="00891EF0">
            <w:pPr>
              <w:spacing w:after="0" w:line="240" w:lineRule="auto"/>
            </w:pPr>
            <w:r>
              <w:rPr>
                <w:rFonts w:eastAsia="Aptos"/>
                <w:sz w:val="17"/>
              </w:rPr>
              <w:t>Butter Pancake Syrup Lite 12oz</w:t>
            </w:r>
          </w:p>
        </w:tc>
        <w:tc>
          <w:tcPr>
            <w:tcW w:w="630" w:type="dxa"/>
            <w:tcMar>
              <w:top w:w="28" w:type="dxa"/>
              <w:left w:w="38" w:type="dxa"/>
              <w:bottom w:w="28" w:type="dxa"/>
              <w:right w:w="38" w:type="dxa"/>
            </w:tcMar>
            <w:vAlign w:val="center"/>
          </w:tcPr>
          <w:p w14:paraId="69A11E18" w14:textId="77777777" w:rsidR="00D60D5E" w:rsidRDefault="00891EF0">
            <w:pPr>
              <w:spacing w:after="0" w:line="240" w:lineRule="auto"/>
              <w:jc w:val="center"/>
            </w:pPr>
            <w:r>
              <w:rPr>
                <w:rFonts w:eastAsia="Aptos"/>
                <w:b/>
                <w:sz w:val="17"/>
              </w:rPr>
              <w:t>7.19</w:t>
            </w:r>
          </w:p>
        </w:tc>
        <w:tc>
          <w:tcPr>
            <w:tcW w:w="540" w:type="dxa"/>
            <w:tcMar>
              <w:top w:w="28" w:type="dxa"/>
              <w:left w:w="38" w:type="dxa"/>
              <w:bottom w:w="28" w:type="dxa"/>
              <w:right w:w="38" w:type="dxa"/>
            </w:tcMar>
            <w:vAlign w:val="center"/>
          </w:tcPr>
          <w:p w14:paraId="650C736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B34953" w14:textId="77777777" w:rsidR="00D60D5E" w:rsidRDefault="00D60D5E">
            <w:pPr>
              <w:jc w:val="center"/>
            </w:pPr>
          </w:p>
        </w:tc>
      </w:tr>
      <w:tr w:rsidR="00D60D5E" w14:paraId="122779FC" w14:textId="77777777" w:rsidTr="000617E0">
        <w:trPr>
          <w:cantSplit/>
          <w:jc w:val="center"/>
        </w:trPr>
        <w:tc>
          <w:tcPr>
            <w:tcW w:w="677" w:type="dxa"/>
            <w:tcMar>
              <w:top w:w="28" w:type="dxa"/>
              <w:left w:w="38" w:type="dxa"/>
              <w:bottom w:w="28" w:type="dxa"/>
              <w:right w:w="38" w:type="dxa"/>
            </w:tcMar>
            <w:vAlign w:val="center"/>
          </w:tcPr>
          <w:p w14:paraId="432FD6FC" w14:textId="77777777" w:rsidR="00D60D5E" w:rsidRDefault="00891EF0">
            <w:pPr>
              <w:spacing w:after="0" w:line="240" w:lineRule="auto"/>
              <w:jc w:val="center"/>
            </w:pPr>
            <w:r>
              <w:rPr>
                <w:rFonts w:eastAsia="Aptos"/>
                <w:color w:val="6A7075"/>
                <w:sz w:val="17"/>
              </w:rPr>
              <w:t>145-180</w:t>
            </w:r>
          </w:p>
        </w:tc>
        <w:tc>
          <w:tcPr>
            <w:tcW w:w="2648" w:type="dxa"/>
            <w:tcMar>
              <w:top w:w="28" w:type="dxa"/>
              <w:left w:w="38" w:type="dxa"/>
              <w:bottom w:w="28" w:type="dxa"/>
              <w:right w:w="38" w:type="dxa"/>
            </w:tcMar>
            <w:vAlign w:val="center"/>
          </w:tcPr>
          <w:p w14:paraId="1D57528C" w14:textId="77777777" w:rsidR="00D60D5E" w:rsidRDefault="00891EF0">
            <w:pPr>
              <w:spacing w:after="0" w:line="240" w:lineRule="auto"/>
            </w:pPr>
            <w:r>
              <w:rPr>
                <w:rFonts w:eastAsia="Aptos"/>
                <w:sz w:val="17"/>
              </w:rPr>
              <w:t>Maple Syrup 12 oz</w:t>
            </w:r>
          </w:p>
        </w:tc>
        <w:tc>
          <w:tcPr>
            <w:tcW w:w="630" w:type="dxa"/>
            <w:tcMar>
              <w:top w:w="28" w:type="dxa"/>
              <w:left w:w="38" w:type="dxa"/>
              <w:bottom w:w="28" w:type="dxa"/>
              <w:right w:w="38" w:type="dxa"/>
            </w:tcMar>
            <w:vAlign w:val="center"/>
          </w:tcPr>
          <w:p w14:paraId="3A0685E6" w14:textId="77777777" w:rsidR="00D60D5E" w:rsidRDefault="00891EF0">
            <w:pPr>
              <w:spacing w:after="0" w:line="240" w:lineRule="auto"/>
              <w:jc w:val="center"/>
            </w:pPr>
            <w:r>
              <w:rPr>
                <w:rFonts w:eastAsia="Aptos"/>
                <w:b/>
                <w:sz w:val="17"/>
              </w:rPr>
              <w:t>18.49</w:t>
            </w:r>
          </w:p>
        </w:tc>
        <w:tc>
          <w:tcPr>
            <w:tcW w:w="540" w:type="dxa"/>
            <w:tcMar>
              <w:top w:w="28" w:type="dxa"/>
              <w:left w:w="38" w:type="dxa"/>
              <w:bottom w:w="28" w:type="dxa"/>
              <w:right w:w="38" w:type="dxa"/>
            </w:tcMar>
            <w:vAlign w:val="center"/>
          </w:tcPr>
          <w:p w14:paraId="274B958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B3649C" w14:textId="77777777" w:rsidR="00D60D5E" w:rsidRDefault="00D60D5E">
            <w:pPr>
              <w:jc w:val="center"/>
            </w:pPr>
          </w:p>
        </w:tc>
      </w:tr>
      <w:tr w:rsidR="00D60D5E" w14:paraId="4753B8B8" w14:textId="77777777" w:rsidTr="000617E0">
        <w:trPr>
          <w:cantSplit/>
          <w:jc w:val="center"/>
        </w:trPr>
        <w:tc>
          <w:tcPr>
            <w:tcW w:w="677" w:type="dxa"/>
            <w:tcMar>
              <w:top w:w="28" w:type="dxa"/>
              <w:left w:w="38" w:type="dxa"/>
              <w:bottom w:w="28" w:type="dxa"/>
              <w:right w:w="38" w:type="dxa"/>
            </w:tcMar>
            <w:vAlign w:val="center"/>
          </w:tcPr>
          <w:p w14:paraId="0F7F6CB3" w14:textId="77777777" w:rsidR="00D60D5E" w:rsidRDefault="00891EF0">
            <w:pPr>
              <w:spacing w:after="0" w:line="240" w:lineRule="auto"/>
              <w:jc w:val="center"/>
            </w:pPr>
            <w:r>
              <w:rPr>
                <w:rFonts w:eastAsia="Aptos"/>
                <w:color w:val="6A7075"/>
                <w:sz w:val="17"/>
              </w:rPr>
              <w:t>145-185</w:t>
            </w:r>
          </w:p>
        </w:tc>
        <w:tc>
          <w:tcPr>
            <w:tcW w:w="2648" w:type="dxa"/>
            <w:tcMar>
              <w:top w:w="28" w:type="dxa"/>
              <w:left w:w="38" w:type="dxa"/>
              <w:bottom w:w="28" w:type="dxa"/>
              <w:right w:w="38" w:type="dxa"/>
            </w:tcMar>
            <w:vAlign w:val="center"/>
          </w:tcPr>
          <w:p w14:paraId="2679D2B1" w14:textId="77777777" w:rsidR="00D60D5E" w:rsidRDefault="00891EF0">
            <w:pPr>
              <w:spacing w:after="0" w:line="240" w:lineRule="auto"/>
            </w:pPr>
            <w:r>
              <w:rPr>
                <w:rFonts w:eastAsia="Aptos"/>
                <w:sz w:val="17"/>
              </w:rPr>
              <w:t>Maple Syrup 8.5oz</w:t>
            </w:r>
          </w:p>
        </w:tc>
        <w:tc>
          <w:tcPr>
            <w:tcW w:w="630" w:type="dxa"/>
            <w:tcMar>
              <w:top w:w="28" w:type="dxa"/>
              <w:left w:w="38" w:type="dxa"/>
              <w:bottom w:w="28" w:type="dxa"/>
              <w:right w:w="38" w:type="dxa"/>
            </w:tcMar>
            <w:vAlign w:val="center"/>
          </w:tcPr>
          <w:p w14:paraId="2A94849A" w14:textId="77777777" w:rsidR="00D60D5E" w:rsidRDefault="00891EF0">
            <w:pPr>
              <w:spacing w:after="0" w:line="240" w:lineRule="auto"/>
              <w:jc w:val="center"/>
            </w:pPr>
            <w:r>
              <w:rPr>
                <w:rFonts w:eastAsia="Aptos"/>
                <w:b/>
                <w:sz w:val="17"/>
              </w:rPr>
              <w:t>11.45</w:t>
            </w:r>
          </w:p>
        </w:tc>
        <w:tc>
          <w:tcPr>
            <w:tcW w:w="540" w:type="dxa"/>
            <w:tcMar>
              <w:top w:w="28" w:type="dxa"/>
              <w:left w:w="38" w:type="dxa"/>
              <w:bottom w:w="28" w:type="dxa"/>
              <w:right w:w="38" w:type="dxa"/>
            </w:tcMar>
            <w:vAlign w:val="center"/>
          </w:tcPr>
          <w:p w14:paraId="1EAFD9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B397BEA" w14:textId="77777777" w:rsidR="00D60D5E" w:rsidRDefault="00D60D5E">
            <w:pPr>
              <w:jc w:val="center"/>
            </w:pPr>
          </w:p>
        </w:tc>
      </w:tr>
      <w:tr w:rsidR="00D60D5E" w14:paraId="026BEE48" w14:textId="77777777" w:rsidTr="000617E0">
        <w:trPr>
          <w:cantSplit/>
          <w:jc w:val="center"/>
        </w:trPr>
        <w:tc>
          <w:tcPr>
            <w:tcW w:w="677" w:type="dxa"/>
            <w:tcMar>
              <w:top w:w="28" w:type="dxa"/>
              <w:left w:w="38" w:type="dxa"/>
              <w:bottom w:w="28" w:type="dxa"/>
              <w:right w:w="38" w:type="dxa"/>
            </w:tcMar>
            <w:vAlign w:val="center"/>
          </w:tcPr>
          <w:p w14:paraId="71E23638" w14:textId="77777777" w:rsidR="00D60D5E" w:rsidRDefault="00891EF0">
            <w:pPr>
              <w:spacing w:after="0" w:line="240" w:lineRule="auto"/>
              <w:jc w:val="center"/>
            </w:pPr>
            <w:r>
              <w:rPr>
                <w:rFonts w:eastAsia="Aptos"/>
                <w:color w:val="6A7075"/>
                <w:sz w:val="17"/>
              </w:rPr>
              <w:t>145-190</w:t>
            </w:r>
          </w:p>
        </w:tc>
        <w:tc>
          <w:tcPr>
            <w:tcW w:w="2648" w:type="dxa"/>
            <w:tcMar>
              <w:top w:w="28" w:type="dxa"/>
              <w:left w:w="38" w:type="dxa"/>
              <w:bottom w:w="28" w:type="dxa"/>
              <w:right w:w="38" w:type="dxa"/>
            </w:tcMar>
            <w:vAlign w:val="center"/>
          </w:tcPr>
          <w:p w14:paraId="0E46F836" w14:textId="77777777" w:rsidR="00D60D5E" w:rsidRDefault="00891EF0">
            <w:pPr>
              <w:spacing w:after="0" w:line="240" w:lineRule="auto"/>
            </w:pPr>
            <w:r>
              <w:rPr>
                <w:rFonts w:eastAsia="Aptos"/>
                <w:sz w:val="17"/>
              </w:rPr>
              <w:t>Chocolate Syrup 24oz Nestle / Hershey’s</w:t>
            </w:r>
          </w:p>
        </w:tc>
        <w:tc>
          <w:tcPr>
            <w:tcW w:w="630" w:type="dxa"/>
            <w:tcMar>
              <w:top w:w="28" w:type="dxa"/>
              <w:left w:w="38" w:type="dxa"/>
              <w:bottom w:w="28" w:type="dxa"/>
              <w:right w:w="38" w:type="dxa"/>
            </w:tcMar>
            <w:vAlign w:val="center"/>
          </w:tcPr>
          <w:p w14:paraId="53ACD874"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28F8B3C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14D63E" w14:textId="77777777" w:rsidR="00D60D5E" w:rsidRDefault="00D60D5E">
            <w:pPr>
              <w:jc w:val="center"/>
            </w:pPr>
          </w:p>
        </w:tc>
      </w:tr>
      <w:tr w:rsidR="00D60D5E" w14:paraId="2C78157E" w14:textId="77777777" w:rsidTr="000617E0">
        <w:trPr>
          <w:cantSplit/>
          <w:jc w:val="center"/>
        </w:trPr>
        <w:tc>
          <w:tcPr>
            <w:tcW w:w="677" w:type="dxa"/>
            <w:tcMar>
              <w:top w:w="28" w:type="dxa"/>
              <w:left w:w="38" w:type="dxa"/>
              <w:bottom w:w="28" w:type="dxa"/>
              <w:right w:w="38" w:type="dxa"/>
            </w:tcMar>
            <w:vAlign w:val="center"/>
          </w:tcPr>
          <w:p w14:paraId="01A0E6E6" w14:textId="77777777" w:rsidR="00D60D5E" w:rsidRDefault="00891EF0">
            <w:pPr>
              <w:spacing w:after="0" w:line="240" w:lineRule="auto"/>
              <w:jc w:val="center"/>
            </w:pPr>
            <w:r>
              <w:rPr>
                <w:rFonts w:eastAsia="Aptos"/>
                <w:color w:val="6A7075"/>
                <w:sz w:val="17"/>
              </w:rPr>
              <w:t>145-195</w:t>
            </w:r>
          </w:p>
        </w:tc>
        <w:tc>
          <w:tcPr>
            <w:tcW w:w="2648" w:type="dxa"/>
            <w:tcMar>
              <w:top w:w="28" w:type="dxa"/>
              <w:left w:w="38" w:type="dxa"/>
              <w:bottom w:w="28" w:type="dxa"/>
              <w:right w:w="38" w:type="dxa"/>
            </w:tcMar>
            <w:vAlign w:val="center"/>
          </w:tcPr>
          <w:p w14:paraId="14C6B584" w14:textId="77777777" w:rsidR="00D60D5E" w:rsidRDefault="00891EF0">
            <w:pPr>
              <w:spacing w:after="0" w:line="240" w:lineRule="auto"/>
            </w:pPr>
            <w:r>
              <w:rPr>
                <w:rFonts w:eastAsia="Aptos"/>
                <w:sz w:val="17"/>
              </w:rPr>
              <w:t>Strawberry Syrup 22oz Nestle / Hershey’s</w:t>
            </w:r>
          </w:p>
        </w:tc>
        <w:tc>
          <w:tcPr>
            <w:tcW w:w="630" w:type="dxa"/>
            <w:tcMar>
              <w:top w:w="28" w:type="dxa"/>
              <w:left w:w="38" w:type="dxa"/>
              <w:bottom w:w="28" w:type="dxa"/>
              <w:right w:w="38" w:type="dxa"/>
            </w:tcMar>
            <w:vAlign w:val="center"/>
          </w:tcPr>
          <w:p w14:paraId="262E36A8"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55F38A1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05E6E7" w14:textId="77777777" w:rsidR="00D60D5E" w:rsidRDefault="00D60D5E">
            <w:pPr>
              <w:jc w:val="center"/>
            </w:pPr>
          </w:p>
        </w:tc>
      </w:tr>
      <w:tr w:rsidR="00D60D5E" w14:paraId="5D74DB59" w14:textId="77777777" w:rsidTr="000617E0">
        <w:trPr>
          <w:cantSplit/>
          <w:jc w:val="center"/>
        </w:trPr>
        <w:tc>
          <w:tcPr>
            <w:tcW w:w="677" w:type="dxa"/>
            <w:tcMar>
              <w:top w:w="28" w:type="dxa"/>
              <w:left w:w="38" w:type="dxa"/>
              <w:bottom w:w="28" w:type="dxa"/>
              <w:right w:w="38" w:type="dxa"/>
            </w:tcMar>
            <w:vAlign w:val="center"/>
          </w:tcPr>
          <w:p w14:paraId="15DD5A11" w14:textId="77777777" w:rsidR="00D60D5E" w:rsidRDefault="00891EF0">
            <w:pPr>
              <w:spacing w:after="0" w:line="240" w:lineRule="auto"/>
              <w:jc w:val="center"/>
            </w:pPr>
            <w:r>
              <w:rPr>
                <w:rFonts w:eastAsia="Aptos"/>
                <w:color w:val="6A7075"/>
                <w:sz w:val="17"/>
              </w:rPr>
              <w:t>145-200</w:t>
            </w:r>
          </w:p>
        </w:tc>
        <w:tc>
          <w:tcPr>
            <w:tcW w:w="2648" w:type="dxa"/>
            <w:tcMar>
              <w:top w:w="28" w:type="dxa"/>
              <w:left w:w="38" w:type="dxa"/>
              <w:bottom w:w="28" w:type="dxa"/>
              <w:right w:w="38" w:type="dxa"/>
            </w:tcMar>
            <w:vAlign w:val="center"/>
          </w:tcPr>
          <w:p w14:paraId="67D5091A" w14:textId="77777777" w:rsidR="00D60D5E" w:rsidRDefault="00891EF0">
            <w:pPr>
              <w:spacing w:after="0" w:line="240" w:lineRule="auto"/>
            </w:pPr>
            <w:r>
              <w:rPr>
                <w:rFonts w:eastAsia="Aptos"/>
                <w:sz w:val="17"/>
              </w:rPr>
              <w:t>Peanut Butter Creamy 12oz</w:t>
            </w:r>
          </w:p>
        </w:tc>
        <w:tc>
          <w:tcPr>
            <w:tcW w:w="630" w:type="dxa"/>
            <w:tcMar>
              <w:top w:w="28" w:type="dxa"/>
              <w:left w:w="38" w:type="dxa"/>
              <w:bottom w:w="28" w:type="dxa"/>
              <w:right w:w="38" w:type="dxa"/>
            </w:tcMar>
            <w:vAlign w:val="center"/>
          </w:tcPr>
          <w:p w14:paraId="72CB1CDC"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751F0BC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3137B7A" w14:textId="77777777" w:rsidR="00D60D5E" w:rsidRDefault="00D60D5E">
            <w:pPr>
              <w:jc w:val="center"/>
            </w:pPr>
          </w:p>
        </w:tc>
      </w:tr>
      <w:tr w:rsidR="00D60D5E" w14:paraId="6F82BA20" w14:textId="77777777" w:rsidTr="000617E0">
        <w:trPr>
          <w:cantSplit/>
          <w:jc w:val="center"/>
        </w:trPr>
        <w:tc>
          <w:tcPr>
            <w:tcW w:w="677" w:type="dxa"/>
            <w:tcMar>
              <w:top w:w="28" w:type="dxa"/>
              <w:left w:w="38" w:type="dxa"/>
              <w:bottom w:w="28" w:type="dxa"/>
              <w:right w:w="38" w:type="dxa"/>
            </w:tcMar>
            <w:vAlign w:val="center"/>
          </w:tcPr>
          <w:p w14:paraId="670FD1FA" w14:textId="77777777" w:rsidR="00D60D5E" w:rsidRDefault="00891EF0">
            <w:pPr>
              <w:spacing w:after="0" w:line="240" w:lineRule="auto"/>
              <w:jc w:val="center"/>
            </w:pPr>
            <w:r>
              <w:rPr>
                <w:rFonts w:eastAsia="Aptos"/>
                <w:color w:val="6A7075"/>
                <w:sz w:val="17"/>
              </w:rPr>
              <w:t>145-205</w:t>
            </w:r>
          </w:p>
        </w:tc>
        <w:tc>
          <w:tcPr>
            <w:tcW w:w="2648" w:type="dxa"/>
            <w:tcMar>
              <w:top w:w="28" w:type="dxa"/>
              <w:left w:w="38" w:type="dxa"/>
              <w:bottom w:w="28" w:type="dxa"/>
              <w:right w:w="38" w:type="dxa"/>
            </w:tcMar>
            <w:vAlign w:val="center"/>
          </w:tcPr>
          <w:p w14:paraId="64F74C32" w14:textId="77777777" w:rsidR="00D60D5E" w:rsidRDefault="00891EF0">
            <w:pPr>
              <w:spacing w:after="0" w:line="240" w:lineRule="auto"/>
            </w:pPr>
            <w:r>
              <w:rPr>
                <w:rFonts w:eastAsia="Aptos"/>
                <w:sz w:val="17"/>
              </w:rPr>
              <w:t>Peanut Butter Chunky 12oz</w:t>
            </w:r>
          </w:p>
        </w:tc>
        <w:tc>
          <w:tcPr>
            <w:tcW w:w="630" w:type="dxa"/>
            <w:tcMar>
              <w:top w:w="28" w:type="dxa"/>
              <w:left w:w="38" w:type="dxa"/>
              <w:bottom w:w="28" w:type="dxa"/>
              <w:right w:w="38" w:type="dxa"/>
            </w:tcMar>
            <w:vAlign w:val="center"/>
          </w:tcPr>
          <w:p w14:paraId="7E32F4F9"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03ECFA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4D3F50" w14:textId="77777777" w:rsidR="00D60D5E" w:rsidRDefault="00D60D5E">
            <w:pPr>
              <w:jc w:val="center"/>
            </w:pPr>
          </w:p>
        </w:tc>
      </w:tr>
      <w:tr w:rsidR="00D60D5E" w14:paraId="6784F7A2" w14:textId="77777777" w:rsidTr="000617E0">
        <w:trPr>
          <w:cantSplit/>
          <w:jc w:val="center"/>
        </w:trPr>
        <w:tc>
          <w:tcPr>
            <w:tcW w:w="677" w:type="dxa"/>
            <w:tcMar>
              <w:top w:w="28" w:type="dxa"/>
              <w:left w:w="38" w:type="dxa"/>
              <w:bottom w:w="28" w:type="dxa"/>
              <w:right w:w="38" w:type="dxa"/>
            </w:tcMar>
            <w:vAlign w:val="center"/>
          </w:tcPr>
          <w:p w14:paraId="052B4435" w14:textId="77777777" w:rsidR="00D60D5E" w:rsidRDefault="00891EF0">
            <w:pPr>
              <w:spacing w:after="0" w:line="240" w:lineRule="auto"/>
              <w:jc w:val="center"/>
            </w:pPr>
            <w:r>
              <w:rPr>
                <w:rFonts w:eastAsia="Aptos"/>
                <w:color w:val="6A7075"/>
                <w:sz w:val="17"/>
              </w:rPr>
              <w:t>145-210</w:t>
            </w:r>
          </w:p>
        </w:tc>
        <w:tc>
          <w:tcPr>
            <w:tcW w:w="2648" w:type="dxa"/>
            <w:tcMar>
              <w:top w:w="28" w:type="dxa"/>
              <w:left w:w="38" w:type="dxa"/>
              <w:bottom w:w="28" w:type="dxa"/>
              <w:right w:w="38" w:type="dxa"/>
            </w:tcMar>
            <w:vAlign w:val="center"/>
          </w:tcPr>
          <w:p w14:paraId="67E44BFD" w14:textId="77777777" w:rsidR="00D60D5E" w:rsidRDefault="00891EF0">
            <w:pPr>
              <w:spacing w:after="0" w:line="240" w:lineRule="auto"/>
            </w:pPr>
            <w:r>
              <w:rPr>
                <w:rFonts w:eastAsia="Aptos"/>
                <w:sz w:val="17"/>
              </w:rPr>
              <w:t>Nutella (Hazelnut Spread) 13oz</w:t>
            </w:r>
          </w:p>
        </w:tc>
        <w:tc>
          <w:tcPr>
            <w:tcW w:w="630" w:type="dxa"/>
            <w:tcMar>
              <w:top w:w="28" w:type="dxa"/>
              <w:left w:w="38" w:type="dxa"/>
              <w:bottom w:w="28" w:type="dxa"/>
              <w:right w:w="38" w:type="dxa"/>
            </w:tcMar>
            <w:vAlign w:val="center"/>
          </w:tcPr>
          <w:p w14:paraId="3C442597" w14:textId="77777777" w:rsidR="00D60D5E" w:rsidRDefault="00891EF0">
            <w:pPr>
              <w:spacing w:after="0" w:line="240" w:lineRule="auto"/>
              <w:jc w:val="center"/>
            </w:pPr>
            <w:r>
              <w:rPr>
                <w:rFonts w:eastAsia="Aptos"/>
                <w:b/>
                <w:sz w:val="17"/>
              </w:rPr>
              <w:t>7.10</w:t>
            </w:r>
          </w:p>
        </w:tc>
        <w:tc>
          <w:tcPr>
            <w:tcW w:w="540" w:type="dxa"/>
            <w:tcMar>
              <w:top w:w="28" w:type="dxa"/>
              <w:left w:w="38" w:type="dxa"/>
              <w:bottom w:w="28" w:type="dxa"/>
              <w:right w:w="38" w:type="dxa"/>
            </w:tcMar>
            <w:vAlign w:val="center"/>
          </w:tcPr>
          <w:p w14:paraId="1D62F5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68CCC7" w14:textId="77777777" w:rsidR="00D60D5E" w:rsidRDefault="00D60D5E">
            <w:pPr>
              <w:jc w:val="center"/>
            </w:pPr>
          </w:p>
        </w:tc>
      </w:tr>
      <w:tr w:rsidR="00D60D5E" w14:paraId="55DA5866" w14:textId="77777777" w:rsidTr="000617E0">
        <w:trPr>
          <w:cantSplit/>
          <w:jc w:val="center"/>
        </w:trPr>
        <w:tc>
          <w:tcPr>
            <w:tcW w:w="677" w:type="dxa"/>
            <w:tcMar>
              <w:top w:w="28" w:type="dxa"/>
              <w:left w:w="38" w:type="dxa"/>
              <w:bottom w:w="28" w:type="dxa"/>
              <w:right w:w="38" w:type="dxa"/>
            </w:tcMar>
            <w:vAlign w:val="center"/>
          </w:tcPr>
          <w:p w14:paraId="731D001A" w14:textId="77777777" w:rsidR="00D60D5E" w:rsidRDefault="00891EF0">
            <w:pPr>
              <w:spacing w:after="0" w:line="240" w:lineRule="auto"/>
              <w:jc w:val="center"/>
            </w:pPr>
            <w:r>
              <w:rPr>
                <w:rFonts w:eastAsia="Aptos"/>
                <w:color w:val="6A7075"/>
                <w:sz w:val="17"/>
              </w:rPr>
              <w:t>145-215</w:t>
            </w:r>
          </w:p>
        </w:tc>
        <w:tc>
          <w:tcPr>
            <w:tcW w:w="2648" w:type="dxa"/>
            <w:tcMar>
              <w:top w:w="28" w:type="dxa"/>
              <w:left w:w="38" w:type="dxa"/>
              <w:bottom w:w="28" w:type="dxa"/>
              <w:right w:w="38" w:type="dxa"/>
            </w:tcMar>
            <w:vAlign w:val="center"/>
          </w:tcPr>
          <w:p w14:paraId="3A99E81F" w14:textId="77777777" w:rsidR="00D60D5E" w:rsidRDefault="00891EF0">
            <w:pPr>
              <w:spacing w:after="0" w:line="240" w:lineRule="auto"/>
            </w:pPr>
            <w:r>
              <w:rPr>
                <w:rFonts w:eastAsia="Aptos"/>
                <w:sz w:val="17"/>
              </w:rPr>
              <w:t>Honey 8oz</w:t>
            </w:r>
          </w:p>
        </w:tc>
        <w:tc>
          <w:tcPr>
            <w:tcW w:w="630" w:type="dxa"/>
            <w:tcMar>
              <w:top w:w="28" w:type="dxa"/>
              <w:left w:w="38" w:type="dxa"/>
              <w:bottom w:w="28" w:type="dxa"/>
              <w:right w:w="38" w:type="dxa"/>
            </w:tcMar>
            <w:vAlign w:val="center"/>
          </w:tcPr>
          <w:p w14:paraId="3D6ABEB6" w14:textId="77777777" w:rsidR="00D60D5E" w:rsidRDefault="00891EF0">
            <w:pPr>
              <w:spacing w:after="0" w:line="240" w:lineRule="auto"/>
              <w:jc w:val="center"/>
            </w:pPr>
            <w:r>
              <w:rPr>
                <w:rFonts w:eastAsia="Aptos"/>
                <w:b/>
                <w:sz w:val="17"/>
              </w:rPr>
              <w:t>6.80</w:t>
            </w:r>
          </w:p>
        </w:tc>
        <w:tc>
          <w:tcPr>
            <w:tcW w:w="540" w:type="dxa"/>
            <w:tcMar>
              <w:top w:w="28" w:type="dxa"/>
              <w:left w:w="38" w:type="dxa"/>
              <w:bottom w:w="28" w:type="dxa"/>
              <w:right w:w="38" w:type="dxa"/>
            </w:tcMar>
            <w:vAlign w:val="center"/>
          </w:tcPr>
          <w:p w14:paraId="4323109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40BE89" w14:textId="77777777" w:rsidR="00D60D5E" w:rsidRDefault="00D60D5E">
            <w:pPr>
              <w:jc w:val="center"/>
            </w:pPr>
          </w:p>
        </w:tc>
      </w:tr>
      <w:tr w:rsidR="00D60D5E" w14:paraId="0CED8721" w14:textId="77777777" w:rsidTr="000617E0">
        <w:trPr>
          <w:cantSplit/>
          <w:jc w:val="center"/>
        </w:trPr>
        <w:tc>
          <w:tcPr>
            <w:tcW w:w="677" w:type="dxa"/>
            <w:tcMar>
              <w:top w:w="28" w:type="dxa"/>
              <w:left w:w="38" w:type="dxa"/>
              <w:bottom w:w="28" w:type="dxa"/>
              <w:right w:w="38" w:type="dxa"/>
            </w:tcMar>
            <w:vAlign w:val="center"/>
          </w:tcPr>
          <w:p w14:paraId="347E1799" w14:textId="77777777" w:rsidR="00D60D5E" w:rsidRDefault="00891EF0">
            <w:pPr>
              <w:spacing w:after="0" w:line="240" w:lineRule="auto"/>
              <w:jc w:val="center"/>
            </w:pPr>
            <w:r>
              <w:rPr>
                <w:rFonts w:eastAsia="Aptos"/>
                <w:color w:val="6A7075"/>
                <w:sz w:val="17"/>
              </w:rPr>
              <w:t>145-220</w:t>
            </w:r>
          </w:p>
        </w:tc>
        <w:tc>
          <w:tcPr>
            <w:tcW w:w="2648" w:type="dxa"/>
            <w:tcMar>
              <w:top w:w="28" w:type="dxa"/>
              <w:left w:w="38" w:type="dxa"/>
              <w:bottom w:w="28" w:type="dxa"/>
              <w:right w:w="38" w:type="dxa"/>
            </w:tcMar>
            <w:vAlign w:val="center"/>
          </w:tcPr>
          <w:p w14:paraId="645C1A8D" w14:textId="77777777" w:rsidR="00D60D5E" w:rsidRDefault="00891EF0">
            <w:pPr>
              <w:spacing w:after="0" w:line="240" w:lineRule="auto"/>
            </w:pPr>
            <w:r>
              <w:rPr>
                <w:rFonts w:eastAsia="Aptos"/>
                <w:sz w:val="17"/>
              </w:rPr>
              <w:t>Honey w/Comb 8oz</w:t>
            </w:r>
          </w:p>
        </w:tc>
        <w:tc>
          <w:tcPr>
            <w:tcW w:w="630" w:type="dxa"/>
            <w:tcMar>
              <w:top w:w="28" w:type="dxa"/>
              <w:left w:w="38" w:type="dxa"/>
              <w:bottom w:w="28" w:type="dxa"/>
              <w:right w:w="38" w:type="dxa"/>
            </w:tcMar>
            <w:vAlign w:val="center"/>
          </w:tcPr>
          <w:p w14:paraId="3C73887C" w14:textId="77777777" w:rsidR="00D60D5E" w:rsidRDefault="00891EF0">
            <w:pPr>
              <w:spacing w:after="0" w:line="240" w:lineRule="auto"/>
              <w:jc w:val="center"/>
            </w:pPr>
            <w:r>
              <w:rPr>
                <w:rFonts w:eastAsia="Aptos"/>
                <w:b/>
                <w:sz w:val="17"/>
              </w:rPr>
              <w:t>8.20</w:t>
            </w:r>
          </w:p>
        </w:tc>
        <w:tc>
          <w:tcPr>
            <w:tcW w:w="540" w:type="dxa"/>
            <w:tcMar>
              <w:top w:w="28" w:type="dxa"/>
              <w:left w:w="38" w:type="dxa"/>
              <w:bottom w:w="28" w:type="dxa"/>
              <w:right w:w="38" w:type="dxa"/>
            </w:tcMar>
            <w:vAlign w:val="center"/>
          </w:tcPr>
          <w:p w14:paraId="3747E12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B95626B" w14:textId="77777777" w:rsidR="00D60D5E" w:rsidRDefault="00D60D5E">
            <w:pPr>
              <w:jc w:val="center"/>
            </w:pPr>
          </w:p>
        </w:tc>
      </w:tr>
      <w:tr w:rsidR="00D60D5E" w14:paraId="0B2A6B7E" w14:textId="77777777" w:rsidTr="000617E0">
        <w:trPr>
          <w:cantSplit/>
          <w:jc w:val="center"/>
        </w:trPr>
        <w:tc>
          <w:tcPr>
            <w:tcW w:w="677" w:type="dxa"/>
            <w:shd w:val="clear" w:color="auto" w:fill="D9EAF7"/>
            <w:tcMar>
              <w:top w:w="28" w:type="dxa"/>
              <w:left w:w="38" w:type="dxa"/>
              <w:bottom w:w="28" w:type="dxa"/>
              <w:right w:w="38" w:type="dxa"/>
            </w:tcMar>
            <w:vAlign w:val="center"/>
          </w:tcPr>
          <w:p w14:paraId="0F65B1D1" w14:textId="77777777" w:rsidR="00D60D5E" w:rsidRDefault="00891EF0">
            <w:pPr>
              <w:spacing w:after="0" w:line="240" w:lineRule="auto"/>
              <w:jc w:val="center"/>
            </w:pPr>
            <w:r>
              <w:rPr>
                <w:rFonts w:eastAsia="Aptos"/>
                <w:b/>
                <w:color w:val="76A943"/>
                <w:sz w:val="18"/>
              </w:rPr>
              <w:t>150-</w:t>
            </w:r>
          </w:p>
        </w:tc>
        <w:tc>
          <w:tcPr>
            <w:tcW w:w="2648" w:type="dxa"/>
            <w:shd w:val="clear" w:color="auto" w:fill="D9EAF7"/>
            <w:tcMar>
              <w:top w:w="28" w:type="dxa"/>
              <w:left w:w="38" w:type="dxa"/>
              <w:bottom w:w="28" w:type="dxa"/>
              <w:right w:w="38" w:type="dxa"/>
            </w:tcMar>
            <w:vAlign w:val="center"/>
          </w:tcPr>
          <w:p w14:paraId="4B635493" w14:textId="77777777" w:rsidR="00D60D5E" w:rsidRDefault="00891EF0">
            <w:pPr>
              <w:spacing w:after="0" w:line="240" w:lineRule="auto"/>
            </w:pPr>
            <w:r>
              <w:rPr>
                <w:rFonts w:eastAsia="Aptos"/>
                <w:b/>
                <w:color w:val="76A943"/>
                <w:sz w:val="18"/>
              </w:rPr>
              <w:t>CONDIMENTS</w:t>
            </w:r>
          </w:p>
        </w:tc>
        <w:tc>
          <w:tcPr>
            <w:tcW w:w="630" w:type="dxa"/>
            <w:shd w:val="clear" w:color="auto" w:fill="D9EAF7"/>
            <w:tcMar>
              <w:top w:w="28" w:type="dxa"/>
              <w:left w:w="38" w:type="dxa"/>
              <w:bottom w:w="28" w:type="dxa"/>
              <w:right w:w="38" w:type="dxa"/>
            </w:tcMar>
            <w:vAlign w:val="center"/>
          </w:tcPr>
          <w:p w14:paraId="3CB06757"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5679499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608657F" w14:textId="77777777" w:rsidR="00D60D5E" w:rsidRDefault="00D60D5E">
            <w:pPr>
              <w:jc w:val="center"/>
            </w:pPr>
          </w:p>
        </w:tc>
      </w:tr>
      <w:tr w:rsidR="00D60D5E" w14:paraId="152991AB" w14:textId="77777777" w:rsidTr="000617E0">
        <w:trPr>
          <w:cantSplit/>
          <w:jc w:val="center"/>
        </w:trPr>
        <w:tc>
          <w:tcPr>
            <w:tcW w:w="677" w:type="dxa"/>
            <w:tcMar>
              <w:top w:w="28" w:type="dxa"/>
              <w:left w:w="38" w:type="dxa"/>
              <w:bottom w:w="28" w:type="dxa"/>
              <w:right w:w="38" w:type="dxa"/>
            </w:tcMar>
            <w:vAlign w:val="center"/>
          </w:tcPr>
          <w:p w14:paraId="756A76A5" w14:textId="77777777" w:rsidR="00D60D5E" w:rsidRDefault="00891EF0">
            <w:pPr>
              <w:spacing w:after="0" w:line="240" w:lineRule="auto"/>
              <w:jc w:val="center"/>
            </w:pPr>
            <w:r>
              <w:rPr>
                <w:rFonts w:eastAsia="Aptos"/>
                <w:color w:val="6A7075"/>
                <w:sz w:val="17"/>
              </w:rPr>
              <w:t>150-105</w:t>
            </w:r>
          </w:p>
        </w:tc>
        <w:tc>
          <w:tcPr>
            <w:tcW w:w="2648" w:type="dxa"/>
            <w:tcMar>
              <w:top w:w="28" w:type="dxa"/>
              <w:left w:w="38" w:type="dxa"/>
              <w:bottom w:w="28" w:type="dxa"/>
              <w:right w:w="38" w:type="dxa"/>
            </w:tcMar>
            <w:vAlign w:val="center"/>
          </w:tcPr>
          <w:p w14:paraId="105688C9" w14:textId="77777777" w:rsidR="00D60D5E" w:rsidRDefault="00891EF0">
            <w:pPr>
              <w:spacing w:after="0" w:line="240" w:lineRule="auto"/>
            </w:pPr>
            <w:r>
              <w:rPr>
                <w:rFonts w:eastAsia="Aptos"/>
                <w:sz w:val="17"/>
              </w:rPr>
              <w:t>Ketchup 14oz</w:t>
            </w:r>
          </w:p>
        </w:tc>
        <w:tc>
          <w:tcPr>
            <w:tcW w:w="630" w:type="dxa"/>
            <w:tcMar>
              <w:top w:w="28" w:type="dxa"/>
              <w:left w:w="38" w:type="dxa"/>
              <w:bottom w:w="28" w:type="dxa"/>
              <w:right w:w="38" w:type="dxa"/>
            </w:tcMar>
            <w:vAlign w:val="center"/>
          </w:tcPr>
          <w:p w14:paraId="62CA4FC6"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0663471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AAB68A" w14:textId="77777777" w:rsidR="00D60D5E" w:rsidRDefault="00D60D5E">
            <w:pPr>
              <w:jc w:val="center"/>
            </w:pPr>
          </w:p>
        </w:tc>
      </w:tr>
      <w:tr w:rsidR="00D60D5E" w14:paraId="75BCC41B" w14:textId="77777777" w:rsidTr="000617E0">
        <w:trPr>
          <w:cantSplit/>
          <w:jc w:val="center"/>
        </w:trPr>
        <w:tc>
          <w:tcPr>
            <w:tcW w:w="677" w:type="dxa"/>
            <w:tcMar>
              <w:top w:w="28" w:type="dxa"/>
              <w:left w:w="38" w:type="dxa"/>
              <w:bottom w:w="28" w:type="dxa"/>
              <w:right w:w="38" w:type="dxa"/>
            </w:tcMar>
            <w:vAlign w:val="center"/>
          </w:tcPr>
          <w:p w14:paraId="76C6162C" w14:textId="77777777" w:rsidR="00D60D5E" w:rsidRDefault="00891EF0">
            <w:pPr>
              <w:spacing w:after="0" w:line="240" w:lineRule="auto"/>
              <w:jc w:val="center"/>
            </w:pPr>
            <w:r>
              <w:rPr>
                <w:rFonts w:eastAsia="Aptos"/>
                <w:color w:val="6A7075"/>
                <w:sz w:val="17"/>
              </w:rPr>
              <w:t>150-110</w:t>
            </w:r>
          </w:p>
        </w:tc>
        <w:tc>
          <w:tcPr>
            <w:tcW w:w="2648" w:type="dxa"/>
            <w:tcMar>
              <w:top w:w="28" w:type="dxa"/>
              <w:left w:w="38" w:type="dxa"/>
              <w:bottom w:w="28" w:type="dxa"/>
              <w:right w:w="38" w:type="dxa"/>
            </w:tcMar>
            <w:vAlign w:val="center"/>
          </w:tcPr>
          <w:p w14:paraId="284D9A03" w14:textId="77777777" w:rsidR="00D60D5E" w:rsidRDefault="00891EF0">
            <w:pPr>
              <w:spacing w:after="0" w:line="240" w:lineRule="auto"/>
            </w:pPr>
            <w:r>
              <w:rPr>
                <w:rFonts w:eastAsia="Aptos"/>
                <w:sz w:val="17"/>
              </w:rPr>
              <w:t>Mayonnaise, Regular 15oz</w:t>
            </w:r>
          </w:p>
        </w:tc>
        <w:tc>
          <w:tcPr>
            <w:tcW w:w="630" w:type="dxa"/>
            <w:tcMar>
              <w:top w:w="28" w:type="dxa"/>
              <w:left w:w="38" w:type="dxa"/>
              <w:bottom w:w="28" w:type="dxa"/>
              <w:right w:w="38" w:type="dxa"/>
            </w:tcMar>
            <w:vAlign w:val="center"/>
          </w:tcPr>
          <w:p w14:paraId="441A1AAA"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387DC0B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5778A9" w14:textId="77777777" w:rsidR="00D60D5E" w:rsidRDefault="00D60D5E">
            <w:pPr>
              <w:jc w:val="center"/>
            </w:pPr>
          </w:p>
        </w:tc>
      </w:tr>
      <w:tr w:rsidR="00D60D5E" w14:paraId="278B1875" w14:textId="77777777" w:rsidTr="000617E0">
        <w:trPr>
          <w:cantSplit/>
          <w:jc w:val="center"/>
        </w:trPr>
        <w:tc>
          <w:tcPr>
            <w:tcW w:w="677" w:type="dxa"/>
            <w:tcMar>
              <w:top w:w="28" w:type="dxa"/>
              <w:left w:w="38" w:type="dxa"/>
              <w:bottom w:w="28" w:type="dxa"/>
              <w:right w:w="38" w:type="dxa"/>
            </w:tcMar>
            <w:vAlign w:val="center"/>
          </w:tcPr>
          <w:p w14:paraId="65BC4268" w14:textId="77777777" w:rsidR="00D60D5E" w:rsidRDefault="00891EF0">
            <w:pPr>
              <w:spacing w:after="0" w:line="240" w:lineRule="auto"/>
              <w:jc w:val="center"/>
            </w:pPr>
            <w:r>
              <w:rPr>
                <w:rFonts w:eastAsia="Aptos"/>
                <w:color w:val="6A7075"/>
                <w:sz w:val="17"/>
              </w:rPr>
              <w:t>150-115</w:t>
            </w:r>
          </w:p>
        </w:tc>
        <w:tc>
          <w:tcPr>
            <w:tcW w:w="2648" w:type="dxa"/>
            <w:tcMar>
              <w:top w:w="28" w:type="dxa"/>
              <w:left w:w="38" w:type="dxa"/>
              <w:bottom w:w="28" w:type="dxa"/>
              <w:right w:w="38" w:type="dxa"/>
            </w:tcMar>
            <w:vAlign w:val="center"/>
          </w:tcPr>
          <w:p w14:paraId="024C80B4" w14:textId="77777777" w:rsidR="00D60D5E" w:rsidRDefault="00891EF0">
            <w:pPr>
              <w:spacing w:after="0" w:line="240" w:lineRule="auto"/>
            </w:pPr>
            <w:r>
              <w:rPr>
                <w:rFonts w:eastAsia="Aptos"/>
                <w:sz w:val="17"/>
              </w:rPr>
              <w:t>French's Mustard 6oz</w:t>
            </w:r>
          </w:p>
        </w:tc>
        <w:tc>
          <w:tcPr>
            <w:tcW w:w="630" w:type="dxa"/>
            <w:tcMar>
              <w:top w:w="28" w:type="dxa"/>
              <w:left w:w="38" w:type="dxa"/>
              <w:bottom w:w="28" w:type="dxa"/>
              <w:right w:w="38" w:type="dxa"/>
            </w:tcMar>
            <w:vAlign w:val="center"/>
          </w:tcPr>
          <w:p w14:paraId="4BF2229A" w14:textId="77777777" w:rsidR="00D60D5E" w:rsidRDefault="00891EF0">
            <w:pPr>
              <w:spacing w:after="0" w:line="240" w:lineRule="auto"/>
              <w:jc w:val="center"/>
            </w:pPr>
            <w:r>
              <w:rPr>
                <w:rFonts w:eastAsia="Aptos"/>
                <w:b/>
                <w:sz w:val="17"/>
              </w:rPr>
              <w:t>3.89</w:t>
            </w:r>
          </w:p>
        </w:tc>
        <w:tc>
          <w:tcPr>
            <w:tcW w:w="540" w:type="dxa"/>
            <w:tcMar>
              <w:top w:w="28" w:type="dxa"/>
              <w:left w:w="38" w:type="dxa"/>
              <w:bottom w:w="28" w:type="dxa"/>
              <w:right w:w="38" w:type="dxa"/>
            </w:tcMar>
            <w:vAlign w:val="center"/>
          </w:tcPr>
          <w:p w14:paraId="2326440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E0D192A" w14:textId="77777777" w:rsidR="00D60D5E" w:rsidRDefault="00D60D5E">
            <w:pPr>
              <w:jc w:val="center"/>
            </w:pPr>
          </w:p>
        </w:tc>
      </w:tr>
      <w:tr w:rsidR="00D60D5E" w14:paraId="6337FF69" w14:textId="77777777" w:rsidTr="000617E0">
        <w:trPr>
          <w:cantSplit/>
          <w:jc w:val="center"/>
        </w:trPr>
        <w:tc>
          <w:tcPr>
            <w:tcW w:w="677" w:type="dxa"/>
            <w:tcMar>
              <w:top w:w="28" w:type="dxa"/>
              <w:left w:w="38" w:type="dxa"/>
              <w:bottom w:w="28" w:type="dxa"/>
              <w:right w:w="38" w:type="dxa"/>
            </w:tcMar>
            <w:vAlign w:val="center"/>
          </w:tcPr>
          <w:p w14:paraId="1E35FCD3" w14:textId="77777777" w:rsidR="00D60D5E" w:rsidRDefault="00891EF0">
            <w:pPr>
              <w:spacing w:after="0" w:line="240" w:lineRule="auto"/>
              <w:jc w:val="center"/>
            </w:pPr>
            <w:r>
              <w:rPr>
                <w:rFonts w:eastAsia="Aptos"/>
                <w:color w:val="6A7075"/>
                <w:sz w:val="17"/>
              </w:rPr>
              <w:t>150-116</w:t>
            </w:r>
          </w:p>
        </w:tc>
        <w:tc>
          <w:tcPr>
            <w:tcW w:w="2648" w:type="dxa"/>
            <w:tcMar>
              <w:top w:w="28" w:type="dxa"/>
              <w:left w:w="38" w:type="dxa"/>
              <w:bottom w:w="28" w:type="dxa"/>
              <w:right w:w="38" w:type="dxa"/>
            </w:tcMar>
            <w:vAlign w:val="center"/>
          </w:tcPr>
          <w:p w14:paraId="1830E699" w14:textId="77777777" w:rsidR="00D60D5E" w:rsidRDefault="00891EF0">
            <w:pPr>
              <w:spacing w:after="0" w:line="240" w:lineRule="auto"/>
            </w:pPr>
            <w:r>
              <w:rPr>
                <w:rFonts w:eastAsia="Aptos"/>
                <w:sz w:val="17"/>
              </w:rPr>
              <w:t>Mustard 8oz Heinz Org</w:t>
            </w:r>
          </w:p>
        </w:tc>
        <w:tc>
          <w:tcPr>
            <w:tcW w:w="630" w:type="dxa"/>
            <w:tcMar>
              <w:top w:w="28" w:type="dxa"/>
              <w:left w:w="38" w:type="dxa"/>
              <w:bottom w:w="28" w:type="dxa"/>
              <w:right w:w="38" w:type="dxa"/>
            </w:tcMar>
            <w:vAlign w:val="center"/>
          </w:tcPr>
          <w:p w14:paraId="270B3B0C" w14:textId="77777777" w:rsidR="00D60D5E" w:rsidRDefault="00891EF0">
            <w:pPr>
              <w:spacing w:after="0" w:line="240" w:lineRule="auto"/>
              <w:jc w:val="center"/>
            </w:pPr>
            <w:r>
              <w:rPr>
                <w:rFonts w:eastAsia="Aptos"/>
                <w:b/>
                <w:sz w:val="17"/>
              </w:rPr>
              <w:t>4.69</w:t>
            </w:r>
          </w:p>
        </w:tc>
        <w:tc>
          <w:tcPr>
            <w:tcW w:w="540" w:type="dxa"/>
            <w:tcMar>
              <w:top w:w="28" w:type="dxa"/>
              <w:left w:w="38" w:type="dxa"/>
              <w:bottom w:w="28" w:type="dxa"/>
              <w:right w:w="38" w:type="dxa"/>
            </w:tcMar>
            <w:vAlign w:val="center"/>
          </w:tcPr>
          <w:p w14:paraId="74E50F6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8DC129" w14:textId="77777777" w:rsidR="00D60D5E" w:rsidRDefault="00D60D5E">
            <w:pPr>
              <w:jc w:val="center"/>
            </w:pPr>
          </w:p>
        </w:tc>
      </w:tr>
      <w:tr w:rsidR="00D60D5E" w14:paraId="722B136C" w14:textId="77777777" w:rsidTr="000617E0">
        <w:trPr>
          <w:cantSplit/>
          <w:jc w:val="center"/>
        </w:trPr>
        <w:tc>
          <w:tcPr>
            <w:tcW w:w="677" w:type="dxa"/>
            <w:tcMar>
              <w:top w:w="28" w:type="dxa"/>
              <w:left w:w="38" w:type="dxa"/>
              <w:bottom w:w="28" w:type="dxa"/>
              <w:right w:w="38" w:type="dxa"/>
            </w:tcMar>
            <w:vAlign w:val="center"/>
          </w:tcPr>
          <w:p w14:paraId="764E3DDA" w14:textId="77777777" w:rsidR="00D60D5E" w:rsidRDefault="00891EF0">
            <w:pPr>
              <w:spacing w:after="0" w:line="240" w:lineRule="auto"/>
              <w:jc w:val="center"/>
            </w:pPr>
            <w:r>
              <w:rPr>
                <w:rFonts w:eastAsia="Aptos"/>
                <w:color w:val="6A7075"/>
                <w:sz w:val="17"/>
              </w:rPr>
              <w:t>150-117</w:t>
            </w:r>
          </w:p>
        </w:tc>
        <w:tc>
          <w:tcPr>
            <w:tcW w:w="2648" w:type="dxa"/>
            <w:tcMar>
              <w:top w:w="28" w:type="dxa"/>
              <w:left w:w="38" w:type="dxa"/>
              <w:bottom w:w="28" w:type="dxa"/>
              <w:right w:w="38" w:type="dxa"/>
            </w:tcMar>
            <w:vAlign w:val="center"/>
          </w:tcPr>
          <w:p w14:paraId="32A7C4D0" w14:textId="77777777" w:rsidR="00D60D5E" w:rsidRDefault="00891EF0">
            <w:pPr>
              <w:spacing w:after="0" w:line="240" w:lineRule="auto"/>
            </w:pPr>
            <w:r>
              <w:rPr>
                <w:rFonts w:eastAsia="Aptos"/>
                <w:sz w:val="17"/>
              </w:rPr>
              <w:t>Mustard French’s Dijon 12 oz Gluten Free</w:t>
            </w:r>
          </w:p>
        </w:tc>
        <w:tc>
          <w:tcPr>
            <w:tcW w:w="630" w:type="dxa"/>
            <w:tcMar>
              <w:top w:w="28" w:type="dxa"/>
              <w:left w:w="38" w:type="dxa"/>
              <w:bottom w:w="28" w:type="dxa"/>
              <w:right w:w="38" w:type="dxa"/>
            </w:tcMar>
            <w:vAlign w:val="center"/>
          </w:tcPr>
          <w:p w14:paraId="693639B3" w14:textId="77777777" w:rsidR="00D60D5E" w:rsidRDefault="00891EF0">
            <w:pPr>
              <w:spacing w:after="0" w:line="240" w:lineRule="auto"/>
              <w:jc w:val="center"/>
            </w:pPr>
            <w:r>
              <w:rPr>
                <w:rFonts w:eastAsia="Aptos"/>
                <w:b/>
                <w:sz w:val="17"/>
              </w:rPr>
              <w:t>6.70</w:t>
            </w:r>
          </w:p>
        </w:tc>
        <w:tc>
          <w:tcPr>
            <w:tcW w:w="540" w:type="dxa"/>
            <w:tcMar>
              <w:top w:w="28" w:type="dxa"/>
              <w:left w:w="38" w:type="dxa"/>
              <w:bottom w:w="28" w:type="dxa"/>
              <w:right w:w="38" w:type="dxa"/>
            </w:tcMar>
            <w:vAlign w:val="center"/>
          </w:tcPr>
          <w:p w14:paraId="6050759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BB5150" w14:textId="77777777" w:rsidR="00D60D5E" w:rsidRDefault="00D60D5E">
            <w:pPr>
              <w:jc w:val="center"/>
            </w:pPr>
          </w:p>
        </w:tc>
      </w:tr>
      <w:tr w:rsidR="00D60D5E" w14:paraId="4CB6DD71" w14:textId="77777777" w:rsidTr="000617E0">
        <w:trPr>
          <w:cantSplit/>
          <w:jc w:val="center"/>
        </w:trPr>
        <w:tc>
          <w:tcPr>
            <w:tcW w:w="677" w:type="dxa"/>
            <w:tcMar>
              <w:top w:w="28" w:type="dxa"/>
              <w:left w:w="38" w:type="dxa"/>
              <w:bottom w:w="28" w:type="dxa"/>
              <w:right w:w="38" w:type="dxa"/>
            </w:tcMar>
            <w:vAlign w:val="center"/>
          </w:tcPr>
          <w:p w14:paraId="7994FA43" w14:textId="77777777" w:rsidR="00D60D5E" w:rsidRDefault="00891EF0">
            <w:pPr>
              <w:spacing w:after="0" w:line="240" w:lineRule="auto"/>
              <w:jc w:val="center"/>
            </w:pPr>
            <w:r>
              <w:rPr>
                <w:rFonts w:eastAsia="Aptos"/>
                <w:color w:val="6A7075"/>
                <w:sz w:val="17"/>
              </w:rPr>
              <w:t>150-120</w:t>
            </w:r>
          </w:p>
        </w:tc>
        <w:tc>
          <w:tcPr>
            <w:tcW w:w="2648" w:type="dxa"/>
            <w:tcMar>
              <w:top w:w="28" w:type="dxa"/>
              <w:left w:w="38" w:type="dxa"/>
              <w:bottom w:w="28" w:type="dxa"/>
              <w:right w:w="38" w:type="dxa"/>
            </w:tcMar>
            <w:vAlign w:val="center"/>
          </w:tcPr>
          <w:p w14:paraId="6351C90F" w14:textId="77777777" w:rsidR="00D60D5E" w:rsidRDefault="00891EF0">
            <w:pPr>
              <w:spacing w:after="0" w:line="240" w:lineRule="auto"/>
            </w:pPr>
            <w:r>
              <w:rPr>
                <w:rFonts w:eastAsia="Aptos"/>
                <w:sz w:val="17"/>
              </w:rPr>
              <w:t>Grey Poupon 8oz</w:t>
            </w:r>
          </w:p>
        </w:tc>
        <w:tc>
          <w:tcPr>
            <w:tcW w:w="630" w:type="dxa"/>
            <w:tcMar>
              <w:top w:w="28" w:type="dxa"/>
              <w:left w:w="38" w:type="dxa"/>
              <w:bottom w:w="28" w:type="dxa"/>
              <w:right w:w="38" w:type="dxa"/>
            </w:tcMar>
            <w:vAlign w:val="center"/>
          </w:tcPr>
          <w:p w14:paraId="539B33DE"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0421A9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69177D" w14:textId="77777777" w:rsidR="00D60D5E" w:rsidRDefault="00D60D5E">
            <w:pPr>
              <w:jc w:val="center"/>
            </w:pPr>
          </w:p>
        </w:tc>
      </w:tr>
      <w:tr w:rsidR="00D60D5E" w14:paraId="728553DF" w14:textId="77777777" w:rsidTr="000617E0">
        <w:trPr>
          <w:cantSplit/>
          <w:jc w:val="center"/>
        </w:trPr>
        <w:tc>
          <w:tcPr>
            <w:tcW w:w="677" w:type="dxa"/>
            <w:tcMar>
              <w:top w:w="28" w:type="dxa"/>
              <w:left w:w="38" w:type="dxa"/>
              <w:bottom w:w="28" w:type="dxa"/>
              <w:right w:w="38" w:type="dxa"/>
            </w:tcMar>
            <w:vAlign w:val="center"/>
          </w:tcPr>
          <w:p w14:paraId="1E5A1963" w14:textId="77777777" w:rsidR="00D60D5E" w:rsidRDefault="00891EF0">
            <w:pPr>
              <w:spacing w:after="0" w:line="240" w:lineRule="auto"/>
              <w:jc w:val="center"/>
            </w:pPr>
            <w:r>
              <w:rPr>
                <w:rFonts w:eastAsia="Aptos"/>
                <w:color w:val="6A7075"/>
                <w:sz w:val="17"/>
              </w:rPr>
              <w:t>150-121</w:t>
            </w:r>
          </w:p>
        </w:tc>
        <w:tc>
          <w:tcPr>
            <w:tcW w:w="2648" w:type="dxa"/>
            <w:tcMar>
              <w:top w:w="28" w:type="dxa"/>
              <w:left w:w="38" w:type="dxa"/>
              <w:bottom w:w="28" w:type="dxa"/>
              <w:right w:w="38" w:type="dxa"/>
            </w:tcMar>
            <w:vAlign w:val="center"/>
          </w:tcPr>
          <w:p w14:paraId="018C9C92" w14:textId="77777777" w:rsidR="00D60D5E" w:rsidRDefault="00891EF0">
            <w:pPr>
              <w:spacing w:after="0" w:line="240" w:lineRule="auto"/>
            </w:pPr>
            <w:r>
              <w:rPr>
                <w:rFonts w:eastAsia="Aptos"/>
                <w:sz w:val="17"/>
              </w:rPr>
              <w:t>Grey Poupon Deli Mustard 10oz Country Dijon</w:t>
            </w:r>
          </w:p>
        </w:tc>
        <w:tc>
          <w:tcPr>
            <w:tcW w:w="630" w:type="dxa"/>
            <w:tcMar>
              <w:top w:w="28" w:type="dxa"/>
              <w:left w:w="38" w:type="dxa"/>
              <w:bottom w:w="28" w:type="dxa"/>
              <w:right w:w="38" w:type="dxa"/>
            </w:tcMar>
            <w:vAlign w:val="center"/>
          </w:tcPr>
          <w:p w14:paraId="0A5F49F6" w14:textId="77777777" w:rsidR="00D60D5E" w:rsidRDefault="00891EF0">
            <w:pPr>
              <w:spacing w:after="0" w:line="240" w:lineRule="auto"/>
              <w:jc w:val="center"/>
            </w:pPr>
            <w:r>
              <w:rPr>
                <w:rFonts w:eastAsia="Aptos"/>
                <w:b/>
                <w:sz w:val="17"/>
              </w:rPr>
              <w:t>6.48</w:t>
            </w:r>
          </w:p>
        </w:tc>
        <w:tc>
          <w:tcPr>
            <w:tcW w:w="540" w:type="dxa"/>
            <w:tcMar>
              <w:top w:w="28" w:type="dxa"/>
              <w:left w:w="38" w:type="dxa"/>
              <w:bottom w:w="28" w:type="dxa"/>
              <w:right w:w="38" w:type="dxa"/>
            </w:tcMar>
            <w:vAlign w:val="center"/>
          </w:tcPr>
          <w:p w14:paraId="04A509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63D23D" w14:textId="77777777" w:rsidR="00D60D5E" w:rsidRDefault="00D60D5E">
            <w:pPr>
              <w:jc w:val="center"/>
            </w:pPr>
          </w:p>
        </w:tc>
      </w:tr>
      <w:tr w:rsidR="00D60D5E" w14:paraId="2E0AE64A" w14:textId="77777777" w:rsidTr="000617E0">
        <w:trPr>
          <w:cantSplit/>
          <w:jc w:val="center"/>
        </w:trPr>
        <w:tc>
          <w:tcPr>
            <w:tcW w:w="677" w:type="dxa"/>
            <w:tcMar>
              <w:top w:w="28" w:type="dxa"/>
              <w:left w:w="38" w:type="dxa"/>
              <w:bottom w:w="28" w:type="dxa"/>
              <w:right w:w="38" w:type="dxa"/>
            </w:tcMar>
            <w:vAlign w:val="center"/>
          </w:tcPr>
          <w:p w14:paraId="7FEF9522" w14:textId="77777777" w:rsidR="00D60D5E" w:rsidRDefault="00891EF0">
            <w:pPr>
              <w:spacing w:after="0" w:line="240" w:lineRule="auto"/>
              <w:jc w:val="center"/>
            </w:pPr>
            <w:r>
              <w:rPr>
                <w:rFonts w:eastAsia="Aptos"/>
                <w:color w:val="6A7075"/>
                <w:sz w:val="17"/>
              </w:rPr>
              <w:lastRenderedPageBreak/>
              <w:t>150-125</w:t>
            </w:r>
          </w:p>
        </w:tc>
        <w:tc>
          <w:tcPr>
            <w:tcW w:w="2648" w:type="dxa"/>
            <w:tcMar>
              <w:top w:w="28" w:type="dxa"/>
              <w:left w:w="38" w:type="dxa"/>
              <w:bottom w:w="28" w:type="dxa"/>
              <w:right w:w="38" w:type="dxa"/>
            </w:tcMar>
            <w:vAlign w:val="center"/>
          </w:tcPr>
          <w:p w14:paraId="253934C3" w14:textId="77777777" w:rsidR="00D60D5E" w:rsidRDefault="00891EF0">
            <w:pPr>
              <w:spacing w:after="0" w:line="240" w:lineRule="auto"/>
            </w:pPr>
            <w:r>
              <w:rPr>
                <w:rFonts w:eastAsia="Aptos"/>
                <w:sz w:val="17"/>
              </w:rPr>
              <w:t>Grey Poupon Honey 8oz</w:t>
            </w:r>
          </w:p>
        </w:tc>
        <w:tc>
          <w:tcPr>
            <w:tcW w:w="630" w:type="dxa"/>
            <w:tcMar>
              <w:top w:w="28" w:type="dxa"/>
              <w:left w:w="38" w:type="dxa"/>
              <w:bottom w:w="28" w:type="dxa"/>
              <w:right w:w="38" w:type="dxa"/>
            </w:tcMar>
            <w:vAlign w:val="center"/>
          </w:tcPr>
          <w:p w14:paraId="1EA9D69D"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749AFA3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7EA849" w14:textId="77777777" w:rsidR="00D60D5E" w:rsidRDefault="00D60D5E">
            <w:pPr>
              <w:jc w:val="center"/>
            </w:pPr>
          </w:p>
        </w:tc>
      </w:tr>
      <w:tr w:rsidR="00D60D5E" w14:paraId="3B8E3F39" w14:textId="77777777" w:rsidTr="000617E0">
        <w:trPr>
          <w:cantSplit/>
          <w:jc w:val="center"/>
        </w:trPr>
        <w:tc>
          <w:tcPr>
            <w:tcW w:w="677" w:type="dxa"/>
            <w:tcMar>
              <w:top w:w="28" w:type="dxa"/>
              <w:left w:w="38" w:type="dxa"/>
              <w:bottom w:w="28" w:type="dxa"/>
              <w:right w:w="38" w:type="dxa"/>
            </w:tcMar>
            <w:vAlign w:val="center"/>
          </w:tcPr>
          <w:p w14:paraId="733182C4" w14:textId="77777777" w:rsidR="00D60D5E" w:rsidRDefault="00891EF0">
            <w:pPr>
              <w:spacing w:after="0" w:line="240" w:lineRule="auto"/>
              <w:jc w:val="center"/>
            </w:pPr>
            <w:r>
              <w:rPr>
                <w:rFonts w:eastAsia="Aptos"/>
                <w:color w:val="6A7075"/>
                <w:sz w:val="17"/>
              </w:rPr>
              <w:t>150-130</w:t>
            </w:r>
          </w:p>
        </w:tc>
        <w:tc>
          <w:tcPr>
            <w:tcW w:w="2648" w:type="dxa"/>
            <w:tcMar>
              <w:top w:w="28" w:type="dxa"/>
              <w:left w:w="38" w:type="dxa"/>
              <w:bottom w:w="28" w:type="dxa"/>
              <w:right w:w="38" w:type="dxa"/>
            </w:tcMar>
            <w:vAlign w:val="center"/>
          </w:tcPr>
          <w:p w14:paraId="4D7289E5" w14:textId="77777777" w:rsidR="00D60D5E" w:rsidRDefault="00891EF0">
            <w:pPr>
              <w:spacing w:after="0" w:line="240" w:lineRule="auto"/>
            </w:pPr>
            <w:r>
              <w:rPr>
                <w:rFonts w:eastAsia="Aptos"/>
                <w:sz w:val="17"/>
              </w:rPr>
              <w:t>Gulden Mustard Dry 2oz (COLMAN'S)</w:t>
            </w:r>
          </w:p>
        </w:tc>
        <w:tc>
          <w:tcPr>
            <w:tcW w:w="630" w:type="dxa"/>
            <w:tcMar>
              <w:top w:w="28" w:type="dxa"/>
              <w:left w:w="38" w:type="dxa"/>
              <w:bottom w:w="28" w:type="dxa"/>
              <w:right w:w="38" w:type="dxa"/>
            </w:tcMar>
            <w:vAlign w:val="center"/>
          </w:tcPr>
          <w:p w14:paraId="3E20F739" w14:textId="77777777" w:rsidR="00D60D5E" w:rsidRDefault="00891EF0">
            <w:pPr>
              <w:spacing w:after="0" w:line="240" w:lineRule="auto"/>
              <w:jc w:val="center"/>
            </w:pPr>
            <w:r>
              <w:rPr>
                <w:rFonts w:eastAsia="Aptos"/>
                <w:b/>
                <w:sz w:val="17"/>
              </w:rPr>
              <w:t>8.45</w:t>
            </w:r>
          </w:p>
        </w:tc>
        <w:tc>
          <w:tcPr>
            <w:tcW w:w="540" w:type="dxa"/>
            <w:tcMar>
              <w:top w:w="28" w:type="dxa"/>
              <w:left w:w="38" w:type="dxa"/>
              <w:bottom w:w="28" w:type="dxa"/>
              <w:right w:w="38" w:type="dxa"/>
            </w:tcMar>
            <w:vAlign w:val="center"/>
          </w:tcPr>
          <w:p w14:paraId="11B928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46A0AA" w14:textId="77777777" w:rsidR="00D60D5E" w:rsidRDefault="00D60D5E">
            <w:pPr>
              <w:jc w:val="center"/>
            </w:pPr>
          </w:p>
        </w:tc>
      </w:tr>
      <w:tr w:rsidR="00D60D5E" w14:paraId="237CF639" w14:textId="77777777" w:rsidTr="000617E0">
        <w:trPr>
          <w:cantSplit/>
          <w:jc w:val="center"/>
        </w:trPr>
        <w:tc>
          <w:tcPr>
            <w:tcW w:w="677" w:type="dxa"/>
            <w:tcMar>
              <w:top w:w="28" w:type="dxa"/>
              <w:left w:w="38" w:type="dxa"/>
              <w:bottom w:w="28" w:type="dxa"/>
              <w:right w:w="38" w:type="dxa"/>
            </w:tcMar>
            <w:vAlign w:val="center"/>
          </w:tcPr>
          <w:p w14:paraId="5B1C40A7" w14:textId="77777777" w:rsidR="00D60D5E" w:rsidRDefault="00891EF0">
            <w:pPr>
              <w:spacing w:after="0" w:line="240" w:lineRule="auto"/>
              <w:jc w:val="center"/>
            </w:pPr>
            <w:r>
              <w:rPr>
                <w:rFonts w:eastAsia="Aptos"/>
                <w:color w:val="6A7075"/>
                <w:sz w:val="17"/>
              </w:rPr>
              <w:t>150-135</w:t>
            </w:r>
          </w:p>
        </w:tc>
        <w:tc>
          <w:tcPr>
            <w:tcW w:w="2648" w:type="dxa"/>
            <w:tcMar>
              <w:top w:w="28" w:type="dxa"/>
              <w:left w:w="38" w:type="dxa"/>
              <w:bottom w:w="28" w:type="dxa"/>
              <w:right w:w="38" w:type="dxa"/>
            </w:tcMar>
            <w:vAlign w:val="center"/>
          </w:tcPr>
          <w:p w14:paraId="65E9236D" w14:textId="77777777" w:rsidR="00D60D5E" w:rsidRDefault="00891EF0">
            <w:pPr>
              <w:spacing w:after="0" w:line="240" w:lineRule="auto"/>
            </w:pPr>
            <w:r>
              <w:rPr>
                <w:rFonts w:eastAsia="Aptos"/>
                <w:sz w:val="17"/>
              </w:rPr>
              <w:t>Mustard 12oz Stone Ground</w:t>
            </w:r>
          </w:p>
        </w:tc>
        <w:tc>
          <w:tcPr>
            <w:tcW w:w="630" w:type="dxa"/>
            <w:tcMar>
              <w:top w:w="28" w:type="dxa"/>
              <w:left w:w="38" w:type="dxa"/>
              <w:bottom w:w="28" w:type="dxa"/>
              <w:right w:w="38" w:type="dxa"/>
            </w:tcMar>
            <w:vAlign w:val="center"/>
          </w:tcPr>
          <w:p w14:paraId="3C0107DB" w14:textId="77777777" w:rsidR="00D60D5E" w:rsidRDefault="00891EF0">
            <w:pPr>
              <w:spacing w:after="0" w:line="240" w:lineRule="auto"/>
              <w:jc w:val="center"/>
            </w:pPr>
            <w:r>
              <w:rPr>
                <w:rFonts w:eastAsia="Aptos"/>
                <w:b/>
                <w:sz w:val="17"/>
              </w:rPr>
              <w:t>7.45</w:t>
            </w:r>
          </w:p>
        </w:tc>
        <w:tc>
          <w:tcPr>
            <w:tcW w:w="540" w:type="dxa"/>
            <w:tcMar>
              <w:top w:w="28" w:type="dxa"/>
              <w:left w:w="38" w:type="dxa"/>
              <w:bottom w:w="28" w:type="dxa"/>
              <w:right w:w="38" w:type="dxa"/>
            </w:tcMar>
            <w:vAlign w:val="center"/>
          </w:tcPr>
          <w:p w14:paraId="0E972E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E6A60C" w14:textId="77777777" w:rsidR="00D60D5E" w:rsidRDefault="00D60D5E">
            <w:pPr>
              <w:jc w:val="center"/>
            </w:pPr>
          </w:p>
        </w:tc>
      </w:tr>
      <w:tr w:rsidR="00D60D5E" w14:paraId="271F9579" w14:textId="77777777" w:rsidTr="000617E0">
        <w:trPr>
          <w:cantSplit/>
          <w:jc w:val="center"/>
        </w:trPr>
        <w:tc>
          <w:tcPr>
            <w:tcW w:w="677" w:type="dxa"/>
            <w:tcMar>
              <w:top w:w="28" w:type="dxa"/>
              <w:left w:w="38" w:type="dxa"/>
              <w:bottom w:w="28" w:type="dxa"/>
              <w:right w:w="38" w:type="dxa"/>
            </w:tcMar>
            <w:vAlign w:val="center"/>
          </w:tcPr>
          <w:p w14:paraId="0BFEB6B6" w14:textId="77777777" w:rsidR="00D60D5E" w:rsidRDefault="00891EF0">
            <w:pPr>
              <w:spacing w:after="0" w:line="240" w:lineRule="auto"/>
              <w:jc w:val="center"/>
            </w:pPr>
            <w:r>
              <w:rPr>
                <w:rFonts w:eastAsia="Aptos"/>
                <w:color w:val="6A7075"/>
                <w:sz w:val="17"/>
              </w:rPr>
              <w:t>150-140</w:t>
            </w:r>
          </w:p>
        </w:tc>
        <w:tc>
          <w:tcPr>
            <w:tcW w:w="2648" w:type="dxa"/>
            <w:tcMar>
              <w:top w:w="28" w:type="dxa"/>
              <w:left w:w="38" w:type="dxa"/>
              <w:bottom w:w="28" w:type="dxa"/>
              <w:right w:w="38" w:type="dxa"/>
            </w:tcMar>
            <w:vAlign w:val="center"/>
          </w:tcPr>
          <w:p w14:paraId="45B41AF7" w14:textId="77777777" w:rsidR="00D60D5E" w:rsidRDefault="00891EF0">
            <w:pPr>
              <w:spacing w:after="0" w:line="240" w:lineRule="auto"/>
            </w:pPr>
            <w:r>
              <w:rPr>
                <w:rFonts w:eastAsia="Aptos"/>
                <w:sz w:val="17"/>
              </w:rPr>
              <w:t>French’s Honey Dijon 12oz</w:t>
            </w:r>
          </w:p>
        </w:tc>
        <w:tc>
          <w:tcPr>
            <w:tcW w:w="630" w:type="dxa"/>
            <w:tcMar>
              <w:top w:w="28" w:type="dxa"/>
              <w:left w:w="38" w:type="dxa"/>
              <w:bottom w:w="28" w:type="dxa"/>
              <w:right w:w="38" w:type="dxa"/>
            </w:tcMar>
            <w:vAlign w:val="center"/>
          </w:tcPr>
          <w:p w14:paraId="297B4E13" w14:textId="77777777" w:rsidR="00D60D5E" w:rsidRDefault="00891EF0">
            <w:pPr>
              <w:spacing w:after="0" w:line="240" w:lineRule="auto"/>
              <w:jc w:val="center"/>
            </w:pPr>
            <w:r>
              <w:rPr>
                <w:rFonts w:eastAsia="Aptos"/>
                <w:b/>
                <w:sz w:val="17"/>
              </w:rPr>
              <w:t>5.16</w:t>
            </w:r>
          </w:p>
        </w:tc>
        <w:tc>
          <w:tcPr>
            <w:tcW w:w="540" w:type="dxa"/>
            <w:tcMar>
              <w:top w:w="28" w:type="dxa"/>
              <w:left w:w="38" w:type="dxa"/>
              <w:bottom w:w="28" w:type="dxa"/>
              <w:right w:w="38" w:type="dxa"/>
            </w:tcMar>
            <w:vAlign w:val="center"/>
          </w:tcPr>
          <w:p w14:paraId="7A6EE8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D28AB2" w14:textId="77777777" w:rsidR="00D60D5E" w:rsidRDefault="00D60D5E">
            <w:pPr>
              <w:jc w:val="center"/>
            </w:pPr>
          </w:p>
        </w:tc>
      </w:tr>
      <w:tr w:rsidR="00D60D5E" w14:paraId="2DB2A20C" w14:textId="77777777" w:rsidTr="000617E0">
        <w:trPr>
          <w:cantSplit/>
          <w:jc w:val="center"/>
        </w:trPr>
        <w:tc>
          <w:tcPr>
            <w:tcW w:w="677" w:type="dxa"/>
            <w:tcMar>
              <w:top w:w="28" w:type="dxa"/>
              <w:left w:w="38" w:type="dxa"/>
              <w:bottom w:w="28" w:type="dxa"/>
              <w:right w:w="38" w:type="dxa"/>
            </w:tcMar>
            <w:vAlign w:val="center"/>
          </w:tcPr>
          <w:p w14:paraId="01B60F63" w14:textId="77777777" w:rsidR="00D60D5E" w:rsidRDefault="00891EF0">
            <w:pPr>
              <w:spacing w:after="0" w:line="240" w:lineRule="auto"/>
              <w:jc w:val="center"/>
            </w:pPr>
            <w:r>
              <w:rPr>
                <w:rFonts w:eastAsia="Aptos"/>
                <w:color w:val="6A7075"/>
                <w:sz w:val="17"/>
              </w:rPr>
              <w:t>150-145</w:t>
            </w:r>
          </w:p>
        </w:tc>
        <w:tc>
          <w:tcPr>
            <w:tcW w:w="2648" w:type="dxa"/>
            <w:tcMar>
              <w:top w:w="28" w:type="dxa"/>
              <w:left w:w="38" w:type="dxa"/>
              <w:bottom w:w="28" w:type="dxa"/>
              <w:right w:w="38" w:type="dxa"/>
            </w:tcMar>
            <w:vAlign w:val="center"/>
          </w:tcPr>
          <w:p w14:paraId="407906EE" w14:textId="77777777" w:rsidR="00D60D5E" w:rsidRDefault="00891EF0">
            <w:pPr>
              <w:spacing w:after="0" w:line="240" w:lineRule="auto"/>
            </w:pPr>
            <w:r>
              <w:rPr>
                <w:rFonts w:eastAsia="Aptos"/>
                <w:sz w:val="17"/>
              </w:rPr>
              <w:t>Mint Jelly 11oz Braswells</w:t>
            </w:r>
          </w:p>
        </w:tc>
        <w:tc>
          <w:tcPr>
            <w:tcW w:w="630" w:type="dxa"/>
            <w:tcMar>
              <w:top w:w="28" w:type="dxa"/>
              <w:left w:w="38" w:type="dxa"/>
              <w:bottom w:w="28" w:type="dxa"/>
              <w:right w:w="38" w:type="dxa"/>
            </w:tcMar>
            <w:vAlign w:val="center"/>
          </w:tcPr>
          <w:p w14:paraId="7E0BBA9E" w14:textId="77777777" w:rsidR="00D60D5E" w:rsidRDefault="00891EF0">
            <w:pPr>
              <w:spacing w:after="0" w:line="240" w:lineRule="auto"/>
              <w:jc w:val="center"/>
            </w:pPr>
            <w:r>
              <w:rPr>
                <w:rFonts w:eastAsia="Aptos"/>
                <w:b/>
                <w:sz w:val="17"/>
              </w:rPr>
              <w:t>6.10</w:t>
            </w:r>
          </w:p>
        </w:tc>
        <w:tc>
          <w:tcPr>
            <w:tcW w:w="540" w:type="dxa"/>
            <w:tcMar>
              <w:top w:w="28" w:type="dxa"/>
              <w:left w:w="38" w:type="dxa"/>
              <w:bottom w:w="28" w:type="dxa"/>
              <w:right w:w="38" w:type="dxa"/>
            </w:tcMar>
            <w:vAlign w:val="center"/>
          </w:tcPr>
          <w:p w14:paraId="23032E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C13C67E" w14:textId="77777777" w:rsidR="00D60D5E" w:rsidRDefault="00D60D5E">
            <w:pPr>
              <w:jc w:val="center"/>
            </w:pPr>
          </w:p>
        </w:tc>
      </w:tr>
      <w:tr w:rsidR="00D60D5E" w14:paraId="7776590D" w14:textId="77777777" w:rsidTr="000617E0">
        <w:trPr>
          <w:cantSplit/>
          <w:jc w:val="center"/>
        </w:trPr>
        <w:tc>
          <w:tcPr>
            <w:tcW w:w="677" w:type="dxa"/>
            <w:tcMar>
              <w:top w:w="28" w:type="dxa"/>
              <w:left w:w="38" w:type="dxa"/>
              <w:bottom w:w="28" w:type="dxa"/>
              <w:right w:w="38" w:type="dxa"/>
            </w:tcMar>
            <w:vAlign w:val="center"/>
          </w:tcPr>
          <w:p w14:paraId="38FF6AC5" w14:textId="77777777" w:rsidR="00D60D5E" w:rsidRDefault="00891EF0">
            <w:pPr>
              <w:spacing w:after="0" w:line="240" w:lineRule="auto"/>
              <w:jc w:val="center"/>
            </w:pPr>
            <w:r>
              <w:rPr>
                <w:rFonts w:eastAsia="Aptos"/>
                <w:color w:val="6A7075"/>
                <w:sz w:val="17"/>
              </w:rPr>
              <w:t>150-150</w:t>
            </w:r>
          </w:p>
        </w:tc>
        <w:tc>
          <w:tcPr>
            <w:tcW w:w="2648" w:type="dxa"/>
            <w:tcMar>
              <w:top w:w="28" w:type="dxa"/>
              <w:left w:w="38" w:type="dxa"/>
              <w:bottom w:w="28" w:type="dxa"/>
              <w:right w:w="38" w:type="dxa"/>
            </w:tcMar>
            <w:vAlign w:val="center"/>
          </w:tcPr>
          <w:p w14:paraId="39AFDB30" w14:textId="77777777" w:rsidR="00D60D5E" w:rsidRDefault="00891EF0">
            <w:pPr>
              <w:spacing w:after="0" w:line="240" w:lineRule="auto"/>
            </w:pPr>
            <w:r>
              <w:rPr>
                <w:rFonts w:eastAsia="Aptos"/>
                <w:sz w:val="17"/>
              </w:rPr>
              <w:t>Mint Sauce 165g Colmans</w:t>
            </w:r>
          </w:p>
        </w:tc>
        <w:tc>
          <w:tcPr>
            <w:tcW w:w="630" w:type="dxa"/>
            <w:tcMar>
              <w:top w:w="28" w:type="dxa"/>
              <w:left w:w="38" w:type="dxa"/>
              <w:bottom w:w="28" w:type="dxa"/>
              <w:right w:w="38" w:type="dxa"/>
            </w:tcMar>
            <w:vAlign w:val="center"/>
          </w:tcPr>
          <w:p w14:paraId="2A788F30" w14:textId="77777777" w:rsidR="00D60D5E" w:rsidRDefault="00891EF0">
            <w:pPr>
              <w:spacing w:after="0" w:line="240" w:lineRule="auto"/>
              <w:jc w:val="center"/>
            </w:pPr>
            <w:r>
              <w:rPr>
                <w:rFonts w:eastAsia="Aptos"/>
                <w:b/>
                <w:sz w:val="17"/>
              </w:rPr>
              <w:t>5.79</w:t>
            </w:r>
          </w:p>
        </w:tc>
        <w:tc>
          <w:tcPr>
            <w:tcW w:w="540" w:type="dxa"/>
            <w:tcMar>
              <w:top w:w="28" w:type="dxa"/>
              <w:left w:w="38" w:type="dxa"/>
              <w:bottom w:w="28" w:type="dxa"/>
              <w:right w:w="38" w:type="dxa"/>
            </w:tcMar>
            <w:vAlign w:val="center"/>
          </w:tcPr>
          <w:p w14:paraId="6E19FA9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AFE1CD" w14:textId="77777777" w:rsidR="00D60D5E" w:rsidRDefault="00D60D5E">
            <w:pPr>
              <w:jc w:val="center"/>
            </w:pPr>
          </w:p>
        </w:tc>
      </w:tr>
      <w:tr w:rsidR="00D60D5E" w14:paraId="3AF2756A" w14:textId="77777777" w:rsidTr="000617E0">
        <w:trPr>
          <w:cantSplit/>
          <w:jc w:val="center"/>
        </w:trPr>
        <w:tc>
          <w:tcPr>
            <w:tcW w:w="677" w:type="dxa"/>
            <w:tcMar>
              <w:top w:w="28" w:type="dxa"/>
              <w:left w:w="38" w:type="dxa"/>
              <w:bottom w:w="28" w:type="dxa"/>
              <w:right w:w="38" w:type="dxa"/>
            </w:tcMar>
            <w:vAlign w:val="center"/>
          </w:tcPr>
          <w:p w14:paraId="12433100" w14:textId="77777777" w:rsidR="00D60D5E" w:rsidRDefault="00891EF0">
            <w:pPr>
              <w:spacing w:after="0" w:line="240" w:lineRule="auto"/>
              <w:jc w:val="center"/>
            </w:pPr>
            <w:r>
              <w:rPr>
                <w:rFonts w:eastAsia="Aptos"/>
                <w:color w:val="6A7075"/>
                <w:sz w:val="17"/>
              </w:rPr>
              <w:t>150-155</w:t>
            </w:r>
          </w:p>
        </w:tc>
        <w:tc>
          <w:tcPr>
            <w:tcW w:w="2648" w:type="dxa"/>
            <w:tcMar>
              <w:top w:w="28" w:type="dxa"/>
              <w:left w:w="38" w:type="dxa"/>
              <w:bottom w:w="28" w:type="dxa"/>
              <w:right w:w="38" w:type="dxa"/>
            </w:tcMar>
            <w:vAlign w:val="center"/>
          </w:tcPr>
          <w:p w14:paraId="36BB886B" w14:textId="77777777" w:rsidR="00D60D5E" w:rsidRDefault="00891EF0">
            <w:pPr>
              <w:spacing w:after="0" w:line="240" w:lineRule="auto"/>
            </w:pPr>
            <w:r>
              <w:rPr>
                <w:rFonts w:eastAsia="Aptos"/>
                <w:sz w:val="17"/>
              </w:rPr>
              <w:t>Picka Peppa Sauce 5oz</w:t>
            </w:r>
          </w:p>
        </w:tc>
        <w:tc>
          <w:tcPr>
            <w:tcW w:w="630" w:type="dxa"/>
            <w:tcMar>
              <w:top w:w="28" w:type="dxa"/>
              <w:left w:w="38" w:type="dxa"/>
              <w:bottom w:w="28" w:type="dxa"/>
              <w:right w:w="38" w:type="dxa"/>
            </w:tcMar>
            <w:vAlign w:val="center"/>
          </w:tcPr>
          <w:p w14:paraId="536D4C48" w14:textId="77777777" w:rsidR="00D60D5E" w:rsidRDefault="00891EF0">
            <w:pPr>
              <w:spacing w:after="0" w:line="240" w:lineRule="auto"/>
              <w:jc w:val="center"/>
            </w:pPr>
            <w:r>
              <w:rPr>
                <w:rFonts w:eastAsia="Aptos"/>
                <w:b/>
                <w:sz w:val="17"/>
              </w:rPr>
              <w:t>5.15</w:t>
            </w:r>
          </w:p>
        </w:tc>
        <w:tc>
          <w:tcPr>
            <w:tcW w:w="540" w:type="dxa"/>
            <w:tcMar>
              <w:top w:w="28" w:type="dxa"/>
              <w:left w:w="38" w:type="dxa"/>
              <w:bottom w:w="28" w:type="dxa"/>
              <w:right w:w="38" w:type="dxa"/>
            </w:tcMar>
            <w:vAlign w:val="center"/>
          </w:tcPr>
          <w:p w14:paraId="231457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5D437A" w14:textId="77777777" w:rsidR="00D60D5E" w:rsidRDefault="00D60D5E">
            <w:pPr>
              <w:jc w:val="center"/>
            </w:pPr>
          </w:p>
        </w:tc>
      </w:tr>
      <w:tr w:rsidR="00D60D5E" w14:paraId="42A2A1F6" w14:textId="77777777" w:rsidTr="000617E0">
        <w:trPr>
          <w:cantSplit/>
          <w:jc w:val="center"/>
        </w:trPr>
        <w:tc>
          <w:tcPr>
            <w:tcW w:w="677" w:type="dxa"/>
            <w:tcMar>
              <w:top w:w="28" w:type="dxa"/>
              <w:left w:w="38" w:type="dxa"/>
              <w:bottom w:w="28" w:type="dxa"/>
              <w:right w:w="38" w:type="dxa"/>
            </w:tcMar>
            <w:vAlign w:val="center"/>
          </w:tcPr>
          <w:p w14:paraId="028F3209" w14:textId="77777777" w:rsidR="00D60D5E" w:rsidRDefault="00891EF0">
            <w:pPr>
              <w:spacing w:after="0" w:line="240" w:lineRule="auto"/>
              <w:jc w:val="center"/>
            </w:pPr>
            <w:r>
              <w:rPr>
                <w:rFonts w:eastAsia="Aptos"/>
                <w:color w:val="6A7075"/>
                <w:sz w:val="17"/>
              </w:rPr>
              <w:t>150-160</w:t>
            </w:r>
          </w:p>
        </w:tc>
        <w:tc>
          <w:tcPr>
            <w:tcW w:w="2648" w:type="dxa"/>
            <w:tcMar>
              <w:top w:w="28" w:type="dxa"/>
              <w:left w:w="38" w:type="dxa"/>
              <w:bottom w:w="28" w:type="dxa"/>
              <w:right w:w="38" w:type="dxa"/>
            </w:tcMar>
            <w:vAlign w:val="center"/>
          </w:tcPr>
          <w:p w14:paraId="4A7F4488" w14:textId="77777777" w:rsidR="00D60D5E" w:rsidRDefault="00891EF0">
            <w:pPr>
              <w:spacing w:after="0" w:line="240" w:lineRule="auto"/>
            </w:pPr>
            <w:r>
              <w:rPr>
                <w:rFonts w:eastAsia="Aptos"/>
                <w:sz w:val="17"/>
              </w:rPr>
              <w:t>Worcestershire Sauce 10oz</w:t>
            </w:r>
          </w:p>
        </w:tc>
        <w:tc>
          <w:tcPr>
            <w:tcW w:w="630" w:type="dxa"/>
            <w:tcMar>
              <w:top w:w="28" w:type="dxa"/>
              <w:left w:w="38" w:type="dxa"/>
              <w:bottom w:w="28" w:type="dxa"/>
              <w:right w:w="38" w:type="dxa"/>
            </w:tcMar>
            <w:vAlign w:val="center"/>
          </w:tcPr>
          <w:p w14:paraId="0F74F745"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153EBEB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27A2F0" w14:textId="77777777" w:rsidR="00D60D5E" w:rsidRDefault="00D60D5E">
            <w:pPr>
              <w:jc w:val="center"/>
            </w:pPr>
          </w:p>
        </w:tc>
      </w:tr>
      <w:tr w:rsidR="00D60D5E" w14:paraId="1A8558FC" w14:textId="77777777" w:rsidTr="000617E0">
        <w:trPr>
          <w:cantSplit/>
          <w:jc w:val="center"/>
        </w:trPr>
        <w:tc>
          <w:tcPr>
            <w:tcW w:w="677" w:type="dxa"/>
            <w:tcMar>
              <w:top w:w="28" w:type="dxa"/>
              <w:left w:w="38" w:type="dxa"/>
              <w:bottom w:w="28" w:type="dxa"/>
              <w:right w:w="38" w:type="dxa"/>
            </w:tcMar>
            <w:vAlign w:val="center"/>
          </w:tcPr>
          <w:p w14:paraId="742C2CDC" w14:textId="77777777" w:rsidR="00D60D5E" w:rsidRDefault="00891EF0">
            <w:pPr>
              <w:spacing w:after="0" w:line="240" w:lineRule="auto"/>
              <w:jc w:val="center"/>
            </w:pPr>
            <w:r>
              <w:rPr>
                <w:rFonts w:eastAsia="Aptos"/>
                <w:color w:val="6A7075"/>
                <w:sz w:val="17"/>
              </w:rPr>
              <w:t>150-165</w:t>
            </w:r>
          </w:p>
        </w:tc>
        <w:tc>
          <w:tcPr>
            <w:tcW w:w="2648" w:type="dxa"/>
            <w:tcMar>
              <w:top w:w="28" w:type="dxa"/>
              <w:left w:w="38" w:type="dxa"/>
              <w:bottom w:w="28" w:type="dxa"/>
              <w:right w:w="38" w:type="dxa"/>
            </w:tcMar>
            <w:vAlign w:val="center"/>
          </w:tcPr>
          <w:p w14:paraId="5DC1F399" w14:textId="77777777" w:rsidR="00D60D5E" w:rsidRDefault="00891EF0">
            <w:pPr>
              <w:spacing w:after="0" w:line="240" w:lineRule="auto"/>
            </w:pPr>
            <w:r>
              <w:rPr>
                <w:rFonts w:eastAsia="Aptos"/>
                <w:sz w:val="17"/>
              </w:rPr>
              <w:t>A1 Steak Sauce 10oz</w:t>
            </w:r>
          </w:p>
        </w:tc>
        <w:tc>
          <w:tcPr>
            <w:tcW w:w="630" w:type="dxa"/>
            <w:tcMar>
              <w:top w:w="28" w:type="dxa"/>
              <w:left w:w="38" w:type="dxa"/>
              <w:bottom w:w="28" w:type="dxa"/>
              <w:right w:w="38" w:type="dxa"/>
            </w:tcMar>
            <w:vAlign w:val="center"/>
          </w:tcPr>
          <w:p w14:paraId="74AB2233" w14:textId="77777777" w:rsidR="00D60D5E" w:rsidRDefault="00891EF0">
            <w:pPr>
              <w:spacing w:after="0" w:line="240" w:lineRule="auto"/>
              <w:jc w:val="center"/>
            </w:pPr>
            <w:r>
              <w:rPr>
                <w:rFonts w:eastAsia="Aptos"/>
                <w:b/>
                <w:sz w:val="17"/>
              </w:rPr>
              <w:t>8.60</w:t>
            </w:r>
          </w:p>
        </w:tc>
        <w:tc>
          <w:tcPr>
            <w:tcW w:w="540" w:type="dxa"/>
            <w:tcMar>
              <w:top w:w="28" w:type="dxa"/>
              <w:left w:w="38" w:type="dxa"/>
              <w:bottom w:w="28" w:type="dxa"/>
              <w:right w:w="38" w:type="dxa"/>
            </w:tcMar>
            <w:vAlign w:val="center"/>
          </w:tcPr>
          <w:p w14:paraId="644BF4C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F9CEF4" w14:textId="77777777" w:rsidR="00D60D5E" w:rsidRDefault="00D60D5E">
            <w:pPr>
              <w:jc w:val="center"/>
            </w:pPr>
          </w:p>
        </w:tc>
      </w:tr>
      <w:tr w:rsidR="00D60D5E" w14:paraId="42A2B6C4" w14:textId="77777777" w:rsidTr="000617E0">
        <w:trPr>
          <w:cantSplit/>
          <w:jc w:val="center"/>
        </w:trPr>
        <w:tc>
          <w:tcPr>
            <w:tcW w:w="677" w:type="dxa"/>
            <w:tcMar>
              <w:top w:w="28" w:type="dxa"/>
              <w:left w:w="38" w:type="dxa"/>
              <w:bottom w:w="28" w:type="dxa"/>
              <w:right w:w="38" w:type="dxa"/>
            </w:tcMar>
            <w:vAlign w:val="center"/>
          </w:tcPr>
          <w:p w14:paraId="08B37612" w14:textId="77777777" w:rsidR="00D60D5E" w:rsidRDefault="00891EF0">
            <w:pPr>
              <w:spacing w:after="0" w:line="240" w:lineRule="auto"/>
              <w:jc w:val="center"/>
            </w:pPr>
            <w:r>
              <w:rPr>
                <w:rFonts w:eastAsia="Aptos"/>
                <w:color w:val="6A7075"/>
                <w:sz w:val="17"/>
              </w:rPr>
              <w:t>150-170</w:t>
            </w:r>
          </w:p>
        </w:tc>
        <w:tc>
          <w:tcPr>
            <w:tcW w:w="2648" w:type="dxa"/>
            <w:tcMar>
              <w:top w:w="28" w:type="dxa"/>
              <w:left w:w="38" w:type="dxa"/>
              <w:bottom w:w="28" w:type="dxa"/>
              <w:right w:w="38" w:type="dxa"/>
            </w:tcMar>
            <w:vAlign w:val="center"/>
          </w:tcPr>
          <w:p w14:paraId="67C53EB1" w14:textId="77777777" w:rsidR="00D60D5E" w:rsidRDefault="00891EF0">
            <w:pPr>
              <w:spacing w:after="0" w:line="240" w:lineRule="auto"/>
            </w:pPr>
            <w:r>
              <w:rPr>
                <w:rFonts w:eastAsia="Aptos"/>
                <w:sz w:val="17"/>
              </w:rPr>
              <w:t>Oyster Sauce 12.6oz</w:t>
            </w:r>
          </w:p>
        </w:tc>
        <w:tc>
          <w:tcPr>
            <w:tcW w:w="630" w:type="dxa"/>
            <w:tcMar>
              <w:top w:w="28" w:type="dxa"/>
              <w:left w:w="38" w:type="dxa"/>
              <w:bottom w:w="28" w:type="dxa"/>
              <w:right w:w="38" w:type="dxa"/>
            </w:tcMar>
            <w:vAlign w:val="center"/>
          </w:tcPr>
          <w:p w14:paraId="1503084F"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306289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4C7148" w14:textId="77777777" w:rsidR="00D60D5E" w:rsidRDefault="00D60D5E">
            <w:pPr>
              <w:jc w:val="center"/>
            </w:pPr>
          </w:p>
        </w:tc>
      </w:tr>
      <w:tr w:rsidR="00D60D5E" w14:paraId="001D5758" w14:textId="77777777" w:rsidTr="000617E0">
        <w:trPr>
          <w:cantSplit/>
          <w:jc w:val="center"/>
        </w:trPr>
        <w:tc>
          <w:tcPr>
            <w:tcW w:w="677" w:type="dxa"/>
            <w:tcMar>
              <w:top w:w="28" w:type="dxa"/>
              <w:left w:w="38" w:type="dxa"/>
              <w:bottom w:w="28" w:type="dxa"/>
              <w:right w:w="38" w:type="dxa"/>
            </w:tcMar>
            <w:vAlign w:val="center"/>
          </w:tcPr>
          <w:p w14:paraId="774A4E59" w14:textId="77777777" w:rsidR="00D60D5E" w:rsidRDefault="00891EF0">
            <w:pPr>
              <w:spacing w:after="0" w:line="240" w:lineRule="auto"/>
              <w:jc w:val="center"/>
            </w:pPr>
            <w:r>
              <w:rPr>
                <w:rFonts w:eastAsia="Aptos"/>
                <w:color w:val="6A7075"/>
                <w:sz w:val="17"/>
              </w:rPr>
              <w:t>150-175</w:t>
            </w:r>
          </w:p>
        </w:tc>
        <w:tc>
          <w:tcPr>
            <w:tcW w:w="2648" w:type="dxa"/>
            <w:tcMar>
              <w:top w:w="28" w:type="dxa"/>
              <w:left w:w="38" w:type="dxa"/>
              <w:bottom w:w="28" w:type="dxa"/>
              <w:right w:w="38" w:type="dxa"/>
            </w:tcMar>
            <w:vAlign w:val="center"/>
          </w:tcPr>
          <w:p w14:paraId="78ACA1AB" w14:textId="77777777" w:rsidR="00D60D5E" w:rsidRDefault="00891EF0">
            <w:pPr>
              <w:spacing w:after="0" w:line="240" w:lineRule="auto"/>
            </w:pPr>
            <w:r>
              <w:rPr>
                <w:rFonts w:eastAsia="Aptos"/>
                <w:sz w:val="17"/>
              </w:rPr>
              <w:t>Soy Sauce 10oz Kikko/LaChoy</w:t>
            </w:r>
          </w:p>
        </w:tc>
        <w:tc>
          <w:tcPr>
            <w:tcW w:w="630" w:type="dxa"/>
            <w:tcMar>
              <w:top w:w="28" w:type="dxa"/>
              <w:left w:w="38" w:type="dxa"/>
              <w:bottom w:w="28" w:type="dxa"/>
              <w:right w:w="38" w:type="dxa"/>
            </w:tcMar>
            <w:vAlign w:val="center"/>
          </w:tcPr>
          <w:p w14:paraId="11C30859" w14:textId="77777777" w:rsidR="00D60D5E" w:rsidRDefault="00891EF0">
            <w:pPr>
              <w:spacing w:after="0" w:line="240" w:lineRule="auto"/>
              <w:jc w:val="center"/>
            </w:pPr>
            <w:r>
              <w:rPr>
                <w:rFonts w:eastAsia="Aptos"/>
                <w:b/>
                <w:sz w:val="17"/>
              </w:rPr>
              <w:t>4.75</w:t>
            </w:r>
          </w:p>
        </w:tc>
        <w:tc>
          <w:tcPr>
            <w:tcW w:w="540" w:type="dxa"/>
            <w:tcMar>
              <w:top w:w="28" w:type="dxa"/>
              <w:left w:w="38" w:type="dxa"/>
              <w:bottom w:w="28" w:type="dxa"/>
              <w:right w:w="38" w:type="dxa"/>
            </w:tcMar>
            <w:vAlign w:val="center"/>
          </w:tcPr>
          <w:p w14:paraId="0223EF1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98E887" w14:textId="77777777" w:rsidR="00D60D5E" w:rsidRDefault="00D60D5E">
            <w:pPr>
              <w:jc w:val="center"/>
            </w:pPr>
          </w:p>
        </w:tc>
      </w:tr>
      <w:tr w:rsidR="00D60D5E" w14:paraId="696DC48B" w14:textId="77777777" w:rsidTr="000617E0">
        <w:trPr>
          <w:cantSplit/>
          <w:jc w:val="center"/>
        </w:trPr>
        <w:tc>
          <w:tcPr>
            <w:tcW w:w="677" w:type="dxa"/>
            <w:tcMar>
              <w:top w:w="28" w:type="dxa"/>
              <w:left w:w="38" w:type="dxa"/>
              <w:bottom w:w="28" w:type="dxa"/>
              <w:right w:w="38" w:type="dxa"/>
            </w:tcMar>
            <w:vAlign w:val="center"/>
          </w:tcPr>
          <w:p w14:paraId="00AC7C5A" w14:textId="77777777" w:rsidR="00D60D5E" w:rsidRDefault="00891EF0">
            <w:pPr>
              <w:spacing w:after="0" w:line="240" w:lineRule="auto"/>
              <w:jc w:val="center"/>
            </w:pPr>
            <w:r>
              <w:rPr>
                <w:rFonts w:eastAsia="Aptos"/>
                <w:color w:val="6A7075"/>
                <w:sz w:val="17"/>
              </w:rPr>
              <w:t>150-180</w:t>
            </w:r>
          </w:p>
        </w:tc>
        <w:tc>
          <w:tcPr>
            <w:tcW w:w="2648" w:type="dxa"/>
            <w:tcMar>
              <w:top w:w="28" w:type="dxa"/>
              <w:left w:w="38" w:type="dxa"/>
              <w:bottom w:w="28" w:type="dxa"/>
              <w:right w:w="38" w:type="dxa"/>
            </w:tcMar>
            <w:vAlign w:val="center"/>
          </w:tcPr>
          <w:p w14:paraId="742B30B5" w14:textId="77777777" w:rsidR="00D60D5E" w:rsidRDefault="00891EF0">
            <w:pPr>
              <w:spacing w:after="0" w:line="240" w:lineRule="auto"/>
            </w:pPr>
            <w:r>
              <w:rPr>
                <w:rFonts w:eastAsia="Aptos"/>
                <w:sz w:val="17"/>
              </w:rPr>
              <w:t>Teriyaki Sauce 10oz</w:t>
            </w:r>
          </w:p>
        </w:tc>
        <w:tc>
          <w:tcPr>
            <w:tcW w:w="630" w:type="dxa"/>
            <w:tcMar>
              <w:top w:w="28" w:type="dxa"/>
              <w:left w:w="38" w:type="dxa"/>
              <w:bottom w:w="28" w:type="dxa"/>
              <w:right w:w="38" w:type="dxa"/>
            </w:tcMar>
            <w:vAlign w:val="center"/>
          </w:tcPr>
          <w:p w14:paraId="37F877D1"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521966E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8DFE9E" w14:textId="77777777" w:rsidR="00D60D5E" w:rsidRDefault="00D60D5E">
            <w:pPr>
              <w:jc w:val="center"/>
            </w:pPr>
          </w:p>
        </w:tc>
      </w:tr>
      <w:tr w:rsidR="00D60D5E" w14:paraId="2597914A" w14:textId="77777777" w:rsidTr="000617E0">
        <w:trPr>
          <w:cantSplit/>
          <w:jc w:val="center"/>
        </w:trPr>
        <w:tc>
          <w:tcPr>
            <w:tcW w:w="677" w:type="dxa"/>
            <w:tcMar>
              <w:top w:w="28" w:type="dxa"/>
              <w:left w:w="38" w:type="dxa"/>
              <w:bottom w:w="28" w:type="dxa"/>
              <w:right w:w="38" w:type="dxa"/>
            </w:tcMar>
            <w:vAlign w:val="center"/>
          </w:tcPr>
          <w:p w14:paraId="3319FDD6" w14:textId="77777777" w:rsidR="00D60D5E" w:rsidRDefault="00891EF0">
            <w:pPr>
              <w:spacing w:after="0" w:line="240" w:lineRule="auto"/>
              <w:jc w:val="center"/>
            </w:pPr>
            <w:r>
              <w:rPr>
                <w:rFonts w:eastAsia="Aptos"/>
                <w:color w:val="6A7075"/>
                <w:sz w:val="17"/>
              </w:rPr>
              <w:t>150-185</w:t>
            </w:r>
          </w:p>
        </w:tc>
        <w:tc>
          <w:tcPr>
            <w:tcW w:w="2648" w:type="dxa"/>
            <w:tcMar>
              <w:top w:w="28" w:type="dxa"/>
              <w:left w:w="38" w:type="dxa"/>
              <w:bottom w:w="28" w:type="dxa"/>
              <w:right w:w="38" w:type="dxa"/>
            </w:tcMar>
            <w:vAlign w:val="center"/>
          </w:tcPr>
          <w:p w14:paraId="072BBF75" w14:textId="77777777" w:rsidR="00D60D5E" w:rsidRDefault="00891EF0">
            <w:pPr>
              <w:spacing w:after="0" w:line="240" w:lineRule="auto"/>
            </w:pPr>
            <w:r>
              <w:rPr>
                <w:rFonts w:eastAsia="Aptos"/>
                <w:sz w:val="17"/>
              </w:rPr>
              <w:t>Taco Sauce 8oz</w:t>
            </w:r>
          </w:p>
        </w:tc>
        <w:tc>
          <w:tcPr>
            <w:tcW w:w="630" w:type="dxa"/>
            <w:tcMar>
              <w:top w:w="28" w:type="dxa"/>
              <w:left w:w="38" w:type="dxa"/>
              <w:bottom w:w="28" w:type="dxa"/>
              <w:right w:w="38" w:type="dxa"/>
            </w:tcMar>
            <w:vAlign w:val="center"/>
          </w:tcPr>
          <w:p w14:paraId="345C8E46"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5DCAD1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DB7154" w14:textId="77777777" w:rsidR="00D60D5E" w:rsidRDefault="00D60D5E">
            <w:pPr>
              <w:jc w:val="center"/>
            </w:pPr>
          </w:p>
        </w:tc>
      </w:tr>
      <w:tr w:rsidR="00D60D5E" w14:paraId="7551BF16" w14:textId="77777777" w:rsidTr="000617E0">
        <w:trPr>
          <w:cantSplit/>
          <w:jc w:val="center"/>
        </w:trPr>
        <w:tc>
          <w:tcPr>
            <w:tcW w:w="677" w:type="dxa"/>
            <w:tcMar>
              <w:top w:w="28" w:type="dxa"/>
              <w:left w:w="38" w:type="dxa"/>
              <w:bottom w:w="28" w:type="dxa"/>
              <w:right w:w="38" w:type="dxa"/>
            </w:tcMar>
            <w:vAlign w:val="center"/>
          </w:tcPr>
          <w:p w14:paraId="42AD7B54" w14:textId="77777777" w:rsidR="00D60D5E" w:rsidRDefault="00891EF0">
            <w:pPr>
              <w:spacing w:after="0" w:line="240" w:lineRule="auto"/>
              <w:jc w:val="center"/>
            </w:pPr>
            <w:r>
              <w:rPr>
                <w:rFonts w:eastAsia="Aptos"/>
                <w:color w:val="6A7075"/>
                <w:sz w:val="17"/>
              </w:rPr>
              <w:t>150-190</w:t>
            </w:r>
          </w:p>
        </w:tc>
        <w:tc>
          <w:tcPr>
            <w:tcW w:w="2648" w:type="dxa"/>
            <w:tcMar>
              <w:top w:w="28" w:type="dxa"/>
              <w:left w:w="38" w:type="dxa"/>
              <w:bottom w:w="28" w:type="dxa"/>
              <w:right w:w="38" w:type="dxa"/>
            </w:tcMar>
            <w:vAlign w:val="center"/>
          </w:tcPr>
          <w:p w14:paraId="14612F3E" w14:textId="77777777" w:rsidR="00D60D5E" w:rsidRDefault="00891EF0">
            <w:pPr>
              <w:spacing w:after="0" w:line="240" w:lineRule="auto"/>
            </w:pPr>
            <w:r>
              <w:rPr>
                <w:rFonts w:eastAsia="Aptos"/>
                <w:sz w:val="17"/>
              </w:rPr>
              <w:t>Chili Sauce 12oz</w:t>
            </w:r>
          </w:p>
        </w:tc>
        <w:tc>
          <w:tcPr>
            <w:tcW w:w="630" w:type="dxa"/>
            <w:tcMar>
              <w:top w:w="28" w:type="dxa"/>
              <w:left w:w="38" w:type="dxa"/>
              <w:bottom w:w="28" w:type="dxa"/>
              <w:right w:w="38" w:type="dxa"/>
            </w:tcMar>
            <w:vAlign w:val="center"/>
          </w:tcPr>
          <w:p w14:paraId="6F5E1C50"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08710B2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C55B70" w14:textId="77777777" w:rsidR="00D60D5E" w:rsidRDefault="00D60D5E">
            <w:pPr>
              <w:jc w:val="center"/>
            </w:pPr>
          </w:p>
        </w:tc>
      </w:tr>
      <w:tr w:rsidR="00D60D5E" w14:paraId="5C7DA1A0" w14:textId="77777777" w:rsidTr="000617E0">
        <w:trPr>
          <w:cantSplit/>
          <w:jc w:val="center"/>
        </w:trPr>
        <w:tc>
          <w:tcPr>
            <w:tcW w:w="677" w:type="dxa"/>
            <w:tcMar>
              <w:top w:w="28" w:type="dxa"/>
              <w:left w:w="38" w:type="dxa"/>
              <w:bottom w:w="28" w:type="dxa"/>
              <w:right w:w="38" w:type="dxa"/>
            </w:tcMar>
            <w:vAlign w:val="center"/>
          </w:tcPr>
          <w:p w14:paraId="5C1CA24E" w14:textId="77777777" w:rsidR="00D60D5E" w:rsidRDefault="00891EF0">
            <w:pPr>
              <w:spacing w:after="0" w:line="240" w:lineRule="auto"/>
              <w:jc w:val="center"/>
            </w:pPr>
            <w:r>
              <w:rPr>
                <w:rFonts w:eastAsia="Aptos"/>
                <w:color w:val="6A7075"/>
                <w:sz w:val="17"/>
              </w:rPr>
              <w:t>150-195</w:t>
            </w:r>
          </w:p>
        </w:tc>
        <w:tc>
          <w:tcPr>
            <w:tcW w:w="2648" w:type="dxa"/>
            <w:tcMar>
              <w:top w:w="28" w:type="dxa"/>
              <w:left w:w="38" w:type="dxa"/>
              <w:bottom w:w="28" w:type="dxa"/>
              <w:right w:w="38" w:type="dxa"/>
            </w:tcMar>
            <w:vAlign w:val="center"/>
          </w:tcPr>
          <w:p w14:paraId="518B7927" w14:textId="77777777" w:rsidR="00D60D5E" w:rsidRDefault="00891EF0">
            <w:pPr>
              <w:spacing w:after="0" w:line="240" w:lineRule="auto"/>
            </w:pPr>
            <w:r>
              <w:rPr>
                <w:rFonts w:eastAsia="Aptos"/>
                <w:sz w:val="17"/>
              </w:rPr>
              <w:t>Tartar Sauce 12oz</w:t>
            </w:r>
          </w:p>
        </w:tc>
        <w:tc>
          <w:tcPr>
            <w:tcW w:w="630" w:type="dxa"/>
            <w:tcMar>
              <w:top w:w="28" w:type="dxa"/>
              <w:left w:w="38" w:type="dxa"/>
              <w:bottom w:w="28" w:type="dxa"/>
              <w:right w:w="38" w:type="dxa"/>
            </w:tcMar>
            <w:vAlign w:val="center"/>
          </w:tcPr>
          <w:p w14:paraId="6EB3BFCE" w14:textId="77777777" w:rsidR="00D60D5E" w:rsidRDefault="00891EF0">
            <w:pPr>
              <w:spacing w:after="0" w:line="240" w:lineRule="auto"/>
              <w:jc w:val="center"/>
            </w:pPr>
            <w:r>
              <w:rPr>
                <w:rFonts w:eastAsia="Aptos"/>
                <w:b/>
                <w:sz w:val="17"/>
              </w:rPr>
              <w:t>4.20</w:t>
            </w:r>
          </w:p>
        </w:tc>
        <w:tc>
          <w:tcPr>
            <w:tcW w:w="540" w:type="dxa"/>
            <w:tcMar>
              <w:top w:w="28" w:type="dxa"/>
              <w:left w:w="38" w:type="dxa"/>
              <w:bottom w:w="28" w:type="dxa"/>
              <w:right w:w="38" w:type="dxa"/>
            </w:tcMar>
            <w:vAlign w:val="center"/>
          </w:tcPr>
          <w:p w14:paraId="00D23E9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B81155" w14:textId="77777777" w:rsidR="00D60D5E" w:rsidRDefault="00D60D5E">
            <w:pPr>
              <w:jc w:val="center"/>
            </w:pPr>
          </w:p>
        </w:tc>
      </w:tr>
      <w:tr w:rsidR="00D60D5E" w14:paraId="4ABF12A6" w14:textId="77777777" w:rsidTr="000617E0">
        <w:trPr>
          <w:cantSplit/>
          <w:jc w:val="center"/>
        </w:trPr>
        <w:tc>
          <w:tcPr>
            <w:tcW w:w="677" w:type="dxa"/>
            <w:tcMar>
              <w:top w:w="28" w:type="dxa"/>
              <w:left w:w="38" w:type="dxa"/>
              <w:bottom w:w="28" w:type="dxa"/>
              <w:right w:w="38" w:type="dxa"/>
            </w:tcMar>
            <w:vAlign w:val="center"/>
          </w:tcPr>
          <w:p w14:paraId="5AAE61DC" w14:textId="77777777" w:rsidR="00D60D5E" w:rsidRDefault="00891EF0">
            <w:pPr>
              <w:spacing w:after="0" w:line="240" w:lineRule="auto"/>
              <w:jc w:val="center"/>
            </w:pPr>
            <w:r>
              <w:rPr>
                <w:rFonts w:eastAsia="Aptos"/>
                <w:color w:val="6A7075"/>
                <w:sz w:val="17"/>
              </w:rPr>
              <w:t>150-200</w:t>
            </w:r>
          </w:p>
        </w:tc>
        <w:tc>
          <w:tcPr>
            <w:tcW w:w="2648" w:type="dxa"/>
            <w:tcMar>
              <w:top w:w="28" w:type="dxa"/>
              <w:left w:w="38" w:type="dxa"/>
              <w:bottom w:w="28" w:type="dxa"/>
              <w:right w:w="38" w:type="dxa"/>
            </w:tcMar>
            <w:vAlign w:val="center"/>
          </w:tcPr>
          <w:p w14:paraId="6EED1846" w14:textId="77777777" w:rsidR="00D60D5E" w:rsidRDefault="00891EF0">
            <w:pPr>
              <w:spacing w:after="0" w:line="240" w:lineRule="auto"/>
            </w:pPr>
            <w:r>
              <w:rPr>
                <w:rFonts w:eastAsia="Aptos"/>
                <w:sz w:val="17"/>
              </w:rPr>
              <w:t>Duck Sauce 10oz</w:t>
            </w:r>
          </w:p>
        </w:tc>
        <w:tc>
          <w:tcPr>
            <w:tcW w:w="630" w:type="dxa"/>
            <w:tcMar>
              <w:top w:w="28" w:type="dxa"/>
              <w:left w:w="38" w:type="dxa"/>
              <w:bottom w:w="28" w:type="dxa"/>
              <w:right w:w="38" w:type="dxa"/>
            </w:tcMar>
            <w:vAlign w:val="center"/>
          </w:tcPr>
          <w:p w14:paraId="18C93017" w14:textId="77777777" w:rsidR="00D60D5E" w:rsidRDefault="00891EF0">
            <w:pPr>
              <w:spacing w:after="0" w:line="240" w:lineRule="auto"/>
              <w:jc w:val="center"/>
            </w:pPr>
            <w:r>
              <w:rPr>
                <w:rFonts w:eastAsia="Aptos"/>
                <w:b/>
                <w:sz w:val="17"/>
              </w:rPr>
              <w:t>4.18</w:t>
            </w:r>
          </w:p>
        </w:tc>
        <w:tc>
          <w:tcPr>
            <w:tcW w:w="540" w:type="dxa"/>
            <w:tcMar>
              <w:top w:w="28" w:type="dxa"/>
              <w:left w:w="38" w:type="dxa"/>
              <w:bottom w:w="28" w:type="dxa"/>
              <w:right w:w="38" w:type="dxa"/>
            </w:tcMar>
            <w:vAlign w:val="center"/>
          </w:tcPr>
          <w:p w14:paraId="7946A3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EE8708" w14:textId="77777777" w:rsidR="00D60D5E" w:rsidRDefault="00D60D5E">
            <w:pPr>
              <w:jc w:val="center"/>
            </w:pPr>
          </w:p>
        </w:tc>
      </w:tr>
      <w:tr w:rsidR="00D60D5E" w14:paraId="147F7F66" w14:textId="77777777" w:rsidTr="000617E0">
        <w:trPr>
          <w:cantSplit/>
          <w:jc w:val="center"/>
        </w:trPr>
        <w:tc>
          <w:tcPr>
            <w:tcW w:w="677" w:type="dxa"/>
            <w:tcMar>
              <w:top w:w="28" w:type="dxa"/>
              <w:left w:w="38" w:type="dxa"/>
              <w:bottom w:w="28" w:type="dxa"/>
              <w:right w:w="38" w:type="dxa"/>
            </w:tcMar>
            <w:vAlign w:val="center"/>
          </w:tcPr>
          <w:p w14:paraId="1F3B54DB" w14:textId="77777777" w:rsidR="00D60D5E" w:rsidRDefault="00891EF0">
            <w:pPr>
              <w:spacing w:after="0" w:line="240" w:lineRule="auto"/>
              <w:jc w:val="center"/>
            </w:pPr>
            <w:r>
              <w:rPr>
                <w:rFonts w:eastAsia="Aptos"/>
                <w:color w:val="6A7075"/>
                <w:sz w:val="17"/>
              </w:rPr>
              <w:t>150-205</w:t>
            </w:r>
          </w:p>
        </w:tc>
        <w:tc>
          <w:tcPr>
            <w:tcW w:w="2648" w:type="dxa"/>
            <w:tcMar>
              <w:top w:w="28" w:type="dxa"/>
              <w:left w:w="38" w:type="dxa"/>
              <w:bottom w:w="28" w:type="dxa"/>
              <w:right w:w="38" w:type="dxa"/>
            </w:tcMar>
            <w:vAlign w:val="center"/>
          </w:tcPr>
          <w:p w14:paraId="42331446" w14:textId="77777777" w:rsidR="00D60D5E" w:rsidRDefault="00891EF0">
            <w:pPr>
              <w:spacing w:after="0" w:line="240" w:lineRule="auto"/>
            </w:pPr>
            <w:r>
              <w:rPr>
                <w:rFonts w:eastAsia="Aptos"/>
                <w:sz w:val="17"/>
              </w:rPr>
              <w:t>Cranberry Sauce Whole 14oz</w:t>
            </w:r>
          </w:p>
        </w:tc>
        <w:tc>
          <w:tcPr>
            <w:tcW w:w="630" w:type="dxa"/>
            <w:tcMar>
              <w:top w:w="28" w:type="dxa"/>
              <w:left w:w="38" w:type="dxa"/>
              <w:bottom w:w="28" w:type="dxa"/>
              <w:right w:w="38" w:type="dxa"/>
            </w:tcMar>
            <w:vAlign w:val="center"/>
          </w:tcPr>
          <w:p w14:paraId="3C9D9C8B" w14:textId="77777777" w:rsidR="00D60D5E" w:rsidRDefault="00891EF0">
            <w:pPr>
              <w:spacing w:after="0" w:line="240" w:lineRule="auto"/>
              <w:jc w:val="center"/>
            </w:pPr>
            <w:r>
              <w:rPr>
                <w:rFonts w:eastAsia="Aptos"/>
                <w:b/>
                <w:sz w:val="17"/>
              </w:rPr>
              <w:t>3.20</w:t>
            </w:r>
          </w:p>
        </w:tc>
        <w:tc>
          <w:tcPr>
            <w:tcW w:w="540" w:type="dxa"/>
            <w:tcMar>
              <w:top w:w="28" w:type="dxa"/>
              <w:left w:w="38" w:type="dxa"/>
              <w:bottom w:w="28" w:type="dxa"/>
              <w:right w:w="38" w:type="dxa"/>
            </w:tcMar>
            <w:vAlign w:val="center"/>
          </w:tcPr>
          <w:p w14:paraId="058B55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5D6F31" w14:textId="77777777" w:rsidR="00D60D5E" w:rsidRDefault="00D60D5E">
            <w:pPr>
              <w:jc w:val="center"/>
            </w:pPr>
          </w:p>
        </w:tc>
      </w:tr>
      <w:tr w:rsidR="00D60D5E" w14:paraId="3CE5C165" w14:textId="77777777" w:rsidTr="000617E0">
        <w:trPr>
          <w:cantSplit/>
          <w:jc w:val="center"/>
        </w:trPr>
        <w:tc>
          <w:tcPr>
            <w:tcW w:w="677" w:type="dxa"/>
            <w:tcMar>
              <w:top w:w="28" w:type="dxa"/>
              <w:left w:w="38" w:type="dxa"/>
              <w:bottom w:w="28" w:type="dxa"/>
              <w:right w:w="38" w:type="dxa"/>
            </w:tcMar>
            <w:vAlign w:val="center"/>
          </w:tcPr>
          <w:p w14:paraId="7A47224D" w14:textId="77777777" w:rsidR="00D60D5E" w:rsidRDefault="00891EF0">
            <w:pPr>
              <w:spacing w:after="0" w:line="240" w:lineRule="auto"/>
              <w:jc w:val="center"/>
            </w:pPr>
            <w:r>
              <w:rPr>
                <w:rFonts w:eastAsia="Aptos"/>
                <w:color w:val="6A7075"/>
                <w:sz w:val="17"/>
              </w:rPr>
              <w:t>150-210</w:t>
            </w:r>
          </w:p>
        </w:tc>
        <w:tc>
          <w:tcPr>
            <w:tcW w:w="2648" w:type="dxa"/>
            <w:tcMar>
              <w:top w:w="28" w:type="dxa"/>
              <w:left w:w="38" w:type="dxa"/>
              <w:bottom w:w="28" w:type="dxa"/>
              <w:right w:w="38" w:type="dxa"/>
            </w:tcMar>
            <w:vAlign w:val="center"/>
          </w:tcPr>
          <w:p w14:paraId="15FBD14C" w14:textId="77777777" w:rsidR="00D60D5E" w:rsidRDefault="00891EF0">
            <w:pPr>
              <w:spacing w:after="0" w:line="240" w:lineRule="auto"/>
            </w:pPr>
            <w:r>
              <w:rPr>
                <w:rFonts w:eastAsia="Aptos"/>
                <w:sz w:val="17"/>
              </w:rPr>
              <w:t>Louisiana Hot Sauce 6oz</w:t>
            </w:r>
          </w:p>
        </w:tc>
        <w:tc>
          <w:tcPr>
            <w:tcW w:w="630" w:type="dxa"/>
            <w:tcMar>
              <w:top w:w="28" w:type="dxa"/>
              <w:left w:w="38" w:type="dxa"/>
              <w:bottom w:w="28" w:type="dxa"/>
              <w:right w:w="38" w:type="dxa"/>
            </w:tcMar>
            <w:vAlign w:val="center"/>
          </w:tcPr>
          <w:p w14:paraId="789904AE"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215590A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9A4F6C" w14:textId="77777777" w:rsidR="00D60D5E" w:rsidRDefault="00D60D5E">
            <w:pPr>
              <w:jc w:val="center"/>
            </w:pPr>
          </w:p>
        </w:tc>
      </w:tr>
      <w:tr w:rsidR="00D60D5E" w14:paraId="43B22124" w14:textId="77777777" w:rsidTr="000617E0">
        <w:trPr>
          <w:cantSplit/>
          <w:jc w:val="center"/>
        </w:trPr>
        <w:tc>
          <w:tcPr>
            <w:tcW w:w="677" w:type="dxa"/>
            <w:tcMar>
              <w:top w:w="28" w:type="dxa"/>
              <w:left w:w="38" w:type="dxa"/>
              <w:bottom w:w="28" w:type="dxa"/>
              <w:right w:w="38" w:type="dxa"/>
            </w:tcMar>
            <w:vAlign w:val="center"/>
          </w:tcPr>
          <w:p w14:paraId="55390D64" w14:textId="77777777" w:rsidR="00D60D5E" w:rsidRDefault="00891EF0">
            <w:pPr>
              <w:spacing w:after="0" w:line="240" w:lineRule="auto"/>
              <w:jc w:val="center"/>
            </w:pPr>
            <w:r>
              <w:rPr>
                <w:rFonts w:eastAsia="Aptos"/>
                <w:color w:val="6A7075"/>
                <w:sz w:val="17"/>
              </w:rPr>
              <w:t>150-215</w:t>
            </w:r>
          </w:p>
        </w:tc>
        <w:tc>
          <w:tcPr>
            <w:tcW w:w="2648" w:type="dxa"/>
            <w:tcMar>
              <w:top w:w="28" w:type="dxa"/>
              <w:left w:w="38" w:type="dxa"/>
              <w:bottom w:w="28" w:type="dxa"/>
              <w:right w:w="38" w:type="dxa"/>
            </w:tcMar>
            <w:vAlign w:val="center"/>
          </w:tcPr>
          <w:p w14:paraId="08C39D08" w14:textId="77777777" w:rsidR="00D60D5E" w:rsidRDefault="00891EF0">
            <w:pPr>
              <w:spacing w:after="0" w:line="240" w:lineRule="auto"/>
            </w:pPr>
            <w:r>
              <w:rPr>
                <w:rFonts w:eastAsia="Aptos"/>
                <w:sz w:val="17"/>
              </w:rPr>
              <w:t>Crystal Hot Sauce 6oz</w:t>
            </w:r>
          </w:p>
        </w:tc>
        <w:tc>
          <w:tcPr>
            <w:tcW w:w="630" w:type="dxa"/>
            <w:tcMar>
              <w:top w:w="28" w:type="dxa"/>
              <w:left w:w="38" w:type="dxa"/>
              <w:bottom w:w="28" w:type="dxa"/>
              <w:right w:w="38" w:type="dxa"/>
            </w:tcMar>
            <w:vAlign w:val="center"/>
          </w:tcPr>
          <w:p w14:paraId="536BFE5E" w14:textId="77777777" w:rsidR="00D60D5E" w:rsidRDefault="00891EF0">
            <w:pPr>
              <w:spacing w:after="0" w:line="240" w:lineRule="auto"/>
              <w:jc w:val="center"/>
            </w:pPr>
            <w:r>
              <w:rPr>
                <w:rFonts w:eastAsia="Aptos"/>
                <w:b/>
                <w:sz w:val="17"/>
              </w:rPr>
              <w:t>2.29</w:t>
            </w:r>
          </w:p>
        </w:tc>
        <w:tc>
          <w:tcPr>
            <w:tcW w:w="540" w:type="dxa"/>
            <w:tcMar>
              <w:top w:w="28" w:type="dxa"/>
              <w:left w:w="38" w:type="dxa"/>
              <w:bottom w:w="28" w:type="dxa"/>
              <w:right w:w="38" w:type="dxa"/>
            </w:tcMar>
            <w:vAlign w:val="center"/>
          </w:tcPr>
          <w:p w14:paraId="710A3A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6F94F4" w14:textId="77777777" w:rsidR="00D60D5E" w:rsidRDefault="00D60D5E">
            <w:pPr>
              <w:jc w:val="center"/>
            </w:pPr>
          </w:p>
        </w:tc>
      </w:tr>
      <w:tr w:rsidR="00D60D5E" w14:paraId="0003BA8D" w14:textId="77777777" w:rsidTr="000617E0">
        <w:trPr>
          <w:cantSplit/>
          <w:jc w:val="center"/>
        </w:trPr>
        <w:tc>
          <w:tcPr>
            <w:tcW w:w="677" w:type="dxa"/>
            <w:tcMar>
              <w:top w:w="28" w:type="dxa"/>
              <w:left w:w="38" w:type="dxa"/>
              <w:bottom w:w="28" w:type="dxa"/>
              <w:right w:w="38" w:type="dxa"/>
            </w:tcMar>
            <w:vAlign w:val="center"/>
          </w:tcPr>
          <w:p w14:paraId="23AE4D61" w14:textId="77777777" w:rsidR="00D60D5E" w:rsidRDefault="00891EF0">
            <w:pPr>
              <w:spacing w:after="0" w:line="240" w:lineRule="auto"/>
              <w:jc w:val="center"/>
            </w:pPr>
            <w:r>
              <w:rPr>
                <w:rFonts w:eastAsia="Aptos"/>
                <w:color w:val="6A7075"/>
                <w:sz w:val="17"/>
              </w:rPr>
              <w:t>150-220</w:t>
            </w:r>
          </w:p>
        </w:tc>
        <w:tc>
          <w:tcPr>
            <w:tcW w:w="2648" w:type="dxa"/>
            <w:tcMar>
              <w:top w:w="28" w:type="dxa"/>
              <w:left w:w="38" w:type="dxa"/>
              <w:bottom w:w="28" w:type="dxa"/>
              <w:right w:w="38" w:type="dxa"/>
            </w:tcMar>
            <w:vAlign w:val="center"/>
          </w:tcPr>
          <w:p w14:paraId="70DB39E8" w14:textId="77777777" w:rsidR="00D60D5E" w:rsidRDefault="00891EF0">
            <w:pPr>
              <w:spacing w:after="0" w:line="240" w:lineRule="auto"/>
            </w:pPr>
            <w:r>
              <w:rPr>
                <w:rFonts w:eastAsia="Aptos"/>
                <w:sz w:val="17"/>
              </w:rPr>
              <w:t>Tabasco Sauce 60 ml</w:t>
            </w:r>
          </w:p>
        </w:tc>
        <w:tc>
          <w:tcPr>
            <w:tcW w:w="630" w:type="dxa"/>
            <w:tcMar>
              <w:top w:w="28" w:type="dxa"/>
              <w:left w:w="38" w:type="dxa"/>
              <w:bottom w:w="28" w:type="dxa"/>
              <w:right w:w="38" w:type="dxa"/>
            </w:tcMar>
            <w:vAlign w:val="center"/>
          </w:tcPr>
          <w:p w14:paraId="254977E9" w14:textId="77777777" w:rsidR="00D60D5E" w:rsidRDefault="00891EF0">
            <w:pPr>
              <w:spacing w:after="0" w:line="240" w:lineRule="auto"/>
              <w:jc w:val="center"/>
            </w:pPr>
            <w:r>
              <w:rPr>
                <w:rFonts w:eastAsia="Aptos"/>
                <w:b/>
                <w:sz w:val="17"/>
              </w:rPr>
              <w:t>3.25</w:t>
            </w:r>
          </w:p>
        </w:tc>
        <w:tc>
          <w:tcPr>
            <w:tcW w:w="540" w:type="dxa"/>
            <w:tcMar>
              <w:top w:w="28" w:type="dxa"/>
              <w:left w:w="38" w:type="dxa"/>
              <w:bottom w:w="28" w:type="dxa"/>
              <w:right w:w="38" w:type="dxa"/>
            </w:tcMar>
            <w:vAlign w:val="center"/>
          </w:tcPr>
          <w:p w14:paraId="0E89FE9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F88B45" w14:textId="77777777" w:rsidR="00D60D5E" w:rsidRDefault="00D60D5E">
            <w:pPr>
              <w:jc w:val="center"/>
            </w:pPr>
          </w:p>
        </w:tc>
      </w:tr>
      <w:tr w:rsidR="00D60D5E" w14:paraId="581721AE" w14:textId="77777777" w:rsidTr="000617E0">
        <w:trPr>
          <w:cantSplit/>
          <w:jc w:val="center"/>
        </w:trPr>
        <w:tc>
          <w:tcPr>
            <w:tcW w:w="677" w:type="dxa"/>
            <w:tcMar>
              <w:top w:w="28" w:type="dxa"/>
              <w:left w:w="38" w:type="dxa"/>
              <w:bottom w:w="28" w:type="dxa"/>
              <w:right w:w="38" w:type="dxa"/>
            </w:tcMar>
            <w:vAlign w:val="center"/>
          </w:tcPr>
          <w:p w14:paraId="2A185697" w14:textId="77777777" w:rsidR="00D60D5E" w:rsidRDefault="00891EF0">
            <w:pPr>
              <w:spacing w:after="0" w:line="240" w:lineRule="auto"/>
              <w:jc w:val="center"/>
            </w:pPr>
            <w:r>
              <w:rPr>
                <w:rFonts w:eastAsia="Aptos"/>
                <w:color w:val="6A7075"/>
                <w:sz w:val="17"/>
              </w:rPr>
              <w:t>150-225</w:t>
            </w:r>
          </w:p>
        </w:tc>
        <w:tc>
          <w:tcPr>
            <w:tcW w:w="2648" w:type="dxa"/>
            <w:tcMar>
              <w:top w:w="28" w:type="dxa"/>
              <w:left w:w="38" w:type="dxa"/>
              <w:bottom w:w="28" w:type="dxa"/>
              <w:right w:w="38" w:type="dxa"/>
            </w:tcMar>
            <w:vAlign w:val="center"/>
          </w:tcPr>
          <w:p w14:paraId="02BEAE82" w14:textId="77777777" w:rsidR="00D60D5E" w:rsidRDefault="00891EF0">
            <w:pPr>
              <w:spacing w:after="0" w:line="240" w:lineRule="auto"/>
            </w:pPr>
            <w:r>
              <w:rPr>
                <w:rFonts w:eastAsia="Aptos"/>
                <w:sz w:val="17"/>
              </w:rPr>
              <w:t>Mayonnaise Light 15oz</w:t>
            </w:r>
          </w:p>
        </w:tc>
        <w:tc>
          <w:tcPr>
            <w:tcW w:w="630" w:type="dxa"/>
            <w:tcMar>
              <w:top w:w="28" w:type="dxa"/>
              <w:left w:w="38" w:type="dxa"/>
              <w:bottom w:w="28" w:type="dxa"/>
              <w:right w:w="38" w:type="dxa"/>
            </w:tcMar>
            <w:vAlign w:val="center"/>
          </w:tcPr>
          <w:p w14:paraId="683975BF"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7F6711A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1CB34B" w14:textId="77777777" w:rsidR="00D60D5E" w:rsidRDefault="00D60D5E">
            <w:pPr>
              <w:jc w:val="center"/>
            </w:pPr>
          </w:p>
        </w:tc>
      </w:tr>
      <w:tr w:rsidR="00D60D5E" w14:paraId="4BD8DFF5" w14:textId="77777777" w:rsidTr="000617E0">
        <w:trPr>
          <w:cantSplit/>
          <w:jc w:val="center"/>
        </w:trPr>
        <w:tc>
          <w:tcPr>
            <w:tcW w:w="677" w:type="dxa"/>
            <w:tcMar>
              <w:top w:w="28" w:type="dxa"/>
              <w:left w:w="38" w:type="dxa"/>
              <w:bottom w:w="28" w:type="dxa"/>
              <w:right w:w="38" w:type="dxa"/>
            </w:tcMar>
            <w:vAlign w:val="center"/>
          </w:tcPr>
          <w:p w14:paraId="0A73FD76" w14:textId="77777777" w:rsidR="00D60D5E" w:rsidRDefault="00891EF0">
            <w:pPr>
              <w:spacing w:after="0" w:line="240" w:lineRule="auto"/>
              <w:jc w:val="center"/>
            </w:pPr>
            <w:r>
              <w:rPr>
                <w:rFonts w:eastAsia="Aptos"/>
                <w:color w:val="6A7075"/>
                <w:sz w:val="17"/>
              </w:rPr>
              <w:t>150-230</w:t>
            </w:r>
          </w:p>
        </w:tc>
        <w:tc>
          <w:tcPr>
            <w:tcW w:w="2648" w:type="dxa"/>
            <w:tcMar>
              <w:top w:w="28" w:type="dxa"/>
              <w:left w:w="38" w:type="dxa"/>
              <w:bottom w:w="28" w:type="dxa"/>
              <w:right w:w="38" w:type="dxa"/>
            </w:tcMar>
            <w:vAlign w:val="center"/>
          </w:tcPr>
          <w:p w14:paraId="1ECF44E7" w14:textId="77777777" w:rsidR="00D60D5E" w:rsidRDefault="00891EF0">
            <w:pPr>
              <w:spacing w:after="0" w:line="240" w:lineRule="auto"/>
            </w:pPr>
            <w:r>
              <w:rPr>
                <w:rFonts w:eastAsia="Aptos"/>
                <w:sz w:val="17"/>
              </w:rPr>
              <w:t>Mayonnaise Fat Free 15oz</w:t>
            </w:r>
          </w:p>
        </w:tc>
        <w:tc>
          <w:tcPr>
            <w:tcW w:w="630" w:type="dxa"/>
            <w:tcMar>
              <w:top w:w="28" w:type="dxa"/>
              <w:left w:w="38" w:type="dxa"/>
              <w:bottom w:w="28" w:type="dxa"/>
              <w:right w:w="38" w:type="dxa"/>
            </w:tcMar>
            <w:vAlign w:val="center"/>
          </w:tcPr>
          <w:p w14:paraId="10930BC4"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74371A5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FB82E3" w14:textId="77777777" w:rsidR="00D60D5E" w:rsidRDefault="00D60D5E">
            <w:pPr>
              <w:jc w:val="center"/>
            </w:pPr>
          </w:p>
        </w:tc>
      </w:tr>
      <w:tr w:rsidR="00D60D5E" w14:paraId="29780B2B" w14:textId="77777777" w:rsidTr="000617E0">
        <w:trPr>
          <w:cantSplit/>
          <w:jc w:val="center"/>
        </w:trPr>
        <w:tc>
          <w:tcPr>
            <w:tcW w:w="677" w:type="dxa"/>
            <w:tcMar>
              <w:top w:w="28" w:type="dxa"/>
              <w:left w:w="38" w:type="dxa"/>
              <w:bottom w:w="28" w:type="dxa"/>
              <w:right w:w="38" w:type="dxa"/>
            </w:tcMar>
            <w:vAlign w:val="center"/>
          </w:tcPr>
          <w:p w14:paraId="5A149B43" w14:textId="77777777" w:rsidR="00D60D5E" w:rsidRDefault="00891EF0">
            <w:pPr>
              <w:spacing w:after="0" w:line="240" w:lineRule="auto"/>
              <w:jc w:val="center"/>
            </w:pPr>
            <w:r>
              <w:rPr>
                <w:rFonts w:eastAsia="Aptos"/>
                <w:color w:val="6A7075"/>
                <w:sz w:val="17"/>
              </w:rPr>
              <w:t>150-235</w:t>
            </w:r>
          </w:p>
        </w:tc>
        <w:tc>
          <w:tcPr>
            <w:tcW w:w="2648" w:type="dxa"/>
            <w:tcMar>
              <w:top w:w="28" w:type="dxa"/>
              <w:left w:w="38" w:type="dxa"/>
              <w:bottom w:w="28" w:type="dxa"/>
              <w:right w:w="38" w:type="dxa"/>
            </w:tcMar>
            <w:vAlign w:val="center"/>
          </w:tcPr>
          <w:p w14:paraId="639535CD" w14:textId="77777777" w:rsidR="00D60D5E" w:rsidRDefault="00891EF0">
            <w:pPr>
              <w:spacing w:after="0" w:line="240" w:lineRule="auto"/>
            </w:pPr>
            <w:r>
              <w:rPr>
                <w:rFonts w:eastAsia="Aptos"/>
                <w:sz w:val="17"/>
              </w:rPr>
              <w:t>Miracle Whip Kraft 15oz</w:t>
            </w:r>
          </w:p>
        </w:tc>
        <w:tc>
          <w:tcPr>
            <w:tcW w:w="630" w:type="dxa"/>
            <w:tcMar>
              <w:top w:w="28" w:type="dxa"/>
              <w:left w:w="38" w:type="dxa"/>
              <w:bottom w:w="28" w:type="dxa"/>
              <w:right w:w="38" w:type="dxa"/>
            </w:tcMar>
            <w:vAlign w:val="center"/>
          </w:tcPr>
          <w:p w14:paraId="6E3DD8DB" w14:textId="77777777" w:rsidR="00D60D5E" w:rsidRDefault="00891EF0">
            <w:pPr>
              <w:spacing w:after="0" w:line="240" w:lineRule="auto"/>
              <w:jc w:val="center"/>
            </w:pPr>
            <w:r>
              <w:rPr>
                <w:rFonts w:eastAsia="Aptos"/>
                <w:b/>
                <w:sz w:val="17"/>
              </w:rPr>
              <w:t>5.39</w:t>
            </w:r>
          </w:p>
        </w:tc>
        <w:tc>
          <w:tcPr>
            <w:tcW w:w="540" w:type="dxa"/>
            <w:tcMar>
              <w:top w:w="28" w:type="dxa"/>
              <w:left w:w="38" w:type="dxa"/>
              <w:bottom w:w="28" w:type="dxa"/>
              <w:right w:w="38" w:type="dxa"/>
            </w:tcMar>
            <w:vAlign w:val="center"/>
          </w:tcPr>
          <w:p w14:paraId="55B52C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6C2299" w14:textId="77777777" w:rsidR="00D60D5E" w:rsidRDefault="00D60D5E">
            <w:pPr>
              <w:jc w:val="center"/>
            </w:pPr>
          </w:p>
        </w:tc>
      </w:tr>
      <w:tr w:rsidR="00D60D5E" w14:paraId="75BF1DEA" w14:textId="77777777" w:rsidTr="000617E0">
        <w:trPr>
          <w:cantSplit/>
          <w:jc w:val="center"/>
        </w:trPr>
        <w:tc>
          <w:tcPr>
            <w:tcW w:w="677" w:type="dxa"/>
            <w:tcMar>
              <w:top w:w="28" w:type="dxa"/>
              <w:left w:w="38" w:type="dxa"/>
              <w:bottom w:w="28" w:type="dxa"/>
              <w:right w:w="38" w:type="dxa"/>
            </w:tcMar>
            <w:vAlign w:val="center"/>
          </w:tcPr>
          <w:p w14:paraId="7D514450" w14:textId="77777777" w:rsidR="00D60D5E" w:rsidRDefault="00891EF0">
            <w:pPr>
              <w:spacing w:after="0" w:line="240" w:lineRule="auto"/>
              <w:jc w:val="center"/>
            </w:pPr>
            <w:r>
              <w:rPr>
                <w:rFonts w:eastAsia="Aptos"/>
                <w:color w:val="6A7075"/>
                <w:sz w:val="17"/>
              </w:rPr>
              <w:t>150-240</w:t>
            </w:r>
          </w:p>
        </w:tc>
        <w:tc>
          <w:tcPr>
            <w:tcW w:w="2648" w:type="dxa"/>
            <w:tcMar>
              <w:top w:w="28" w:type="dxa"/>
              <w:left w:w="38" w:type="dxa"/>
              <w:bottom w:w="28" w:type="dxa"/>
              <w:right w:w="38" w:type="dxa"/>
            </w:tcMar>
            <w:vAlign w:val="center"/>
          </w:tcPr>
          <w:p w14:paraId="31B6AD25" w14:textId="77777777" w:rsidR="00D60D5E" w:rsidRDefault="00891EF0">
            <w:pPr>
              <w:spacing w:after="0" w:line="240" w:lineRule="auto"/>
            </w:pPr>
            <w:r>
              <w:rPr>
                <w:rFonts w:eastAsia="Aptos"/>
                <w:sz w:val="17"/>
              </w:rPr>
              <w:t>Mayonnaise 12 oz SQZ bottle</w:t>
            </w:r>
          </w:p>
        </w:tc>
        <w:tc>
          <w:tcPr>
            <w:tcW w:w="630" w:type="dxa"/>
            <w:tcMar>
              <w:top w:w="28" w:type="dxa"/>
              <w:left w:w="38" w:type="dxa"/>
              <w:bottom w:w="28" w:type="dxa"/>
              <w:right w:w="38" w:type="dxa"/>
            </w:tcMar>
            <w:vAlign w:val="center"/>
          </w:tcPr>
          <w:p w14:paraId="481D367D"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23C02F4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E296C7" w14:textId="77777777" w:rsidR="00D60D5E" w:rsidRDefault="00D60D5E">
            <w:pPr>
              <w:jc w:val="center"/>
            </w:pPr>
          </w:p>
        </w:tc>
      </w:tr>
      <w:tr w:rsidR="00D60D5E" w14:paraId="21CE43C3" w14:textId="77777777" w:rsidTr="000617E0">
        <w:trPr>
          <w:cantSplit/>
          <w:jc w:val="center"/>
        </w:trPr>
        <w:tc>
          <w:tcPr>
            <w:tcW w:w="677" w:type="dxa"/>
            <w:tcMar>
              <w:top w:w="28" w:type="dxa"/>
              <w:left w:w="38" w:type="dxa"/>
              <w:bottom w:w="28" w:type="dxa"/>
              <w:right w:w="38" w:type="dxa"/>
            </w:tcMar>
            <w:vAlign w:val="center"/>
          </w:tcPr>
          <w:p w14:paraId="3FEBA11B" w14:textId="77777777" w:rsidR="00D60D5E" w:rsidRDefault="00891EF0">
            <w:pPr>
              <w:spacing w:after="0" w:line="240" w:lineRule="auto"/>
              <w:jc w:val="center"/>
            </w:pPr>
            <w:r>
              <w:rPr>
                <w:rFonts w:eastAsia="Aptos"/>
                <w:color w:val="6A7075"/>
                <w:sz w:val="17"/>
              </w:rPr>
              <w:t>150-245</w:t>
            </w:r>
          </w:p>
        </w:tc>
        <w:tc>
          <w:tcPr>
            <w:tcW w:w="2648" w:type="dxa"/>
            <w:tcMar>
              <w:top w:w="28" w:type="dxa"/>
              <w:left w:w="38" w:type="dxa"/>
              <w:bottom w:w="28" w:type="dxa"/>
              <w:right w:w="38" w:type="dxa"/>
            </w:tcMar>
            <w:vAlign w:val="center"/>
          </w:tcPr>
          <w:p w14:paraId="4D904F77" w14:textId="77777777" w:rsidR="00D60D5E" w:rsidRDefault="00891EF0">
            <w:pPr>
              <w:spacing w:after="0" w:line="240" w:lineRule="auto"/>
            </w:pPr>
            <w:r>
              <w:rPr>
                <w:rFonts w:eastAsia="Aptos"/>
                <w:sz w:val="17"/>
              </w:rPr>
              <w:t>Mayonnaise 8oz</w:t>
            </w:r>
          </w:p>
        </w:tc>
        <w:tc>
          <w:tcPr>
            <w:tcW w:w="630" w:type="dxa"/>
            <w:tcMar>
              <w:top w:w="28" w:type="dxa"/>
              <w:left w:w="38" w:type="dxa"/>
              <w:bottom w:w="28" w:type="dxa"/>
              <w:right w:w="38" w:type="dxa"/>
            </w:tcMar>
            <w:vAlign w:val="center"/>
          </w:tcPr>
          <w:p w14:paraId="34456D16" w14:textId="77777777" w:rsidR="00D60D5E" w:rsidRDefault="00891EF0">
            <w:pPr>
              <w:spacing w:after="0" w:line="240" w:lineRule="auto"/>
              <w:jc w:val="center"/>
            </w:pPr>
            <w:r>
              <w:rPr>
                <w:rFonts w:eastAsia="Aptos"/>
                <w:b/>
                <w:sz w:val="17"/>
              </w:rPr>
              <w:t>3.45</w:t>
            </w:r>
          </w:p>
        </w:tc>
        <w:tc>
          <w:tcPr>
            <w:tcW w:w="540" w:type="dxa"/>
            <w:tcMar>
              <w:top w:w="28" w:type="dxa"/>
              <w:left w:w="38" w:type="dxa"/>
              <w:bottom w:w="28" w:type="dxa"/>
              <w:right w:w="38" w:type="dxa"/>
            </w:tcMar>
            <w:vAlign w:val="center"/>
          </w:tcPr>
          <w:p w14:paraId="6676AB3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92A4EE" w14:textId="77777777" w:rsidR="00D60D5E" w:rsidRDefault="00D60D5E">
            <w:pPr>
              <w:jc w:val="center"/>
            </w:pPr>
          </w:p>
        </w:tc>
      </w:tr>
      <w:tr w:rsidR="00D60D5E" w14:paraId="27E2F627" w14:textId="77777777" w:rsidTr="000617E0">
        <w:trPr>
          <w:cantSplit/>
          <w:jc w:val="center"/>
        </w:trPr>
        <w:tc>
          <w:tcPr>
            <w:tcW w:w="677" w:type="dxa"/>
            <w:shd w:val="clear" w:color="auto" w:fill="D9EAF7"/>
            <w:tcMar>
              <w:top w:w="28" w:type="dxa"/>
              <w:left w:w="38" w:type="dxa"/>
              <w:bottom w:w="28" w:type="dxa"/>
              <w:right w:w="38" w:type="dxa"/>
            </w:tcMar>
            <w:vAlign w:val="center"/>
          </w:tcPr>
          <w:p w14:paraId="010A48B7" w14:textId="77777777" w:rsidR="00D60D5E" w:rsidRDefault="00891EF0">
            <w:pPr>
              <w:spacing w:after="0" w:line="240" w:lineRule="auto"/>
              <w:jc w:val="center"/>
            </w:pPr>
            <w:r>
              <w:rPr>
                <w:rFonts w:eastAsia="Aptos"/>
                <w:b/>
                <w:color w:val="2F4F8F"/>
                <w:sz w:val="18"/>
              </w:rPr>
              <w:t>155-</w:t>
            </w:r>
          </w:p>
        </w:tc>
        <w:tc>
          <w:tcPr>
            <w:tcW w:w="2648" w:type="dxa"/>
            <w:shd w:val="clear" w:color="auto" w:fill="D9EAF7"/>
            <w:tcMar>
              <w:top w:w="28" w:type="dxa"/>
              <w:left w:w="38" w:type="dxa"/>
              <w:bottom w:w="28" w:type="dxa"/>
              <w:right w:w="38" w:type="dxa"/>
            </w:tcMar>
            <w:vAlign w:val="center"/>
          </w:tcPr>
          <w:p w14:paraId="029442CA" w14:textId="77777777" w:rsidR="00D60D5E" w:rsidRDefault="00891EF0">
            <w:pPr>
              <w:spacing w:after="0" w:line="240" w:lineRule="auto"/>
            </w:pPr>
            <w:r>
              <w:rPr>
                <w:rFonts w:eastAsia="Aptos"/>
                <w:b/>
                <w:color w:val="2F4F8F"/>
                <w:sz w:val="18"/>
              </w:rPr>
              <w:t>PICKLED</w:t>
            </w:r>
          </w:p>
        </w:tc>
        <w:tc>
          <w:tcPr>
            <w:tcW w:w="630" w:type="dxa"/>
            <w:shd w:val="clear" w:color="auto" w:fill="D9EAF7"/>
            <w:tcMar>
              <w:top w:w="28" w:type="dxa"/>
              <w:left w:w="38" w:type="dxa"/>
              <w:bottom w:w="28" w:type="dxa"/>
              <w:right w:w="38" w:type="dxa"/>
            </w:tcMar>
            <w:vAlign w:val="center"/>
          </w:tcPr>
          <w:p w14:paraId="0CD2FC9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5316E49"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2460928D" w14:textId="77777777" w:rsidR="00D60D5E" w:rsidRDefault="00D60D5E">
            <w:pPr>
              <w:jc w:val="center"/>
            </w:pPr>
          </w:p>
        </w:tc>
      </w:tr>
      <w:tr w:rsidR="00D60D5E" w14:paraId="394A2812" w14:textId="77777777" w:rsidTr="000617E0">
        <w:trPr>
          <w:cantSplit/>
          <w:jc w:val="center"/>
        </w:trPr>
        <w:tc>
          <w:tcPr>
            <w:tcW w:w="677" w:type="dxa"/>
            <w:tcMar>
              <w:top w:w="28" w:type="dxa"/>
              <w:left w:w="38" w:type="dxa"/>
              <w:bottom w:w="28" w:type="dxa"/>
              <w:right w:w="38" w:type="dxa"/>
            </w:tcMar>
            <w:vAlign w:val="center"/>
          </w:tcPr>
          <w:p w14:paraId="490A0238" w14:textId="77777777" w:rsidR="00D60D5E" w:rsidRDefault="00891EF0">
            <w:pPr>
              <w:spacing w:after="0" w:line="240" w:lineRule="auto"/>
              <w:jc w:val="center"/>
            </w:pPr>
            <w:r>
              <w:rPr>
                <w:rFonts w:eastAsia="Aptos"/>
                <w:color w:val="6A7075"/>
                <w:sz w:val="17"/>
              </w:rPr>
              <w:t>155-105</w:t>
            </w:r>
          </w:p>
        </w:tc>
        <w:tc>
          <w:tcPr>
            <w:tcW w:w="2648" w:type="dxa"/>
            <w:tcMar>
              <w:top w:w="28" w:type="dxa"/>
              <w:left w:w="38" w:type="dxa"/>
              <w:bottom w:w="28" w:type="dxa"/>
              <w:right w:w="38" w:type="dxa"/>
            </w:tcMar>
            <w:vAlign w:val="center"/>
          </w:tcPr>
          <w:p w14:paraId="20040632" w14:textId="77777777" w:rsidR="00D60D5E" w:rsidRDefault="00891EF0">
            <w:pPr>
              <w:spacing w:after="0" w:line="240" w:lineRule="auto"/>
            </w:pPr>
            <w:r>
              <w:rPr>
                <w:rFonts w:eastAsia="Aptos"/>
                <w:sz w:val="17"/>
              </w:rPr>
              <w:t>Sweet Gherkins 16oz</w:t>
            </w:r>
          </w:p>
        </w:tc>
        <w:tc>
          <w:tcPr>
            <w:tcW w:w="630" w:type="dxa"/>
            <w:tcMar>
              <w:top w:w="28" w:type="dxa"/>
              <w:left w:w="38" w:type="dxa"/>
              <w:bottom w:w="28" w:type="dxa"/>
              <w:right w:w="38" w:type="dxa"/>
            </w:tcMar>
            <w:vAlign w:val="center"/>
          </w:tcPr>
          <w:p w14:paraId="556E7C90" w14:textId="77777777" w:rsidR="00D60D5E" w:rsidRDefault="00891EF0">
            <w:pPr>
              <w:spacing w:after="0" w:line="240" w:lineRule="auto"/>
              <w:jc w:val="center"/>
            </w:pPr>
            <w:r>
              <w:rPr>
                <w:rFonts w:eastAsia="Aptos"/>
                <w:b/>
                <w:sz w:val="17"/>
              </w:rPr>
              <w:t>7.79</w:t>
            </w:r>
          </w:p>
        </w:tc>
        <w:tc>
          <w:tcPr>
            <w:tcW w:w="540" w:type="dxa"/>
            <w:tcMar>
              <w:top w:w="28" w:type="dxa"/>
              <w:left w:w="38" w:type="dxa"/>
              <w:bottom w:w="28" w:type="dxa"/>
              <w:right w:w="38" w:type="dxa"/>
            </w:tcMar>
            <w:vAlign w:val="center"/>
          </w:tcPr>
          <w:p w14:paraId="0AAD76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A16270" w14:textId="77777777" w:rsidR="00D60D5E" w:rsidRDefault="00D60D5E">
            <w:pPr>
              <w:jc w:val="center"/>
            </w:pPr>
          </w:p>
        </w:tc>
      </w:tr>
      <w:tr w:rsidR="00D60D5E" w14:paraId="5A42B743" w14:textId="77777777" w:rsidTr="000617E0">
        <w:trPr>
          <w:cantSplit/>
          <w:jc w:val="center"/>
        </w:trPr>
        <w:tc>
          <w:tcPr>
            <w:tcW w:w="677" w:type="dxa"/>
            <w:tcMar>
              <w:top w:w="28" w:type="dxa"/>
              <w:left w:w="38" w:type="dxa"/>
              <w:bottom w:w="28" w:type="dxa"/>
              <w:right w:w="38" w:type="dxa"/>
            </w:tcMar>
            <w:vAlign w:val="center"/>
          </w:tcPr>
          <w:p w14:paraId="6CF01C05" w14:textId="77777777" w:rsidR="00D60D5E" w:rsidRDefault="00891EF0">
            <w:pPr>
              <w:spacing w:after="0" w:line="240" w:lineRule="auto"/>
              <w:jc w:val="center"/>
            </w:pPr>
            <w:r>
              <w:rPr>
                <w:rFonts w:eastAsia="Aptos"/>
                <w:color w:val="6A7075"/>
                <w:sz w:val="17"/>
              </w:rPr>
              <w:t>155-110</w:t>
            </w:r>
          </w:p>
        </w:tc>
        <w:tc>
          <w:tcPr>
            <w:tcW w:w="2648" w:type="dxa"/>
            <w:tcMar>
              <w:top w:w="28" w:type="dxa"/>
              <w:left w:w="38" w:type="dxa"/>
              <w:bottom w:w="28" w:type="dxa"/>
              <w:right w:w="38" w:type="dxa"/>
            </w:tcMar>
            <w:vAlign w:val="center"/>
          </w:tcPr>
          <w:p w14:paraId="526FD1B8" w14:textId="77777777" w:rsidR="00D60D5E" w:rsidRDefault="00891EF0">
            <w:pPr>
              <w:spacing w:after="0" w:line="240" w:lineRule="auto"/>
            </w:pPr>
            <w:r>
              <w:rPr>
                <w:rFonts w:eastAsia="Aptos"/>
                <w:sz w:val="17"/>
              </w:rPr>
              <w:t>Baby Dill 16oz</w:t>
            </w:r>
          </w:p>
        </w:tc>
        <w:tc>
          <w:tcPr>
            <w:tcW w:w="630" w:type="dxa"/>
            <w:tcMar>
              <w:top w:w="28" w:type="dxa"/>
              <w:left w:w="38" w:type="dxa"/>
              <w:bottom w:w="28" w:type="dxa"/>
              <w:right w:w="38" w:type="dxa"/>
            </w:tcMar>
            <w:vAlign w:val="center"/>
          </w:tcPr>
          <w:p w14:paraId="26CD5AE2"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2F245E2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3DC887" w14:textId="77777777" w:rsidR="00D60D5E" w:rsidRDefault="00D60D5E">
            <w:pPr>
              <w:jc w:val="center"/>
            </w:pPr>
          </w:p>
        </w:tc>
      </w:tr>
      <w:tr w:rsidR="00D60D5E" w14:paraId="6396EB2A" w14:textId="77777777" w:rsidTr="000617E0">
        <w:trPr>
          <w:cantSplit/>
          <w:jc w:val="center"/>
        </w:trPr>
        <w:tc>
          <w:tcPr>
            <w:tcW w:w="677" w:type="dxa"/>
            <w:tcMar>
              <w:top w:w="28" w:type="dxa"/>
              <w:left w:w="38" w:type="dxa"/>
              <w:bottom w:w="28" w:type="dxa"/>
              <w:right w:w="38" w:type="dxa"/>
            </w:tcMar>
            <w:vAlign w:val="center"/>
          </w:tcPr>
          <w:p w14:paraId="4C7D6579" w14:textId="77777777" w:rsidR="00D60D5E" w:rsidRDefault="00891EF0">
            <w:pPr>
              <w:spacing w:after="0" w:line="240" w:lineRule="auto"/>
              <w:jc w:val="center"/>
            </w:pPr>
            <w:r>
              <w:rPr>
                <w:rFonts w:eastAsia="Aptos"/>
                <w:color w:val="6A7075"/>
                <w:sz w:val="17"/>
              </w:rPr>
              <w:t>155-115</w:t>
            </w:r>
          </w:p>
        </w:tc>
        <w:tc>
          <w:tcPr>
            <w:tcW w:w="2648" w:type="dxa"/>
            <w:tcMar>
              <w:top w:w="28" w:type="dxa"/>
              <w:left w:w="38" w:type="dxa"/>
              <w:bottom w:w="28" w:type="dxa"/>
              <w:right w:w="38" w:type="dxa"/>
            </w:tcMar>
            <w:vAlign w:val="center"/>
          </w:tcPr>
          <w:p w14:paraId="01AAAE86" w14:textId="77777777" w:rsidR="00D60D5E" w:rsidRDefault="00891EF0">
            <w:pPr>
              <w:spacing w:after="0" w:line="240" w:lineRule="auto"/>
            </w:pPr>
            <w:r>
              <w:rPr>
                <w:rFonts w:eastAsia="Aptos"/>
                <w:sz w:val="17"/>
              </w:rPr>
              <w:t>Bread &amp; Butter Stackers 16oz</w:t>
            </w:r>
          </w:p>
        </w:tc>
        <w:tc>
          <w:tcPr>
            <w:tcW w:w="630" w:type="dxa"/>
            <w:tcMar>
              <w:top w:w="28" w:type="dxa"/>
              <w:left w:w="38" w:type="dxa"/>
              <w:bottom w:w="28" w:type="dxa"/>
              <w:right w:w="38" w:type="dxa"/>
            </w:tcMar>
            <w:vAlign w:val="center"/>
          </w:tcPr>
          <w:p w14:paraId="0BF5FCCF" w14:textId="77777777" w:rsidR="00D60D5E" w:rsidRDefault="00891EF0">
            <w:pPr>
              <w:spacing w:after="0" w:line="240" w:lineRule="auto"/>
              <w:jc w:val="center"/>
            </w:pPr>
            <w:r>
              <w:rPr>
                <w:rFonts w:eastAsia="Aptos"/>
                <w:b/>
                <w:sz w:val="17"/>
              </w:rPr>
              <w:t>6.65</w:t>
            </w:r>
          </w:p>
        </w:tc>
        <w:tc>
          <w:tcPr>
            <w:tcW w:w="540" w:type="dxa"/>
            <w:tcMar>
              <w:top w:w="28" w:type="dxa"/>
              <w:left w:w="38" w:type="dxa"/>
              <w:bottom w:w="28" w:type="dxa"/>
              <w:right w:w="38" w:type="dxa"/>
            </w:tcMar>
            <w:vAlign w:val="center"/>
          </w:tcPr>
          <w:p w14:paraId="76F058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81473D" w14:textId="77777777" w:rsidR="00D60D5E" w:rsidRDefault="00D60D5E">
            <w:pPr>
              <w:jc w:val="center"/>
            </w:pPr>
          </w:p>
        </w:tc>
      </w:tr>
      <w:tr w:rsidR="00D60D5E" w14:paraId="5B393295" w14:textId="77777777" w:rsidTr="000617E0">
        <w:trPr>
          <w:cantSplit/>
          <w:jc w:val="center"/>
        </w:trPr>
        <w:tc>
          <w:tcPr>
            <w:tcW w:w="677" w:type="dxa"/>
            <w:tcMar>
              <w:top w:w="28" w:type="dxa"/>
              <w:left w:w="38" w:type="dxa"/>
              <w:bottom w:w="28" w:type="dxa"/>
              <w:right w:w="38" w:type="dxa"/>
            </w:tcMar>
            <w:vAlign w:val="center"/>
          </w:tcPr>
          <w:p w14:paraId="2FC89BC7" w14:textId="77777777" w:rsidR="00D60D5E" w:rsidRDefault="00891EF0">
            <w:pPr>
              <w:spacing w:after="0" w:line="240" w:lineRule="auto"/>
              <w:jc w:val="center"/>
            </w:pPr>
            <w:r>
              <w:rPr>
                <w:rFonts w:eastAsia="Aptos"/>
                <w:color w:val="6A7075"/>
                <w:sz w:val="17"/>
              </w:rPr>
              <w:t>155-120</w:t>
            </w:r>
          </w:p>
        </w:tc>
        <w:tc>
          <w:tcPr>
            <w:tcW w:w="2648" w:type="dxa"/>
            <w:tcMar>
              <w:top w:w="28" w:type="dxa"/>
              <w:left w:w="38" w:type="dxa"/>
              <w:bottom w:w="28" w:type="dxa"/>
              <w:right w:w="38" w:type="dxa"/>
            </w:tcMar>
            <w:vAlign w:val="center"/>
          </w:tcPr>
          <w:p w14:paraId="3E0CDBE3" w14:textId="77777777" w:rsidR="00D60D5E" w:rsidRDefault="00891EF0">
            <w:pPr>
              <w:spacing w:after="0" w:line="240" w:lineRule="auto"/>
            </w:pPr>
            <w:r>
              <w:rPr>
                <w:rFonts w:eastAsia="Aptos"/>
                <w:sz w:val="17"/>
              </w:rPr>
              <w:t>Hamburgers Stackers 24oz</w:t>
            </w:r>
          </w:p>
        </w:tc>
        <w:tc>
          <w:tcPr>
            <w:tcW w:w="630" w:type="dxa"/>
            <w:tcMar>
              <w:top w:w="28" w:type="dxa"/>
              <w:left w:w="38" w:type="dxa"/>
              <w:bottom w:w="28" w:type="dxa"/>
              <w:right w:w="38" w:type="dxa"/>
            </w:tcMar>
            <w:vAlign w:val="center"/>
          </w:tcPr>
          <w:p w14:paraId="0E5C6EF5" w14:textId="77777777" w:rsidR="00D60D5E" w:rsidRDefault="00891EF0">
            <w:pPr>
              <w:spacing w:after="0" w:line="240" w:lineRule="auto"/>
              <w:jc w:val="center"/>
            </w:pPr>
            <w:r>
              <w:rPr>
                <w:rFonts w:eastAsia="Aptos"/>
                <w:b/>
                <w:sz w:val="17"/>
              </w:rPr>
              <w:t>7.23</w:t>
            </w:r>
          </w:p>
        </w:tc>
        <w:tc>
          <w:tcPr>
            <w:tcW w:w="540" w:type="dxa"/>
            <w:tcMar>
              <w:top w:w="28" w:type="dxa"/>
              <w:left w:w="38" w:type="dxa"/>
              <w:bottom w:w="28" w:type="dxa"/>
              <w:right w:w="38" w:type="dxa"/>
            </w:tcMar>
            <w:vAlign w:val="center"/>
          </w:tcPr>
          <w:p w14:paraId="0B19582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580EB5" w14:textId="77777777" w:rsidR="00D60D5E" w:rsidRDefault="00D60D5E">
            <w:pPr>
              <w:jc w:val="center"/>
            </w:pPr>
          </w:p>
        </w:tc>
      </w:tr>
      <w:tr w:rsidR="00D60D5E" w14:paraId="31E39639" w14:textId="77777777" w:rsidTr="000617E0">
        <w:trPr>
          <w:cantSplit/>
          <w:jc w:val="center"/>
        </w:trPr>
        <w:tc>
          <w:tcPr>
            <w:tcW w:w="677" w:type="dxa"/>
            <w:tcMar>
              <w:top w:w="28" w:type="dxa"/>
              <w:left w:w="38" w:type="dxa"/>
              <w:bottom w:w="28" w:type="dxa"/>
              <w:right w:w="38" w:type="dxa"/>
            </w:tcMar>
            <w:vAlign w:val="center"/>
          </w:tcPr>
          <w:p w14:paraId="3C566F7F" w14:textId="77777777" w:rsidR="00D60D5E" w:rsidRDefault="00891EF0">
            <w:pPr>
              <w:spacing w:after="0" w:line="240" w:lineRule="auto"/>
              <w:jc w:val="center"/>
            </w:pPr>
            <w:r>
              <w:rPr>
                <w:rFonts w:eastAsia="Aptos"/>
                <w:color w:val="6A7075"/>
                <w:sz w:val="17"/>
              </w:rPr>
              <w:t>155-125</w:t>
            </w:r>
          </w:p>
        </w:tc>
        <w:tc>
          <w:tcPr>
            <w:tcW w:w="2648" w:type="dxa"/>
            <w:tcMar>
              <w:top w:w="28" w:type="dxa"/>
              <w:left w:w="38" w:type="dxa"/>
              <w:bottom w:w="28" w:type="dxa"/>
              <w:right w:w="38" w:type="dxa"/>
            </w:tcMar>
            <w:vAlign w:val="center"/>
          </w:tcPr>
          <w:p w14:paraId="5B002E28" w14:textId="77777777" w:rsidR="00D60D5E" w:rsidRDefault="00891EF0">
            <w:pPr>
              <w:spacing w:after="0" w:line="240" w:lineRule="auto"/>
            </w:pPr>
            <w:r>
              <w:rPr>
                <w:rFonts w:eastAsia="Aptos"/>
                <w:sz w:val="17"/>
              </w:rPr>
              <w:t>Sandwich Stackers 16oz</w:t>
            </w:r>
          </w:p>
        </w:tc>
        <w:tc>
          <w:tcPr>
            <w:tcW w:w="630" w:type="dxa"/>
            <w:tcMar>
              <w:top w:w="28" w:type="dxa"/>
              <w:left w:w="38" w:type="dxa"/>
              <w:bottom w:w="28" w:type="dxa"/>
              <w:right w:w="38" w:type="dxa"/>
            </w:tcMar>
            <w:vAlign w:val="center"/>
          </w:tcPr>
          <w:p w14:paraId="30F79843"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2599131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C7F1207" w14:textId="77777777" w:rsidR="00D60D5E" w:rsidRDefault="00D60D5E">
            <w:pPr>
              <w:jc w:val="center"/>
            </w:pPr>
          </w:p>
        </w:tc>
      </w:tr>
      <w:tr w:rsidR="00D60D5E" w14:paraId="5BA2AC40" w14:textId="77777777" w:rsidTr="000617E0">
        <w:trPr>
          <w:cantSplit/>
          <w:jc w:val="center"/>
        </w:trPr>
        <w:tc>
          <w:tcPr>
            <w:tcW w:w="677" w:type="dxa"/>
            <w:tcMar>
              <w:top w:w="28" w:type="dxa"/>
              <w:left w:w="38" w:type="dxa"/>
              <w:bottom w:w="28" w:type="dxa"/>
              <w:right w:w="38" w:type="dxa"/>
            </w:tcMar>
            <w:vAlign w:val="center"/>
          </w:tcPr>
          <w:p w14:paraId="0306CFF8" w14:textId="77777777" w:rsidR="00D60D5E" w:rsidRDefault="00891EF0">
            <w:pPr>
              <w:spacing w:after="0" w:line="240" w:lineRule="auto"/>
              <w:jc w:val="center"/>
            </w:pPr>
            <w:r>
              <w:rPr>
                <w:rFonts w:eastAsia="Aptos"/>
                <w:color w:val="6A7075"/>
                <w:sz w:val="17"/>
              </w:rPr>
              <w:t>155-130</w:t>
            </w:r>
          </w:p>
        </w:tc>
        <w:tc>
          <w:tcPr>
            <w:tcW w:w="2648" w:type="dxa"/>
            <w:tcMar>
              <w:top w:w="28" w:type="dxa"/>
              <w:left w:w="38" w:type="dxa"/>
              <w:bottom w:w="28" w:type="dxa"/>
              <w:right w:w="38" w:type="dxa"/>
            </w:tcMar>
            <w:vAlign w:val="center"/>
          </w:tcPr>
          <w:p w14:paraId="3765069B" w14:textId="77777777" w:rsidR="00D60D5E" w:rsidRDefault="00891EF0">
            <w:pPr>
              <w:spacing w:after="0" w:line="240" w:lineRule="auto"/>
            </w:pPr>
            <w:r>
              <w:rPr>
                <w:rFonts w:eastAsia="Aptos"/>
                <w:sz w:val="17"/>
              </w:rPr>
              <w:t>Whole Dill (Chilled/Fresh) 46oz</w:t>
            </w:r>
          </w:p>
        </w:tc>
        <w:tc>
          <w:tcPr>
            <w:tcW w:w="630" w:type="dxa"/>
            <w:tcMar>
              <w:top w:w="28" w:type="dxa"/>
              <w:left w:w="38" w:type="dxa"/>
              <w:bottom w:w="28" w:type="dxa"/>
              <w:right w:w="38" w:type="dxa"/>
            </w:tcMar>
            <w:vAlign w:val="center"/>
          </w:tcPr>
          <w:p w14:paraId="39BB33EA" w14:textId="77777777" w:rsidR="00D60D5E" w:rsidRDefault="00891EF0">
            <w:pPr>
              <w:spacing w:after="0" w:line="240" w:lineRule="auto"/>
              <w:jc w:val="center"/>
            </w:pPr>
            <w:r>
              <w:rPr>
                <w:rFonts w:eastAsia="Aptos"/>
                <w:b/>
                <w:sz w:val="17"/>
              </w:rPr>
              <w:t>9.18</w:t>
            </w:r>
          </w:p>
        </w:tc>
        <w:tc>
          <w:tcPr>
            <w:tcW w:w="540" w:type="dxa"/>
            <w:tcMar>
              <w:top w:w="28" w:type="dxa"/>
              <w:left w:w="38" w:type="dxa"/>
              <w:bottom w:w="28" w:type="dxa"/>
              <w:right w:w="38" w:type="dxa"/>
            </w:tcMar>
            <w:vAlign w:val="center"/>
          </w:tcPr>
          <w:p w14:paraId="5DC36D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3B6BC8" w14:textId="77777777" w:rsidR="00D60D5E" w:rsidRDefault="00D60D5E">
            <w:pPr>
              <w:jc w:val="center"/>
            </w:pPr>
          </w:p>
        </w:tc>
      </w:tr>
      <w:tr w:rsidR="00D60D5E" w14:paraId="123C02D7" w14:textId="77777777" w:rsidTr="000617E0">
        <w:trPr>
          <w:cantSplit/>
          <w:jc w:val="center"/>
        </w:trPr>
        <w:tc>
          <w:tcPr>
            <w:tcW w:w="677" w:type="dxa"/>
            <w:tcMar>
              <w:top w:w="28" w:type="dxa"/>
              <w:left w:w="38" w:type="dxa"/>
              <w:bottom w:w="28" w:type="dxa"/>
              <w:right w:w="38" w:type="dxa"/>
            </w:tcMar>
            <w:vAlign w:val="center"/>
          </w:tcPr>
          <w:p w14:paraId="0AB6EFDD" w14:textId="77777777" w:rsidR="00D60D5E" w:rsidRDefault="00891EF0">
            <w:pPr>
              <w:spacing w:after="0" w:line="240" w:lineRule="auto"/>
              <w:jc w:val="center"/>
            </w:pPr>
            <w:r>
              <w:rPr>
                <w:rFonts w:eastAsia="Aptos"/>
                <w:color w:val="6A7075"/>
                <w:sz w:val="17"/>
              </w:rPr>
              <w:t>155-135</w:t>
            </w:r>
          </w:p>
        </w:tc>
        <w:tc>
          <w:tcPr>
            <w:tcW w:w="2648" w:type="dxa"/>
            <w:tcMar>
              <w:top w:w="28" w:type="dxa"/>
              <w:left w:w="38" w:type="dxa"/>
              <w:bottom w:w="28" w:type="dxa"/>
              <w:right w:w="38" w:type="dxa"/>
            </w:tcMar>
            <w:vAlign w:val="center"/>
          </w:tcPr>
          <w:p w14:paraId="271CB83E" w14:textId="77777777" w:rsidR="00D60D5E" w:rsidRDefault="00891EF0">
            <w:pPr>
              <w:spacing w:after="0" w:line="240" w:lineRule="auto"/>
            </w:pPr>
            <w:r>
              <w:rPr>
                <w:rFonts w:eastAsia="Aptos"/>
                <w:sz w:val="17"/>
              </w:rPr>
              <w:t>Sliced Dill 16oz</w:t>
            </w:r>
          </w:p>
        </w:tc>
        <w:tc>
          <w:tcPr>
            <w:tcW w:w="630" w:type="dxa"/>
            <w:tcMar>
              <w:top w:w="28" w:type="dxa"/>
              <w:left w:w="38" w:type="dxa"/>
              <w:bottom w:w="28" w:type="dxa"/>
              <w:right w:w="38" w:type="dxa"/>
            </w:tcMar>
            <w:vAlign w:val="center"/>
          </w:tcPr>
          <w:p w14:paraId="13D4FCE4" w14:textId="77777777" w:rsidR="00D60D5E" w:rsidRDefault="00891EF0">
            <w:pPr>
              <w:spacing w:after="0" w:line="240" w:lineRule="auto"/>
              <w:jc w:val="center"/>
            </w:pPr>
            <w:r>
              <w:rPr>
                <w:rFonts w:eastAsia="Aptos"/>
                <w:b/>
                <w:sz w:val="17"/>
              </w:rPr>
              <w:t>6.28</w:t>
            </w:r>
          </w:p>
        </w:tc>
        <w:tc>
          <w:tcPr>
            <w:tcW w:w="540" w:type="dxa"/>
            <w:tcMar>
              <w:top w:w="28" w:type="dxa"/>
              <w:left w:w="38" w:type="dxa"/>
              <w:bottom w:w="28" w:type="dxa"/>
              <w:right w:w="38" w:type="dxa"/>
            </w:tcMar>
            <w:vAlign w:val="center"/>
          </w:tcPr>
          <w:p w14:paraId="6CF66C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AF4021" w14:textId="77777777" w:rsidR="00D60D5E" w:rsidRDefault="00D60D5E">
            <w:pPr>
              <w:jc w:val="center"/>
            </w:pPr>
          </w:p>
        </w:tc>
      </w:tr>
      <w:tr w:rsidR="00D60D5E" w14:paraId="20B65D6B" w14:textId="77777777" w:rsidTr="000617E0">
        <w:trPr>
          <w:cantSplit/>
          <w:jc w:val="center"/>
        </w:trPr>
        <w:tc>
          <w:tcPr>
            <w:tcW w:w="677" w:type="dxa"/>
            <w:tcMar>
              <w:top w:w="28" w:type="dxa"/>
              <w:left w:w="38" w:type="dxa"/>
              <w:bottom w:w="28" w:type="dxa"/>
              <w:right w:w="38" w:type="dxa"/>
            </w:tcMar>
            <w:vAlign w:val="center"/>
          </w:tcPr>
          <w:p w14:paraId="2345A535" w14:textId="77777777" w:rsidR="00D60D5E" w:rsidRDefault="00891EF0">
            <w:pPr>
              <w:spacing w:after="0" w:line="240" w:lineRule="auto"/>
              <w:jc w:val="center"/>
            </w:pPr>
            <w:r>
              <w:rPr>
                <w:rFonts w:eastAsia="Aptos"/>
                <w:color w:val="6A7075"/>
                <w:sz w:val="17"/>
              </w:rPr>
              <w:t>155-136</w:t>
            </w:r>
          </w:p>
        </w:tc>
        <w:tc>
          <w:tcPr>
            <w:tcW w:w="2648" w:type="dxa"/>
            <w:tcMar>
              <w:top w:w="28" w:type="dxa"/>
              <w:left w:w="38" w:type="dxa"/>
              <w:bottom w:w="28" w:type="dxa"/>
              <w:right w:w="38" w:type="dxa"/>
            </w:tcMar>
            <w:vAlign w:val="center"/>
          </w:tcPr>
          <w:p w14:paraId="41DFB773" w14:textId="77777777" w:rsidR="00D60D5E" w:rsidRDefault="00891EF0">
            <w:pPr>
              <w:spacing w:after="0" w:line="240" w:lineRule="auto"/>
            </w:pPr>
            <w:r>
              <w:rPr>
                <w:rFonts w:eastAsia="Aptos"/>
                <w:sz w:val="17"/>
              </w:rPr>
              <w:t>Dill Spear Pickles 32oz</w:t>
            </w:r>
          </w:p>
        </w:tc>
        <w:tc>
          <w:tcPr>
            <w:tcW w:w="630" w:type="dxa"/>
            <w:tcMar>
              <w:top w:w="28" w:type="dxa"/>
              <w:left w:w="38" w:type="dxa"/>
              <w:bottom w:w="28" w:type="dxa"/>
              <w:right w:w="38" w:type="dxa"/>
            </w:tcMar>
            <w:vAlign w:val="center"/>
          </w:tcPr>
          <w:p w14:paraId="3E8D7E69" w14:textId="77777777" w:rsidR="00D60D5E" w:rsidRDefault="00891EF0">
            <w:pPr>
              <w:spacing w:after="0" w:line="240" w:lineRule="auto"/>
              <w:jc w:val="center"/>
            </w:pPr>
            <w:r>
              <w:rPr>
                <w:rFonts w:eastAsia="Aptos"/>
                <w:b/>
                <w:sz w:val="17"/>
              </w:rPr>
              <w:t>7.85</w:t>
            </w:r>
          </w:p>
        </w:tc>
        <w:tc>
          <w:tcPr>
            <w:tcW w:w="540" w:type="dxa"/>
            <w:tcMar>
              <w:top w:w="28" w:type="dxa"/>
              <w:left w:w="38" w:type="dxa"/>
              <w:bottom w:w="28" w:type="dxa"/>
              <w:right w:w="38" w:type="dxa"/>
            </w:tcMar>
            <w:vAlign w:val="center"/>
          </w:tcPr>
          <w:p w14:paraId="55374E7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CB3B7F" w14:textId="77777777" w:rsidR="00D60D5E" w:rsidRDefault="00D60D5E">
            <w:pPr>
              <w:jc w:val="center"/>
            </w:pPr>
          </w:p>
        </w:tc>
      </w:tr>
      <w:tr w:rsidR="00D60D5E" w14:paraId="754F9512" w14:textId="77777777" w:rsidTr="000617E0">
        <w:trPr>
          <w:cantSplit/>
          <w:jc w:val="center"/>
        </w:trPr>
        <w:tc>
          <w:tcPr>
            <w:tcW w:w="677" w:type="dxa"/>
            <w:tcMar>
              <w:top w:w="28" w:type="dxa"/>
              <w:left w:w="38" w:type="dxa"/>
              <w:bottom w:w="28" w:type="dxa"/>
              <w:right w:w="38" w:type="dxa"/>
            </w:tcMar>
            <w:vAlign w:val="center"/>
          </w:tcPr>
          <w:p w14:paraId="0F2A8307" w14:textId="77777777" w:rsidR="00D60D5E" w:rsidRDefault="00891EF0">
            <w:pPr>
              <w:spacing w:after="0" w:line="240" w:lineRule="auto"/>
              <w:jc w:val="center"/>
            </w:pPr>
            <w:r>
              <w:rPr>
                <w:rFonts w:eastAsia="Aptos"/>
                <w:color w:val="6A7075"/>
                <w:sz w:val="17"/>
              </w:rPr>
              <w:t>155-137</w:t>
            </w:r>
          </w:p>
        </w:tc>
        <w:tc>
          <w:tcPr>
            <w:tcW w:w="2648" w:type="dxa"/>
            <w:tcMar>
              <w:top w:w="28" w:type="dxa"/>
              <w:left w:w="38" w:type="dxa"/>
              <w:bottom w:w="28" w:type="dxa"/>
              <w:right w:w="38" w:type="dxa"/>
            </w:tcMar>
            <w:vAlign w:val="center"/>
          </w:tcPr>
          <w:p w14:paraId="6CF15D03" w14:textId="77777777" w:rsidR="00D60D5E" w:rsidRDefault="00891EF0">
            <w:pPr>
              <w:spacing w:after="0" w:line="240" w:lineRule="auto"/>
            </w:pPr>
            <w:r>
              <w:rPr>
                <w:rFonts w:eastAsia="Aptos"/>
                <w:sz w:val="17"/>
              </w:rPr>
              <w:t>Pickle Cucumber Umami 16 oz</w:t>
            </w:r>
          </w:p>
        </w:tc>
        <w:tc>
          <w:tcPr>
            <w:tcW w:w="630" w:type="dxa"/>
            <w:tcMar>
              <w:top w:w="28" w:type="dxa"/>
              <w:left w:w="38" w:type="dxa"/>
              <w:bottom w:w="28" w:type="dxa"/>
              <w:right w:w="38" w:type="dxa"/>
            </w:tcMar>
            <w:vAlign w:val="center"/>
          </w:tcPr>
          <w:p w14:paraId="028A2225" w14:textId="77777777" w:rsidR="00D60D5E" w:rsidRDefault="00891EF0">
            <w:pPr>
              <w:spacing w:after="0" w:line="240" w:lineRule="auto"/>
              <w:jc w:val="center"/>
            </w:pPr>
            <w:r>
              <w:rPr>
                <w:rFonts w:eastAsia="Aptos"/>
                <w:b/>
                <w:sz w:val="17"/>
              </w:rPr>
              <w:t>11.99</w:t>
            </w:r>
          </w:p>
        </w:tc>
        <w:tc>
          <w:tcPr>
            <w:tcW w:w="540" w:type="dxa"/>
            <w:tcMar>
              <w:top w:w="28" w:type="dxa"/>
              <w:left w:w="38" w:type="dxa"/>
              <w:bottom w:w="28" w:type="dxa"/>
              <w:right w:w="38" w:type="dxa"/>
            </w:tcMar>
            <w:vAlign w:val="center"/>
          </w:tcPr>
          <w:p w14:paraId="084CA83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DDA6A9" w14:textId="77777777" w:rsidR="00D60D5E" w:rsidRDefault="00D60D5E">
            <w:pPr>
              <w:jc w:val="center"/>
            </w:pPr>
          </w:p>
        </w:tc>
      </w:tr>
      <w:tr w:rsidR="00D60D5E" w14:paraId="36C11256" w14:textId="77777777" w:rsidTr="000617E0">
        <w:trPr>
          <w:cantSplit/>
          <w:jc w:val="center"/>
        </w:trPr>
        <w:tc>
          <w:tcPr>
            <w:tcW w:w="677" w:type="dxa"/>
            <w:tcMar>
              <w:top w:w="28" w:type="dxa"/>
              <w:left w:w="38" w:type="dxa"/>
              <w:bottom w:w="28" w:type="dxa"/>
              <w:right w:w="38" w:type="dxa"/>
            </w:tcMar>
            <w:vAlign w:val="center"/>
          </w:tcPr>
          <w:p w14:paraId="0916D5FE" w14:textId="77777777" w:rsidR="00D60D5E" w:rsidRDefault="00891EF0">
            <w:pPr>
              <w:spacing w:after="0" w:line="240" w:lineRule="auto"/>
              <w:jc w:val="center"/>
            </w:pPr>
            <w:r>
              <w:rPr>
                <w:rFonts w:eastAsia="Aptos"/>
                <w:color w:val="6A7075"/>
                <w:sz w:val="17"/>
              </w:rPr>
              <w:t>155-140</w:t>
            </w:r>
          </w:p>
        </w:tc>
        <w:tc>
          <w:tcPr>
            <w:tcW w:w="2648" w:type="dxa"/>
            <w:tcMar>
              <w:top w:w="28" w:type="dxa"/>
              <w:left w:w="38" w:type="dxa"/>
              <w:bottom w:w="28" w:type="dxa"/>
              <w:right w:w="38" w:type="dxa"/>
            </w:tcMar>
            <w:vAlign w:val="center"/>
          </w:tcPr>
          <w:p w14:paraId="4C1C2DE4" w14:textId="77777777" w:rsidR="00D60D5E" w:rsidRDefault="00891EF0">
            <w:pPr>
              <w:spacing w:after="0" w:line="240" w:lineRule="auto"/>
            </w:pPr>
            <w:r>
              <w:rPr>
                <w:rFonts w:eastAsia="Aptos"/>
                <w:sz w:val="17"/>
              </w:rPr>
              <w:t>Sauerkraut (Chilled) 16oz</w:t>
            </w:r>
          </w:p>
        </w:tc>
        <w:tc>
          <w:tcPr>
            <w:tcW w:w="630" w:type="dxa"/>
            <w:tcMar>
              <w:top w:w="28" w:type="dxa"/>
              <w:left w:w="38" w:type="dxa"/>
              <w:bottom w:w="28" w:type="dxa"/>
              <w:right w:w="38" w:type="dxa"/>
            </w:tcMar>
            <w:vAlign w:val="center"/>
          </w:tcPr>
          <w:p w14:paraId="70195BA4" w14:textId="77777777" w:rsidR="00D60D5E" w:rsidRDefault="00891EF0">
            <w:pPr>
              <w:spacing w:after="0" w:line="240" w:lineRule="auto"/>
              <w:jc w:val="center"/>
            </w:pPr>
            <w:r>
              <w:rPr>
                <w:rFonts w:eastAsia="Aptos"/>
                <w:b/>
                <w:sz w:val="17"/>
              </w:rPr>
              <w:t>2.90</w:t>
            </w:r>
          </w:p>
        </w:tc>
        <w:tc>
          <w:tcPr>
            <w:tcW w:w="540" w:type="dxa"/>
            <w:tcMar>
              <w:top w:w="28" w:type="dxa"/>
              <w:left w:w="38" w:type="dxa"/>
              <w:bottom w:w="28" w:type="dxa"/>
              <w:right w:w="38" w:type="dxa"/>
            </w:tcMar>
            <w:vAlign w:val="center"/>
          </w:tcPr>
          <w:p w14:paraId="17DD9E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0E2C2A" w14:textId="77777777" w:rsidR="00D60D5E" w:rsidRDefault="00D60D5E">
            <w:pPr>
              <w:jc w:val="center"/>
            </w:pPr>
          </w:p>
        </w:tc>
      </w:tr>
      <w:tr w:rsidR="00D60D5E" w14:paraId="5698B555" w14:textId="77777777" w:rsidTr="000617E0">
        <w:trPr>
          <w:cantSplit/>
          <w:jc w:val="center"/>
        </w:trPr>
        <w:tc>
          <w:tcPr>
            <w:tcW w:w="677" w:type="dxa"/>
            <w:tcMar>
              <w:top w:w="28" w:type="dxa"/>
              <w:left w:w="38" w:type="dxa"/>
              <w:bottom w:w="28" w:type="dxa"/>
              <w:right w:w="38" w:type="dxa"/>
            </w:tcMar>
            <w:vAlign w:val="center"/>
          </w:tcPr>
          <w:p w14:paraId="27E9473C" w14:textId="77777777" w:rsidR="00D60D5E" w:rsidRDefault="00891EF0">
            <w:pPr>
              <w:spacing w:after="0" w:line="240" w:lineRule="auto"/>
              <w:jc w:val="center"/>
            </w:pPr>
            <w:r>
              <w:rPr>
                <w:rFonts w:eastAsia="Aptos"/>
                <w:color w:val="6A7075"/>
                <w:sz w:val="17"/>
              </w:rPr>
              <w:t>155-145</w:t>
            </w:r>
          </w:p>
        </w:tc>
        <w:tc>
          <w:tcPr>
            <w:tcW w:w="2648" w:type="dxa"/>
            <w:tcMar>
              <w:top w:w="28" w:type="dxa"/>
              <w:left w:w="38" w:type="dxa"/>
              <w:bottom w:w="28" w:type="dxa"/>
              <w:right w:w="38" w:type="dxa"/>
            </w:tcMar>
            <w:vAlign w:val="center"/>
          </w:tcPr>
          <w:p w14:paraId="3B5E820B" w14:textId="77777777" w:rsidR="00D60D5E" w:rsidRDefault="00891EF0">
            <w:pPr>
              <w:spacing w:after="0" w:line="240" w:lineRule="auto"/>
            </w:pPr>
            <w:r>
              <w:rPr>
                <w:rFonts w:eastAsia="Aptos"/>
                <w:sz w:val="17"/>
              </w:rPr>
              <w:t>Sweet Relish 10oz (Heinz)</w:t>
            </w:r>
          </w:p>
        </w:tc>
        <w:tc>
          <w:tcPr>
            <w:tcW w:w="630" w:type="dxa"/>
            <w:tcMar>
              <w:top w:w="28" w:type="dxa"/>
              <w:left w:w="38" w:type="dxa"/>
              <w:bottom w:w="28" w:type="dxa"/>
              <w:right w:w="38" w:type="dxa"/>
            </w:tcMar>
            <w:vAlign w:val="center"/>
          </w:tcPr>
          <w:p w14:paraId="33AFB125"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762BA7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C27896" w14:textId="77777777" w:rsidR="00D60D5E" w:rsidRDefault="00D60D5E">
            <w:pPr>
              <w:jc w:val="center"/>
            </w:pPr>
          </w:p>
        </w:tc>
      </w:tr>
      <w:tr w:rsidR="00D60D5E" w14:paraId="7F713B2C" w14:textId="77777777" w:rsidTr="000617E0">
        <w:trPr>
          <w:cantSplit/>
          <w:jc w:val="center"/>
        </w:trPr>
        <w:tc>
          <w:tcPr>
            <w:tcW w:w="677" w:type="dxa"/>
            <w:tcMar>
              <w:top w:w="28" w:type="dxa"/>
              <w:left w:w="38" w:type="dxa"/>
              <w:bottom w:w="28" w:type="dxa"/>
              <w:right w:w="38" w:type="dxa"/>
            </w:tcMar>
            <w:vAlign w:val="center"/>
          </w:tcPr>
          <w:p w14:paraId="3B71697A" w14:textId="77777777" w:rsidR="00D60D5E" w:rsidRDefault="00891EF0">
            <w:pPr>
              <w:spacing w:after="0" w:line="240" w:lineRule="auto"/>
              <w:jc w:val="center"/>
            </w:pPr>
            <w:r>
              <w:rPr>
                <w:rFonts w:eastAsia="Aptos"/>
                <w:color w:val="6A7075"/>
                <w:sz w:val="17"/>
              </w:rPr>
              <w:t>155-150</w:t>
            </w:r>
          </w:p>
        </w:tc>
        <w:tc>
          <w:tcPr>
            <w:tcW w:w="2648" w:type="dxa"/>
            <w:tcMar>
              <w:top w:w="28" w:type="dxa"/>
              <w:left w:w="38" w:type="dxa"/>
              <w:bottom w:w="28" w:type="dxa"/>
              <w:right w:w="38" w:type="dxa"/>
            </w:tcMar>
            <w:vAlign w:val="center"/>
          </w:tcPr>
          <w:p w14:paraId="08E840DE" w14:textId="77777777" w:rsidR="00D60D5E" w:rsidRDefault="00891EF0">
            <w:pPr>
              <w:spacing w:after="0" w:line="240" w:lineRule="auto"/>
            </w:pPr>
            <w:r>
              <w:rPr>
                <w:rFonts w:eastAsia="Aptos"/>
                <w:sz w:val="17"/>
              </w:rPr>
              <w:t>Hot Dog Relish 12oz</w:t>
            </w:r>
          </w:p>
        </w:tc>
        <w:tc>
          <w:tcPr>
            <w:tcW w:w="630" w:type="dxa"/>
            <w:tcMar>
              <w:top w:w="28" w:type="dxa"/>
              <w:left w:w="38" w:type="dxa"/>
              <w:bottom w:w="28" w:type="dxa"/>
              <w:right w:w="38" w:type="dxa"/>
            </w:tcMar>
            <w:vAlign w:val="center"/>
          </w:tcPr>
          <w:p w14:paraId="510D4C6E" w14:textId="77777777" w:rsidR="00D60D5E" w:rsidRDefault="00891EF0">
            <w:pPr>
              <w:spacing w:after="0" w:line="240" w:lineRule="auto"/>
              <w:jc w:val="center"/>
            </w:pPr>
            <w:r>
              <w:rPr>
                <w:rFonts w:eastAsia="Aptos"/>
                <w:b/>
                <w:sz w:val="17"/>
              </w:rPr>
              <w:t>5.68</w:t>
            </w:r>
          </w:p>
        </w:tc>
        <w:tc>
          <w:tcPr>
            <w:tcW w:w="540" w:type="dxa"/>
            <w:tcMar>
              <w:top w:w="28" w:type="dxa"/>
              <w:left w:w="38" w:type="dxa"/>
              <w:bottom w:w="28" w:type="dxa"/>
              <w:right w:w="38" w:type="dxa"/>
            </w:tcMar>
            <w:vAlign w:val="center"/>
          </w:tcPr>
          <w:p w14:paraId="0639F24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0F565E" w14:textId="77777777" w:rsidR="00D60D5E" w:rsidRDefault="00D60D5E">
            <w:pPr>
              <w:jc w:val="center"/>
            </w:pPr>
          </w:p>
        </w:tc>
      </w:tr>
      <w:tr w:rsidR="00D60D5E" w14:paraId="00FA4B6B" w14:textId="77777777" w:rsidTr="000617E0">
        <w:trPr>
          <w:cantSplit/>
          <w:jc w:val="center"/>
        </w:trPr>
        <w:tc>
          <w:tcPr>
            <w:tcW w:w="677" w:type="dxa"/>
            <w:tcMar>
              <w:top w:w="28" w:type="dxa"/>
              <w:left w:w="38" w:type="dxa"/>
              <w:bottom w:w="28" w:type="dxa"/>
              <w:right w:w="38" w:type="dxa"/>
            </w:tcMar>
            <w:vAlign w:val="center"/>
          </w:tcPr>
          <w:p w14:paraId="35F7FDE6" w14:textId="77777777" w:rsidR="00D60D5E" w:rsidRDefault="00891EF0">
            <w:pPr>
              <w:spacing w:after="0" w:line="240" w:lineRule="auto"/>
              <w:jc w:val="center"/>
            </w:pPr>
            <w:r>
              <w:rPr>
                <w:rFonts w:eastAsia="Aptos"/>
                <w:color w:val="6A7075"/>
                <w:sz w:val="17"/>
              </w:rPr>
              <w:t>155-155</w:t>
            </w:r>
          </w:p>
        </w:tc>
        <w:tc>
          <w:tcPr>
            <w:tcW w:w="2648" w:type="dxa"/>
            <w:tcMar>
              <w:top w:w="28" w:type="dxa"/>
              <w:left w:w="38" w:type="dxa"/>
              <w:bottom w:w="28" w:type="dxa"/>
              <w:right w:w="38" w:type="dxa"/>
            </w:tcMar>
            <w:vAlign w:val="center"/>
          </w:tcPr>
          <w:p w14:paraId="05D41E39" w14:textId="77777777" w:rsidR="00D60D5E" w:rsidRDefault="00891EF0">
            <w:pPr>
              <w:spacing w:after="0" w:line="240" w:lineRule="auto"/>
            </w:pPr>
            <w:r>
              <w:rPr>
                <w:rFonts w:eastAsia="Aptos"/>
                <w:sz w:val="17"/>
              </w:rPr>
              <w:t>Olives, Green Spanish Manzilla 3.75oz</w:t>
            </w:r>
          </w:p>
        </w:tc>
        <w:tc>
          <w:tcPr>
            <w:tcW w:w="630" w:type="dxa"/>
            <w:tcMar>
              <w:top w:w="28" w:type="dxa"/>
              <w:left w:w="38" w:type="dxa"/>
              <w:bottom w:w="28" w:type="dxa"/>
              <w:right w:w="38" w:type="dxa"/>
            </w:tcMar>
            <w:vAlign w:val="center"/>
          </w:tcPr>
          <w:p w14:paraId="359836FE"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2B8270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1A7B55" w14:textId="77777777" w:rsidR="00D60D5E" w:rsidRDefault="00D60D5E">
            <w:pPr>
              <w:jc w:val="center"/>
            </w:pPr>
          </w:p>
        </w:tc>
      </w:tr>
      <w:tr w:rsidR="00D60D5E" w14:paraId="02CF04F4" w14:textId="77777777" w:rsidTr="000617E0">
        <w:trPr>
          <w:cantSplit/>
          <w:jc w:val="center"/>
        </w:trPr>
        <w:tc>
          <w:tcPr>
            <w:tcW w:w="677" w:type="dxa"/>
            <w:tcMar>
              <w:top w:w="28" w:type="dxa"/>
              <w:left w:w="38" w:type="dxa"/>
              <w:bottom w:w="28" w:type="dxa"/>
              <w:right w:w="38" w:type="dxa"/>
            </w:tcMar>
            <w:vAlign w:val="center"/>
          </w:tcPr>
          <w:p w14:paraId="1D2BEBB0" w14:textId="77777777" w:rsidR="00D60D5E" w:rsidRDefault="00891EF0">
            <w:pPr>
              <w:spacing w:after="0" w:line="240" w:lineRule="auto"/>
              <w:jc w:val="center"/>
            </w:pPr>
            <w:r>
              <w:rPr>
                <w:rFonts w:eastAsia="Aptos"/>
                <w:color w:val="6A7075"/>
                <w:sz w:val="17"/>
              </w:rPr>
              <w:t>155-160</w:t>
            </w:r>
          </w:p>
        </w:tc>
        <w:tc>
          <w:tcPr>
            <w:tcW w:w="2648" w:type="dxa"/>
            <w:tcMar>
              <w:top w:w="28" w:type="dxa"/>
              <w:left w:w="38" w:type="dxa"/>
              <w:bottom w:w="28" w:type="dxa"/>
              <w:right w:w="38" w:type="dxa"/>
            </w:tcMar>
            <w:vAlign w:val="center"/>
          </w:tcPr>
          <w:p w14:paraId="38FD9209" w14:textId="77777777" w:rsidR="00D60D5E" w:rsidRDefault="00891EF0">
            <w:pPr>
              <w:spacing w:after="0" w:line="240" w:lineRule="auto"/>
            </w:pPr>
            <w:r>
              <w:rPr>
                <w:rFonts w:eastAsia="Aptos"/>
                <w:sz w:val="17"/>
              </w:rPr>
              <w:t>Olives, Stuffed Regular 9oz</w:t>
            </w:r>
          </w:p>
        </w:tc>
        <w:tc>
          <w:tcPr>
            <w:tcW w:w="630" w:type="dxa"/>
            <w:tcMar>
              <w:top w:w="28" w:type="dxa"/>
              <w:left w:w="38" w:type="dxa"/>
              <w:bottom w:w="28" w:type="dxa"/>
              <w:right w:w="38" w:type="dxa"/>
            </w:tcMar>
            <w:vAlign w:val="center"/>
          </w:tcPr>
          <w:p w14:paraId="72D8331A" w14:textId="77777777" w:rsidR="00D60D5E" w:rsidRDefault="00891EF0">
            <w:pPr>
              <w:spacing w:after="0" w:line="240" w:lineRule="auto"/>
              <w:jc w:val="center"/>
            </w:pPr>
            <w:r>
              <w:rPr>
                <w:rFonts w:eastAsia="Aptos"/>
                <w:b/>
                <w:sz w:val="17"/>
              </w:rPr>
              <w:t>6.69</w:t>
            </w:r>
          </w:p>
        </w:tc>
        <w:tc>
          <w:tcPr>
            <w:tcW w:w="540" w:type="dxa"/>
            <w:tcMar>
              <w:top w:w="28" w:type="dxa"/>
              <w:left w:w="38" w:type="dxa"/>
              <w:bottom w:w="28" w:type="dxa"/>
              <w:right w:w="38" w:type="dxa"/>
            </w:tcMar>
            <w:vAlign w:val="center"/>
          </w:tcPr>
          <w:p w14:paraId="6B2D6E1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E48BAB" w14:textId="77777777" w:rsidR="00D60D5E" w:rsidRDefault="00D60D5E">
            <w:pPr>
              <w:jc w:val="center"/>
            </w:pPr>
          </w:p>
        </w:tc>
      </w:tr>
      <w:tr w:rsidR="00D60D5E" w14:paraId="5D9B7F3B" w14:textId="77777777" w:rsidTr="000617E0">
        <w:trPr>
          <w:cantSplit/>
          <w:jc w:val="center"/>
        </w:trPr>
        <w:tc>
          <w:tcPr>
            <w:tcW w:w="677" w:type="dxa"/>
            <w:tcMar>
              <w:top w:w="28" w:type="dxa"/>
              <w:left w:w="38" w:type="dxa"/>
              <w:bottom w:w="28" w:type="dxa"/>
              <w:right w:w="38" w:type="dxa"/>
            </w:tcMar>
            <w:vAlign w:val="center"/>
          </w:tcPr>
          <w:p w14:paraId="5AFDB258" w14:textId="77777777" w:rsidR="00D60D5E" w:rsidRDefault="00891EF0">
            <w:pPr>
              <w:spacing w:after="0" w:line="240" w:lineRule="auto"/>
              <w:jc w:val="center"/>
            </w:pPr>
            <w:r>
              <w:rPr>
                <w:rFonts w:eastAsia="Aptos"/>
                <w:color w:val="6A7075"/>
                <w:sz w:val="17"/>
              </w:rPr>
              <w:t>155-165</w:t>
            </w:r>
          </w:p>
        </w:tc>
        <w:tc>
          <w:tcPr>
            <w:tcW w:w="2648" w:type="dxa"/>
            <w:tcMar>
              <w:top w:w="28" w:type="dxa"/>
              <w:left w:w="38" w:type="dxa"/>
              <w:bottom w:w="28" w:type="dxa"/>
              <w:right w:w="38" w:type="dxa"/>
            </w:tcMar>
            <w:vAlign w:val="center"/>
          </w:tcPr>
          <w:p w14:paraId="51AFD288" w14:textId="77777777" w:rsidR="00D60D5E" w:rsidRDefault="00891EF0">
            <w:pPr>
              <w:spacing w:after="0" w:line="240" w:lineRule="auto"/>
            </w:pPr>
            <w:r>
              <w:rPr>
                <w:rFonts w:eastAsia="Aptos"/>
                <w:sz w:val="17"/>
              </w:rPr>
              <w:t>Olives, Stuffed Queen 6.5oz</w:t>
            </w:r>
          </w:p>
        </w:tc>
        <w:tc>
          <w:tcPr>
            <w:tcW w:w="630" w:type="dxa"/>
            <w:tcMar>
              <w:top w:w="28" w:type="dxa"/>
              <w:left w:w="38" w:type="dxa"/>
              <w:bottom w:w="28" w:type="dxa"/>
              <w:right w:w="38" w:type="dxa"/>
            </w:tcMar>
            <w:vAlign w:val="center"/>
          </w:tcPr>
          <w:p w14:paraId="612C7FD9" w14:textId="77777777" w:rsidR="00D60D5E" w:rsidRDefault="00891EF0">
            <w:pPr>
              <w:spacing w:after="0" w:line="240" w:lineRule="auto"/>
              <w:jc w:val="center"/>
            </w:pPr>
            <w:r>
              <w:rPr>
                <w:rFonts w:eastAsia="Aptos"/>
                <w:b/>
                <w:sz w:val="17"/>
              </w:rPr>
              <w:t>5.48</w:t>
            </w:r>
          </w:p>
        </w:tc>
        <w:tc>
          <w:tcPr>
            <w:tcW w:w="540" w:type="dxa"/>
            <w:tcMar>
              <w:top w:w="28" w:type="dxa"/>
              <w:left w:w="38" w:type="dxa"/>
              <w:bottom w:w="28" w:type="dxa"/>
              <w:right w:w="38" w:type="dxa"/>
            </w:tcMar>
            <w:vAlign w:val="center"/>
          </w:tcPr>
          <w:p w14:paraId="03319CE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5BE637" w14:textId="77777777" w:rsidR="00D60D5E" w:rsidRDefault="00D60D5E">
            <w:pPr>
              <w:jc w:val="center"/>
            </w:pPr>
          </w:p>
        </w:tc>
      </w:tr>
      <w:tr w:rsidR="00D60D5E" w14:paraId="7CBE867B" w14:textId="77777777" w:rsidTr="000617E0">
        <w:trPr>
          <w:cantSplit/>
          <w:jc w:val="center"/>
        </w:trPr>
        <w:tc>
          <w:tcPr>
            <w:tcW w:w="677" w:type="dxa"/>
            <w:tcMar>
              <w:top w:w="28" w:type="dxa"/>
              <w:left w:w="38" w:type="dxa"/>
              <w:bottom w:w="28" w:type="dxa"/>
              <w:right w:w="38" w:type="dxa"/>
            </w:tcMar>
            <w:vAlign w:val="center"/>
          </w:tcPr>
          <w:p w14:paraId="316CF491" w14:textId="77777777" w:rsidR="00D60D5E" w:rsidRDefault="00891EF0">
            <w:pPr>
              <w:spacing w:after="0" w:line="240" w:lineRule="auto"/>
              <w:jc w:val="center"/>
            </w:pPr>
            <w:r>
              <w:rPr>
                <w:rFonts w:eastAsia="Aptos"/>
                <w:color w:val="6A7075"/>
                <w:sz w:val="17"/>
              </w:rPr>
              <w:t>155-170</w:t>
            </w:r>
          </w:p>
        </w:tc>
        <w:tc>
          <w:tcPr>
            <w:tcW w:w="2648" w:type="dxa"/>
            <w:tcMar>
              <w:top w:w="28" w:type="dxa"/>
              <w:left w:w="38" w:type="dxa"/>
              <w:bottom w:w="28" w:type="dxa"/>
              <w:right w:w="38" w:type="dxa"/>
            </w:tcMar>
            <w:vAlign w:val="center"/>
          </w:tcPr>
          <w:p w14:paraId="3BEF3B5D" w14:textId="77777777" w:rsidR="00D60D5E" w:rsidRDefault="00891EF0">
            <w:pPr>
              <w:spacing w:after="0" w:line="240" w:lineRule="auto"/>
            </w:pPr>
            <w:r>
              <w:rPr>
                <w:rFonts w:eastAsia="Aptos"/>
                <w:sz w:val="17"/>
              </w:rPr>
              <w:t>Olives, Black, Pitted 6oz</w:t>
            </w:r>
          </w:p>
        </w:tc>
        <w:tc>
          <w:tcPr>
            <w:tcW w:w="630" w:type="dxa"/>
            <w:tcMar>
              <w:top w:w="28" w:type="dxa"/>
              <w:left w:w="38" w:type="dxa"/>
              <w:bottom w:w="28" w:type="dxa"/>
              <w:right w:w="38" w:type="dxa"/>
            </w:tcMar>
            <w:vAlign w:val="center"/>
          </w:tcPr>
          <w:p w14:paraId="63C52CB5" w14:textId="77777777" w:rsidR="00D60D5E" w:rsidRDefault="00891EF0">
            <w:pPr>
              <w:spacing w:after="0" w:line="240" w:lineRule="auto"/>
              <w:jc w:val="center"/>
            </w:pPr>
            <w:r>
              <w:rPr>
                <w:rFonts w:eastAsia="Aptos"/>
                <w:b/>
                <w:sz w:val="17"/>
              </w:rPr>
              <w:t>6.47</w:t>
            </w:r>
          </w:p>
        </w:tc>
        <w:tc>
          <w:tcPr>
            <w:tcW w:w="540" w:type="dxa"/>
            <w:tcMar>
              <w:top w:w="28" w:type="dxa"/>
              <w:left w:w="38" w:type="dxa"/>
              <w:bottom w:w="28" w:type="dxa"/>
              <w:right w:w="38" w:type="dxa"/>
            </w:tcMar>
            <w:vAlign w:val="center"/>
          </w:tcPr>
          <w:p w14:paraId="1E51185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205DE3" w14:textId="77777777" w:rsidR="00D60D5E" w:rsidRDefault="00D60D5E">
            <w:pPr>
              <w:jc w:val="center"/>
            </w:pPr>
          </w:p>
        </w:tc>
      </w:tr>
      <w:tr w:rsidR="00D60D5E" w14:paraId="4065FB36" w14:textId="77777777" w:rsidTr="000617E0">
        <w:trPr>
          <w:cantSplit/>
          <w:jc w:val="center"/>
        </w:trPr>
        <w:tc>
          <w:tcPr>
            <w:tcW w:w="677" w:type="dxa"/>
            <w:tcMar>
              <w:top w:w="28" w:type="dxa"/>
              <w:left w:w="38" w:type="dxa"/>
              <w:bottom w:w="28" w:type="dxa"/>
              <w:right w:w="38" w:type="dxa"/>
            </w:tcMar>
            <w:vAlign w:val="center"/>
          </w:tcPr>
          <w:p w14:paraId="343A25A7" w14:textId="77777777" w:rsidR="00D60D5E" w:rsidRDefault="00891EF0">
            <w:pPr>
              <w:spacing w:after="0" w:line="240" w:lineRule="auto"/>
              <w:jc w:val="center"/>
            </w:pPr>
            <w:r>
              <w:rPr>
                <w:rFonts w:eastAsia="Aptos"/>
                <w:color w:val="6A7075"/>
                <w:sz w:val="17"/>
              </w:rPr>
              <w:t>155-185</w:t>
            </w:r>
          </w:p>
        </w:tc>
        <w:tc>
          <w:tcPr>
            <w:tcW w:w="2648" w:type="dxa"/>
            <w:tcMar>
              <w:top w:w="28" w:type="dxa"/>
              <w:left w:w="38" w:type="dxa"/>
              <w:bottom w:w="28" w:type="dxa"/>
              <w:right w:w="38" w:type="dxa"/>
            </w:tcMar>
            <w:vAlign w:val="center"/>
          </w:tcPr>
          <w:p w14:paraId="35C35302" w14:textId="77777777" w:rsidR="00D60D5E" w:rsidRDefault="00891EF0">
            <w:pPr>
              <w:spacing w:after="0" w:line="240" w:lineRule="auto"/>
            </w:pPr>
            <w:r>
              <w:rPr>
                <w:rFonts w:eastAsia="Aptos"/>
                <w:sz w:val="17"/>
              </w:rPr>
              <w:t>Olives, Cocktail Org 5.5 oz</w:t>
            </w:r>
          </w:p>
        </w:tc>
        <w:tc>
          <w:tcPr>
            <w:tcW w:w="630" w:type="dxa"/>
            <w:tcMar>
              <w:top w:w="28" w:type="dxa"/>
              <w:left w:w="38" w:type="dxa"/>
              <w:bottom w:w="28" w:type="dxa"/>
              <w:right w:w="38" w:type="dxa"/>
            </w:tcMar>
            <w:vAlign w:val="center"/>
          </w:tcPr>
          <w:p w14:paraId="21543750"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36DACBC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C7A733" w14:textId="77777777" w:rsidR="00D60D5E" w:rsidRDefault="00D60D5E">
            <w:pPr>
              <w:jc w:val="center"/>
            </w:pPr>
          </w:p>
        </w:tc>
      </w:tr>
      <w:tr w:rsidR="00D60D5E" w14:paraId="2639194E" w14:textId="77777777" w:rsidTr="000617E0">
        <w:trPr>
          <w:cantSplit/>
          <w:jc w:val="center"/>
        </w:trPr>
        <w:tc>
          <w:tcPr>
            <w:tcW w:w="677" w:type="dxa"/>
            <w:tcMar>
              <w:top w:w="28" w:type="dxa"/>
              <w:left w:w="38" w:type="dxa"/>
              <w:bottom w:w="28" w:type="dxa"/>
              <w:right w:w="38" w:type="dxa"/>
            </w:tcMar>
            <w:vAlign w:val="center"/>
          </w:tcPr>
          <w:p w14:paraId="23631C7D" w14:textId="77777777" w:rsidR="00D60D5E" w:rsidRDefault="00891EF0">
            <w:pPr>
              <w:spacing w:after="0" w:line="240" w:lineRule="auto"/>
              <w:jc w:val="center"/>
            </w:pPr>
            <w:r>
              <w:rPr>
                <w:rFonts w:eastAsia="Aptos"/>
                <w:color w:val="6A7075"/>
                <w:sz w:val="17"/>
              </w:rPr>
              <w:t>155-190</w:t>
            </w:r>
          </w:p>
        </w:tc>
        <w:tc>
          <w:tcPr>
            <w:tcW w:w="2648" w:type="dxa"/>
            <w:tcMar>
              <w:top w:w="28" w:type="dxa"/>
              <w:left w:w="38" w:type="dxa"/>
              <w:bottom w:w="28" w:type="dxa"/>
              <w:right w:w="38" w:type="dxa"/>
            </w:tcMar>
            <w:vAlign w:val="center"/>
          </w:tcPr>
          <w:p w14:paraId="2C48B809" w14:textId="77777777" w:rsidR="00D60D5E" w:rsidRDefault="00891EF0">
            <w:pPr>
              <w:spacing w:after="0" w:line="240" w:lineRule="auto"/>
            </w:pPr>
            <w:r>
              <w:rPr>
                <w:rFonts w:eastAsia="Aptos"/>
                <w:sz w:val="17"/>
              </w:rPr>
              <w:t>Olives, [Small Ripe] Black [6oz]</w:t>
            </w:r>
          </w:p>
        </w:tc>
        <w:tc>
          <w:tcPr>
            <w:tcW w:w="630" w:type="dxa"/>
            <w:tcMar>
              <w:top w:w="28" w:type="dxa"/>
              <w:left w:w="38" w:type="dxa"/>
              <w:bottom w:w="28" w:type="dxa"/>
              <w:right w:w="38" w:type="dxa"/>
            </w:tcMar>
            <w:vAlign w:val="center"/>
          </w:tcPr>
          <w:p w14:paraId="7CC8F5D3" w14:textId="77777777" w:rsidR="00D60D5E" w:rsidRDefault="00891EF0">
            <w:pPr>
              <w:spacing w:after="0" w:line="240" w:lineRule="auto"/>
              <w:jc w:val="center"/>
            </w:pPr>
            <w:r>
              <w:rPr>
                <w:rFonts w:eastAsia="Aptos"/>
                <w:b/>
                <w:sz w:val="17"/>
              </w:rPr>
              <w:t>6.23</w:t>
            </w:r>
          </w:p>
        </w:tc>
        <w:tc>
          <w:tcPr>
            <w:tcW w:w="540" w:type="dxa"/>
            <w:tcMar>
              <w:top w:w="28" w:type="dxa"/>
              <w:left w:w="38" w:type="dxa"/>
              <w:bottom w:w="28" w:type="dxa"/>
              <w:right w:w="38" w:type="dxa"/>
            </w:tcMar>
            <w:vAlign w:val="center"/>
          </w:tcPr>
          <w:p w14:paraId="448BA79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A8790F" w14:textId="77777777" w:rsidR="00D60D5E" w:rsidRDefault="00D60D5E">
            <w:pPr>
              <w:jc w:val="center"/>
            </w:pPr>
          </w:p>
        </w:tc>
      </w:tr>
      <w:tr w:rsidR="00D60D5E" w14:paraId="545DE440" w14:textId="77777777" w:rsidTr="000617E0">
        <w:trPr>
          <w:cantSplit/>
          <w:jc w:val="center"/>
        </w:trPr>
        <w:tc>
          <w:tcPr>
            <w:tcW w:w="677" w:type="dxa"/>
            <w:tcMar>
              <w:top w:w="28" w:type="dxa"/>
              <w:left w:w="38" w:type="dxa"/>
              <w:bottom w:w="28" w:type="dxa"/>
              <w:right w:w="38" w:type="dxa"/>
            </w:tcMar>
            <w:vAlign w:val="center"/>
          </w:tcPr>
          <w:p w14:paraId="778C8B8A" w14:textId="77777777" w:rsidR="00D60D5E" w:rsidRDefault="00891EF0">
            <w:pPr>
              <w:spacing w:after="0" w:line="240" w:lineRule="auto"/>
              <w:jc w:val="center"/>
            </w:pPr>
            <w:r>
              <w:rPr>
                <w:rFonts w:eastAsia="Aptos"/>
                <w:color w:val="6A7075"/>
                <w:sz w:val="17"/>
              </w:rPr>
              <w:t>155-191</w:t>
            </w:r>
          </w:p>
        </w:tc>
        <w:tc>
          <w:tcPr>
            <w:tcW w:w="2648" w:type="dxa"/>
            <w:tcMar>
              <w:top w:w="28" w:type="dxa"/>
              <w:left w:w="38" w:type="dxa"/>
              <w:bottom w:w="28" w:type="dxa"/>
              <w:right w:w="38" w:type="dxa"/>
            </w:tcMar>
            <w:vAlign w:val="center"/>
          </w:tcPr>
          <w:p w14:paraId="65D234E7" w14:textId="77777777" w:rsidR="00D60D5E" w:rsidRDefault="00891EF0">
            <w:pPr>
              <w:spacing w:after="0" w:line="240" w:lineRule="auto"/>
            </w:pPr>
            <w:r>
              <w:rPr>
                <w:rFonts w:eastAsia="Aptos"/>
                <w:sz w:val="17"/>
              </w:rPr>
              <w:t>Olives Kalamata 16 oz Krinos</w:t>
            </w:r>
          </w:p>
        </w:tc>
        <w:tc>
          <w:tcPr>
            <w:tcW w:w="630" w:type="dxa"/>
            <w:tcMar>
              <w:top w:w="28" w:type="dxa"/>
              <w:left w:w="38" w:type="dxa"/>
              <w:bottom w:w="28" w:type="dxa"/>
              <w:right w:w="38" w:type="dxa"/>
            </w:tcMar>
            <w:vAlign w:val="center"/>
          </w:tcPr>
          <w:p w14:paraId="4C4460DA" w14:textId="77777777" w:rsidR="00D60D5E" w:rsidRDefault="00891EF0">
            <w:pPr>
              <w:spacing w:after="0" w:line="240" w:lineRule="auto"/>
              <w:jc w:val="center"/>
            </w:pPr>
            <w:r>
              <w:rPr>
                <w:rFonts w:eastAsia="Aptos"/>
                <w:b/>
                <w:sz w:val="17"/>
              </w:rPr>
              <w:t>10.89</w:t>
            </w:r>
          </w:p>
        </w:tc>
        <w:tc>
          <w:tcPr>
            <w:tcW w:w="540" w:type="dxa"/>
            <w:tcMar>
              <w:top w:w="28" w:type="dxa"/>
              <w:left w:w="38" w:type="dxa"/>
              <w:bottom w:w="28" w:type="dxa"/>
              <w:right w:w="38" w:type="dxa"/>
            </w:tcMar>
            <w:vAlign w:val="center"/>
          </w:tcPr>
          <w:p w14:paraId="76446A5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B0F2C3" w14:textId="77777777" w:rsidR="00D60D5E" w:rsidRDefault="00D60D5E">
            <w:pPr>
              <w:jc w:val="center"/>
            </w:pPr>
          </w:p>
        </w:tc>
      </w:tr>
      <w:tr w:rsidR="00D60D5E" w14:paraId="54D436AA" w14:textId="77777777" w:rsidTr="000617E0">
        <w:trPr>
          <w:cantSplit/>
          <w:jc w:val="center"/>
        </w:trPr>
        <w:tc>
          <w:tcPr>
            <w:tcW w:w="677" w:type="dxa"/>
            <w:tcMar>
              <w:top w:w="28" w:type="dxa"/>
              <w:left w:w="38" w:type="dxa"/>
              <w:bottom w:w="28" w:type="dxa"/>
              <w:right w:w="38" w:type="dxa"/>
            </w:tcMar>
            <w:vAlign w:val="center"/>
          </w:tcPr>
          <w:p w14:paraId="310A5B0B" w14:textId="77777777" w:rsidR="00D60D5E" w:rsidRDefault="00891EF0">
            <w:pPr>
              <w:spacing w:after="0" w:line="240" w:lineRule="auto"/>
              <w:jc w:val="center"/>
            </w:pPr>
            <w:r>
              <w:rPr>
                <w:rFonts w:eastAsia="Aptos"/>
                <w:color w:val="6A7075"/>
                <w:sz w:val="17"/>
              </w:rPr>
              <w:t>155-195</w:t>
            </w:r>
          </w:p>
        </w:tc>
        <w:tc>
          <w:tcPr>
            <w:tcW w:w="2648" w:type="dxa"/>
            <w:tcMar>
              <w:top w:w="28" w:type="dxa"/>
              <w:left w:w="38" w:type="dxa"/>
              <w:bottom w:w="28" w:type="dxa"/>
              <w:right w:w="38" w:type="dxa"/>
            </w:tcMar>
            <w:vAlign w:val="center"/>
          </w:tcPr>
          <w:p w14:paraId="75538F22" w14:textId="77777777" w:rsidR="00D60D5E" w:rsidRDefault="00891EF0">
            <w:pPr>
              <w:spacing w:after="0" w:line="240" w:lineRule="auto"/>
            </w:pPr>
            <w:r>
              <w:rPr>
                <w:rFonts w:eastAsia="Aptos"/>
                <w:sz w:val="17"/>
              </w:rPr>
              <w:t>Capers 2.25oz</w:t>
            </w:r>
          </w:p>
        </w:tc>
        <w:tc>
          <w:tcPr>
            <w:tcW w:w="630" w:type="dxa"/>
            <w:tcMar>
              <w:top w:w="28" w:type="dxa"/>
              <w:left w:w="38" w:type="dxa"/>
              <w:bottom w:w="28" w:type="dxa"/>
              <w:right w:w="38" w:type="dxa"/>
            </w:tcMar>
            <w:vAlign w:val="center"/>
          </w:tcPr>
          <w:p w14:paraId="21A6F8E6"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1DA758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FF3655" w14:textId="77777777" w:rsidR="00D60D5E" w:rsidRDefault="00D60D5E">
            <w:pPr>
              <w:jc w:val="center"/>
            </w:pPr>
          </w:p>
        </w:tc>
      </w:tr>
      <w:tr w:rsidR="00D60D5E" w14:paraId="6661826E" w14:textId="77777777" w:rsidTr="000617E0">
        <w:trPr>
          <w:cantSplit/>
          <w:jc w:val="center"/>
        </w:trPr>
        <w:tc>
          <w:tcPr>
            <w:tcW w:w="677" w:type="dxa"/>
            <w:tcMar>
              <w:top w:w="28" w:type="dxa"/>
              <w:left w:w="38" w:type="dxa"/>
              <w:bottom w:w="28" w:type="dxa"/>
              <w:right w:w="38" w:type="dxa"/>
            </w:tcMar>
            <w:vAlign w:val="center"/>
          </w:tcPr>
          <w:p w14:paraId="6C420527" w14:textId="77777777" w:rsidR="00D60D5E" w:rsidRDefault="00891EF0">
            <w:pPr>
              <w:spacing w:after="0" w:line="240" w:lineRule="auto"/>
              <w:jc w:val="center"/>
            </w:pPr>
            <w:r>
              <w:rPr>
                <w:rFonts w:eastAsia="Aptos"/>
                <w:color w:val="6A7075"/>
                <w:sz w:val="17"/>
              </w:rPr>
              <w:t>155-200</w:t>
            </w:r>
          </w:p>
        </w:tc>
        <w:tc>
          <w:tcPr>
            <w:tcW w:w="2648" w:type="dxa"/>
            <w:tcMar>
              <w:top w:w="28" w:type="dxa"/>
              <w:left w:w="38" w:type="dxa"/>
              <w:bottom w:w="28" w:type="dxa"/>
              <w:right w:w="38" w:type="dxa"/>
            </w:tcMar>
            <w:vAlign w:val="center"/>
          </w:tcPr>
          <w:p w14:paraId="3BCC8A80" w14:textId="77777777" w:rsidR="00D60D5E" w:rsidRDefault="00891EF0">
            <w:pPr>
              <w:spacing w:after="0" w:line="240" w:lineRule="auto"/>
            </w:pPr>
            <w:r>
              <w:rPr>
                <w:rFonts w:eastAsia="Aptos"/>
                <w:sz w:val="17"/>
              </w:rPr>
              <w:t>Jalapeno Sliced 11.5oz</w:t>
            </w:r>
          </w:p>
        </w:tc>
        <w:tc>
          <w:tcPr>
            <w:tcW w:w="630" w:type="dxa"/>
            <w:tcMar>
              <w:top w:w="28" w:type="dxa"/>
              <w:left w:w="38" w:type="dxa"/>
              <w:bottom w:w="28" w:type="dxa"/>
              <w:right w:w="38" w:type="dxa"/>
            </w:tcMar>
            <w:vAlign w:val="center"/>
          </w:tcPr>
          <w:p w14:paraId="30EA288B" w14:textId="77777777" w:rsidR="00D60D5E" w:rsidRDefault="00891EF0">
            <w:pPr>
              <w:spacing w:after="0" w:line="240" w:lineRule="auto"/>
              <w:jc w:val="center"/>
            </w:pPr>
            <w:r>
              <w:rPr>
                <w:rFonts w:eastAsia="Aptos"/>
                <w:b/>
                <w:sz w:val="17"/>
              </w:rPr>
              <w:t>3.12</w:t>
            </w:r>
          </w:p>
        </w:tc>
        <w:tc>
          <w:tcPr>
            <w:tcW w:w="540" w:type="dxa"/>
            <w:tcMar>
              <w:top w:w="28" w:type="dxa"/>
              <w:left w:w="38" w:type="dxa"/>
              <w:bottom w:w="28" w:type="dxa"/>
              <w:right w:w="38" w:type="dxa"/>
            </w:tcMar>
            <w:vAlign w:val="center"/>
          </w:tcPr>
          <w:p w14:paraId="2222206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4118CF" w14:textId="77777777" w:rsidR="00D60D5E" w:rsidRDefault="00D60D5E">
            <w:pPr>
              <w:jc w:val="center"/>
            </w:pPr>
          </w:p>
        </w:tc>
      </w:tr>
      <w:tr w:rsidR="00D60D5E" w14:paraId="2EFA7DBF" w14:textId="77777777" w:rsidTr="000617E0">
        <w:trPr>
          <w:cantSplit/>
          <w:jc w:val="center"/>
        </w:trPr>
        <w:tc>
          <w:tcPr>
            <w:tcW w:w="677" w:type="dxa"/>
            <w:tcMar>
              <w:top w:w="28" w:type="dxa"/>
              <w:left w:w="38" w:type="dxa"/>
              <w:bottom w:w="28" w:type="dxa"/>
              <w:right w:w="38" w:type="dxa"/>
            </w:tcMar>
            <w:vAlign w:val="center"/>
          </w:tcPr>
          <w:p w14:paraId="45D5AFDF" w14:textId="77777777" w:rsidR="00D60D5E" w:rsidRDefault="00891EF0">
            <w:pPr>
              <w:spacing w:after="0" w:line="240" w:lineRule="auto"/>
              <w:jc w:val="center"/>
            </w:pPr>
            <w:r>
              <w:rPr>
                <w:rFonts w:eastAsia="Aptos"/>
                <w:color w:val="6A7075"/>
                <w:sz w:val="17"/>
              </w:rPr>
              <w:t>155-205</w:t>
            </w:r>
          </w:p>
        </w:tc>
        <w:tc>
          <w:tcPr>
            <w:tcW w:w="2648" w:type="dxa"/>
            <w:tcMar>
              <w:top w:w="28" w:type="dxa"/>
              <w:left w:w="38" w:type="dxa"/>
              <w:bottom w:w="28" w:type="dxa"/>
              <w:right w:w="38" w:type="dxa"/>
            </w:tcMar>
            <w:vAlign w:val="center"/>
          </w:tcPr>
          <w:p w14:paraId="31C8C5CB" w14:textId="77777777" w:rsidR="00D60D5E" w:rsidRDefault="00891EF0">
            <w:pPr>
              <w:spacing w:after="0" w:line="240" w:lineRule="auto"/>
            </w:pPr>
            <w:r>
              <w:rPr>
                <w:rFonts w:eastAsia="Aptos"/>
                <w:sz w:val="17"/>
              </w:rPr>
              <w:t>Banana Peppers 11.5 oz Roland</w:t>
            </w:r>
          </w:p>
        </w:tc>
        <w:tc>
          <w:tcPr>
            <w:tcW w:w="630" w:type="dxa"/>
            <w:tcMar>
              <w:top w:w="28" w:type="dxa"/>
              <w:left w:w="38" w:type="dxa"/>
              <w:bottom w:w="28" w:type="dxa"/>
              <w:right w:w="38" w:type="dxa"/>
            </w:tcMar>
            <w:vAlign w:val="center"/>
          </w:tcPr>
          <w:p w14:paraId="7E58D708" w14:textId="77777777" w:rsidR="00D60D5E" w:rsidRDefault="00891EF0">
            <w:pPr>
              <w:spacing w:after="0" w:line="240" w:lineRule="auto"/>
              <w:jc w:val="center"/>
            </w:pPr>
            <w:r>
              <w:rPr>
                <w:rFonts w:eastAsia="Aptos"/>
                <w:b/>
                <w:sz w:val="17"/>
              </w:rPr>
              <w:t>5.80</w:t>
            </w:r>
          </w:p>
        </w:tc>
        <w:tc>
          <w:tcPr>
            <w:tcW w:w="540" w:type="dxa"/>
            <w:tcMar>
              <w:top w:w="28" w:type="dxa"/>
              <w:left w:w="38" w:type="dxa"/>
              <w:bottom w:w="28" w:type="dxa"/>
              <w:right w:w="38" w:type="dxa"/>
            </w:tcMar>
            <w:vAlign w:val="center"/>
          </w:tcPr>
          <w:p w14:paraId="313E496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9241FE" w14:textId="77777777" w:rsidR="00D60D5E" w:rsidRDefault="00D60D5E">
            <w:pPr>
              <w:jc w:val="center"/>
            </w:pPr>
          </w:p>
        </w:tc>
      </w:tr>
      <w:tr w:rsidR="00D60D5E" w14:paraId="0500F6C6" w14:textId="77777777" w:rsidTr="000617E0">
        <w:trPr>
          <w:cantSplit/>
          <w:jc w:val="center"/>
        </w:trPr>
        <w:tc>
          <w:tcPr>
            <w:tcW w:w="677" w:type="dxa"/>
            <w:tcMar>
              <w:top w:w="28" w:type="dxa"/>
              <w:left w:w="38" w:type="dxa"/>
              <w:bottom w:w="28" w:type="dxa"/>
              <w:right w:w="38" w:type="dxa"/>
            </w:tcMar>
            <w:vAlign w:val="center"/>
          </w:tcPr>
          <w:p w14:paraId="5AB6E55F" w14:textId="77777777" w:rsidR="00D60D5E" w:rsidRDefault="00891EF0">
            <w:pPr>
              <w:spacing w:after="0" w:line="240" w:lineRule="auto"/>
              <w:jc w:val="center"/>
            </w:pPr>
            <w:r>
              <w:rPr>
                <w:rFonts w:eastAsia="Aptos"/>
                <w:color w:val="6A7075"/>
                <w:sz w:val="17"/>
              </w:rPr>
              <w:t>155-210</w:t>
            </w:r>
          </w:p>
        </w:tc>
        <w:tc>
          <w:tcPr>
            <w:tcW w:w="2648" w:type="dxa"/>
            <w:tcMar>
              <w:top w:w="28" w:type="dxa"/>
              <w:left w:w="38" w:type="dxa"/>
              <w:bottom w:w="28" w:type="dxa"/>
              <w:right w:w="38" w:type="dxa"/>
            </w:tcMar>
            <w:vAlign w:val="center"/>
          </w:tcPr>
          <w:p w14:paraId="358A5750" w14:textId="77777777" w:rsidR="00D60D5E" w:rsidRDefault="00891EF0">
            <w:pPr>
              <w:spacing w:after="0" w:line="240" w:lineRule="auto"/>
            </w:pPr>
            <w:r>
              <w:rPr>
                <w:rFonts w:eastAsia="Aptos"/>
                <w:sz w:val="17"/>
              </w:rPr>
              <w:t>Pepperoncini Peppers 16 oz</w:t>
            </w:r>
          </w:p>
        </w:tc>
        <w:tc>
          <w:tcPr>
            <w:tcW w:w="630" w:type="dxa"/>
            <w:tcMar>
              <w:top w:w="28" w:type="dxa"/>
              <w:left w:w="38" w:type="dxa"/>
              <w:bottom w:w="28" w:type="dxa"/>
              <w:right w:w="38" w:type="dxa"/>
            </w:tcMar>
            <w:vAlign w:val="center"/>
          </w:tcPr>
          <w:p w14:paraId="17445DD3" w14:textId="77777777" w:rsidR="00D60D5E" w:rsidRDefault="00891EF0">
            <w:pPr>
              <w:spacing w:after="0" w:line="240" w:lineRule="auto"/>
              <w:jc w:val="center"/>
            </w:pPr>
            <w:r>
              <w:rPr>
                <w:rFonts w:eastAsia="Aptos"/>
                <w:b/>
                <w:sz w:val="17"/>
              </w:rPr>
              <w:t>7.49</w:t>
            </w:r>
          </w:p>
        </w:tc>
        <w:tc>
          <w:tcPr>
            <w:tcW w:w="540" w:type="dxa"/>
            <w:tcMar>
              <w:top w:w="28" w:type="dxa"/>
              <w:left w:w="38" w:type="dxa"/>
              <w:bottom w:w="28" w:type="dxa"/>
              <w:right w:w="38" w:type="dxa"/>
            </w:tcMar>
            <w:vAlign w:val="center"/>
          </w:tcPr>
          <w:p w14:paraId="34D01F4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4BAB8C" w14:textId="77777777" w:rsidR="00D60D5E" w:rsidRDefault="00D60D5E">
            <w:pPr>
              <w:jc w:val="center"/>
            </w:pPr>
          </w:p>
        </w:tc>
      </w:tr>
      <w:tr w:rsidR="00D60D5E" w14:paraId="538754D2" w14:textId="77777777" w:rsidTr="000617E0">
        <w:trPr>
          <w:cantSplit/>
          <w:jc w:val="center"/>
        </w:trPr>
        <w:tc>
          <w:tcPr>
            <w:tcW w:w="677" w:type="dxa"/>
            <w:tcMar>
              <w:top w:w="28" w:type="dxa"/>
              <w:left w:w="38" w:type="dxa"/>
              <w:bottom w:w="28" w:type="dxa"/>
              <w:right w:w="38" w:type="dxa"/>
            </w:tcMar>
            <w:vAlign w:val="center"/>
          </w:tcPr>
          <w:p w14:paraId="1107C666" w14:textId="77777777" w:rsidR="00D60D5E" w:rsidRDefault="00891EF0">
            <w:pPr>
              <w:spacing w:after="0" w:line="240" w:lineRule="auto"/>
              <w:jc w:val="center"/>
            </w:pPr>
            <w:r>
              <w:rPr>
                <w:rFonts w:eastAsia="Aptos"/>
                <w:color w:val="6A7075"/>
                <w:sz w:val="17"/>
              </w:rPr>
              <w:t>155-215</w:t>
            </w:r>
          </w:p>
        </w:tc>
        <w:tc>
          <w:tcPr>
            <w:tcW w:w="2648" w:type="dxa"/>
            <w:tcMar>
              <w:top w:w="28" w:type="dxa"/>
              <w:left w:w="38" w:type="dxa"/>
              <w:bottom w:w="28" w:type="dxa"/>
              <w:right w:w="38" w:type="dxa"/>
            </w:tcMar>
            <w:vAlign w:val="center"/>
          </w:tcPr>
          <w:p w14:paraId="725300EE" w14:textId="77777777" w:rsidR="00D60D5E" w:rsidRDefault="00891EF0">
            <w:pPr>
              <w:spacing w:after="0" w:line="240" w:lineRule="auto"/>
            </w:pPr>
            <w:r>
              <w:rPr>
                <w:rFonts w:eastAsia="Aptos"/>
                <w:sz w:val="17"/>
              </w:rPr>
              <w:t>Artichokes Hearts Marinated 14oz</w:t>
            </w:r>
          </w:p>
        </w:tc>
        <w:tc>
          <w:tcPr>
            <w:tcW w:w="630" w:type="dxa"/>
            <w:tcMar>
              <w:top w:w="28" w:type="dxa"/>
              <w:left w:w="38" w:type="dxa"/>
              <w:bottom w:w="28" w:type="dxa"/>
              <w:right w:w="38" w:type="dxa"/>
            </w:tcMar>
            <w:vAlign w:val="center"/>
          </w:tcPr>
          <w:p w14:paraId="7557AE68" w14:textId="77777777" w:rsidR="00D60D5E" w:rsidRDefault="00891EF0">
            <w:pPr>
              <w:spacing w:after="0" w:line="240" w:lineRule="auto"/>
              <w:jc w:val="center"/>
            </w:pPr>
            <w:r>
              <w:rPr>
                <w:rFonts w:eastAsia="Aptos"/>
                <w:b/>
                <w:sz w:val="17"/>
              </w:rPr>
              <w:t>6.28</w:t>
            </w:r>
          </w:p>
        </w:tc>
        <w:tc>
          <w:tcPr>
            <w:tcW w:w="540" w:type="dxa"/>
            <w:tcMar>
              <w:top w:w="28" w:type="dxa"/>
              <w:left w:w="38" w:type="dxa"/>
              <w:bottom w:w="28" w:type="dxa"/>
              <w:right w:w="38" w:type="dxa"/>
            </w:tcMar>
            <w:vAlign w:val="center"/>
          </w:tcPr>
          <w:p w14:paraId="3FCAC70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429CD4" w14:textId="77777777" w:rsidR="00D60D5E" w:rsidRDefault="00D60D5E">
            <w:pPr>
              <w:jc w:val="center"/>
            </w:pPr>
          </w:p>
        </w:tc>
      </w:tr>
      <w:tr w:rsidR="00D60D5E" w14:paraId="1A6A1C2D" w14:textId="77777777" w:rsidTr="000617E0">
        <w:trPr>
          <w:cantSplit/>
          <w:jc w:val="center"/>
        </w:trPr>
        <w:tc>
          <w:tcPr>
            <w:tcW w:w="677" w:type="dxa"/>
            <w:tcMar>
              <w:top w:w="28" w:type="dxa"/>
              <w:left w:w="38" w:type="dxa"/>
              <w:bottom w:w="28" w:type="dxa"/>
              <w:right w:w="38" w:type="dxa"/>
            </w:tcMar>
            <w:vAlign w:val="center"/>
          </w:tcPr>
          <w:p w14:paraId="09CDD409" w14:textId="77777777" w:rsidR="00D60D5E" w:rsidRDefault="00891EF0">
            <w:pPr>
              <w:spacing w:after="0" w:line="240" w:lineRule="auto"/>
              <w:jc w:val="center"/>
            </w:pPr>
            <w:r>
              <w:rPr>
                <w:rFonts w:eastAsia="Aptos"/>
                <w:color w:val="6A7075"/>
                <w:sz w:val="17"/>
              </w:rPr>
              <w:t>155-220</w:t>
            </w:r>
          </w:p>
        </w:tc>
        <w:tc>
          <w:tcPr>
            <w:tcW w:w="2648" w:type="dxa"/>
            <w:tcMar>
              <w:top w:w="28" w:type="dxa"/>
              <w:left w:w="38" w:type="dxa"/>
              <w:bottom w:w="28" w:type="dxa"/>
              <w:right w:w="38" w:type="dxa"/>
            </w:tcMar>
            <w:vAlign w:val="center"/>
          </w:tcPr>
          <w:p w14:paraId="384C0548" w14:textId="77777777" w:rsidR="00D60D5E" w:rsidRDefault="00891EF0">
            <w:pPr>
              <w:spacing w:after="0" w:line="240" w:lineRule="auto"/>
            </w:pPr>
            <w:r>
              <w:rPr>
                <w:rFonts w:eastAsia="Aptos"/>
                <w:sz w:val="17"/>
              </w:rPr>
              <w:t>Matouks Hot Pepper Sauce/ Calypso/ WestIndies</w:t>
            </w:r>
          </w:p>
        </w:tc>
        <w:tc>
          <w:tcPr>
            <w:tcW w:w="630" w:type="dxa"/>
            <w:tcMar>
              <w:top w:w="28" w:type="dxa"/>
              <w:left w:w="38" w:type="dxa"/>
              <w:bottom w:w="28" w:type="dxa"/>
              <w:right w:w="38" w:type="dxa"/>
            </w:tcMar>
            <w:vAlign w:val="center"/>
          </w:tcPr>
          <w:p w14:paraId="577374D8"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03566C9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8FD84F" w14:textId="77777777" w:rsidR="00D60D5E" w:rsidRDefault="00D60D5E">
            <w:pPr>
              <w:jc w:val="center"/>
            </w:pPr>
          </w:p>
        </w:tc>
      </w:tr>
      <w:tr w:rsidR="00D60D5E" w14:paraId="3473443D" w14:textId="77777777" w:rsidTr="000617E0">
        <w:trPr>
          <w:cantSplit/>
          <w:jc w:val="center"/>
        </w:trPr>
        <w:tc>
          <w:tcPr>
            <w:tcW w:w="677" w:type="dxa"/>
            <w:tcMar>
              <w:top w:w="28" w:type="dxa"/>
              <w:left w:w="38" w:type="dxa"/>
              <w:bottom w:w="28" w:type="dxa"/>
              <w:right w:w="38" w:type="dxa"/>
            </w:tcMar>
            <w:vAlign w:val="center"/>
          </w:tcPr>
          <w:p w14:paraId="73C7BD24" w14:textId="77777777" w:rsidR="00D60D5E" w:rsidRDefault="00891EF0">
            <w:pPr>
              <w:spacing w:after="0" w:line="240" w:lineRule="auto"/>
              <w:jc w:val="center"/>
            </w:pPr>
            <w:r>
              <w:rPr>
                <w:rFonts w:eastAsia="Aptos"/>
                <w:color w:val="6A7075"/>
                <w:sz w:val="17"/>
              </w:rPr>
              <w:t>155-225</w:t>
            </w:r>
          </w:p>
        </w:tc>
        <w:tc>
          <w:tcPr>
            <w:tcW w:w="2648" w:type="dxa"/>
            <w:tcMar>
              <w:top w:w="28" w:type="dxa"/>
              <w:left w:w="38" w:type="dxa"/>
              <w:bottom w:w="28" w:type="dxa"/>
              <w:right w:w="38" w:type="dxa"/>
            </w:tcMar>
            <w:vAlign w:val="center"/>
          </w:tcPr>
          <w:p w14:paraId="50B00344" w14:textId="77777777" w:rsidR="00D60D5E" w:rsidRDefault="00891EF0">
            <w:pPr>
              <w:spacing w:after="0" w:line="240" w:lineRule="auto"/>
            </w:pPr>
            <w:r>
              <w:rPr>
                <w:rFonts w:eastAsia="Aptos"/>
                <w:sz w:val="17"/>
              </w:rPr>
              <w:t>Sliced Pimentos 2oz</w:t>
            </w:r>
          </w:p>
        </w:tc>
        <w:tc>
          <w:tcPr>
            <w:tcW w:w="630" w:type="dxa"/>
            <w:tcMar>
              <w:top w:w="28" w:type="dxa"/>
              <w:left w:w="38" w:type="dxa"/>
              <w:bottom w:w="28" w:type="dxa"/>
              <w:right w:w="38" w:type="dxa"/>
            </w:tcMar>
            <w:vAlign w:val="center"/>
          </w:tcPr>
          <w:p w14:paraId="0B7A24D8"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67E41D7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4BB533" w14:textId="77777777" w:rsidR="00D60D5E" w:rsidRDefault="00D60D5E">
            <w:pPr>
              <w:jc w:val="center"/>
            </w:pPr>
          </w:p>
        </w:tc>
      </w:tr>
      <w:tr w:rsidR="00D60D5E" w14:paraId="02AB6278" w14:textId="77777777" w:rsidTr="000617E0">
        <w:trPr>
          <w:cantSplit/>
          <w:jc w:val="center"/>
        </w:trPr>
        <w:tc>
          <w:tcPr>
            <w:tcW w:w="677" w:type="dxa"/>
            <w:tcMar>
              <w:top w:w="28" w:type="dxa"/>
              <w:left w:w="38" w:type="dxa"/>
              <w:bottom w:w="28" w:type="dxa"/>
              <w:right w:w="38" w:type="dxa"/>
            </w:tcMar>
            <w:vAlign w:val="center"/>
          </w:tcPr>
          <w:p w14:paraId="450DA26A" w14:textId="77777777" w:rsidR="00D60D5E" w:rsidRDefault="00891EF0">
            <w:pPr>
              <w:spacing w:after="0" w:line="240" w:lineRule="auto"/>
              <w:jc w:val="center"/>
            </w:pPr>
            <w:r>
              <w:rPr>
                <w:rFonts w:eastAsia="Aptos"/>
                <w:color w:val="6A7075"/>
                <w:sz w:val="17"/>
              </w:rPr>
              <w:t>155-230</w:t>
            </w:r>
          </w:p>
        </w:tc>
        <w:tc>
          <w:tcPr>
            <w:tcW w:w="2648" w:type="dxa"/>
            <w:tcMar>
              <w:top w:w="28" w:type="dxa"/>
              <w:left w:w="38" w:type="dxa"/>
              <w:bottom w:w="28" w:type="dxa"/>
              <w:right w:w="38" w:type="dxa"/>
            </w:tcMar>
            <w:vAlign w:val="center"/>
          </w:tcPr>
          <w:p w14:paraId="371C9693" w14:textId="77777777" w:rsidR="00D60D5E" w:rsidRDefault="00891EF0">
            <w:pPr>
              <w:spacing w:after="0" w:line="240" w:lineRule="auto"/>
            </w:pPr>
            <w:r>
              <w:rPr>
                <w:rFonts w:eastAsia="Aptos"/>
                <w:sz w:val="17"/>
              </w:rPr>
              <w:t>Red Pepper Roasted 12 oz</w:t>
            </w:r>
          </w:p>
        </w:tc>
        <w:tc>
          <w:tcPr>
            <w:tcW w:w="630" w:type="dxa"/>
            <w:tcMar>
              <w:top w:w="28" w:type="dxa"/>
              <w:left w:w="38" w:type="dxa"/>
              <w:bottom w:w="28" w:type="dxa"/>
              <w:right w:w="38" w:type="dxa"/>
            </w:tcMar>
            <w:vAlign w:val="center"/>
          </w:tcPr>
          <w:p w14:paraId="5EC9459D" w14:textId="77777777" w:rsidR="00D60D5E" w:rsidRDefault="00891EF0">
            <w:pPr>
              <w:spacing w:after="0" w:line="240" w:lineRule="auto"/>
              <w:jc w:val="center"/>
            </w:pPr>
            <w:r>
              <w:rPr>
                <w:rFonts w:eastAsia="Aptos"/>
                <w:b/>
                <w:sz w:val="17"/>
              </w:rPr>
              <w:t>7.37</w:t>
            </w:r>
          </w:p>
        </w:tc>
        <w:tc>
          <w:tcPr>
            <w:tcW w:w="540" w:type="dxa"/>
            <w:tcMar>
              <w:top w:w="28" w:type="dxa"/>
              <w:left w:w="38" w:type="dxa"/>
              <w:bottom w:w="28" w:type="dxa"/>
              <w:right w:w="38" w:type="dxa"/>
            </w:tcMar>
            <w:vAlign w:val="center"/>
          </w:tcPr>
          <w:p w14:paraId="6A808B6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71A3F2" w14:textId="77777777" w:rsidR="00D60D5E" w:rsidRDefault="00D60D5E">
            <w:pPr>
              <w:jc w:val="center"/>
            </w:pPr>
          </w:p>
        </w:tc>
      </w:tr>
      <w:tr w:rsidR="00D60D5E" w14:paraId="6E45C63D" w14:textId="77777777" w:rsidTr="000617E0">
        <w:trPr>
          <w:cantSplit/>
          <w:jc w:val="center"/>
        </w:trPr>
        <w:tc>
          <w:tcPr>
            <w:tcW w:w="677" w:type="dxa"/>
            <w:tcMar>
              <w:top w:w="28" w:type="dxa"/>
              <w:left w:w="38" w:type="dxa"/>
              <w:bottom w:w="28" w:type="dxa"/>
              <w:right w:w="38" w:type="dxa"/>
            </w:tcMar>
            <w:vAlign w:val="center"/>
          </w:tcPr>
          <w:p w14:paraId="03ED4A1F" w14:textId="77777777" w:rsidR="00D60D5E" w:rsidRDefault="00891EF0">
            <w:pPr>
              <w:spacing w:after="0" w:line="240" w:lineRule="auto"/>
              <w:jc w:val="center"/>
            </w:pPr>
            <w:r>
              <w:rPr>
                <w:rFonts w:eastAsia="Aptos"/>
                <w:color w:val="6A7075"/>
                <w:sz w:val="17"/>
              </w:rPr>
              <w:t>155-235</w:t>
            </w:r>
          </w:p>
        </w:tc>
        <w:tc>
          <w:tcPr>
            <w:tcW w:w="2648" w:type="dxa"/>
            <w:tcMar>
              <w:top w:w="28" w:type="dxa"/>
              <w:left w:w="38" w:type="dxa"/>
              <w:bottom w:w="28" w:type="dxa"/>
              <w:right w:w="38" w:type="dxa"/>
            </w:tcMar>
            <w:vAlign w:val="center"/>
          </w:tcPr>
          <w:p w14:paraId="41414767" w14:textId="77777777" w:rsidR="00D60D5E" w:rsidRDefault="00891EF0">
            <w:pPr>
              <w:spacing w:after="0" w:line="240" w:lineRule="auto"/>
            </w:pPr>
            <w:r>
              <w:rPr>
                <w:rFonts w:eastAsia="Aptos"/>
                <w:sz w:val="17"/>
              </w:rPr>
              <w:t>Salsa Mild 16oz</w:t>
            </w:r>
          </w:p>
        </w:tc>
        <w:tc>
          <w:tcPr>
            <w:tcW w:w="630" w:type="dxa"/>
            <w:tcMar>
              <w:top w:w="28" w:type="dxa"/>
              <w:left w:w="38" w:type="dxa"/>
              <w:bottom w:w="28" w:type="dxa"/>
              <w:right w:w="38" w:type="dxa"/>
            </w:tcMar>
            <w:vAlign w:val="center"/>
          </w:tcPr>
          <w:p w14:paraId="005D1779" w14:textId="77777777" w:rsidR="00D60D5E" w:rsidRDefault="00891EF0">
            <w:pPr>
              <w:spacing w:after="0" w:line="240" w:lineRule="auto"/>
              <w:jc w:val="center"/>
            </w:pPr>
            <w:r>
              <w:rPr>
                <w:rFonts w:eastAsia="Aptos"/>
                <w:b/>
                <w:sz w:val="17"/>
              </w:rPr>
              <w:t>7.69</w:t>
            </w:r>
          </w:p>
        </w:tc>
        <w:tc>
          <w:tcPr>
            <w:tcW w:w="540" w:type="dxa"/>
            <w:tcMar>
              <w:top w:w="28" w:type="dxa"/>
              <w:left w:w="38" w:type="dxa"/>
              <w:bottom w:w="28" w:type="dxa"/>
              <w:right w:w="38" w:type="dxa"/>
            </w:tcMar>
            <w:vAlign w:val="center"/>
          </w:tcPr>
          <w:p w14:paraId="0E5A381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2616CF" w14:textId="77777777" w:rsidR="00D60D5E" w:rsidRDefault="00D60D5E">
            <w:pPr>
              <w:jc w:val="center"/>
            </w:pPr>
          </w:p>
        </w:tc>
      </w:tr>
      <w:tr w:rsidR="00D60D5E" w14:paraId="13C0C754" w14:textId="77777777" w:rsidTr="000617E0">
        <w:trPr>
          <w:cantSplit/>
          <w:jc w:val="center"/>
        </w:trPr>
        <w:tc>
          <w:tcPr>
            <w:tcW w:w="677" w:type="dxa"/>
            <w:tcMar>
              <w:top w:w="28" w:type="dxa"/>
              <w:left w:w="38" w:type="dxa"/>
              <w:bottom w:w="28" w:type="dxa"/>
              <w:right w:w="38" w:type="dxa"/>
            </w:tcMar>
            <w:vAlign w:val="center"/>
          </w:tcPr>
          <w:p w14:paraId="05D309AD" w14:textId="77777777" w:rsidR="00D60D5E" w:rsidRDefault="00891EF0">
            <w:pPr>
              <w:spacing w:after="0" w:line="240" w:lineRule="auto"/>
              <w:jc w:val="center"/>
            </w:pPr>
            <w:r>
              <w:rPr>
                <w:rFonts w:eastAsia="Aptos"/>
                <w:color w:val="6A7075"/>
                <w:sz w:val="17"/>
              </w:rPr>
              <w:t>155-240</w:t>
            </w:r>
          </w:p>
        </w:tc>
        <w:tc>
          <w:tcPr>
            <w:tcW w:w="2648" w:type="dxa"/>
            <w:tcMar>
              <w:top w:w="28" w:type="dxa"/>
              <w:left w:w="38" w:type="dxa"/>
              <w:bottom w:w="28" w:type="dxa"/>
              <w:right w:w="38" w:type="dxa"/>
            </w:tcMar>
            <w:vAlign w:val="center"/>
          </w:tcPr>
          <w:p w14:paraId="0C26DA8A" w14:textId="77777777" w:rsidR="00D60D5E" w:rsidRDefault="00891EF0">
            <w:pPr>
              <w:spacing w:after="0" w:line="240" w:lineRule="auto"/>
            </w:pPr>
            <w:r>
              <w:rPr>
                <w:rFonts w:eastAsia="Aptos"/>
                <w:sz w:val="17"/>
              </w:rPr>
              <w:t>Salsa Medium 16oz</w:t>
            </w:r>
          </w:p>
        </w:tc>
        <w:tc>
          <w:tcPr>
            <w:tcW w:w="630" w:type="dxa"/>
            <w:tcMar>
              <w:top w:w="28" w:type="dxa"/>
              <w:left w:w="38" w:type="dxa"/>
              <w:bottom w:w="28" w:type="dxa"/>
              <w:right w:w="38" w:type="dxa"/>
            </w:tcMar>
            <w:vAlign w:val="center"/>
          </w:tcPr>
          <w:p w14:paraId="499A8572" w14:textId="77777777" w:rsidR="00D60D5E" w:rsidRDefault="00891EF0">
            <w:pPr>
              <w:spacing w:after="0" w:line="240" w:lineRule="auto"/>
              <w:jc w:val="center"/>
            </w:pPr>
            <w:r>
              <w:rPr>
                <w:rFonts w:eastAsia="Aptos"/>
                <w:b/>
                <w:sz w:val="17"/>
              </w:rPr>
              <w:t>7.69</w:t>
            </w:r>
          </w:p>
        </w:tc>
        <w:tc>
          <w:tcPr>
            <w:tcW w:w="540" w:type="dxa"/>
            <w:tcMar>
              <w:top w:w="28" w:type="dxa"/>
              <w:left w:w="38" w:type="dxa"/>
              <w:bottom w:w="28" w:type="dxa"/>
              <w:right w:w="38" w:type="dxa"/>
            </w:tcMar>
            <w:vAlign w:val="center"/>
          </w:tcPr>
          <w:p w14:paraId="47FE51C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947107" w14:textId="77777777" w:rsidR="00D60D5E" w:rsidRDefault="00D60D5E">
            <w:pPr>
              <w:jc w:val="center"/>
            </w:pPr>
          </w:p>
        </w:tc>
      </w:tr>
      <w:tr w:rsidR="00D60D5E" w14:paraId="2BFFD093" w14:textId="77777777" w:rsidTr="000617E0">
        <w:trPr>
          <w:cantSplit/>
          <w:jc w:val="center"/>
        </w:trPr>
        <w:tc>
          <w:tcPr>
            <w:tcW w:w="677" w:type="dxa"/>
            <w:tcMar>
              <w:top w:w="28" w:type="dxa"/>
              <w:left w:w="38" w:type="dxa"/>
              <w:bottom w:w="28" w:type="dxa"/>
              <w:right w:w="38" w:type="dxa"/>
            </w:tcMar>
            <w:vAlign w:val="center"/>
          </w:tcPr>
          <w:p w14:paraId="65AB9451" w14:textId="77777777" w:rsidR="00D60D5E" w:rsidRDefault="00891EF0">
            <w:pPr>
              <w:spacing w:after="0" w:line="240" w:lineRule="auto"/>
              <w:jc w:val="center"/>
            </w:pPr>
            <w:r>
              <w:rPr>
                <w:rFonts w:eastAsia="Aptos"/>
                <w:color w:val="6A7075"/>
                <w:sz w:val="17"/>
              </w:rPr>
              <w:t>155-245</w:t>
            </w:r>
          </w:p>
        </w:tc>
        <w:tc>
          <w:tcPr>
            <w:tcW w:w="2648" w:type="dxa"/>
            <w:tcMar>
              <w:top w:w="28" w:type="dxa"/>
              <w:left w:w="38" w:type="dxa"/>
              <w:bottom w:w="28" w:type="dxa"/>
              <w:right w:w="38" w:type="dxa"/>
            </w:tcMar>
            <w:vAlign w:val="center"/>
          </w:tcPr>
          <w:p w14:paraId="0265DE1E" w14:textId="77777777" w:rsidR="00D60D5E" w:rsidRDefault="00891EF0">
            <w:pPr>
              <w:spacing w:after="0" w:line="240" w:lineRule="auto"/>
            </w:pPr>
            <w:r>
              <w:rPr>
                <w:rFonts w:eastAsia="Aptos"/>
                <w:sz w:val="17"/>
              </w:rPr>
              <w:t>Salsa Hot 16oz</w:t>
            </w:r>
          </w:p>
        </w:tc>
        <w:tc>
          <w:tcPr>
            <w:tcW w:w="630" w:type="dxa"/>
            <w:tcMar>
              <w:top w:w="28" w:type="dxa"/>
              <w:left w:w="38" w:type="dxa"/>
              <w:bottom w:w="28" w:type="dxa"/>
              <w:right w:w="38" w:type="dxa"/>
            </w:tcMar>
            <w:vAlign w:val="center"/>
          </w:tcPr>
          <w:p w14:paraId="1906CD96" w14:textId="77777777" w:rsidR="00D60D5E" w:rsidRDefault="00891EF0">
            <w:pPr>
              <w:spacing w:after="0" w:line="240" w:lineRule="auto"/>
              <w:jc w:val="center"/>
            </w:pPr>
            <w:r>
              <w:rPr>
                <w:rFonts w:eastAsia="Aptos"/>
                <w:b/>
                <w:sz w:val="17"/>
              </w:rPr>
              <w:t>7.69</w:t>
            </w:r>
          </w:p>
        </w:tc>
        <w:tc>
          <w:tcPr>
            <w:tcW w:w="540" w:type="dxa"/>
            <w:tcMar>
              <w:top w:w="28" w:type="dxa"/>
              <w:left w:w="38" w:type="dxa"/>
              <w:bottom w:w="28" w:type="dxa"/>
              <w:right w:w="38" w:type="dxa"/>
            </w:tcMar>
            <w:vAlign w:val="center"/>
          </w:tcPr>
          <w:p w14:paraId="3509BF2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F7D6FF" w14:textId="77777777" w:rsidR="00D60D5E" w:rsidRDefault="00D60D5E">
            <w:pPr>
              <w:jc w:val="center"/>
            </w:pPr>
          </w:p>
        </w:tc>
      </w:tr>
      <w:tr w:rsidR="00D60D5E" w14:paraId="4338567C" w14:textId="77777777" w:rsidTr="000617E0">
        <w:trPr>
          <w:cantSplit/>
          <w:jc w:val="center"/>
        </w:trPr>
        <w:tc>
          <w:tcPr>
            <w:tcW w:w="677" w:type="dxa"/>
            <w:tcMar>
              <w:top w:w="28" w:type="dxa"/>
              <w:left w:w="38" w:type="dxa"/>
              <w:bottom w:w="28" w:type="dxa"/>
              <w:right w:w="38" w:type="dxa"/>
            </w:tcMar>
            <w:vAlign w:val="center"/>
          </w:tcPr>
          <w:p w14:paraId="0FF16C60" w14:textId="77777777" w:rsidR="00D60D5E" w:rsidRDefault="00891EF0">
            <w:pPr>
              <w:spacing w:after="0" w:line="240" w:lineRule="auto"/>
              <w:jc w:val="center"/>
            </w:pPr>
            <w:r>
              <w:rPr>
                <w:rFonts w:eastAsia="Aptos"/>
                <w:color w:val="6A7075"/>
                <w:sz w:val="17"/>
              </w:rPr>
              <w:lastRenderedPageBreak/>
              <w:t>155-246</w:t>
            </w:r>
          </w:p>
        </w:tc>
        <w:tc>
          <w:tcPr>
            <w:tcW w:w="2648" w:type="dxa"/>
            <w:tcMar>
              <w:top w:w="28" w:type="dxa"/>
              <w:left w:w="38" w:type="dxa"/>
              <w:bottom w:w="28" w:type="dxa"/>
              <w:right w:w="38" w:type="dxa"/>
            </w:tcMar>
            <w:vAlign w:val="center"/>
          </w:tcPr>
          <w:p w14:paraId="3BD7519A" w14:textId="77777777" w:rsidR="00D60D5E" w:rsidRDefault="00891EF0">
            <w:pPr>
              <w:spacing w:after="0" w:line="240" w:lineRule="auto"/>
            </w:pPr>
            <w:r>
              <w:rPr>
                <w:rFonts w:eastAsia="Aptos"/>
                <w:sz w:val="17"/>
              </w:rPr>
              <w:t>Roasted Tomato Salsa Mild 14oz</w:t>
            </w:r>
          </w:p>
        </w:tc>
        <w:tc>
          <w:tcPr>
            <w:tcW w:w="630" w:type="dxa"/>
            <w:tcMar>
              <w:top w:w="28" w:type="dxa"/>
              <w:left w:w="38" w:type="dxa"/>
              <w:bottom w:w="28" w:type="dxa"/>
              <w:right w:w="38" w:type="dxa"/>
            </w:tcMar>
            <w:vAlign w:val="center"/>
          </w:tcPr>
          <w:p w14:paraId="4E6259A9" w14:textId="77777777" w:rsidR="00D60D5E" w:rsidRDefault="00891EF0">
            <w:pPr>
              <w:spacing w:after="0" w:line="240" w:lineRule="auto"/>
              <w:jc w:val="center"/>
            </w:pPr>
            <w:r>
              <w:rPr>
                <w:rFonts w:eastAsia="Aptos"/>
                <w:b/>
                <w:sz w:val="17"/>
              </w:rPr>
              <w:t>5.86</w:t>
            </w:r>
          </w:p>
        </w:tc>
        <w:tc>
          <w:tcPr>
            <w:tcW w:w="540" w:type="dxa"/>
            <w:tcMar>
              <w:top w:w="28" w:type="dxa"/>
              <w:left w:w="38" w:type="dxa"/>
              <w:bottom w:w="28" w:type="dxa"/>
              <w:right w:w="38" w:type="dxa"/>
            </w:tcMar>
            <w:vAlign w:val="center"/>
          </w:tcPr>
          <w:p w14:paraId="2E1684A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EB0555" w14:textId="77777777" w:rsidR="00D60D5E" w:rsidRDefault="00D60D5E">
            <w:pPr>
              <w:jc w:val="center"/>
            </w:pPr>
          </w:p>
        </w:tc>
      </w:tr>
      <w:tr w:rsidR="00D60D5E" w14:paraId="7E8E05B0" w14:textId="77777777" w:rsidTr="000617E0">
        <w:trPr>
          <w:cantSplit/>
          <w:jc w:val="center"/>
        </w:trPr>
        <w:tc>
          <w:tcPr>
            <w:tcW w:w="677" w:type="dxa"/>
            <w:tcMar>
              <w:top w:w="28" w:type="dxa"/>
              <w:left w:w="38" w:type="dxa"/>
              <w:bottom w:w="28" w:type="dxa"/>
              <w:right w:w="38" w:type="dxa"/>
            </w:tcMar>
            <w:vAlign w:val="center"/>
          </w:tcPr>
          <w:p w14:paraId="635AAD42" w14:textId="77777777" w:rsidR="00D60D5E" w:rsidRDefault="00891EF0">
            <w:pPr>
              <w:spacing w:after="0" w:line="240" w:lineRule="auto"/>
              <w:jc w:val="center"/>
            </w:pPr>
            <w:r>
              <w:rPr>
                <w:rFonts w:eastAsia="Aptos"/>
                <w:color w:val="6A7075"/>
                <w:sz w:val="17"/>
              </w:rPr>
              <w:t>155-247</w:t>
            </w:r>
          </w:p>
        </w:tc>
        <w:tc>
          <w:tcPr>
            <w:tcW w:w="2648" w:type="dxa"/>
            <w:tcMar>
              <w:top w:w="28" w:type="dxa"/>
              <w:left w:w="38" w:type="dxa"/>
              <w:bottom w:w="28" w:type="dxa"/>
              <w:right w:w="38" w:type="dxa"/>
            </w:tcMar>
            <w:vAlign w:val="center"/>
          </w:tcPr>
          <w:p w14:paraId="28B5B17E" w14:textId="77777777" w:rsidR="00D60D5E" w:rsidRDefault="00891EF0">
            <w:pPr>
              <w:spacing w:after="0" w:line="240" w:lineRule="auto"/>
            </w:pPr>
            <w:r>
              <w:rPr>
                <w:rFonts w:eastAsia="Aptos"/>
                <w:sz w:val="17"/>
              </w:rPr>
              <w:t>Ginger Pickled 6 oz</w:t>
            </w:r>
          </w:p>
        </w:tc>
        <w:tc>
          <w:tcPr>
            <w:tcW w:w="630" w:type="dxa"/>
            <w:tcMar>
              <w:top w:w="28" w:type="dxa"/>
              <w:left w:w="38" w:type="dxa"/>
              <w:bottom w:w="28" w:type="dxa"/>
              <w:right w:w="38" w:type="dxa"/>
            </w:tcMar>
            <w:vAlign w:val="center"/>
          </w:tcPr>
          <w:p w14:paraId="5D66F38E" w14:textId="77777777" w:rsidR="00D60D5E" w:rsidRDefault="00891EF0">
            <w:pPr>
              <w:spacing w:after="0" w:line="240" w:lineRule="auto"/>
              <w:jc w:val="center"/>
            </w:pPr>
            <w:r>
              <w:rPr>
                <w:rFonts w:eastAsia="Aptos"/>
                <w:b/>
                <w:sz w:val="17"/>
              </w:rPr>
              <w:t>8.65</w:t>
            </w:r>
          </w:p>
        </w:tc>
        <w:tc>
          <w:tcPr>
            <w:tcW w:w="540" w:type="dxa"/>
            <w:tcMar>
              <w:top w:w="28" w:type="dxa"/>
              <w:left w:w="38" w:type="dxa"/>
              <w:bottom w:w="28" w:type="dxa"/>
              <w:right w:w="38" w:type="dxa"/>
            </w:tcMar>
            <w:vAlign w:val="center"/>
          </w:tcPr>
          <w:p w14:paraId="519A85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EEFDDE" w14:textId="77777777" w:rsidR="00D60D5E" w:rsidRDefault="00D60D5E">
            <w:pPr>
              <w:jc w:val="center"/>
            </w:pPr>
          </w:p>
        </w:tc>
      </w:tr>
      <w:tr w:rsidR="00D60D5E" w14:paraId="710ADE5A" w14:textId="77777777" w:rsidTr="000617E0">
        <w:trPr>
          <w:cantSplit/>
          <w:jc w:val="center"/>
        </w:trPr>
        <w:tc>
          <w:tcPr>
            <w:tcW w:w="677" w:type="dxa"/>
            <w:tcMar>
              <w:top w:w="28" w:type="dxa"/>
              <w:left w:w="38" w:type="dxa"/>
              <w:bottom w:w="28" w:type="dxa"/>
              <w:right w:w="38" w:type="dxa"/>
            </w:tcMar>
            <w:vAlign w:val="center"/>
          </w:tcPr>
          <w:p w14:paraId="297D1B30" w14:textId="77777777" w:rsidR="00D60D5E" w:rsidRDefault="00891EF0">
            <w:pPr>
              <w:spacing w:after="0" w:line="240" w:lineRule="auto"/>
              <w:jc w:val="center"/>
            </w:pPr>
            <w:r>
              <w:rPr>
                <w:rFonts w:eastAsia="Aptos"/>
                <w:color w:val="6A7075"/>
                <w:sz w:val="17"/>
              </w:rPr>
              <w:t>155-250</w:t>
            </w:r>
          </w:p>
        </w:tc>
        <w:tc>
          <w:tcPr>
            <w:tcW w:w="2648" w:type="dxa"/>
            <w:tcMar>
              <w:top w:w="28" w:type="dxa"/>
              <w:left w:w="38" w:type="dxa"/>
              <w:bottom w:w="28" w:type="dxa"/>
              <w:right w:w="38" w:type="dxa"/>
            </w:tcMar>
            <w:vAlign w:val="center"/>
          </w:tcPr>
          <w:p w14:paraId="3F88C9CB" w14:textId="77777777" w:rsidR="00D60D5E" w:rsidRDefault="00891EF0">
            <w:pPr>
              <w:spacing w:after="0" w:line="240" w:lineRule="auto"/>
            </w:pPr>
            <w:r>
              <w:rPr>
                <w:rFonts w:eastAsia="Aptos"/>
                <w:sz w:val="17"/>
              </w:rPr>
              <w:t>Cocktail Onions 16 oz</w:t>
            </w:r>
          </w:p>
        </w:tc>
        <w:tc>
          <w:tcPr>
            <w:tcW w:w="630" w:type="dxa"/>
            <w:tcMar>
              <w:top w:w="28" w:type="dxa"/>
              <w:left w:w="38" w:type="dxa"/>
              <w:bottom w:w="28" w:type="dxa"/>
              <w:right w:w="38" w:type="dxa"/>
            </w:tcMar>
            <w:vAlign w:val="center"/>
          </w:tcPr>
          <w:p w14:paraId="7DB243EA" w14:textId="77777777" w:rsidR="00D60D5E" w:rsidRDefault="00891EF0">
            <w:pPr>
              <w:spacing w:after="0" w:line="240" w:lineRule="auto"/>
              <w:jc w:val="center"/>
            </w:pPr>
            <w:r>
              <w:rPr>
                <w:rFonts w:eastAsia="Aptos"/>
                <w:b/>
                <w:sz w:val="17"/>
              </w:rPr>
              <w:t>5.80</w:t>
            </w:r>
          </w:p>
        </w:tc>
        <w:tc>
          <w:tcPr>
            <w:tcW w:w="540" w:type="dxa"/>
            <w:tcMar>
              <w:top w:w="28" w:type="dxa"/>
              <w:left w:w="38" w:type="dxa"/>
              <w:bottom w:w="28" w:type="dxa"/>
              <w:right w:w="38" w:type="dxa"/>
            </w:tcMar>
            <w:vAlign w:val="center"/>
          </w:tcPr>
          <w:p w14:paraId="3AE459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510A74" w14:textId="77777777" w:rsidR="00D60D5E" w:rsidRDefault="00D60D5E">
            <w:pPr>
              <w:jc w:val="center"/>
            </w:pPr>
          </w:p>
        </w:tc>
      </w:tr>
      <w:tr w:rsidR="00D60D5E" w14:paraId="4FAE3DE6" w14:textId="77777777" w:rsidTr="000617E0">
        <w:trPr>
          <w:cantSplit/>
          <w:jc w:val="center"/>
        </w:trPr>
        <w:tc>
          <w:tcPr>
            <w:tcW w:w="677" w:type="dxa"/>
            <w:tcMar>
              <w:top w:w="28" w:type="dxa"/>
              <w:left w:w="38" w:type="dxa"/>
              <w:bottom w:w="28" w:type="dxa"/>
              <w:right w:w="38" w:type="dxa"/>
            </w:tcMar>
            <w:vAlign w:val="center"/>
          </w:tcPr>
          <w:p w14:paraId="49011735" w14:textId="77777777" w:rsidR="00D60D5E" w:rsidRDefault="00891EF0">
            <w:pPr>
              <w:spacing w:after="0" w:line="240" w:lineRule="auto"/>
              <w:jc w:val="center"/>
            </w:pPr>
            <w:r>
              <w:rPr>
                <w:rFonts w:eastAsia="Aptos"/>
                <w:color w:val="6A7075"/>
                <w:sz w:val="17"/>
              </w:rPr>
              <w:t>155-255</w:t>
            </w:r>
          </w:p>
        </w:tc>
        <w:tc>
          <w:tcPr>
            <w:tcW w:w="2648" w:type="dxa"/>
            <w:tcMar>
              <w:top w:w="28" w:type="dxa"/>
              <w:left w:w="38" w:type="dxa"/>
              <w:bottom w:w="28" w:type="dxa"/>
              <w:right w:w="38" w:type="dxa"/>
            </w:tcMar>
            <w:vAlign w:val="center"/>
          </w:tcPr>
          <w:p w14:paraId="49E4377A" w14:textId="77777777" w:rsidR="00D60D5E" w:rsidRDefault="00891EF0">
            <w:pPr>
              <w:spacing w:after="0" w:line="240" w:lineRule="auto"/>
            </w:pPr>
            <w:r>
              <w:rPr>
                <w:rFonts w:eastAsia="Aptos"/>
                <w:sz w:val="17"/>
              </w:rPr>
              <w:t>Salsa Organic Brads 16 oz Mild/Med/Hot</w:t>
            </w:r>
          </w:p>
        </w:tc>
        <w:tc>
          <w:tcPr>
            <w:tcW w:w="630" w:type="dxa"/>
            <w:tcMar>
              <w:top w:w="28" w:type="dxa"/>
              <w:left w:w="38" w:type="dxa"/>
              <w:bottom w:w="28" w:type="dxa"/>
              <w:right w:w="38" w:type="dxa"/>
            </w:tcMar>
            <w:vAlign w:val="center"/>
          </w:tcPr>
          <w:p w14:paraId="53311A63" w14:textId="77777777" w:rsidR="00D60D5E" w:rsidRDefault="00891EF0">
            <w:pPr>
              <w:spacing w:after="0" w:line="240" w:lineRule="auto"/>
              <w:jc w:val="center"/>
            </w:pPr>
            <w:r>
              <w:rPr>
                <w:rFonts w:eastAsia="Aptos"/>
                <w:b/>
                <w:sz w:val="17"/>
              </w:rPr>
              <w:t>7.85</w:t>
            </w:r>
          </w:p>
        </w:tc>
        <w:tc>
          <w:tcPr>
            <w:tcW w:w="540" w:type="dxa"/>
            <w:tcMar>
              <w:top w:w="28" w:type="dxa"/>
              <w:left w:w="38" w:type="dxa"/>
              <w:bottom w:w="28" w:type="dxa"/>
              <w:right w:w="38" w:type="dxa"/>
            </w:tcMar>
            <w:vAlign w:val="center"/>
          </w:tcPr>
          <w:p w14:paraId="1DCE24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855691D" w14:textId="77777777" w:rsidR="00D60D5E" w:rsidRDefault="00D60D5E">
            <w:pPr>
              <w:jc w:val="center"/>
            </w:pPr>
          </w:p>
        </w:tc>
      </w:tr>
      <w:tr w:rsidR="00D60D5E" w14:paraId="08285C1C" w14:textId="77777777" w:rsidTr="000617E0">
        <w:trPr>
          <w:cantSplit/>
          <w:jc w:val="center"/>
        </w:trPr>
        <w:tc>
          <w:tcPr>
            <w:tcW w:w="677" w:type="dxa"/>
            <w:tcMar>
              <w:top w:w="28" w:type="dxa"/>
              <w:left w:w="38" w:type="dxa"/>
              <w:bottom w:w="28" w:type="dxa"/>
              <w:right w:w="38" w:type="dxa"/>
            </w:tcMar>
            <w:vAlign w:val="center"/>
          </w:tcPr>
          <w:p w14:paraId="6A897B84" w14:textId="77777777" w:rsidR="00D60D5E" w:rsidRDefault="00891EF0">
            <w:pPr>
              <w:spacing w:after="0" w:line="240" w:lineRule="auto"/>
              <w:jc w:val="center"/>
            </w:pPr>
            <w:r>
              <w:rPr>
                <w:rFonts w:eastAsia="Aptos"/>
                <w:color w:val="6A7075"/>
                <w:sz w:val="17"/>
              </w:rPr>
              <w:t>155-265</w:t>
            </w:r>
          </w:p>
        </w:tc>
        <w:tc>
          <w:tcPr>
            <w:tcW w:w="2648" w:type="dxa"/>
            <w:tcMar>
              <w:top w:w="28" w:type="dxa"/>
              <w:left w:w="38" w:type="dxa"/>
              <w:bottom w:w="28" w:type="dxa"/>
              <w:right w:w="38" w:type="dxa"/>
            </w:tcMar>
            <w:vAlign w:val="center"/>
          </w:tcPr>
          <w:p w14:paraId="3754646D" w14:textId="77777777" w:rsidR="00D60D5E" w:rsidRDefault="00891EF0">
            <w:pPr>
              <w:spacing w:after="0" w:line="240" w:lineRule="auto"/>
            </w:pPr>
            <w:r>
              <w:rPr>
                <w:rFonts w:eastAsia="Aptos"/>
                <w:sz w:val="17"/>
              </w:rPr>
              <w:t>Horseradish 9.5oz</w:t>
            </w:r>
          </w:p>
        </w:tc>
        <w:tc>
          <w:tcPr>
            <w:tcW w:w="630" w:type="dxa"/>
            <w:tcMar>
              <w:top w:w="28" w:type="dxa"/>
              <w:left w:w="38" w:type="dxa"/>
              <w:bottom w:w="28" w:type="dxa"/>
              <w:right w:w="38" w:type="dxa"/>
            </w:tcMar>
            <w:vAlign w:val="center"/>
          </w:tcPr>
          <w:p w14:paraId="3B9D6B89" w14:textId="77777777" w:rsidR="00D60D5E" w:rsidRDefault="00891EF0">
            <w:pPr>
              <w:spacing w:after="0" w:line="240" w:lineRule="auto"/>
              <w:jc w:val="center"/>
            </w:pPr>
            <w:r>
              <w:rPr>
                <w:rFonts w:eastAsia="Aptos"/>
                <w:b/>
                <w:sz w:val="17"/>
              </w:rPr>
              <w:t>7.18</w:t>
            </w:r>
          </w:p>
        </w:tc>
        <w:tc>
          <w:tcPr>
            <w:tcW w:w="540" w:type="dxa"/>
            <w:tcMar>
              <w:top w:w="28" w:type="dxa"/>
              <w:left w:w="38" w:type="dxa"/>
              <w:bottom w:w="28" w:type="dxa"/>
              <w:right w:w="38" w:type="dxa"/>
            </w:tcMar>
            <w:vAlign w:val="center"/>
          </w:tcPr>
          <w:p w14:paraId="21333A9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5C7CB1" w14:textId="77777777" w:rsidR="00D60D5E" w:rsidRDefault="00D60D5E">
            <w:pPr>
              <w:jc w:val="center"/>
            </w:pPr>
          </w:p>
        </w:tc>
      </w:tr>
      <w:tr w:rsidR="00D60D5E" w14:paraId="4AFE36B5" w14:textId="77777777" w:rsidTr="000617E0">
        <w:trPr>
          <w:cantSplit/>
          <w:jc w:val="center"/>
        </w:trPr>
        <w:tc>
          <w:tcPr>
            <w:tcW w:w="677" w:type="dxa"/>
            <w:tcMar>
              <w:top w:w="28" w:type="dxa"/>
              <w:left w:w="38" w:type="dxa"/>
              <w:bottom w:w="28" w:type="dxa"/>
              <w:right w:w="38" w:type="dxa"/>
            </w:tcMar>
            <w:vAlign w:val="center"/>
          </w:tcPr>
          <w:p w14:paraId="0F624E6E" w14:textId="77777777" w:rsidR="00D60D5E" w:rsidRDefault="00891EF0">
            <w:pPr>
              <w:spacing w:after="0" w:line="240" w:lineRule="auto"/>
              <w:jc w:val="center"/>
            </w:pPr>
            <w:r>
              <w:rPr>
                <w:rFonts w:eastAsia="Aptos"/>
                <w:color w:val="6A7075"/>
                <w:sz w:val="17"/>
              </w:rPr>
              <w:t>155-270</w:t>
            </w:r>
          </w:p>
        </w:tc>
        <w:tc>
          <w:tcPr>
            <w:tcW w:w="2648" w:type="dxa"/>
            <w:tcMar>
              <w:top w:w="28" w:type="dxa"/>
              <w:left w:w="38" w:type="dxa"/>
              <w:bottom w:w="28" w:type="dxa"/>
              <w:right w:w="38" w:type="dxa"/>
            </w:tcMar>
            <w:vAlign w:val="center"/>
          </w:tcPr>
          <w:p w14:paraId="4967848A" w14:textId="77777777" w:rsidR="00D60D5E" w:rsidRDefault="00891EF0">
            <w:pPr>
              <w:spacing w:after="0" w:line="240" w:lineRule="auto"/>
            </w:pPr>
            <w:r>
              <w:rPr>
                <w:rFonts w:eastAsia="Aptos"/>
                <w:sz w:val="17"/>
              </w:rPr>
              <w:t>Kosher Dill Spears (Chilled)24oz</w:t>
            </w:r>
          </w:p>
        </w:tc>
        <w:tc>
          <w:tcPr>
            <w:tcW w:w="630" w:type="dxa"/>
            <w:tcMar>
              <w:top w:w="28" w:type="dxa"/>
              <w:left w:w="38" w:type="dxa"/>
              <w:bottom w:w="28" w:type="dxa"/>
              <w:right w:w="38" w:type="dxa"/>
            </w:tcMar>
            <w:vAlign w:val="center"/>
          </w:tcPr>
          <w:p w14:paraId="23546CEA" w14:textId="77777777" w:rsidR="00D60D5E" w:rsidRDefault="00891EF0">
            <w:pPr>
              <w:spacing w:after="0" w:line="240" w:lineRule="auto"/>
              <w:jc w:val="center"/>
            </w:pPr>
            <w:r>
              <w:rPr>
                <w:rFonts w:eastAsia="Aptos"/>
                <w:b/>
                <w:sz w:val="17"/>
              </w:rPr>
              <w:t>6.25</w:t>
            </w:r>
          </w:p>
        </w:tc>
        <w:tc>
          <w:tcPr>
            <w:tcW w:w="540" w:type="dxa"/>
            <w:tcMar>
              <w:top w:w="28" w:type="dxa"/>
              <w:left w:w="38" w:type="dxa"/>
              <w:bottom w:w="28" w:type="dxa"/>
              <w:right w:w="38" w:type="dxa"/>
            </w:tcMar>
            <w:vAlign w:val="center"/>
          </w:tcPr>
          <w:p w14:paraId="78E30B1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2E945B" w14:textId="77777777" w:rsidR="00D60D5E" w:rsidRDefault="00D60D5E">
            <w:pPr>
              <w:jc w:val="center"/>
            </w:pPr>
          </w:p>
        </w:tc>
      </w:tr>
      <w:tr w:rsidR="00D60D5E" w14:paraId="2FDD0993" w14:textId="77777777" w:rsidTr="000617E0">
        <w:trPr>
          <w:cantSplit/>
          <w:jc w:val="center"/>
        </w:trPr>
        <w:tc>
          <w:tcPr>
            <w:tcW w:w="677" w:type="dxa"/>
            <w:tcMar>
              <w:top w:w="28" w:type="dxa"/>
              <w:left w:w="38" w:type="dxa"/>
              <w:bottom w:w="28" w:type="dxa"/>
              <w:right w:w="38" w:type="dxa"/>
            </w:tcMar>
            <w:vAlign w:val="center"/>
          </w:tcPr>
          <w:p w14:paraId="15859AD1" w14:textId="77777777" w:rsidR="00D60D5E" w:rsidRDefault="00891EF0">
            <w:pPr>
              <w:spacing w:after="0" w:line="240" w:lineRule="auto"/>
              <w:jc w:val="center"/>
            </w:pPr>
            <w:r>
              <w:rPr>
                <w:rFonts w:eastAsia="Aptos"/>
                <w:color w:val="6A7075"/>
                <w:sz w:val="17"/>
              </w:rPr>
              <w:t>155-275</w:t>
            </w:r>
          </w:p>
        </w:tc>
        <w:tc>
          <w:tcPr>
            <w:tcW w:w="2648" w:type="dxa"/>
            <w:tcMar>
              <w:top w:w="28" w:type="dxa"/>
              <w:left w:w="38" w:type="dxa"/>
              <w:bottom w:w="28" w:type="dxa"/>
              <w:right w:w="38" w:type="dxa"/>
            </w:tcMar>
            <w:vAlign w:val="center"/>
          </w:tcPr>
          <w:p w14:paraId="41910E54" w14:textId="77777777" w:rsidR="00D60D5E" w:rsidRDefault="00891EF0">
            <w:pPr>
              <w:spacing w:after="0" w:line="240" w:lineRule="auto"/>
            </w:pPr>
            <w:r>
              <w:rPr>
                <w:rFonts w:eastAsia="Aptos"/>
                <w:sz w:val="17"/>
              </w:rPr>
              <w:t>Anchovy Paste 1.5oz AMORE</w:t>
            </w:r>
          </w:p>
        </w:tc>
        <w:tc>
          <w:tcPr>
            <w:tcW w:w="630" w:type="dxa"/>
            <w:tcMar>
              <w:top w:w="28" w:type="dxa"/>
              <w:left w:w="38" w:type="dxa"/>
              <w:bottom w:w="28" w:type="dxa"/>
              <w:right w:w="38" w:type="dxa"/>
            </w:tcMar>
            <w:vAlign w:val="center"/>
          </w:tcPr>
          <w:p w14:paraId="74DF9483" w14:textId="77777777" w:rsidR="00D60D5E" w:rsidRDefault="00891EF0">
            <w:pPr>
              <w:spacing w:after="0" w:line="240" w:lineRule="auto"/>
              <w:jc w:val="center"/>
            </w:pPr>
            <w:r>
              <w:rPr>
                <w:rFonts w:eastAsia="Aptos"/>
                <w:b/>
                <w:sz w:val="17"/>
              </w:rPr>
              <w:t>5.69</w:t>
            </w:r>
          </w:p>
        </w:tc>
        <w:tc>
          <w:tcPr>
            <w:tcW w:w="540" w:type="dxa"/>
            <w:tcMar>
              <w:top w:w="28" w:type="dxa"/>
              <w:left w:w="38" w:type="dxa"/>
              <w:bottom w:w="28" w:type="dxa"/>
              <w:right w:w="38" w:type="dxa"/>
            </w:tcMar>
            <w:vAlign w:val="center"/>
          </w:tcPr>
          <w:p w14:paraId="40516A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E6766BD" w14:textId="77777777" w:rsidR="00D60D5E" w:rsidRDefault="00D60D5E">
            <w:pPr>
              <w:jc w:val="center"/>
            </w:pPr>
          </w:p>
        </w:tc>
      </w:tr>
      <w:tr w:rsidR="00D60D5E" w14:paraId="088799E4" w14:textId="77777777" w:rsidTr="000617E0">
        <w:trPr>
          <w:cantSplit/>
          <w:jc w:val="center"/>
        </w:trPr>
        <w:tc>
          <w:tcPr>
            <w:tcW w:w="677" w:type="dxa"/>
            <w:tcMar>
              <w:top w:w="28" w:type="dxa"/>
              <w:left w:w="38" w:type="dxa"/>
              <w:bottom w:w="28" w:type="dxa"/>
              <w:right w:w="38" w:type="dxa"/>
            </w:tcMar>
            <w:vAlign w:val="center"/>
          </w:tcPr>
          <w:p w14:paraId="4DC5069F" w14:textId="77777777" w:rsidR="00D60D5E" w:rsidRDefault="00891EF0">
            <w:pPr>
              <w:spacing w:after="0" w:line="240" w:lineRule="auto"/>
              <w:jc w:val="center"/>
            </w:pPr>
            <w:r>
              <w:rPr>
                <w:rFonts w:eastAsia="Aptos"/>
                <w:color w:val="6A7075"/>
                <w:sz w:val="17"/>
              </w:rPr>
              <w:t>155-280</w:t>
            </w:r>
          </w:p>
        </w:tc>
        <w:tc>
          <w:tcPr>
            <w:tcW w:w="2648" w:type="dxa"/>
            <w:tcMar>
              <w:top w:w="28" w:type="dxa"/>
              <w:left w:w="38" w:type="dxa"/>
              <w:bottom w:w="28" w:type="dxa"/>
              <w:right w:w="38" w:type="dxa"/>
            </w:tcMar>
            <w:vAlign w:val="center"/>
          </w:tcPr>
          <w:p w14:paraId="1A9BE0C6" w14:textId="77777777" w:rsidR="00D60D5E" w:rsidRDefault="00891EF0">
            <w:pPr>
              <w:spacing w:after="0" w:line="240" w:lineRule="auto"/>
            </w:pPr>
            <w:r>
              <w:rPr>
                <w:rFonts w:eastAsia="Aptos"/>
                <w:sz w:val="17"/>
              </w:rPr>
              <w:t>Pesto Paste 2.8oz AMORE</w:t>
            </w:r>
          </w:p>
        </w:tc>
        <w:tc>
          <w:tcPr>
            <w:tcW w:w="630" w:type="dxa"/>
            <w:tcMar>
              <w:top w:w="28" w:type="dxa"/>
              <w:left w:w="38" w:type="dxa"/>
              <w:bottom w:w="28" w:type="dxa"/>
              <w:right w:w="38" w:type="dxa"/>
            </w:tcMar>
            <w:vAlign w:val="center"/>
          </w:tcPr>
          <w:p w14:paraId="690ACBB1" w14:textId="77777777" w:rsidR="00D60D5E" w:rsidRDefault="00891EF0">
            <w:pPr>
              <w:spacing w:after="0" w:line="240" w:lineRule="auto"/>
              <w:jc w:val="center"/>
            </w:pPr>
            <w:r>
              <w:rPr>
                <w:rFonts w:eastAsia="Aptos"/>
                <w:b/>
                <w:sz w:val="17"/>
              </w:rPr>
              <w:t>8.69</w:t>
            </w:r>
          </w:p>
        </w:tc>
        <w:tc>
          <w:tcPr>
            <w:tcW w:w="540" w:type="dxa"/>
            <w:tcMar>
              <w:top w:w="28" w:type="dxa"/>
              <w:left w:w="38" w:type="dxa"/>
              <w:bottom w:w="28" w:type="dxa"/>
              <w:right w:w="38" w:type="dxa"/>
            </w:tcMar>
            <w:vAlign w:val="center"/>
          </w:tcPr>
          <w:p w14:paraId="5E3535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487399" w14:textId="77777777" w:rsidR="00D60D5E" w:rsidRDefault="00D60D5E">
            <w:pPr>
              <w:jc w:val="center"/>
            </w:pPr>
          </w:p>
        </w:tc>
      </w:tr>
      <w:tr w:rsidR="00D60D5E" w14:paraId="424A886D" w14:textId="77777777" w:rsidTr="000617E0">
        <w:trPr>
          <w:cantSplit/>
          <w:jc w:val="center"/>
        </w:trPr>
        <w:tc>
          <w:tcPr>
            <w:tcW w:w="677" w:type="dxa"/>
            <w:tcMar>
              <w:top w:w="28" w:type="dxa"/>
              <w:left w:w="38" w:type="dxa"/>
              <w:bottom w:w="28" w:type="dxa"/>
              <w:right w:w="38" w:type="dxa"/>
            </w:tcMar>
            <w:vAlign w:val="center"/>
          </w:tcPr>
          <w:p w14:paraId="5527631E" w14:textId="77777777" w:rsidR="00D60D5E" w:rsidRDefault="00891EF0">
            <w:pPr>
              <w:spacing w:after="0" w:line="240" w:lineRule="auto"/>
              <w:jc w:val="center"/>
            </w:pPr>
            <w:r>
              <w:rPr>
                <w:rFonts w:eastAsia="Aptos"/>
                <w:color w:val="6A7075"/>
                <w:sz w:val="17"/>
              </w:rPr>
              <w:t>155-285</w:t>
            </w:r>
          </w:p>
        </w:tc>
        <w:tc>
          <w:tcPr>
            <w:tcW w:w="2648" w:type="dxa"/>
            <w:tcMar>
              <w:top w:w="28" w:type="dxa"/>
              <w:left w:w="38" w:type="dxa"/>
              <w:bottom w:w="28" w:type="dxa"/>
              <w:right w:w="38" w:type="dxa"/>
            </w:tcMar>
            <w:vAlign w:val="center"/>
          </w:tcPr>
          <w:p w14:paraId="631264F1" w14:textId="77777777" w:rsidR="00D60D5E" w:rsidRDefault="00891EF0">
            <w:pPr>
              <w:spacing w:after="0" w:line="240" w:lineRule="auto"/>
            </w:pPr>
            <w:r>
              <w:rPr>
                <w:rFonts w:eastAsia="Aptos"/>
                <w:sz w:val="17"/>
              </w:rPr>
              <w:t>Garlic Paste 3.15oz AMORE</w:t>
            </w:r>
          </w:p>
        </w:tc>
        <w:tc>
          <w:tcPr>
            <w:tcW w:w="630" w:type="dxa"/>
            <w:tcMar>
              <w:top w:w="28" w:type="dxa"/>
              <w:left w:w="38" w:type="dxa"/>
              <w:bottom w:w="28" w:type="dxa"/>
              <w:right w:w="38" w:type="dxa"/>
            </w:tcMar>
            <w:vAlign w:val="center"/>
          </w:tcPr>
          <w:p w14:paraId="53B752BB" w14:textId="77777777" w:rsidR="00D60D5E" w:rsidRDefault="00891EF0">
            <w:pPr>
              <w:spacing w:after="0" w:line="240" w:lineRule="auto"/>
              <w:jc w:val="center"/>
            </w:pPr>
            <w:r>
              <w:rPr>
                <w:rFonts w:eastAsia="Aptos"/>
                <w:b/>
                <w:sz w:val="17"/>
              </w:rPr>
              <w:t>9.40</w:t>
            </w:r>
          </w:p>
        </w:tc>
        <w:tc>
          <w:tcPr>
            <w:tcW w:w="540" w:type="dxa"/>
            <w:tcMar>
              <w:top w:w="28" w:type="dxa"/>
              <w:left w:w="38" w:type="dxa"/>
              <w:bottom w:w="28" w:type="dxa"/>
              <w:right w:w="38" w:type="dxa"/>
            </w:tcMar>
            <w:vAlign w:val="center"/>
          </w:tcPr>
          <w:p w14:paraId="3AEDC05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F81BAD" w14:textId="77777777" w:rsidR="00D60D5E" w:rsidRDefault="00D60D5E">
            <w:pPr>
              <w:jc w:val="center"/>
            </w:pPr>
          </w:p>
        </w:tc>
      </w:tr>
      <w:tr w:rsidR="00D60D5E" w14:paraId="29D1CB19" w14:textId="77777777" w:rsidTr="000617E0">
        <w:trPr>
          <w:cantSplit/>
          <w:jc w:val="center"/>
        </w:trPr>
        <w:tc>
          <w:tcPr>
            <w:tcW w:w="677" w:type="dxa"/>
            <w:shd w:val="clear" w:color="auto" w:fill="D9EAF7"/>
            <w:tcMar>
              <w:top w:w="28" w:type="dxa"/>
              <w:left w:w="38" w:type="dxa"/>
              <w:bottom w:w="28" w:type="dxa"/>
              <w:right w:w="38" w:type="dxa"/>
            </w:tcMar>
            <w:vAlign w:val="center"/>
          </w:tcPr>
          <w:p w14:paraId="40608980" w14:textId="77777777" w:rsidR="00D60D5E" w:rsidRDefault="00891EF0">
            <w:pPr>
              <w:spacing w:after="0" w:line="240" w:lineRule="auto"/>
              <w:jc w:val="center"/>
            </w:pPr>
            <w:r>
              <w:rPr>
                <w:rFonts w:eastAsia="Aptos"/>
                <w:b/>
                <w:color w:val="76A943"/>
                <w:sz w:val="18"/>
              </w:rPr>
              <w:t>160-</w:t>
            </w:r>
          </w:p>
        </w:tc>
        <w:tc>
          <w:tcPr>
            <w:tcW w:w="2648" w:type="dxa"/>
            <w:shd w:val="clear" w:color="auto" w:fill="D9EAF7"/>
            <w:tcMar>
              <w:top w:w="28" w:type="dxa"/>
              <w:left w:w="38" w:type="dxa"/>
              <w:bottom w:w="28" w:type="dxa"/>
              <w:right w:w="38" w:type="dxa"/>
            </w:tcMar>
            <w:vAlign w:val="center"/>
          </w:tcPr>
          <w:p w14:paraId="5287CD6A" w14:textId="77777777" w:rsidR="00D60D5E" w:rsidRDefault="00891EF0">
            <w:pPr>
              <w:spacing w:after="0" w:line="240" w:lineRule="auto"/>
            </w:pPr>
            <w:r>
              <w:rPr>
                <w:rFonts w:eastAsia="Aptos"/>
                <w:b/>
                <w:color w:val="76A943"/>
                <w:sz w:val="18"/>
              </w:rPr>
              <w:t>COOKING SAUCES</w:t>
            </w:r>
          </w:p>
        </w:tc>
        <w:tc>
          <w:tcPr>
            <w:tcW w:w="630" w:type="dxa"/>
            <w:shd w:val="clear" w:color="auto" w:fill="D9EAF7"/>
            <w:tcMar>
              <w:top w:w="28" w:type="dxa"/>
              <w:left w:w="38" w:type="dxa"/>
              <w:bottom w:w="28" w:type="dxa"/>
              <w:right w:w="38" w:type="dxa"/>
            </w:tcMar>
            <w:vAlign w:val="center"/>
          </w:tcPr>
          <w:p w14:paraId="3EE03426"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A3D6B1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61418680" w14:textId="77777777" w:rsidR="00D60D5E" w:rsidRDefault="00D60D5E">
            <w:pPr>
              <w:jc w:val="center"/>
            </w:pPr>
          </w:p>
        </w:tc>
      </w:tr>
      <w:tr w:rsidR="00D60D5E" w14:paraId="68B9D1BF" w14:textId="77777777" w:rsidTr="000617E0">
        <w:trPr>
          <w:cantSplit/>
          <w:jc w:val="center"/>
        </w:trPr>
        <w:tc>
          <w:tcPr>
            <w:tcW w:w="677" w:type="dxa"/>
            <w:tcMar>
              <w:top w:w="28" w:type="dxa"/>
              <w:left w:w="38" w:type="dxa"/>
              <w:bottom w:w="28" w:type="dxa"/>
              <w:right w:w="38" w:type="dxa"/>
            </w:tcMar>
            <w:vAlign w:val="center"/>
          </w:tcPr>
          <w:p w14:paraId="70693574" w14:textId="77777777" w:rsidR="00D60D5E" w:rsidRDefault="00891EF0">
            <w:pPr>
              <w:spacing w:after="0" w:line="240" w:lineRule="auto"/>
              <w:jc w:val="center"/>
            </w:pPr>
            <w:r>
              <w:rPr>
                <w:rFonts w:eastAsia="Aptos"/>
                <w:color w:val="6A7075"/>
                <w:sz w:val="17"/>
              </w:rPr>
              <w:t>160-105</w:t>
            </w:r>
          </w:p>
        </w:tc>
        <w:tc>
          <w:tcPr>
            <w:tcW w:w="2648" w:type="dxa"/>
            <w:tcMar>
              <w:top w:w="28" w:type="dxa"/>
              <w:left w:w="38" w:type="dxa"/>
              <w:bottom w:w="28" w:type="dxa"/>
              <w:right w:w="38" w:type="dxa"/>
            </w:tcMar>
            <w:vAlign w:val="center"/>
          </w:tcPr>
          <w:p w14:paraId="0F3485E6" w14:textId="77777777" w:rsidR="00D60D5E" w:rsidRDefault="00891EF0">
            <w:pPr>
              <w:spacing w:after="0" w:line="240" w:lineRule="auto"/>
            </w:pPr>
            <w:r>
              <w:rPr>
                <w:rFonts w:eastAsia="Aptos"/>
                <w:sz w:val="17"/>
              </w:rPr>
              <w:t>BBQ Sauce 18oz Orig/ Thick&amp;Spicy/SweetHoney</w:t>
            </w:r>
          </w:p>
        </w:tc>
        <w:tc>
          <w:tcPr>
            <w:tcW w:w="630" w:type="dxa"/>
            <w:tcMar>
              <w:top w:w="28" w:type="dxa"/>
              <w:left w:w="38" w:type="dxa"/>
              <w:bottom w:w="28" w:type="dxa"/>
              <w:right w:w="38" w:type="dxa"/>
            </w:tcMar>
            <w:vAlign w:val="center"/>
          </w:tcPr>
          <w:p w14:paraId="6D018B9D"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6F55F5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BEE090" w14:textId="77777777" w:rsidR="00D60D5E" w:rsidRDefault="00D60D5E">
            <w:pPr>
              <w:jc w:val="center"/>
            </w:pPr>
          </w:p>
        </w:tc>
      </w:tr>
      <w:tr w:rsidR="00D60D5E" w14:paraId="1F9EE178" w14:textId="77777777" w:rsidTr="000617E0">
        <w:trPr>
          <w:cantSplit/>
          <w:jc w:val="center"/>
        </w:trPr>
        <w:tc>
          <w:tcPr>
            <w:tcW w:w="677" w:type="dxa"/>
            <w:tcMar>
              <w:top w:w="28" w:type="dxa"/>
              <w:left w:w="38" w:type="dxa"/>
              <w:bottom w:w="28" w:type="dxa"/>
              <w:right w:w="38" w:type="dxa"/>
            </w:tcMar>
            <w:vAlign w:val="center"/>
          </w:tcPr>
          <w:p w14:paraId="3BB079A2" w14:textId="77777777" w:rsidR="00D60D5E" w:rsidRDefault="00891EF0">
            <w:pPr>
              <w:spacing w:after="0" w:line="240" w:lineRule="auto"/>
              <w:jc w:val="center"/>
            </w:pPr>
            <w:r>
              <w:rPr>
                <w:rFonts w:eastAsia="Aptos"/>
                <w:color w:val="6A7075"/>
                <w:sz w:val="17"/>
              </w:rPr>
              <w:t>160-110</w:t>
            </w:r>
          </w:p>
        </w:tc>
        <w:tc>
          <w:tcPr>
            <w:tcW w:w="2648" w:type="dxa"/>
            <w:tcMar>
              <w:top w:w="28" w:type="dxa"/>
              <w:left w:w="38" w:type="dxa"/>
              <w:bottom w:w="28" w:type="dxa"/>
              <w:right w:w="38" w:type="dxa"/>
            </w:tcMar>
            <w:vAlign w:val="center"/>
          </w:tcPr>
          <w:p w14:paraId="7C370F3E" w14:textId="77777777" w:rsidR="00D60D5E" w:rsidRDefault="00891EF0">
            <w:pPr>
              <w:spacing w:after="0" w:line="240" w:lineRule="auto"/>
            </w:pPr>
            <w:r>
              <w:rPr>
                <w:rFonts w:eastAsia="Aptos"/>
                <w:sz w:val="17"/>
              </w:rPr>
              <w:t>Spaghetti Sauce,Traditional / Meat/ Mush 14oz</w:t>
            </w:r>
          </w:p>
        </w:tc>
        <w:tc>
          <w:tcPr>
            <w:tcW w:w="630" w:type="dxa"/>
            <w:tcMar>
              <w:top w:w="28" w:type="dxa"/>
              <w:left w:w="38" w:type="dxa"/>
              <w:bottom w:w="28" w:type="dxa"/>
              <w:right w:w="38" w:type="dxa"/>
            </w:tcMar>
            <w:vAlign w:val="center"/>
          </w:tcPr>
          <w:p w14:paraId="6750C418" w14:textId="77777777" w:rsidR="00D60D5E" w:rsidRDefault="00891EF0">
            <w:pPr>
              <w:spacing w:after="0" w:line="240" w:lineRule="auto"/>
              <w:jc w:val="center"/>
            </w:pPr>
            <w:r>
              <w:rPr>
                <w:rFonts w:eastAsia="Aptos"/>
                <w:b/>
                <w:sz w:val="17"/>
              </w:rPr>
              <w:t>4.10</w:t>
            </w:r>
          </w:p>
        </w:tc>
        <w:tc>
          <w:tcPr>
            <w:tcW w:w="540" w:type="dxa"/>
            <w:tcMar>
              <w:top w:w="28" w:type="dxa"/>
              <w:left w:w="38" w:type="dxa"/>
              <w:bottom w:w="28" w:type="dxa"/>
              <w:right w:w="38" w:type="dxa"/>
            </w:tcMar>
            <w:vAlign w:val="center"/>
          </w:tcPr>
          <w:p w14:paraId="207FAF4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72FE9E" w14:textId="77777777" w:rsidR="00D60D5E" w:rsidRDefault="00D60D5E">
            <w:pPr>
              <w:jc w:val="center"/>
            </w:pPr>
          </w:p>
        </w:tc>
      </w:tr>
      <w:tr w:rsidR="00D60D5E" w14:paraId="55AA4CE8" w14:textId="77777777" w:rsidTr="000617E0">
        <w:trPr>
          <w:cantSplit/>
          <w:jc w:val="center"/>
        </w:trPr>
        <w:tc>
          <w:tcPr>
            <w:tcW w:w="677" w:type="dxa"/>
            <w:tcMar>
              <w:top w:w="28" w:type="dxa"/>
              <w:left w:w="38" w:type="dxa"/>
              <w:bottom w:w="28" w:type="dxa"/>
              <w:right w:w="38" w:type="dxa"/>
            </w:tcMar>
            <w:vAlign w:val="center"/>
          </w:tcPr>
          <w:p w14:paraId="2D3C8BEA" w14:textId="77777777" w:rsidR="00D60D5E" w:rsidRDefault="00891EF0">
            <w:pPr>
              <w:spacing w:after="0" w:line="240" w:lineRule="auto"/>
              <w:jc w:val="center"/>
            </w:pPr>
            <w:r>
              <w:rPr>
                <w:rFonts w:eastAsia="Aptos"/>
                <w:color w:val="6A7075"/>
                <w:sz w:val="17"/>
              </w:rPr>
              <w:t>160-115</w:t>
            </w:r>
          </w:p>
        </w:tc>
        <w:tc>
          <w:tcPr>
            <w:tcW w:w="2648" w:type="dxa"/>
            <w:tcMar>
              <w:top w:w="28" w:type="dxa"/>
              <w:left w:w="38" w:type="dxa"/>
              <w:bottom w:w="28" w:type="dxa"/>
              <w:right w:w="38" w:type="dxa"/>
            </w:tcMar>
            <w:vAlign w:val="center"/>
          </w:tcPr>
          <w:p w14:paraId="06D06940" w14:textId="77777777" w:rsidR="00D60D5E" w:rsidRDefault="00891EF0">
            <w:pPr>
              <w:spacing w:after="0" w:line="240" w:lineRule="auto"/>
            </w:pPr>
            <w:r>
              <w:rPr>
                <w:rFonts w:eastAsia="Aptos"/>
                <w:sz w:val="17"/>
              </w:rPr>
              <w:t>Spaghetti Garl&amp;Hrb /Marinara /Meat /Mush 26oz</w:t>
            </w:r>
          </w:p>
        </w:tc>
        <w:tc>
          <w:tcPr>
            <w:tcW w:w="630" w:type="dxa"/>
            <w:tcMar>
              <w:top w:w="28" w:type="dxa"/>
              <w:left w:w="38" w:type="dxa"/>
              <w:bottom w:w="28" w:type="dxa"/>
              <w:right w:w="38" w:type="dxa"/>
            </w:tcMar>
            <w:vAlign w:val="center"/>
          </w:tcPr>
          <w:p w14:paraId="04627C8B" w14:textId="77777777" w:rsidR="00D60D5E" w:rsidRDefault="00891EF0">
            <w:pPr>
              <w:spacing w:after="0" w:line="240" w:lineRule="auto"/>
              <w:jc w:val="center"/>
            </w:pPr>
            <w:r>
              <w:rPr>
                <w:rFonts w:eastAsia="Aptos"/>
                <w:b/>
                <w:sz w:val="17"/>
              </w:rPr>
              <w:t>6.95</w:t>
            </w:r>
          </w:p>
        </w:tc>
        <w:tc>
          <w:tcPr>
            <w:tcW w:w="540" w:type="dxa"/>
            <w:tcMar>
              <w:top w:w="28" w:type="dxa"/>
              <w:left w:w="38" w:type="dxa"/>
              <w:bottom w:w="28" w:type="dxa"/>
              <w:right w:w="38" w:type="dxa"/>
            </w:tcMar>
            <w:vAlign w:val="center"/>
          </w:tcPr>
          <w:p w14:paraId="51508E2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695338" w14:textId="77777777" w:rsidR="00D60D5E" w:rsidRDefault="00D60D5E">
            <w:pPr>
              <w:jc w:val="center"/>
            </w:pPr>
          </w:p>
        </w:tc>
      </w:tr>
      <w:tr w:rsidR="00D60D5E" w14:paraId="22EA3111" w14:textId="77777777" w:rsidTr="000617E0">
        <w:trPr>
          <w:cantSplit/>
          <w:jc w:val="center"/>
        </w:trPr>
        <w:tc>
          <w:tcPr>
            <w:tcW w:w="677" w:type="dxa"/>
            <w:tcMar>
              <w:top w:w="28" w:type="dxa"/>
              <w:left w:w="38" w:type="dxa"/>
              <w:bottom w:w="28" w:type="dxa"/>
              <w:right w:w="38" w:type="dxa"/>
            </w:tcMar>
            <w:vAlign w:val="center"/>
          </w:tcPr>
          <w:p w14:paraId="015537A7" w14:textId="77777777" w:rsidR="00D60D5E" w:rsidRDefault="00891EF0">
            <w:pPr>
              <w:spacing w:after="0" w:line="240" w:lineRule="auto"/>
              <w:jc w:val="center"/>
            </w:pPr>
            <w:r>
              <w:rPr>
                <w:rFonts w:eastAsia="Aptos"/>
                <w:color w:val="6A7075"/>
                <w:sz w:val="17"/>
              </w:rPr>
              <w:t>160-120</w:t>
            </w:r>
          </w:p>
        </w:tc>
        <w:tc>
          <w:tcPr>
            <w:tcW w:w="2648" w:type="dxa"/>
            <w:tcMar>
              <w:top w:w="28" w:type="dxa"/>
              <w:left w:w="38" w:type="dxa"/>
              <w:bottom w:w="28" w:type="dxa"/>
              <w:right w:w="38" w:type="dxa"/>
            </w:tcMar>
            <w:vAlign w:val="center"/>
          </w:tcPr>
          <w:p w14:paraId="3D44AD34" w14:textId="77777777" w:rsidR="00D60D5E" w:rsidRDefault="00891EF0">
            <w:pPr>
              <w:spacing w:after="0" w:line="240" w:lineRule="auto"/>
            </w:pPr>
            <w:r>
              <w:rPr>
                <w:rFonts w:eastAsia="Aptos"/>
                <w:sz w:val="17"/>
              </w:rPr>
              <w:t>BBQ Sauce Sweet Baby Rays 40 oz</w:t>
            </w:r>
          </w:p>
        </w:tc>
        <w:tc>
          <w:tcPr>
            <w:tcW w:w="630" w:type="dxa"/>
            <w:tcMar>
              <w:top w:w="28" w:type="dxa"/>
              <w:left w:w="38" w:type="dxa"/>
              <w:bottom w:w="28" w:type="dxa"/>
              <w:right w:w="38" w:type="dxa"/>
            </w:tcMar>
            <w:vAlign w:val="center"/>
          </w:tcPr>
          <w:p w14:paraId="0EB56BD4" w14:textId="77777777" w:rsidR="00D60D5E" w:rsidRDefault="00891EF0">
            <w:pPr>
              <w:spacing w:after="0" w:line="240" w:lineRule="auto"/>
              <w:jc w:val="center"/>
            </w:pPr>
            <w:r>
              <w:rPr>
                <w:rFonts w:eastAsia="Aptos"/>
                <w:b/>
                <w:sz w:val="17"/>
              </w:rPr>
              <w:t>9.99</w:t>
            </w:r>
          </w:p>
        </w:tc>
        <w:tc>
          <w:tcPr>
            <w:tcW w:w="540" w:type="dxa"/>
            <w:tcMar>
              <w:top w:w="28" w:type="dxa"/>
              <w:left w:w="38" w:type="dxa"/>
              <w:bottom w:w="28" w:type="dxa"/>
              <w:right w:w="38" w:type="dxa"/>
            </w:tcMar>
            <w:vAlign w:val="center"/>
          </w:tcPr>
          <w:p w14:paraId="60F64AF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A7440A" w14:textId="77777777" w:rsidR="00D60D5E" w:rsidRDefault="00D60D5E">
            <w:pPr>
              <w:jc w:val="center"/>
            </w:pPr>
          </w:p>
        </w:tc>
      </w:tr>
      <w:tr w:rsidR="00D60D5E" w14:paraId="0AFE326F" w14:textId="77777777" w:rsidTr="000617E0">
        <w:trPr>
          <w:cantSplit/>
          <w:jc w:val="center"/>
        </w:trPr>
        <w:tc>
          <w:tcPr>
            <w:tcW w:w="677" w:type="dxa"/>
            <w:tcMar>
              <w:top w:w="28" w:type="dxa"/>
              <w:left w:w="38" w:type="dxa"/>
              <w:bottom w:w="28" w:type="dxa"/>
              <w:right w:w="38" w:type="dxa"/>
            </w:tcMar>
            <w:vAlign w:val="center"/>
          </w:tcPr>
          <w:p w14:paraId="0D690F34" w14:textId="77777777" w:rsidR="00D60D5E" w:rsidRDefault="00891EF0">
            <w:pPr>
              <w:spacing w:after="0" w:line="240" w:lineRule="auto"/>
              <w:jc w:val="center"/>
            </w:pPr>
            <w:r>
              <w:rPr>
                <w:rFonts w:eastAsia="Aptos"/>
                <w:color w:val="6A7075"/>
                <w:sz w:val="17"/>
              </w:rPr>
              <w:t>160-125</w:t>
            </w:r>
          </w:p>
        </w:tc>
        <w:tc>
          <w:tcPr>
            <w:tcW w:w="2648" w:type="dxa"/>
            <w:tcMar>
              <w:top w:w="28" w:type="dxa"/>
              <w:left w:w="38" w:type="dxa"/>
              <w:bottom w:w="28" w:type="dxa"/>
              <w:right w:w="38" w:type="dxa"/>
            </w:tcMar>
            <w:vAlign w:val="center"/>
          </w:tcPr>
          <w:p w14:paraId="1278EFF2" w14:textId="77777777" w:rsidR="00D60D5E" w:rsidRDefault="00891EF0">
            <w:pPr>
              <w:spacing w:after="0" w:line="240" w:lineRule="auto"/>
            </w:pPr>
            <w:r>
              <w:rPr>
                <w:rFonts w:eastAsia="Aptos"/>
                <w:sz w:val="17"/>
              </w:rPr>
              <w:t>Jamaican Jerk Seasoning GRACE 10oz Mild/Hot</w:t>
            </w:r>
          </w:p>
        </w:tc>
        <w:tc>
          <w:tcPr>
            <w:tcW w:w="630" w:type="dxa"/>
            <w:tcMar>
              <w:top w:w="28" w:type="dxa"/>
              <w:left w:w="38" w:type="dxa"/>
              <w:bottom w:w="28" w:type="dxa"/>
              <w:right w:w="38" w:type="dxa"/>
            </w:tcMar>
            <w:vAlign w:val="center"/>
          </w:tcPr>
          <w:p w14:paraId="4499D747" w14:textId="77777777" w:rsidR="00D60D5E" w:rsidRDefault="00891EF0">
            <w:pPr>
              <w:spacing w:after="0" w:line="240" w:lineRule="auto"/>
              <w:jc w:val="center"/>
            </w:pPr>
            <w:r>
              <w:rPr>
                <w:rFonts w:eastAsia="Aptos"/>
                <w:b/>
                <w:sz w:val="17"/>
              </w:rPr>
              <w:t>7.70</w:t>
            </w:r>
          </w:p>
        </w:tc>
        <w:tc>
          <w:tcPr>
            <w:tcW w:w="540" w:type="dxa"/>
            <w:tcMar>
              <w:top w:w="28" w:type="dxa"/>
              <w:left w:w="38" w:type="dxa"/>
              <w:bottom w:w="28" w:type="dxa"/>
              <w:right w:w="38" w:type="dxa"/>
            </w:tcMar>
            <w:vAlign w:val="center"/>
          </w:tcPr>
          <w:p w14:paraId="5CE499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EB6E95" w14:textId="77777777" w:rsidR="00D60D5E" w:rsidRDefault="00D60D5E">
            <w:pPr>
              <w:jc w:val="center"/>
            </w:pPr>
          </w:p>
        </w:tc>
      </w:tr>
      <w:tr w:rsidR="00D60D5E" w14:paraId="565AE946" w14:textId="77777777" w:rsidTr="000617E0">
        <w:trPr>
          <w:cantSplit/>
          <w:jc w:val="center"/>
        </w:trPr>
        <w:tc>
          <w:tcPr>
            <w:tcW w:w="677" w:type="dxa"/>
            <w:tcMar>
              <w:top w:w="28" w:type="dxa"/>
              <w:left w:w="38" w:type="dxa"/>
              <w:bottom w:w="28" w:type="dxa"/>
              <w:right w:w="38" w:type="dxa"/>
            </w:tcMar>
            <w:vAlign w:val="center"/>
          </w:tcPr>
          <w:p w14:paraId="54E179CE" w14:textId="77777777" w:rsidR="00D60D5E" w:rsidRDefault="00891EF0">
            <w:pPr>
              <w:spacing w:after="0" w:line="240" w:lineRule="auto"/>
              <w:jc w:val="center"/>
            </w:pPr>
            <w:r>
              <w:rPr>
                <w:rFonts w:eastAsia="Aptos"/>
                <w:color w:val="6A7075"/>
                <w:sz w:val="17"/>
              </w:rPr>
              <w:t>160-130</w:t>
            </w:r>
          </w:p>
        </w:tc>
        <w:tc>
          <w:tcPr>
            <w:tcW w:w="2648" w:type="dxa"/>
            <w:tcMar>
              <w:top w:w="28" w:type="dxa"/>
              <w:left w:w="38" w:type="dxa"/>
              <w:bottom w:w="28" w:type="dxa"/>
              <w:right w:w="38" w:type="dxa"/>
            </w:tcMar>
            <w:vAlign w:val="center"/>
          </w:tcPr>
          <w:p w14:paraId="690AB77D" w14:textId="77777777" w:rsidR="00D60D5E" w:rsidRDefault="00891EF0">
            <w:pPr>
              <w:spacing w:after="0" w:line="240" w:lineRule="auto"/>
            </w:pPr>
            <w:r>
              <w:rPr>
                <w:rFonts w:eastAsia="Aptos"/>
                <w:sz w:val="17"/>
              </w:rPr>
              <w:t>BBQ Sauce Stubbs 18 oz</w:t>
            </w:r>
          </w:p>
        </w:tc>
        <w:tc>
          <w:tcPr>
            <w:tcW w:w="630" w:type="dxa"/>
            <w:tcMar>
              <w:top w:w="28" w:type="dxa"/>
              <w:left w:w="38" w:type="dxa"/>
              <w:bottom w:w="28" w:type="dxa"/>
              <w:right w:w="38" w:type="dxa"/>
            </w:tcMar>
            <w:vAlign w:val="center"/>
          </w:tcPr>
          <w:p w14:paraId="5B2E2694" w14:textId="77777777" w:rsidR="00D60D5E" w:rsidRDefault="00891EF0">
            <w:pPr>
              <w:spacing w:after="0" w:line="240" w:lineRule="auto"/>
              <w:jc w:val="center"/>
            </w:pPr>
            <w:r>
              <w:rPr>
                <w:rFonts w:eastAsia="Aptos"/>
                <w:b/>
                <w:sz w:val="17"/>
              </w:rPr>
              <w:t>9.95</w:t>
            </w:r>
          </w:p>
        </w:tc>
        <w:tc>
          <w:tcPr>
            <w:tcW w:w="540" w:type="dxa"/>
            <w:tcMar>
              <w:top w:w="28" w:type="dxa"/>
              <w:left w:w="38" w:type="dxa"/>
              <w:bottom w:w="28" w:type="dxa"/>
              <w:right w:w="38" w:type="dxa"/>
            </w:tcMar>
            <w:vAlign w:val="center"/>
          </w:tcPr>
          <w:p w14:paraId="148AD2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B5D28B" w14:textId="77777777" w:rsidR="00D60D5E" w:rsidRDefault="00D60D5E">
            <w:pPr>
              <w:jc w:val="center"/>
            </w:pPr>
          </w:p>
        </w:tc>
      </w:tr>
      <w:tr w:rsidR="00D60D5E" w14:paraId="6DDE4998" w14:textId="77777777" w:rsidTr="000617E0">
        <w:trPr>
          <w:cantSplit/>
          <w:jc w:val="center"/>
        </w:trPr>
        <w:tc>
          <w:tcPr>
            <w:tcW w:w="677" w:type="dxa"/>
            <w:tcMar>
              <w:top w:w="28" w:type="dxa"/>
              <w:left w:w="38" w:type="dxa"/>
              <w:bottom w:w="28" w:type="dxa"/>
              <w:right w:w="38" w:type="dxa"/>
            </w:tcMar>
            <w:vAlign w:val="center"/>
          </w:tcPr>
          <w:p w14:paraId="78B406E8" w14:textId="77777777" w:rsidR="00D60D5E" w:rsidRDefault="00891EF0">
            <w:pPr>
              <w:spacing w:after="0" w:line="240" w:lineRule="auto"/>
              <w:jc w:val="center"/>
            </w:pPr>
            <w:r>
              <w:rPr>
                <w:rFonts w:eastAsia="Aptos"/>
                <w:color w:val="6A7075"/>
                <w:sz w:val="17"/>
              </w:rPr>
              <w:t>160-135</w:t>
            </w:r>
          </w:p>
        </w:tc>
        <w:tc>
          <w:tcPr>
            <w:tcW w:w="2648" w:type="dxa"/>
            <w:tcMar>
              <w:top w:w="28" w:type="dxa"/>
              <w:left w:w="38" w:type="dxa"/>
              <w:bottom w:w="28" w:type="dxa"/>
              <w:right w:w="38" w:type="dxa"/>
            </w:tcMar>
            <w:vAlign w:val="center"/>
          </w:tcPr>
          <w:p w14:paraId="2D79E260" w14:textId="77777777" w:rsidR="00D60D5E" w:rsidRDefault="00891EF0">
            <w:pPr>
              <w:spacing w:after="0" w:line="240" w:lineRule="auto"/>
            </w:pPr>
            <w:r>
              <w:rPr>
                <w:rFonts w:eastAsia="Aptos"/>
                <w:sz w:val="17"/>
              </w:rPr>
              <w:t>Spaghetti Alfredo 16oz</w:t>
            </w:r>
          </w:p>
        </w:tc>
        <w:tc>
          <w:tcPr>
            <w:tcW w:w="630" w:type="dxa"/>
            <w:tcMar>
              <w:top w:w="28" w:type="dxa"/>
              <w:left w:w="38" w:type="dxa"/>
              <w:bottom w:w="28" w:type="dxa"/>
              <w:right w:w="38" w:type="dxa"/>
            </w:tcMar>
            <w:vAlign w:val="center"/>
          </w:tcPr>
          <w:p w14:paraId="37EE4C86"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4BFA8DB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1C7C6D" w14:textId="77777777" w:rsidR="00D60D5E" w:rsidRDefault="00D60D5E">
            <w:pPr>
              <w:jc w:val="center"/>
            </w:pPr>
          </w:p>
        </w:tc>
      </w:tr>
      <w:tr w:rsidR="00D60D5E" w14:paraId="7CF48ABE" w14:textId="77777777" w:rsidTr="000617E0">
        <w:trPr>
          <w:cantSplit/>
          <w:jc w:val="center"/>
        </w:trPr>
        <w:tc>
          <w:tcPr>
            <w:tcW w:w="677" w:type="dxa"/>
            <w:tcMar>
              <w:top w:w="28" w:type="dxa"/>
              <w:left w:w="38" w:type="dxa"/>
              <w:bottom w:w="28" w:type="dxa"/>
              <w:right w:w="38" w:type="dxa"/>
            </w:tcMar>
            <w:vAlign w:val="center"/>
          </w:tcPr>
          <w:p w14:paraId="03BA50EC" w14:textId="77777777" w:rsidR="00D60D5E" w:rsidRDefault="00891EF0">
            <w:pPr>
              <w:spacing w:after="0" w:line="240" w:lineRule="auto"/>
              <w:jc w:val="center"/>
            </w:pPr>
            <w:r>
              <w:rPr>
                <w:rFonts w:eastAsia="Aptos"/>
                <w:color w:val="6A7075"/>
                <w:sz w:val="17"/>
              </w:rPr>
              <w:t>160-140</w:t>
            </w:r>
          </w:p>
        </w:tc>
        <w:tc>
          <w:tcPr>
            <w:tcW w:w="2648" w:type="dxa"/>
            <w:tcMar>
              <w:top w:w="28" w:type="dxa"/>
              <w:left w:w="38" w:type="dxa"/>
              <w:bottom w:w="28" w:type="dxa"/>
              <w:right w:w="38" w:type="dxa"/>
            </w:tcMar>
            <w:vAlign w:val="center"/>
          </w:tcPr>
          <w:p w14:paraId="1DBF1539" w14:textId="77777777" w:rsidR="00D60D5E" w:rsidRDefault="00891EF0">
            <w:pPr>
              <w:spacing w:after="0" w:line="240" w:lineRule="auto"/>
            </w:pPr>
            <w:r>
              <w:rPr>
                <w:rFonts w:eastAsia="Aptos"/>
                <w:sz w:val="17"/>
              </w:rPr>
              <w:t>Pizza Sauce 14oz</w:t>
            </w:r>
          </w:p>
        </w:tc>
        <w:tc>
          <w:tcPr>
            <w:tcW w:w="630" w:type="dxa"/>
            <w:tcMar>
              <w:top w:w="28" w:type="dxa"/>
              <w:left w:w="38" w:type="dxa"/>
              <w:bottom w:w="28" w:type="dxa"/>
              <w:right w:w="38" w:type="dxa"/>
            </w:tcMar>
            <w:vAlign w:val="center"/>
          </w:tcPr>
          <w:p w14:paraId="469DFAFB"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35B24FC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4AAF137" w14:textId="77777777" w:rsidR="00D60D5E" w:rsidRDefault="00D60D5E">
            <w:pPr>
              <w:jc w:val="center"/>
            </w:pPr>
          </w:p>
        </w:tc>
      </w:tr>
      <w:tr w:rsidR="00D60D5E" w14:paraId="5BC839BD" w14:textId="77777777" w:rsidTr="000617E0">
        <w:trPr>
          <w:cantSplit/>
          <w:jc w:val="center"/>
        </w:trPr>
        <w:tc>
          <w:tcPr>
            <w:tcW w:w="677" w:type="dxa"/>
            <w:tcMar>
              <w:top w:w="28" w:type="dxa"/>
              <w:left w:w="38" w:type="dxa"/>
              <w:bottom w:w="28" w:type="dxa"/>
              <w:right w:w="38" w:type="dxa"/>
            </w:tcMar>
            <w:vAlign w:val="center"/>
          </w:tcPr>
          <w:p w14:paraId="4C7B8AF7" w14:textId="77777777" w:rsidR="00D60D5E" w:rsidRDefault="00891EF0">
            <w:pPr>
              <w:spacing w:after="0" w:line="240" w:lineRule="auto"/>
              <w:jc w:val="center"/>
            </w:pPr>
            <w:r>
              <w:rPr>
                <w:rFonts w:eastAsia="Aptos"/>
                <w:color w:val="6A7075"/>
                <w:sz w:val="17"/>
              </w:rPr>
              <w:t>160-145</w:t>
            </w:r>
          </w:p>
        </w:tc>
        <w:tc>
          <w:tcPr>
            <w:tcW w:w="2648" w:type="dxa"/>
            <w:tcMar>
              <w:top w:w="28" w:type="dxa"/>
              <w:left w:w="38" w:type="dxa"/>
              <w:bottom w:w="28" w:type="dxa"/>
              <w:right w:w="38" w:type="dxa"/>
            </w:tcMar>
            <w:vAlign w:val="center"/>
          </w:tcPr>
          <w:p w14:paraId="3A8F0DF5" w14:textId="77777777" w:rsidR="00D60D5E" w:rsidRDefault="00891EF0">
            <w:pPr>
              <w:spacing w:after="0" w:line="240" w:lineRule="auto"/>
            </w:pPr>
            <w:r>
              <w:rPr>
                <w:rFonts w:eastAsia="Aptos"/>
                <w:sz w:val="17"/>
              </w:rPr>
              <w:t>Creamy Vodka Sauce 24 oz</w:t>
            </w:r>
          </w:p>
        </w:tc>
        <w:tc>
          <w:tcPr>
            <w:tcW w:w="630" w:type="dxa"/>
            <w:tcMar>
              <w:top w:w="28" w:type="dxa"/>
              <w:left w:w="38" w:type="dxa"/>
              <w:bottom w:w="28" w:type="dxa"/>
              <w:right w:w="38" w:type="dxa"/>
            </w:tcMar>
            <w:vAlign w:val="center"/>
          </w:tcPr>
          <w:p w14:paraId="1D173CE2" w14:textId="77777777" w:rsidR="00D60D5E" w:rsidRDefault="00891EF0">
            <w:pPr>
              <w:spacing w:after="0" w:line="240" w:lineRule="auto"/>
              <w:jc w:val="center"/>
            </w:pPr>
            <w:r>
              <w:rPr>
                <w:rFonts w:eastAsia="Aptos"/>
                <w:b/>
                <w:sz w:val="17"/>
              </w:rPr>
              <w:t>6.79</w:t>
            </w:r>
          </w:p>
        </w:tc>
        <w:tc>
          <w:tcPr>
            <w:tcW w:w="540" w:type="dxa"/>
            <w:tcMar>
              <w:top w:w="28" w:type="dxa"/>
              <w:left w:w="38" w:type="dxa"/>
              <w:bottom w:w="28" w:type="dxa"/>
              <w:right w:w="38" w:type="dxa"/>
            </w:tcMar>
            <w:vAlign w:val="center"/>
          </w:tcPr>
          <w:p w14:paraId="1F876B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347062" w14:textId="77777777" w:rsidR="00D60D5E" w:rsidRDefault="00D60D5E">
            <w:pPr>
              <w:jc w:val="center"/>
            </w:pPr>
          </w:p>
        </w:tc>
      </w:tr>
      <w:tr w:rsidR="00D60D5E" w14:paraId="2486ED33" w14:textId="77777777" w:rsidTr="000617E0">
        <w:trPr>
          <w:cantSplit/>
          <w:jc w:val="center"/>
        </w:trPr>
        <w:tc>
          <w:tcPr>
            <w:tcW w:w="677" w:type="dxa"/>
            <w:tcMar>
              <w:top w:w="28" w:type="dxa"/>
              <w:left w:w="38" w:type="dxa"/>
              <w:bottom w:w="28" w:type="dxa"/>
              <w:right w:w="38" w:type="dxa"/>
            </w:tcMar>
            <w:vAlign w:val="center"/>
          </w:tcPr>
          <w:p w14:paraId="2B5BF535" w14:textId="77777777" w:rsidR="00D60D5E" w:rsidRDefault="00891EF0">
            <w:pPr>
              <w:spacing w:after="0" w:line="240" w:lineRule="auto"/>
              <w:jc w:val="center"/>
            </w:pPr>
            <w:r>
              <w:rPr>
                <w:rFonts w:eastAsia="Aptos"/>
                <w:color w:val="6A7075"/>
                <w:sz w:val="17"/>
              </w:rPr>
              <w:t>160-150</w:t>
            </w:r>
          </w:p>
        </w:tc>
        <w:tc>
          <w:tcPr>
            <w:tcW w:w="2648" w:type="dxa"/>
            <w:tcMar>
              <w:top w:w="28" w:type="dxa"/>
              <w:left w:w="38" w:type="dxa"/>
              <w:bottom w:w="28" w:type="dxa"/>
              <w:right w:w="38" w:type="dxa"/>
            </w:tcMar>
            <w:vAlign w:val="center"/>
          </w:tcPr>
          <w:p w14:paraId="01DABB2A" w14:textId="77777777" w:rsidR="00D60D5E" w:rsidRDefault="00891EF0">
            <w:pPr>
              <w:spacing w:after="0" w:line="240" w:lineRule="auto"/>
            </w:pPr>
            <w:r>
              <w:rPr>
                <w:rFonts w:eastAsia="Aptos"/>
                <w:sz w:val="17"/>
              </w:rPr>
              <w:t>Creamy Roasted Garlic Parmesan 22 oz</w:t>
            </w:r>
          </w:p>
        </w:tc>
        <w:tc>
          <w:tcPr>
            <w:tcW w:w="630" w:type="dxa"/>
            <w:tcMar>
              <w:top w:w="28" w:type="dxa"/>
              <w:left w:w="38" w:type="dxa"/>
              <w:bottom w:w="28" w:type="dxa"/>
              <w:right w:w="38" w:type="dxa"/>
            </w:tcMar>
            <w:vAlign w:val="center"/>
          </w:tcPr>
          <w:p w14:paraId="3F4AE39E"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370B086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4F413F" w14:textId="77777777" w:rsidR="00D60D5E" w:rsidRDefault="00D60D5E">
            <w:pPr>
              <w:jc w:val="center"/>
            </w:pPr>
          </w:p>
        </w:tc>
      </w:tr>
      <w:tr w:rsidR="00D60D5E" w14:paraId="0DD394B0" w14:textId="77777777" w:rsidTr="000617E0">
        <w:trPr>
          <w:cantSplit/>
          <w:jc w:val="center"/>
        </w:trPr>
        <w:tc>
          <w:tcPr>
            <w:tcW w:w="677" w:type="dxa"/>
            <w:tcMar>
              <w:top w:w="28" w:type="dxa"/>
              <w:left w:w="38" w:type="dxa"/>
              <w:bottom w:w="28" w:type="dxa"/>
              <w:right w:w="38" w:type="dxa"/>
            </w:tcMar>
            <w:vAlign w:val="center"/>
          </w:tcPr>
          <w:p w14:paraId="674672CD" w14:textId="77777777" w:rsidR="00D60D5E" w:rsidRDefault="00891EF0">
            <w:pPr>
              <w:spacing w:after="0" w:line="240" w:lineRule="auto"/>
              <w:jc w:val="center"/>
            </w:pPr>
            <w:r>
              <w:rPr>
                <w:rFonts w:eastAsia="Aptos"/>
                <w:color w:val="6A7075"/>
                <w:sz w:val="17"/>
              </w:rPr>
              <w:t>160-155</w:t>
            </w:r>
          </w:p>
        </w:tc>
        <w:tc>
          <w:tcPr>
            <w:tcW w:w="2648" w:type="dxa"/>
            <w:tcMar>
              <w:top w:w="28" w:type="dxa"/>
              <w:left w:w="38" w:type="dxa"/>
              <w:bottom w:w="28" w:type="dxa"/>
              <w:right w:w="38" w:type="dxa"/>
            </w:tcMar>
            <w:vAlign w:val="center"/>
          </w:tcPr>
          <w:p w14:paraId="14AF01EF" w14:textId="77777777" w:rsidR="00D60D5E" w:rsidRDefault="00891EF0">
            <w:pPr>
              <w:spacing w:after="0" w:line="240" w:lineRule="auto"/>
            </w:pPr>
            <w:r>
              <w:rPr>
                <w:rFonts w:eastAsia="Aptos"/>
                <w:sz w:val="17"/>
              </w:rPr>
              <w:t>Pasta Sauce No Sugar Added 23 oz</w:t>
            </w:r>
          </w:p>
        </w:tc>
        <w:tc>
          <w:tcPr>
            <w:tcW w:w="630" w:type="dxa"/>
            <w:tcMar>
              <w:top w:w="28" w:type="dxa"/>
              <w:left w:w="38" w:type="dxa"/>
              <w:bottom w:w="28" w:type="dxa"/>
              <w:right w:w="38" w:type="dxa"/>
            </w:tcMar>
            <w:vAlign w:val="center"/>
          </w:tcPr>
          <w:p w14:paraId="18E9F10A"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61D0BD7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002285F" w14:textId="77777777" w:rsidR="00D60D5E" w:rsidRDefault="00D60D5E">
            <w:pPr>
              <w:jc w:val="center"/>
            </w:pPr>
          </w:p>
        </w:tc>
      </w:tr>
      <w:tr w:rsidR="00D60D5E" w14:paraId="6D73E21C" w14:textId="77777777" w:rsidTr="000617E0">
        <w:trPr>
          <w:cantSplit/>
          <w:jc w:val="center"/>
        </w:trPr>
        <w:tc>
          <w:tcPr>
            <w:tcW w:w="677" w:type="dxa"/>
            <w:tcMar>
              <w:top w:w="28" w:type="dxa"/>
              <w:left w:w="38" w:type="dxa"/>
              <w:bottom w:w="28" w:type="dxa"/>
              <w:right w:w="38" w:type="dxa"/>
            </w:tcMar>
            <w:vAlign w:val="center"/>
          </w:tcPr>
          <w:p w14:paraId="08FBE50E" w14:textId="77777777" w:rsidR="00D60D5E" w:rsidRDefault="00891EF0">
            <w:pPr>
              <w:spacing w:after="0" w:line="240" w:lineRule="auto"/>
              <w:jc w:val="center"/>
            </w:pPr>
            <w:r>
              <w:rPr>
                <w:rFonts w:eastAsia="Aptos"/>
                <w:color w:val="6A7075"/>
                <w:sz w:val="17"/>
              </w:rPr>
              <w:t>160-160</w:t>
            </w:r>
          </w:p>
        </w:tc>
        <w:tc>
          <w:tcPr>
            <w:tcW w:w="2648" w:type="dxa"/>
            <w:tcMar>
              <w:top w:w="28" w:type="dxa"/>
              <w:left w:w="38" w:type="dxa"/>
              <w:bottom w:w="28" w:type="dxa"/>
              <w:right w:w="38" w:type="dxa"/>
            </w:tcMar>
            <w:vAlign w:val="center"/>
          </w:tcPr>
          <w:p w14:paraId="428EF7A4" w14:textId="77777777" w:rsidR="00D60D5E" w:rsidRDefault="00891EF0">
            <w:pPr>
              <w:spacing w:after="0" w:line="240" w:lineRule="auto"/>
            </w:pPr>
            <w:r>
              <w:rPr>
                <w:rFonts w:eastAsia="Aptos"/>
                <w:sz w:val="17"/>
              </w:rPr>
              <w:t>Campbell's Chicken Broth 10.5oz</w:t>
            </w:r>
          </w:p>
        </w:tc>
        <w:tc>
          <w:tcPr>
            <w:tcW w:w="630" w:type="dxa"/>
            <w:tcMar>
              <w:top w:w="28" w:type="dxa"/>
              <w:left w:w="38" w:type="dxa"/>
              <w:bottom w:w="28" w:type="dxa"/>
              <w:right w:w="38" w:type="dxa"/>
            </w:tcMar>
            <w:vAlign w:val="center"/>
          </w:tcPr>
          <w:p w14:paraId="01BF3935"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2002459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33EF66" w14:textId="77777777" w:rsidR="00D60D5E" w:rsidRDefault="00D60D5E">
            <w:pPr>
              <w:jc w:val="center"/>
            </w:pPr>
          </w:p>
        </w:tc>
      </w:tr>
      <w:tr w:rsidR="00D60D5E" w14:paraId="6FC4A191" w14:textId="77777777" w:rsidTr="000617E0">
        <w:trPr>
          <w:cantSplit/>
          <w:jc w:val="center"/>
        </w:trPr>
        <w:tc>
          <w:tcPr>
            <w:tcW w:w="677" w:type="dxa"/>
            <w:tcMar>
              <w:top w:w="28" w:type="dxa"/>
              <w:left w:w="38" w:type="dxa"/>
              <w:bottom w:w="28" w:type="dxa"/>
              <w:right w:w="38" w:type="dxa"/>
            </w:tcMar>
            <w:vAlign w:val="center"/>
          </w:tcPr>
          <w:p w14:paraId="11B64602" w14:textId="77777777" w:rsidR="00D60D5E" w:rsidRDefault="00891EF0">
            <w:pPr>
              <w:spacing w:after="0" w:line="240" w:lineRule="auto"/>
              <w:jc w:val="center"/>
            </w:pPr>
            <w:r>
              <w:rPr>
                <w:rFonts w:eastAsia="Aptos"/>
                <w:color w:val="6A7075"/>
                <w:sz w:val="17"/>
              </w:rPr>
              <w:t>160-165</w:t>
            </w:r>
          </w:p>
        </w:tc>
        <w:tc>
          <w:tcPr>
            <w:tcW w:w="2648" w:type="dxa"/>
            <w:tcMar>
              <w:top w:w="28" w:type="dxa"/>
              <w:left w:w="38" w:type="dxa"/>
              <w:bottom w:w="28" w:type="dxa"/>
              <w:right w:w="38" w:type="dxa"/>
            </w:tcMar>
            <w:vAlign w:val="center"/>
          </w:tcPr>
          <w:p w14:paraId="18A87BB1" w14:textId="77777777" w:rsidR="00D60D5E" w:rsidRDefault="00891EF0">
            <w:pPr>
              <w:spacing w:after="0" w:line="240" w:lineRule="auto"/>
            </w:pPr>
            <w:r>
              <w:rPr>
                <w:rFonts w:eastAsia="Aptos"/>
                <w:sz w:val="17"/>
              </w:rPr>
              <w:t>Campbell's Beef Consomme 10.5oz</w:t>
            </w:r>
          </w:p>
        </w:tc>
        <w:tc>
          <w:tcPr>
            <w:tcW w:w="630" w:type="dxa"/>
            <w:tcMar>
              <w:top w:w="28" w:type="dxa"/>
              <w:left w:w="38" w:type="dxa"/>
              <w:bottom w:w="28" w:type="dxa"/>
              <w:right w:w="38" w:type="dxa"/>
            </w:tcMar>
            <w:vAlign w:val="center"/>
          </w:tcPr>
          <w:p w14:paraId="129DFB49" w14:textId="77777777" w:rsidR="00D60D5E" w:rsidRDefault="00891EF0">
            <w:pPr>
              <w:spacing w:after="0" w:line="240" w:lineRule="auto"/>
              <w:jc w:val="center"/>
            </w:pPr>
            <w:r>
              <w:rPr>
                <w:rFonts w:eastAsia="Aptos"/>
                <w:b/>
                <w:sz w:val="17"/>
              </w:rPr>
              <w:t>3.35</w:t>
            </w:r>
          </w:p>
        </w:tc>
        <w:tc>
          <w:tcPr>
            <w:tcW w:w="540" w:type="dxa"/>
            <w:tcMar>
              <w:top w:w="28" w:type="dxa"/>
              <w:left w:w="38" w:type="dxa"/>
              <w:bottom w:w="28" w:type="dxa"/>
              <w:right w:w="38" w:type="dxa"/>
            </w:tcMar>
            <w:vAlign w:val="center"/>
          </w:tcPr>
          <w:p w14:paraId="51BDEC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14671C" w14:textId="77777777" w:rsidR="00D60D5E" w:rsidRDefault="00D60D5E">
            <w:pPr>
              <w:jc w:val="center"/>
            </w:pPr>
          </w:p>
        </w:tc>
      </w:tr>
      <w:tr w:rsidR="00D60D5E" w14:paraId="5458696A" w14:textId="77777777" w:rsidTr="000617E0">
        <w:trPr>
          <w:cantSplit/>
          <w:jc w:val="center"/>
        </w:trPr>
        <w:tc>
          <w:tcPr>
            <w:tcW w:w="677" w:type="dxa"/>
            <w:tcMar>
              <w:top w:w="28" w:type="dxa"/>
              <w:left w:w="38" w:type="dxa"/>
              <w:bottom w:w="28" w:type="dxa"/>
              <w:right w:w="38" w:type="dxa"/>
            </w:tcMar>
            <w:vAlign w:val="center"/>
          </w:tcPr>
          <w:p w14:paraId="65773661" w14:textId="77777777" w:rsidR="00D60D5E" w:rsidRDefault="00891EF0">
            <w:pPr>
              <w:spacing w:after="0" w:line="240" w:lineRule="auto"/>
              <w:jc w:val="center"/>
            </w:pPr>
            <w:r>
              <w:rPr>
                <w:rFonts w:eastAsia="Aptos"/>
                <w:color w:val="6A7075"/>
                <w:sz w:val="17"/>
              </w:rPr>
              <w:t>160-170</w:t>
            </w:r>
          </w:p>
        </w:tc>
        <w:tc>
          <w:tcPr>
            <w:tcW w:w="2648" w:type="dxa"/>
            <w:tcMar>
              <w:top w:w="28" w:type="dxa"/>
              <w:left w:w="38" w:type="dxa"/>
              <w:bottom w:w="28" w:type="dxa"/>
              <w:right w:w="38" w:type="dxa"/>
            </w:tcMar>
            <w:vAlign w:val="center"/>
          </w:tcPr>
          <w:p w14:paraId="296E0713" w14:textId="77777777" w:rsidR="00D60D5E" w:rsidRDefault="00891EF0">
            <w:pPr>
              <w:spacing w:after="0" w:line="240" w:lineRule="auto"/>
            </w:pPr>
            <w:r>
              <w:rPr>
                <w:rFonts w:eastAsia="Aptos"/>
                <w:sz w:val="17"/>
              </w:rPr>
              <w:t>Campbell's Tomato Soup 10.5oz</w:t>
            </w:r>
          </w:p>
        </w:tc>
        <w:tc>
          <w:tcPr>
            <w:tcW w:w="630" w:type="dxa"/>
            <w:tcMar>
              <w:top w:w="28" w:type="dxa"/>
              <w:left w:w="38" w:type="dxa"/>
              <w:bottom w:w="28" w:type="dxa"/>
              <w:right w:w="38" w:type="dxa"/>
            </w:tcMar>
            <w:vAlign w:val="center"/>
          </w:tcPr>
          <w:p w14:paraId="7D122397" w14:textId="77777777" w:rsidR="00D60D5E" w:rsidRDefault="00891EF0">
            <w:pPr>
              <w:spacing w:after="0" w:line="240" w:lineRule="auto"/>
              <w:jc w:val="center"/>
            </w:pPr>
            <w:r>
              <w:rPr>
                <w:rFonts w:eastAsia="Aptos"/>
                <w:b/>
                <w:sz w:val="17"/>
              </w:rPr>
              <w:t>3.59</w:t>
            </w:r>
          </w:p>
        </w:tc>
        <w:tc>
          <w:tcPr>
            <w:tcW w:w="540" w:type="dxa"/>
            <w:tcMar>
              <w:top w:w="28" w:type="dxa"/>
              <w:left w:w="38" w:type="dxa"/>
              <w:bottom w:w="28" w:type="dxa"/>
              <w:right w:w="38" w:type="dxa"/>
            </w:tcMar>
            <w:vAlign w:val="center"/>
          </w:tcPr>
          <w:p w14:paraId="3BEC40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7FF149" w14:textId="77777777" w:rsidR="00D60D5E" w:rsidRDefault="00D60D5E">
            <w:pPr>
              <w:jc w:val="center"/>
            </w:pPr>
          </w:p>
        </w:tc>
      </w:tr>
      <w:tr w:rsidR="00D60D5E" w14:paraId="40C33588" w14:textId="77777777" w:rsidTr="000617E0">
        <w:trPr>
          <w:cantSplit/>
          <w:jc w:val="center"/>
        </w:trPr>
        <w:tc>
          <w:tcPr>
            <w:tcW w:w="677" w:type="dxa"/>
            <w:tcMar>
              <w:top w:w="28" w:type="dxa"/>
              <w:left w:w="38" w:type="dxa"/>
              <w:bottom w:w="28" w:type="dxa"/>
              <w:right w:w="38" w:type="dxa"/>
            </w:tcMar>
            <w:vAlign w:val="center"/>
          </w:tcPr>
          <w:p w14:paraId="5ED0F6ED" w14:textId="77777777" w:rsidR="00D60D5E" w:rsidRDefault="00891EF0">
            <w:pPr>
              <w:spacing w:after="0" w:line="240" w:lineRule="auto"/>
              <w:jc w:val="center"/>
            </w:pPr>
            <w:r>
              <w:rPr>
                <w:rFonts w:eastAsia="Aptos"/>
                <w:color w:val="6A7075"/>
                <w:sz w:val="17"/>
              </w:rPr>
              <w:t>160-175</w:t>
            </w:r>
          </w:p>
        </w:tc>
        <w:tc>
          <w:tcPr>
            <w:tcW w:w="2648" w:type="dxa"/>
            <w:tcMar>
              <w:top w:w="28" w:type="dxa"/>
              <w:left w:w="38" w:type="dxa"/>
              <w:bottom w:w="28" w:type="dxa"/>
              <w:right w:w="38" w:type="dxa"/>
            </w:tcMar>
            <w:vAlign w:val="center"/>
          </w:tcPr>
          <w:p w14:paraId="119DBFC3" w14:textId="77777777" w:rsidR="00D60D5E" w:rsidRDefault="00891EF0">
            <w:pPr>
              <w:spacing w:after="0" w:line="240" w:lineRule="auto"/>
            </w:pPr>
            <w:r>
              <w:rPr>
                <w:rFonts w:eastAsia="Aptos"/>
                <w:sz w:val="17"/>
              </w:rPr>
              <w:t>Chicken Broth ORG 32 oz</w:t>
            </w:r>
          </w:p>
        </w:tc>
        <w:tc>
          <w:tcPr>
            <w:tcW w:w="630" w:type="dxa"/>
            <w:tcMar>
              <w:top w:w="28" w:type="dxa"/>
              <w:left w:w="38" w:type="dxa"/>
              <w:bottom w:w="28" w:type="dxa"/>
              <w:right w:w="38" w:type="dxa"/>
            </w:tcMar>
            <w:vAlign w:val="center"/>
          </w:tcPr>
          <w:p w14:paraId="6BD25143"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7E8464B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1961A1" w14:textId="77777777" w:rsidR="00D60D5E" w:rsidRDefault="00D60D5E">
            <w:pPr>
              <w:jc w:val="center"/>
            </w:pPr>
          </w:p>
        </w:tc>
      </w:tr>
      <w:tr w:rsidR="00D60D5E" w14:paraId="4089ABBE" w14:textId="77777777" w:rsidTr="000617E0">
        <w:trPr>
          <w:cantSplit/>
          <w:jc w:val="center"/>
        </w:trPr>
        <w:tc>
          <w:tcPr>
            <w:tcW w:w="677" w:type="dxa"/>
            <w:tcMar>
              <w:top w:w="28" w:type="dxa"/>
              <w:left w:w="38" w:type="dxa"/>
              <w:bottom w:w="28" w:type="dxa"/>
              <w:right w:w="38" w:type="dxa"/>
            </w:tcMar>
            <w:vAlign w:val="center"/>
          </w:tcPr>
          <w:p w14:paraId="1BE9664B" w14:textId="77777777" w:rsidR="00D60D5E" w:rsidRDefault="00891EF0">
            <w:pPr>
              <w:spacing w:after="0" w:line="240" w:lineRule="auto"/>
              <w:jc w:val="center"/>
            </w:pPr>
            <w:r>
              <w:rPr>
                <w:rFonts w:eastAsia="Aptos"/>
                <w:color w:val="6A7075"/>
                <w:sz w:val="17"/>
              </w:rPr>
              <w:t>160-180</w:t>
            </w:r>
          </w:p>
        </w:tc>
        <w:tc>
          <w:tcPr>
            <w:tcW w:w="2648" w:type="dxa"/>
            <w:tcMar>
              <w:top w:w="28" w:type="dxa"/>
              <w:left w:w="38" w:type="dxa"/>
              <w:bottom w:w="28" w:type="dxa"/>
              <w:right w:w="38" w:type="dxa"/>
            </w:tcMar>
            <w:vAlign w:val="center"/>
          </w:tcPr>
          <w:p w14:paraId="64061473" w14:textId="77777777" w:rsidR="00D60D5E" w:rsidRDefault="00891EF0">
            <w:pPr>
              <w:spacing w:after="0" w:line="240" w:lineRule="auto"/>
            </w:pPr>
            <w:r>
              <w:rPr>
                <w:rFonts w:eastAsia="Aptos"/>
                <w:sz w:val="17"/>
              </w:rPr>
              <w:t>Vegetable Broth ORG 32 oz</w:t>
            </w:r>
          </w:p>
        </w:tc>
        <w:tc>
          <w:tcPr>
            <w:tcW w:w="630" w:type="dxa"/>
            <w:tcMar>
              <w:top w:w="28" w:type="dxa"/>
              <w:left w:w="38" w:type="dxa"/>
              <w:bottom w:w="28" w:type="dxa"/>
              <w:right w:w="38" w:type="dxa"/>
            </w:tcMar>
            <w:vAlign w:val="center"/>
          </w:tcPr>
          <w:p w14:paraId="584B6B60"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6063156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399804" w14:textId="77777777" w:rsidR="00D60D5E" w:rsidRDefault="00D60D5E">
            <w:pPr>
              <w:jc w:val="center"/>
            </w:pPr>
          </w:p>
        </w:tc>
      </w:tr>
      <w:tr w:rsidR="00D60D5E" w14:paraId="6A7ACD89" w14:textId="77777777" w:rsidTr="000617E0">
        <w:trPr>
          <w:cantSplit/>
          <w:jc w:val="center"/>
        </w:trPr>
        <w:tc>
          <w:tcPr>
            <w:tcW w:w="677" w:type="dxa"/>
            <w:tcMar>
              <w:top w:w="28" w:type="dxa"/>
              <w:left w:w="38" w:type="dxa"/>
              <w:bottom w:w="28" w:type="dxa"/>
              <w:right w:w="38" w:type="dxa"/>
            </w:tcMar>
            <w:vAlign w:val="center"/>
          </w:tcPr>
          <w:p w14:paraId="7C8E6D23" w14:textId="77777777" w:rsidR="00D60D5E" w:rsidRDefault="00891EF0">
            <w:pPr>
              <w:spacing w:after="0" w:line="240" w:lineRule="auto"/>
              <w:jc w:val="center"/>
            </w:pPr>
            <w:r>
              <w:rPr>
                <w:rFonts w:eastAsia="Aptos"/>
                <w:color w:val="6A7075"/>
                <w:sz w:val="17"/>
              </w:rPr>
              <w:t>160-185</w:t>
            </w:r>
          </w:p>
        </w:tc>
        <w:tc>
          <w:tcPr>
            <w:tcW w:w="2648" w:type="dxa"/>
            <w:tcMar>
              <w:top w:w="28" w:type="dxa"/>
              <w:left w:w="38" w:type="dxa"/>
              <w:bottom w:w="28" w:type="dxa"/>
              <w:right w:w="38" w:type="dxa"/>
            </w:tcMar>
            <w:vAlign w:val="center"/>
          </w:tcPr>
          <w:p w14:paraId="7EFDE51A" w14:textId="77777777" w:rsidR="00D60D5E" w:rsidRDefault="00891EF0">
            <w:pPr>
              <w:spacing w:after="0" w:line="240" w:lineRule="auto"/>
            </w:pPr>
            <w:r>
              <w:rPr>
                <w:rFonts w:eastAsia="Aptos"/>
                <w:sz w:val="17"/>
              </w:rPr>
              <w:t>Tomato Paste 6oz</w:t>
            </w:r>
          </w:p>
        </w:tc>
        <w:tc>
          <w:tcPr>
            <w:tcW w:w="630" w:type="dxa"/>
            <w:tcMar>
              <w:top w:w="28" w:type="dxa"/>
              <w:left w:w="38" w:type="dxa"/>
              <w:bottom w:w="28" w:type="dxa"/>
              <w:right w:w="38" w:type="dxa"/>
            </w:tcMar>
            <w:vAlign w:val="center"/>
          </w:tcPr>
          <w:p w14:paraId="6D4B0D5B" w14:textId="77777777" w:rsidR="00D60D5E" w:rsidRDefault="00891EF0">
            <w:pPr>
              <w:spacing w:after="0" w:line="240" w:lineRule="auto"/>
              <w:jc w:val="center"/>
            </w:pPr>
            <w:r>
              <w:rPr>
                <w:rFonts w:eastAsia="Aptos"/>
                <w:b/>
                <w:sz w:val="17"/>
              </w:rPr>
              <w:t>2.09</w:t>
            </w:r>
          </w:p>
        </w:tc>
        <w:tc>
          <w:tcPr>
            <w:tcW w:w="540" w:type="dxa"/>
            <w:tcMar>
              <w:top w:w="28" w:type="dxa"/>
              <w:left w:w="38" w:type="dxa"/>
              <w:bottom w:w="28" w:type="dxa"/>
              <w:right w:w="38" w:type="dxa"/>
            </w:tcMar>
            <w:vAlign w:val="center"/>
          </w:tcPr>
          <w:p w14:paraId="734C401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4378B6" w14:textId="77777777" w:rsidR="00D60D5E" w:rsidRDefault="00D60D5E">
            <w:pPr>
              <w:jc w:val="center"/>
            </w:pPr>
          </w:p>
        </w:tc>
      </w:tr>
      <w:tr w:rsidR="00D60D5E" w14:paraId="0CE73BA9" w14:textId="77777777" w:rsidTr="000617E0">
        <w:trPr>
          <w:cantSplit/>
          <w:jc w:val="center"/>
        </w:trPr>
        <w:tc>
          <w:tcPr>
            <w:tcW w:w="677" w:type="dxa"/>
            <w:tcMar>
              <w:top w:w="28" w:type="dxa"/>
              <w:left w:w="38" w:type="dxa"/>
              <w:bottom w:w="28" w:type="dxa"/>
              <w:right w:w="38" w:type="dxa"/>
            </w:tcMar>
            <w:vAlign w:val="center"/>
          </w:tcPr>
          <w:p w14:paraId="042BDE6F" w14:textId="77777777" w:rsidR="00D60D5E" w:rsidRDefault="00891EF0">
            <w:pPr>
              <w:spacing w:after="0" w:line="240" w:lineRule="auto"/>
              <w:jc w:val="center"/>
            </w:pPr>
            <w:r>
              <w:rPr>
                <w:rFonts w:eastAsia="Aptos"/>
                <w:color w:val="6A7075"/>
                <w:sz w:val="17"/>
              </w:rPr>
              <w:t>160-190</w:t>
            </w:r>
          </w:p>
        </w:tc>
        <w:tc>
          <w:tcPr>
            <w:tcW w:w="2648" w:type="dxa"/>
            <w:tcMar>
              <w:top w:w="28" w:type="dxa"/>
              <w:left w:w="38" w:type="dxa"/>
              <w:bottom w:w="28" w:type="dxa"/>
              <w:right w:w="38" w:type="dxa"/>
            </w:tcMar>
            <w:vAlign w:val="center"/>
          </w:tcPr>
          <w:p w14:paraId="2200FDC0" w14:textId="77777777" w:rsidR="00D60D5E" w:rsidRDefault="00891EF0">
            <w:pPr>
              <w:spacing w:after="0" w:line="240" w:lineRule="auto"/>
            </w:pPr>
            <w:r>
              <w:rPr>
                <w:rFonts w:eastAsia="Aptos"/>
                <w:sz w:val="17"/>
              </w:rPr>
              <w:t>Tomato Sauce 8oz</w:t>
            </w:r>
          </w:p>
        </w:tc>
        <w:tc>
          <w:tcPr>
            <w:tcW w:w="630" w:type="dxa"/>
            <w:tcMar>
              <w:top w:w="28" w:type="dxa"/>
              <w:left w:w="38" w:type="dxa"/>
              <w:bottom w:w="28" w:type="dxa"/>
              <w:right w:w="38" w:type="dxa"/>
            </w:tcMar>
            <w:vAlign w:val="center"/>
          </w:tcPr>
          <w:p w14:paraId="1B1375C9" w14:textId="77777777" w:rsidR="00D60D5E" w:rsidRDefault="00891EF0">
            <w:pPr>
              <w:spacing w:after="0" w:line="240" w:lineRule="auto"/>
              <w:jc w:val="center"/>
            </w:pPr>
            <w:r>
              <w:rPr>
                <w:rFonts w:eastAsia="Aptos"/>
                <w:b/>
                <w:sz w:val="17"/>
              </w:rPr>
              <w:t>1.49</w:t>
            </w:r>
          </w:p>
        </w:tc>
        <w:tc>
          <w:tcPr>
            <w:tcW w:w="540" w:type="dxa"/>
            <w:tcMar>
              <w:top w:w="28" w:type="dxa"/>
              <w:left w:w="38" w:type="dxa"/>
              <w:bottom w:w="28" w:type="dxa"/>
              <w:right w:w="38" w:type="dxa"/>
            </w:tcMar>
            <w:vAlign w:val="center"/>
          </w:tcPr>
          <w:p w14:paraId="549A5AF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A173E0" w14:textId="77777777" w:rsidR="00D60D5E" w:rsidRDefault="00D60D5E">
            <w:pPr>
              <w:jc w:val="center"/>
            </w:pPr>
          </w:p>
        </w:tc>
      </w:tr>
      <w:tr w:rsidR="00D60D5E" w14:paraId="228A0703" w14:textId="77777777" w:rsidTr="000617E0">
        <w:trPr>
          <w:cantSplit/>
          <w:jc w:val="center"/>
        </w:trPr>
        <w:tc>
          <w:tcPr>
            <w:tcW w:w="677" w:type="dxa"/>
            <w:tcMar>
              <w:top w:w="28" w:type="dxa"/>
              <w:left w:w="38" w:type="dxa"/>
              <w:bottom w:w="28" w:type="dxa"/>
              <w:right w:w="38" w:type="dxa"/>
            </w:tcMar>
            <w:vAlign w:val="center"/>
          </w:tcPr>
          <w:p w14:paraId="1DE8695C" w14:textId="77777777" w:rsidR="00D60D5E" w:rsidRDefault="00891EF0">
            <w:pPr>
              <w:spacing w:after="0" w:line="240" w:lineRule="auto"/>
              <w:jc w:val="center"/>
            </w:pPr>
            <w:r>
              <w:rPr>
                <w:rFonts w:eastAsia="Aptos"/>
                <w:color w:val="6A7075"/>
                <w:sz w:val="17"/>
              </w:rPr>
              <w:t>160-195</w:t>
            </w:r>
          </w:p>
        </w:tc>
        <w:tc>
          <w:tcPr>
            <w:tcW w:w="2648" w:type="dxa"/>
            <w:tcMar>
              <w:top w:w="28" w:type="dxa"/>
              <w:left w:w="38" w:type="dxa"/>
              <w:bottom w:w="28" w:type="dxa"/>
              <w:right w:w="38" w:type="dxa"/>
            </w:tcMar>
            <w:vAlign w:val="center"/>
          </w:tcPr>
          <w:p w14:paraId="781EB347" w14:textId="77777777" w:rsidR="00D60D5E" w:rsidRDefault="00891EF0">
            <w:pPr>
              <w:spacing w:after="0" w:line="240" w:lineRule="auto"/>
            </w:pPr>
            <w:r>
              <w:rPr>
                <w:rFonts w:eastAsia="Aptos"/>
                <w:sz w:val="17"/>
              </w:rPr>
              <w:t>Fajita Mix 1.25oz</w:t>
            </w:r>
          </w:p>
        </w:tc>
        <w:tc>
          <w:tcPr>
            <w:tcW w:w="630" w:type="dxa"/>
            <w:tcMar>
              <w:top w:w="28" w:type="dxa"/>
              <w:left w:w="38" w:type="dxa"/>
              <w:bottom w:w="28" w:type="dxa"/>
              <w:right w:w="38" w:type="dxa"/>
            </w:tcMar>
            <w:vAlign w:val="center"/>
          </w:tcPr>
          <w:p w14:paraId="4CD0A839"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BD26F3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0283E0" w14:textId="77777777" w:rsidR="00D60D5E" w:rsidRDefault="00D60D5E">
            <w:pPr>
              <w:jc w:val="center"/>
            </w:pPr>
          </w:p>
        </w:tc>
      </w:tr>
      <w:tr w:rsidR="00D60D5E" w14:paraId="6CDCF980" w14:textId="77777777" w:rsidTr="000617E0">
        <w:trPr>
          <w:cantSplit/>
          <w:jc w:val="center"/>
        </w:trPr>
        <w:tc>
          <w:tcPr>
            <w:tcW w:w="677" w:type="dxa"/>
            <w:tcMar>
              <w:top w:w="28" w:type="dxa"/>
              <w:left w:w="38" w:type="dxa"/>
              <w:bottom w:w="28" w:type="dxa"/>
              <w:right w:w="38" w:type="dxa"/>
            </w:tcMar>
            <w:vAlign w:val="center"/>
          </w:tcPr>
          <w:p w14:paraId="243BC161" w14:textId="77777777" w:rsidR="00D60D5E" w:rsidRDefault="00891EF0">
            <w:pPr>
              <w:spacing w:after="0" w:line="240" w:lineRule="auto"/>
              <w:jc w:val="center"/>
            </w:pPr>
            <w:r>
              <w:rPr>
                <w:rFonts w:eastAsia="Aptos"/>
                <w:color w:val="6A7075"/>
                <w:sz w:val="17"/>
              </w:rPr>
              <w:t>160-200</w:t>
            </w:r>
          </w:p>
        </w:tc>
        <w:tc>
          <w:tcPr>
            <w:tcW w:w="2648" w:type="dxa"/>
            <w:tcMar>
              <w:top w:w="28" w:type="dxa"/>
              <w:left w:w="38" w:type="dxa"/>
              <w:bottom w:w="28" w:type="dxa"/>
              <w:right w:w="38" w:type="dxa"/>
            </w:tcMar>
            <w:vAlign w:val="center"/>
          </w:tcPr>
          <w:p w14:paraId="23765E10" w14:textId="77777777" w:rsidR="00D60D5E" w:rsidRDefault="00891EF0">
            <w:pPr>
              <w:spacing w:after="0" w:line="240" w:lineRule="auto"/>
            </w:pPr>
            <w:r>
              <w:rPr>
                <w:rFonts w:eastAsia="Aptos"/>
                <w:sz w:val="17"/>
              </w:rPr>
              <w:t>Taco Mix 1.25oz</w:t>
            </w:r>
          </w:p>
        </w:tc>
        <w:tc>
          <w:tcPr>
            <w:tcW w:w="630" w:type="dxa"/>
            <w:tcMar>
              <w:top w:w="28" w:type="dxa"/>
              <w:left w:w="38" w:type="dxa"/>
              <w:bottom w:w="28" w:type="dxa"/>
              <w:right w:w="38" w:type="dxa"/>
            </w:tcMar>
            <w:vAlign w:val="center"/>
          </w:tcPr>
          <w:p w14:paraId="0F034BA8"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0C7A163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B31FEF" w14:textId="77777777" w:rsidR="00D60D5E" w:rsidRDefault="00D60D5E">
            <w:pPr>
              <w:jc w:val="center"/>
            </w:pPr>
          </w:p>
        </w:tc>
      </w:tr>
      <w:tr w:rsidR="00D60D5E" w14:paraId="39F30645" w14:textId="77777777" w:rsidTr="000617E0">
        <w:trPr>
          <w:cantSplit/>
          <w:jc w:val="center"/>
        </w:trPr>
        <w:tc>
          <w:tcPr>
            <w:tcW w:w="677" w:type="dxa"/>
            <w:tcMar>
              <w:top w:w="28" w:type="dxa"/>
              <w:left w:w="38" w:type="dxa"/>
              <w:bottom w:w="28" w:type="dxa"/>
              <w:right w:w="38" w:type="dxa"/>
            </w:tcMar>
            <w:vAlign w:val="center"/>
          </w:tcPr>
          <w:p w14:paraId="745C8FFE" w14:textId="77777777" w:rsidR="00D60D5E" w:rsidRDefault="00891EF0">
            <w:pPr>
              <w:spacing w:after="0" w:line="240" w:lineRule="auto"/>
              <w:jc w:val="center"/>
            </w:pPr>
            <w:r>
              <w:rPr>
                <w:rFonts w:eastAsia="Aptos"/>
                <w:color w:val="6A7075"/>
                <w:sz w:val="17"/>
              </w:rPr>
              <w:t>160-205</w:t>
            </w:r>
          </w:p>
        </w:tc>
        <w:tc>
          <w:tcPr>
            <w:tcW w:w="2648" w:type="dxa"/>
            <w:tcMar>
              <w:top w:w="28" w:type="dxa"/>
              <w:left w:w="38" w:type="dxa"/>
              <w:bottom w:w="28" w:type="dxa"/>
              <w:right w:w="38" w:type="dxa"/>
            </w:tcMar>
            <w:vAlign w:val="center"/>
          </w:tcPr>
          <w:p w14:paraId="1E0D0414" w14:textId="77777777" w:rsidR="00D60D5E" w:rsidRDefault="00891EF0">
            <w:pPr>
              <w:spacing w:after="0" w:line="240" w:lineRule="auto"/>
            </w:pPr>
            <w:r>
              <w:rPr>
                <w:rFonts w:eastAsia="Aptos"/>
                <w:sz w:val="17"/>
              </w:rPr>
              <w:t>Burrito Mix 1.6oz</w:t>
            </w:r>
          </w:p>
        </w:tc>
        <w:tc>
          <w:tcPr>
            <w:tcW w:w="630" w:type="dxa"/>
            <w:tcMar>
              <w:top w:w="28" w:type="dxa"/>
              <w:left w:w="38" w:type="dxa"/>
              <w:bottom w:w="28" w:type="dxa"/>
              <w:right w:w="38" w:type="dxa"/>
            </w:tcMar>
            <w:vAlign w:val="center"/>
          </w:tcPr>
          <w:p w14:paraId="74623008" w14:textId="77777777" w:rsidR="00D60D5E" w:rsidRDefault="00891EF0">
            <w:pPr>
              <w:spacing w:after="0" w:line="240" w:lineRule="auto"/>
              <w:jc w:val="center"/>
            </w:pPr>
            <w:r>
              <w:rPr>
                <w:rFonts w:eastAsia="Aptos"/>
                <w:b/>
                <w:sz w:val="17"/>
              </w:rPr>
              <w:t>1.39</w:t>
            </w:r>
          </w:p>
        </w:tc>
        <w:tc>
          <w:tcPr>
            <w:tcW w:w="540" w:type="dxa"/>
            <w:tcMar>
              <w:top w:w="28" w:type="dxa"/>
              <w:left w:w="38" w:type="dxa"/>
              <w:bottom w:w="28" w:type="dxa"/>
              <w:right w:w="38" w:type="dxa"/>
            </w:tcMar>
            <w:vAlign w:val="center"/>
          </w:tcPr>
          <w:p w14:paraId="75D988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5C88A6" w14:textId="77777777" w:rsidR="00D60D5E" w:rsidRDefault="00D60D5E">
            <w:pPr>
              <w:jc w:val="center"/>
            </w:pPr>
          </w:p>
        </w:tc>
      </w:tr>
      <w:tr w:rsidR="00D60D5E" w14:paraId="3F6142CA" w14:textId="77777777" w:rsidTr="000617E0">
        <w:trPr>
          <w:cantSplit/>
          <w:jc w:val="center"/>
        </w:trPr>
        <w:tc>
          <w:tcPr>
            <w:tcW w:w="677" w:type="dxa"/>
            <w:tcMar>
              <w:top w:w="28" w:type="dxa"/>
              <w:left w:w="38" w:type="dxa"/>
              <w:bottom w:w="28" w:type="dxa"/>
              <w:right w:w="38" w:type="dxa"/>
            </w:tcMar>
            <w:vAlign w:val="center"/>
          </w:tcPr>
          <w:p w14:paraId="3B446739" w14:textId="77777777" w:rsidR="00D60D5E" w:rsidRDefault="00891EF0">
            <w:pPr>
              <w:spacing w:after="0" w:line="240" w:lineRule="auto"/>
              <w:jc w:val="center"/>
            </w:pPr>
            <w:r>
              <w:rPr>
                <w:rFonts w:eastAsia="Aptos"/>
                <w:color w:val="6A7075"/>
                <w:sz w:val="17"/>
              </w:rPr>
              <w:t>160-210</w:t>
            </w:r>
          </w:p>
        </w:tc>
        <w:tc>
          <w:tcPr>
            <w:tcW w:w="2648" w:type="dxa"/>
            <w:tcMar>
              <w:top w:w="28" w:type="dxa"/>
              <w:left w:w="38" w:type="dxa"/>
              <w:bottom w:w="28" w:type="dxa"/>
              <w:right w:w="38" w:type="dxa"/>
            </w:tcMar>
            <w:vAlign w:val="center"/>
          </w:tcPr>
          <w:p w14:paraId="4A38CD99" w14:textId="77777777" w:rsidR="00D60D5E" w:rsidRDefault="00891EF0">
            <w:pPr>
              <w:spacing w:after="0" w:line="240" w:lineRule="auto"/>
            </w:pPr>
            <w:r>
              <w:rPr>
                <w:rFonts w:eastAsia="Aptos"/>
                <w:sz w:val="17"/>
              </w:rPr>
              <w:t>Chili Con Carne Mix 39g</w:t>
            </w:r>
          </w:p>
        </w:tc>
        <w:tc>
          <w:tcPr>
            <w:tcW w:w="630" w:type="dxa"/>
            <w:tcMar>
              <w:top w:w="28" w:type="dxa"/>
              <w:left w:w="38" w:type="dxa"/>
              <w:bottom w:w="28" w:type="dxa"/>
              <w:right w:w="38" w:type="dxa"/>
            </w:tcMar>
            <w:vAlign w:val="center"/>
          </w:tcPr>
          <w:p w14:paraId="003442E6"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6FF71CA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6128410" w14:textId="77777777" w:rsidR="00D60D5E" w:rsidRDefault="00D60D5E">
            <w:pPr>
              <w:jc w:val="center"/>
            </w:pPr>
          </w:p>
        </w:tc>
      </w:tr>
      <w:tr w:rsidR="00D60D5E" w14:paraId="26D76567" w14:textId="77777777" w:rsidTr="000617E0">
        <w:trPr>
          <w:cantSplit/>
          <w:jc w:val="center"/>
        </w:trPr>
        <w:tc>
          <w:tcPr>
            <w:tcW w:w="677" w:type="dxa"/>
            <w:tcMar>
              <w:top w:w="28" w:type="dxa"/>
              <w:left w:w="38" w:type="dxa"/>
              <w:bottom w:w="28" w:type="dxa"/>
              <w:right w:w="38" w:type="dxa"/>
            </w:tcMar>
            <w:vAlign w:val="center"/>
          </w:tcPr>
          <w:p w14:paraId="114C054B" w14:textId="77777777" w:rsidR="00D60D5E" w:rsidRDefault="00891EF0">
            <w:pPr>
              <w:spacing w:after="0" w:line="240" w:lineRule="auto"/>
              <w:jc w:val="center"/>
            </w:pPr>
            <w:r>
              <w:rPr>
                <w:rFonts w:eastAsia="Aptos"/>
                <w:color w:val="6A7075"/>
                <w:sz w:val="17"/>
              </w:rPr>
              <w:t>160-215</w:t>
            </w:r>
          </w:p>
        </w:tc>
        <w:tc>
          <w:tcPr>
            <w:tcW w:w="2648" w:type="dxa"/>
            <w:tcMar>
              <w:top w:w="28" w:type="dxa"/>
              <w:left w:w="38" w:type="dxa"/>
              <w:bottom w:w="28" w:type="dxa"/>
              <w:right w:w="38" w:type="dxa"/>
            </w:tcMar>
            <w:vAlign w:val="center"/>
          </w:tcPr>
          <w:p w14:paraId="2C73D3C8" w14:textId="77777777" w:rsidR="00D60D5E" w:rsidRDefault="00891EF0">
            <w:pPr>
              <w:spacing w:after="0" w:line="240" w:lineRule="auto"/>
            </w:pPr>
            <w:r>
              <w:rPr>
                <w:rFonts w:eastAsia="Aptos"/>
                <w:sz w:val="17"/>
              </w:rPr>
              <w:t>Beef Broth 32 oz</w:t>
            </w:r>
          </w:p>
        </w:tc>
        <w:tc>
          <w:tcPr>
            <w:tcW w:w="630" w:type="dxa"/>
            <w:tcMar>
              <w:top w:w="28" w:type="dxa"/>
              <w:left w:w="38" w:type="dxa"/>
              <w:bottom w:w="28" w:type="dxa"/>
              <w:right w:w="38" w:type="dxa"/>
            </w:tcMar>
            <w:vAlign w:val="center"/>
          </w:tcPr>
          <w:p w14:paraId="729068B5"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290DEB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1B0D3C" w14:textId="77777777" w:rsidR="00D60D5E" w:rsidRDefault="00D60D5E">
            <w:pPr>
              <w:jc w:val="center"/>
            </w:pPr>
          </w:p>
        </w:tc>
      </w:tr>
      <w:tr w:rsidR="00D60D5E" w14:paraId="3B543EC9" w14:textId="77777777" w:rsidTr="000617E0">
        <w:trPr>
          <w:cantSplit/>
          <w:jc w:val="center"/>
        </w:trPr>
        <w:tc>
          <w:tcPr>
            <w:tcW w:w="677" w:type="dxa"/>
            <w:tcMar>
              <w:top w:w="28" w:type="dxa"/>
              <w:left w:w="38" w:type="dxa"/>
              <w:bottom w:w="28" w:type="dxa"/>
              <w:right w:w="38" w:type="dxa"/>
            </w:tcMar>
            <w:vAlign w:val="center"/>
          </w:tcPr>
          <w:p w14:paraId="3059F982" w14:textId="77777777" w:rsidR="00D60D5E" w:rsidRDefault="00891EF0">
            <w:pPr>
              <w:spacing w:after="0" w:line="240" w:lineRule="auto"/>
              <w:jc w:val="center"/>
            </w:pPr>
            <w:r>
              <w:rPr>
                <w:rFonts w:eastAsia="Aptos"/>
                <w:color w:val="6A7075"/>
                <w:sz w:val="17"/>
              </w:rPr>
              <w:t>160-220</w:t>
            </w:r>
          </w:p>
        </w:tc>
        <w:tc>
          <w:tcPr>
            <w:tcW w:w="2648" w:type="dxa"/>
            <w:tcMar>
              <w:top w:w="28" w:type="dxa"/>
              <w:left w:w="38" w:type="dxa"/>
              <w:bottom w:w="28" w:type="dxa"/>
              <w:right w:w="38" w:type="dxa"/>
            </w:tcMar>
            <w:vAlign w:val="center"/>
          </w:tcPr>
          <w:p w14:paraId="06C5C8F2" w14:textId="77777777" w:rsidR="00D60D5E" w:rsidRDefault="00891EF0">
            <w:pPr>
              <w:spacing w:after="0" w:line="240" w:lineRule="auto"/>
            </w:pPr>
            <w:r>
              <w:rPr>
                <w:rFonts w:eastAsia="Aptos"/>
                <w:sz w:val="17"/>
              </w:rPr>
              <w:t>Wasabi Sauce 9.25oz Kikkoman</w:t>
            </w:r>
          </w:p>
        </w:tc>
        <w:tc>
          <w:tcPr>
            <w:tcW w:w="630" w:type="dxa"/>
            <w:tcMar>
              <w:top w:w="28" w:type="dxa"/>
              <w:left w:w="38" w:type="dxa"/>
              <w:bottom w:w="28" w:type="dxa"/>
              <w:right w:w="38" w:type="dxa"/>
            </w:tcMar>
            <w:vAlign w:val="center"/>
          </w:tcPr>
          <w:p w14:paraId="6CBAA1C9" w14:textId="77777777" w:rsidR="00D60D5E" w:rsidRDefault="00891EF0">
            <w:pPr>
              <w:spacing w:after="0" w:line="240" w:lineRule="auto"/>
              <w:jc w:val="center"/>
            </w:pPr>
            <w:r>
              <w:rPr>
                <w:rFonts w:eastAsia="Aptos"/>
                <w:b/>
                <w:sz w:val="17"/>
              </w:rPr>
              <w:t>3.97</w:t>
            </w:r>
          </w:p>
        </w:tc>
        <w:tc>
          <w:tcPr>
            <w:tcW w:w="540" w:type="dxa"/>
            <w:tcMar>
              <w:top w:w="28" w:type="dxa"/>
              <w:left w:w="38" w:type="dxa"/>
              <w:bottom w:w="28" w:type="dxa"/>
              <w:right w:w="38" w:type="dxa"/>
            </w:tcMar>
            <w:vAlign w:val="center"/>
          </w:tcPr>
          <w:p w14:paraId="4EDD8CD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71C30B" w14:textId="77777777" w:rsidR="00D60D5E" w:rsidRDefault="00D60D5E">
            <w:pPr>
              <w:jc w:val="center"/>
            </w:pPr>
          </w:p>
        </w:tc>
      </w:tr>
      <w:tr w:rsidR="00D60D5E" w14:paraId="4DC67190" w14:textId="77777777" w:rsidTr="000617E0">
        <w:trPr>
          <w:cantSplit/>
          <w:jc w:val="center"/>
        </w:trPr>
        <w:tc>
          <w:tcPr>
            <w:tcW w:w="677" w:type="dxa"/>
            <w:tcMar>
              <w:top w:w="28" w:type="dxa"/>
              <w:left w:w="38" w:type="dxa"/>
              <w:bottom w:w="28" w:type="dxa"/>
              <w:right w:w="38" w:type="dxa"/>
            </w:tcMar>
            <w:vAlign w:val="center"/>
          </w:tcPr>
          <w:p w14:paraId="29F96AEE" w14:textId="77777777" w:rsidR="00D60D5E" w:rsidRDefault="00891EF0">
            <w:pPr>
              <w:spacing w:after="0" w:line="240" w:lineRule="auto"/>
              <w:jc w:val="center"/>
            </w:pPr>
            <w:r>
              <w:rPr>
                <w:rFonts w:eastAsia="Aptos"/>
                <w:color w:val="6A7075"/>
                <w:sz w:val="17"/>
              </w:rPr>
              <w:t>160-225</w:t>
            </w:r>
          </w:p>
        </w:tc>
        <w:tc>
          <w:tcPr>
            <w:tcW w:w="2648" w:type="dxa"/>
            <w:tcMar>
              <w:top w:w="28" w:type="dxa"/>
              <w:left w:w="38" w:type="dxa"/>
              <w:bottom w:w="28" w:type="dxa"/>
              <w:right w:w="38" w:type="dxa"/>
            </w:tcMar>
            <w:vAlign w:val="center"/>
          </w:tcPr>
          <w:p w14:paraId="6087F1FE" w14:textId="77777777" w:rsidR="00D60D5E" w:rsidRDefault="00891EF0">
            <w:pPr>
              <w:spacing w:after="0" w:line="240" w:lineRule="auto"/>
            </w:pPr>
            <w:r>
              <w:rPr>
                <w:rFonts w:eastAsia="Aptos"/>
                <w:sz w:val="17"/>
              </w:rPr>
              <w:t>Ponzu Sauce 10 oz Kikkoman</w:t>
            </w:r>
          </w:p>
        </w:tc>
        <w:tc>
          <w:tcPr>
            <w:tcW w:w="630" w:type="dxa"/>
            <w:tcMar>
              <w:top w:w="28" w:type="dxa"/>
              <w:left w:w="38" w:type="dxa"/>
              <w:bottom w:w="28" w:type="dxa"/>
              <w:right w:w="38" w:type="dxa"/>
            </w:tcMar>
            <w:vAlign w:val="center"/>
          </w:tcPr>
          <w:p w14:paraId="5A5B8CB1" w14:textId="77777777" w:rsidR="00D60D5E" w:rsidRDefault="00891EF0">
            <w:pPr>
              <w:spacing w:after="0" w:line="240" w:lineRule="auto"/>
              <w:jc w:val="center"/>
            </w:pPr>
            <w:r>
              <w:rPr>
                <w:rFonts w:eastAsia="Aptos"/>
                <w:b/>
                <w:sz w:val="17"/>
              </w:rPr>
              <w:t>4.45</w:t>
            </w:r>
          </w:p>
        </w:tc>
        <w:tc>
          <w:tcPr>
            <w:tcW w:w="540" w:type="dxa"/>
            <w:tcMar>
              <w:top w:w="28" w:type="dxa"/>
              <w:left w:w="38" w:type="dxa"/>
              <w:bottom w:w="28" w:type="dxa"/>
              <w:right w:w="38" w:type="dxa"/>
            </w:tcMar>
            <w:vAlign w:val="center"/>
          </w:tcPr>
          <w:p w14:paraId="05313FF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6F9C27" w14:textId="77777777" w:rsidR="00D60D5E" w:rsidRDefault="00D60D5E">
            <w:pPr>
              <w:jc w:val="center"/>
            </w:pPr>
          </w:p>
        </w:tc>
      </w:tr>
      <w:tr w:rsidR="00D60D5E" w14:paraId="4A0C28A5" w14:textId="77777777" w:rsidTr="000617E0">
        <w:trPr>
          <w:cantSplit/>
          <w:jc w:val="center"/>
        </w:trPr>
        <w:tc>
          <w:tcPr>
            <w:tcW w:w="677" w:type="dxa"/>
            <w:tcMar>
              <w:top w:w="28" w:type="dxa"/>
              <w:left w:w="38" w:type="dxa"/>
              <w:bottom w:w="28" w:type="dxa"/>
              <w:right w:w="38" w:type="dxa"/>
            </w:tcMar>
            <w:vAlign w:val="center"/>
          </w:tcPr>
          <w:p w14:paraId="50FF82A5" w14:textId="77777777" w:rsidR="00D60D5E" w:rsidRDefault="00891EF0">
            <w:pPr>
              <w:spacing w:after="0" w:line="240" w:lineRule="auto"/>
              <w:jc w:val="center"/>
            </w:pPr>
            <w:r>
              <w:rPr>
                <w:rFonts w:eastAsia="Aptos"/>
                <w:color w:val="6A7075"/>
                <w:sz w:val="17"/>
              </w:rPr>
              <w:t>160-230</w:t>
            </w:r>
          </w:p>
        </w:tc>
        <w:tc>
          <w:tcPr>
            <w:tcW w:w="2648" w:type="dxa"/>
            <w:tcMar>
              <w:top w:w="28" w:type="dxa"/>
              <w:left w:w="38" w:type="dxa"/>
              <w:bottom w:w="28" w:type="dxa"/>
              <w:right w:w="38" w:type="dxa"/>
            </w:tcMar>
            <w:vAlign w:val="center"/>
          </w:tcPr>
          <w:p w14:paraId="7543CBE7" w14:textId="77777777" w:rsidR="00D60D5E" w:rsidRDefault="00891EF0">
            <w:pPr>
              <w:spacing w:after="0" w:line="240" w:lineRule="auto"/>
            </w:pPr>
            <w:r>
              <w:rPr>
                <w:rFonts w:eastAsia="Aptos"/>
                <w:sz w:val="17"/>
              </w:rPr>
              <w:t>Cooking Wine Dry Red 12.7oz</w:t>
            </w:r>
          </w:p>
        </w:tc>
        <w:tc>
          <w:tcPr>
            <w:tcW w:w="630" w:type="dxa"/>
            <w:tcMar>
              <w:top w:w="28" w:type="dxa"/>
              <w:left w:w="38" w:type="dxa"/>
              <w:bottom w:w="28" w:type="dxa"/>
              <w:right w:w="38" w:type="dxa"/>
            </w:tcMar>
            <w:vAlign w:val="center"/>
          </w:tcPr>
          <w:p w14:paraId="44F26690"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22556F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AB8B4F" w14:textId="77777777" w:rsidR="00D60D5E" w:rsidRDefault="00D60D5E">
            <w:pPr>
              <w:jc w:val="center"/>
            </w:pPr>
          </w:p>
        </w:tc>
      </w:tr>
      <w:tr w:rsidR="00D60D5E" w14:paraId="3E988ABA" w14:textId="77777777" w:rsidTr="000617E0">
        <w:trPr>
          <w:cantSplit/>
          <w:jc w:val="center"/>
        </w:trPr>
        <w:tc>
          <w:tcPr>
            <w:tcW w:w="677" w:type="dxa"/>
            <w:tcMar>
              <w:top w:w="28" w:type="dxa"/>
              <w:left w:w="38" w:type="dxa"/>
              <w:bottom w:w="28" w:type="dxa"/>
              <w:right w:w="38" w:type="dxa"/>
            </w:tcMar>
            <w:vAlign w:val="center"/>
          </w:tcPr>
          <w:p w14:paraId="4F801EB4" w14:textId="77777777" w:rsidR="00D60D5E" w:rsidRDefault="00891EF0">
            <w:pPr>
              <w:spacing w:after="0" w:line="240" w:lineRule="auto"/>
              <w:jc w:val="center"/>
            </w:pPr>
            <w:r>
              <w:rPr>
                <w:rFonts w:eastAsia="Aptos"/>
                <w:color w:val="6A7075"/>
                <w:sz w:val="17"/>
              </w:rPr>
              <w:t>160-235</w:t>
            </w:r>
          </w:p>
        </w:tc>
        <w:tc>
          <w:tcPr>
            <w:tcW w:w="2648" w:type="dxa"/>
            <w:tcMar>
              <w:top w:w="28" w:type="dxa"/>
              <w:left w:w="38" w:type="dxa"/>
              <w:bottom w:w="28" w:type="dxa"/>
              <w:right w:w="38" w:type="dxa"/>
            </w:tcMar>
            <w:vAlign w:val="center"/>
          </w:tcPr>
          <w:p w14:paraId="0126B44A" w14:textId="77777777" w:rsidR="00D60D5E" w:rsidRDefault="00891EF0">
            <w:pPr>
              <w:spacing w:after="0" w:line="240" w:lineRule="auto"/>
            </w:pPr>
            <w:r>
              <w:rPr>
                <w:rFonts w:eastAsia="Aptos"/>
                <w:sz w:val="17"/>
              </w:rPr>
              <w:t>Cooking Wine Med Dry Sherry 12. oz</w:t>
            </w:r>
          </w:p>
        </w:tc>
        <w:tc>
          <w:tcPr>
            <w:tcW w:w="630" w:type="dxa"/>
            <w:tcMar>
              <w:top w:w="28" w:type="dxa"/>
              <w:left w:w="38" w:type="dxa"/>
              <w:bottom w:w="28" w:type="dxa"/>
              <w:right w:w="38" w:type="dxa"/>
            </w:tcMar>
            <w:vAlign w:val="center"/>
          </w:tcPr>
          <w:p w14:paraId="44DF26A4" w14:textId="77777777" w:rsidR="00D60D5E" w:rsidRDefault="00891EF0">
            <w:pPr>
              <w:spacing w:after="0" w:line="240" w:lineRule="auto"/>
              <w:jc w:val="center"/>
            </w:pPr>
            <w:r>
              <w:rPr>
                <w:rFonts w:eastAsia="Aptos"/>
                <w:b/>
                <w:sz w:val="17"/>
              </w:rPr>
              <w:t>4.24</w:t>
            </w:r>
          </w:p>
        </w:tc>
        <w:tc>
          <w:tcPr>
            <w:tcW w:w="540" w:type="dxa"/>
            <w:tcMar>
              <w:top w:w="28" w:type="dxa"/>
              <w:left w:w="38" w:type="dxa"/>
              <w:bottom w:w="28" w:type="dxa"/>
              <w:right w:w="38" w:type="dxa"/>
            </w:tcMar>
            <w:vAlign w:val="center"/>
          </w:tcPr>
          <w:p w14:paraId="3FDA3E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994FD6" w14:textId="77777777" w:rsidR="00D60D5E" w:rsidRDefault="00D60D5E">
            <w:pPr>
              <w:jc w:val="center"/>
            </w:pPr>
          </w:p>
        </w:tc>
      </w:tr>
      <w:tr w:rsidR="00D60D5E" w14:paraId="0081ABDF" w14:textId="77777777" w:rsidTr="000617E0">
        <w:trPr>
          <w:cantSplit/>
          <w:jc w:val="center"/>
        </w:trPr>
        <w:tc>
          <w:tcPr>
            <w:tcW w:w="677" w:type="dxa"/>
            <w:tcMar>
              <w:top w:w="28" w:type="dxa"/>
              <w:left w:w="38" w:type="dxa"/>
              <w:bottom w:w="28" w:type="dxa"/>
              <w:right w:w="38" w:type="dxa"/>
            </w:tcMar>
            <w:vAlign w:val="center"/>
          </w:tcPr>
          <w:p w14:paraId="7D0ECE12" w14:textId="77777777" w:rsidR="00D60D5E" w:rsidRDefault="00891EF0">
            <w:pPr>
              <w:spacing w:after="0" w:line="240" w:lineRule="auto"/>
              <w:jc w:val="center"/>
            </w:pPr>
            <w:r>
              <w:rPr>
                <w:rFonts w:eastAsia="Aptos"/>
                <w:color w:val="6A7075"/>
                <w:sz w:val="17"/>
              </w:rPr>
              <w:t>160-240</w:t>
            </w:r>
          </w:p>
        </w:tc>
        <w:tc>
          <w:tcPr>
            <w:tcW w:w="2648" w:type="dxa"/>
            <w:tcMar>
              <w:top w:w="28" w:type="dxa"/>
              <w:left w:w="38" w:type="dxa"/>
              <w:bottom w:w="28" w:type="dxa"/>
              <w:right w:w="38" w:type="dxa"/>
            </w:tcMar>
            <w:vAlign w:val="center"/>
          </w:tcPr>
          <w:p w14:paraId="3C0473D6" w14:textId="77777777" w:rsidR="00D60D5E" w:rsidRDefault="00891EF0">
            <w:pPr>
              <w:spacing w:after="0" w:line="240" w:lineRule="auto"/>
            </w:pPr>
            <w:r>
              <w:rPr>
                <w:rFonts w:eastAsia="Aptos"/>
                <w:sz w:val="17"/>
              </w:rPr>
              <w:t>Cream of Chicken 10.75 oz</w:t>
            </w:r>
          </w:p>
        </w:tc>
        <w:tc>
          <w:tcPr>
            <w:tcW w:w="630" w:type="dxa"/>
            <w:tcMar>
              <w:top w:w="28" w:type="dxa"/>
              <w:left w:w="38" w:type="dxa"/>
              <w:bottom w:w="28" w:type="dxa"/>
              <w:right w:w="38" w:type="dxa"/>
            </w:tcMar>
            <w:vAlign w:val="center"/>
          </w:tcPr>
          <w:p w14:paraId="11DCB6C8" w14:textId="77777777" w:rsidR="00D60D5E" w:rsidRDefault="00891EF0">
            <w:pPr>
              <w:spacing w:after="0" w:line="240" w:lineRule="auto"/>
              <w:jc w:val="center"/>
            </w:pPr>
            <w:r>
              <w:rPr>
                <w:rFonts w:eastAsia="Aptos"/>
                <w:b/>
                <w:sz w:val="17"/>
              </w:rPr>
              <w:t>3.89</w:t>
            </w:r>
          </w:p>
        </w:tc>
        <w:tc>
          <w:tcPr>
            <w:tcW w:w="540" w:type="dxa"/>
            <w:tcMar>
              <w:top w:w="28" w:type="dxa"/>
              <w:left w:w="38" w:type="dxa"/>
              <w:bottom w:w="28" w:type="dxa"/>
              <w:right w:w="38" w:type="dxa"/>
            </w:tcMar>
            <w:vAlign w:val="center"/>
          </w:tcPr>
          <w:p w14:paraId="5B5CC88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86EEBE" w14:textId="77777777" w:rsidR="00D60D5E" w:rsidRDefault="00D60D5E">
            <w:pPr>
              <w:jc w:val="center"/>
            </w:pPr>
          </w:p>
        </w:tc>
      </w:tr>
      <w:tr w:rsidR="00D60D5E" w14:paraId="4C67D12E" w14:textId="77777777" w:rsidTr="000617E0">
        <w:trPr>
          <w:cantSplit/>
          <w:jc w:val="center"/>
        </w:trPr>
        <w:tc>
          <w:tcPr>
            <w:tcW w:w="677" w:type="dxa"/>
            <w:tcMar>
              <w:top w:w="28" w:type="dxa"/>
              <w:left w:w="38" w:type="dxa"/>
              <w:bottom w:w="28" w:type="dxa"/>
              <w:right w:w="38" w:type="dxa"/>
            </w:tcMar>
            <w:vAlign w:val="center"/>
          </w:tcPr>
          <w:p w14:paraId="09AB2A02" w14:textId="77777777" w:rsidR="00D60D5E" w:rsidRDefault="00891EF0">
            <w:pPr>
              <w:spacing w:after="0" w:line="240" w:lineRule="auto"/>
              <w:jc w:val="center"/>
            </w:pPr>
            <w:r>
              <w:rPr>
                <w:rFonts w:eastAsia="Aptos"/>
                <w:color w:val="6A7075"/>
                <w:sz w:val="17"/>
              </w:rPr>
              <w:t>160-245</w:t>
            </w:r>
          </w:p>
        </w:tc>
        <w:tc>
          <w:tcPr>
            <w:tcW w:w="2648" w:type="dxa"/>
            <w:tcMar>
              <w:top w:w="28" w:type="dxa"/>
              <w:left w:w="38" w:type="dxa"/>
              <w:bottom w:w="28" w:type="dxa"/>
              <w:right w:w="38" w:type="dxa"/>
            </w:tcMar>
            <w:vAlign w:val="center"/>
          </w:tcPr>
          <w:p w14:paraId="067757B6" w14:textId="77777777" w:rsidR="00D60D5E" w:rsidRDefault="00891EF0">
            <w:pPr>
              <w:spacing w:after="0" w:line="240" w:lineRule="auto"/>
            </w:pPr>
            <w:r>
              <w:rPr>
                <w:rFonts w:eastAsia="Aptos"/>
                <w:sz w:val="17"/>
              </w:rPr>
              <w:t>Cream of Celery 10.75 oz</w:t>
            </w:r>
          </w:p>
        </w:tc>
        <w:tc>
          <w:tcPr>
            <w:tcW w:w="630" w:type="dxa"/>
            <w:tcMar>
              <w:top w:w="28" w:type="dxa"/>
              <w:left w:w="38" w:type="dxa"/>
              <w:bottom w:w="28" w:type="dxa"/>
              <w:right w:w="38" w:type="dxa"/>
            </w:tcMar>
            <w:vAlign w:val="center"/>
          </w:tcPr>
          <w:p w14:paraId="2B6C9CF3"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00CDDE7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DC8F06" w14:textId="77777777" w:rsidR="00D60D5E" w:rsidRDefault="00D60D5E">
            <w:pPr>
              <w:jc w:val="center"/>
            </w:pPr>
          </w:p>
        </w:tc>
      </w:tr>
      <w:tr w:rsidR="00D60D5E" w14:paraId="051E7CD8" w14:textId="77777777" w:rsidTr="000617E0">
        <w:trPr>
          <w:cantSplit/>
          <w:jc w:val="center"/>
        </w:trPr>
        <w:tc>
          <w:tcPr>
            <w:tcW w:w="677" w:type="dxa"/>
            <w:tcMar>
              <w:top w:w="28" w:type="dxa"/>
              <w:left w:w="38" w:type="dxa"/>
              <w:bottom w:w="28" w:type="dxa"/>
              <w:right w:w="38" w:type="dxa"/>
            </w:tcMar>
            <w:vAlign w:val="center"/>
          </w:tcPr>
          <w:p w14:paraId="45D0A003" w14:textId="77777777" w:rsidR="00D60D5E" w:rsidRDefault="00891EF0">
            <w:pPr>
              <w:spacing w:after="0" w:line="240" w:lineRule="auto"/>
              <w:jc w:val="center"/>
            </w:pPr>
            <w:r>
              <w:rPr>
                <w:rFonts w:eastAsia="Aptos"/>
                <w:color w:val="6A7075"/>
                <w:sz w:val="17"/>
              </w:rPr>
              <w:t>160-250</w:t>
            </w:r>
          </w:p>
        </w:tc>
        <w:tc>
          <w:tcPr>
            <w:tcW w:w="2648" w:type="dxa"/>
            <w:tcMar>
              <w:top w:w="28" w:type="dxa"/>
              <w:left w:w="38" w:type="dxa"/>
              <w:bottom w:w="28" w:type="dxa"/>
              <w:right w:w="38" w:type="dxa"/>
            </w:tcMar>
            <w:vAlign w:val="center"/>
          </w:tcPr>
          <w:p w14:paraId="6F9765CF" w14:textId="77777777" w:rsidR="00D60D5E" w:rsidRDefault="00891EF0">
            <w:pPr>
              <w:spacing w:after="0" w:line="240" w:lineRule="auto"/>
            </w:pPr>
            <w:r>
              <w:rPr>
                <w:rFonts w:eastAsia="Aptos"/>
                <w:sz w:val="17"/>
              </w:rPr>
              <w:t>Cream of Mushroom 10-.75 oz</w:t>
            </w:r>
          </w:p>
        </w:tc>
        <w:tc>
          <w:tcPr>
            <w:tcW w:w="630" w:type="dxa"/>
            <w:tcMar>
              <w:top w:w="28" w:type="dxa"/>
              <w:left w:w="38" w:type="dxa"/>
              <w:bottom w:w="28" w:type="dxa"/>
              <w:right w:w="38" w:type="dxa"/>
            </w:tcMar>
            <w:vAlign w:val="center"/>
          </w:tcPr>
          <w:p w14:paraId="1E29A46C" w14:textId="77777777" w:rsidR="00D60D5E" w:rsidRDefault="00891EF0">
            <w:pPr>
              <w:spacing w:after="0" w:line="240" w:lineRule="auto"/>
              <w:jc w:val="center"/>
            </w:pPr>
            <w:r>
              <w:rPr>
                <w:rFonts w:eastAsia="Aptos"/>
                <w:b/>
                <w:sz w:val="17"/>
              </w:rPr>
              <w:t>3.45</w:t>
            </w:r>
          </w:p>
        </w:tc>
        <w:tc>
          <w:tcPr>
            <w:tcW w:w="540" w:type="dxa"/>
            <w:tcMar>
              <w:top w:w="28" w:type="dxa"/>
              <w:left w:w="38" w:type="dxa"/>
              <w:bottom w:w="28" w:type="dxa"/>
              <w:right w:w="38" w:type="dxa"/>
            </w:tcMar>
            <w:vAlign w:val="center"/>
          </w:tcPr>
          <w:p w14:paraId="3E957E3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81768DC" w14:textId="77777777" w:rsidR="00D60D5E" w:rsidRDefault="00D60D5E">
            <w:pPr>
              <w:jc w:val="center"/>
            </w:pPr>
          </w:p>
        </w:tc>
      </w:tr>
      <w:tr w:rsidR="00D60D5E" w14:paraId="3D1010DF" w14:textId="77777777" w:rsidTr="000617E0">
        <w:trPr>
          <w:cantSplit/>
          <w:jc w:val="center"/>
        </w:trPr>
        <w:tc>
          <w:tcPr>
            <w:tcW w:w="677" w:type="dxa"/>
            <w:tcMar>
              <w:top w:w="28" w:type="dxa"/>
              <w:left w:w="38" w:type="dxa"/>
              <w:bottom w:w="28" w:type="dxa"/>
              <w:right w:w="38" w:type="dxa"/>
            </w:tcMar>
            <w:vAlign w:val="center"/>
          </w:tcPr>
          <w:p w14:paraId="7DA8116E" w14:textId="77777777" w:rsidR="00D60D5E" w:rsidRDefault="00891EF0">
            <w:pPr>
              <w:spacing w:after="0" w:line="240" w:lineRule="auto"/>
              <w:jc w:val="center"/>
            </w:pPr>
            <w:r>
              <w:rPr>
                <w:rFonts w:eastAsia="Aptos"/>
                <w:color w:val="6A7075"/>
                <w:sz w:val="17"/>
              </w:rPr>
              <w:t>160-255</w:t>
            </w:r>
          </w:p>
        </w:tc>
        <w:tc>
          <w:tcPr>
            <w:tcW w:w="2648" w:type="dxa"/>
            <w:tcMar>
              <w:top w:w="28" w:type="dxa"/>
              <w:left w:w="38" w:type="dxa"/>
              <w:bottom w:w="28" w:type="dxa"/>
              <w:right w:w="38" w:type="dxa"/>
            </w:tcMar>
            <w:vAlign w:val="center"/>
          </w:tcPr>
          <w:p w14:paraId="33B1942F" w14:textId="77777777" w:rsidR="00D60D5E" w:rsidRDefault="00891EF0">
            <w:pPr>
              <w:spacing w:after="0" w:line="240" w:lineRule="auto"/>
            </w:pPr>
            <w:r>
              <w:rPr>
                <w:rFonts w:eastAsia="Aptos"/>
                <w:sz w:val="17"/>
              </w:rPr>
              <w:t>Cream of Asparagus 10.75 oz</w:t>
            </w:r>
          </w:p>
        </w:tc>
        <w:tc>
          <w:tcPr>
            <w:tcW w:w="630" w:type="dxa"/>
            <w:tcMar>
              <w:top w:w="28" w:type="dxa"/>
              <w:left w:w="38" w:type="dxa"/>
              <w:bottom w:w="28" w:type="dxa"/>
              <w:right w:w="38" w:type="dxa"/>
            </w:tcMar>
            <w:vAlign w:val="center"/>
          </w:tcPr>
          <w:p w14:paraId="3E8EA637"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018B6F5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3B0A89" w14:textId="77777777" w:rsidR="00D60D5E" w:rsidRDefault="00D60D5E">
            <w:pPr>
              <w:jc w:val="center"/>
            </w:pPr>
          </w:p>
        </w:tc>
      </w:tr>
      <w:tr w:rsidR="00D60D5E" w14:paraId="33D4FA81" w14:textId="77777777" w:rsidTr="000617E0">
        <w:trPr>
          <w:cantSplit/>
          <w:jc w:val="center"/>
        </w:trPr>
        <w:tc>
          <w:tcPr>
            <w:tcW w:w="677" w:type="dxa"/>
            <w:tcMar>
              <w:top w:w="28" w:type="dxa"/>
              <w:left w:w="38" w:type="dxa"/>
              <w:bottom w:w="28" w:type="dxa"/>
              <w:right w:w="38" w:type="dxa"/>
            </w:tcMar>
            <w:vAlign w:val="center"/>
          </w:tcPr>
          <w:p w14:paraId="2C641DEB" w14:textId="77777777" w:rsidR="00D60D5E" w:rsidRDefault="00891EF0">
            <w:pPr>
              <w:spacing w:after="0" w:line="240" w:lineRule="auto"/>
              <w:jc w:val="center"/>
            </w:pPr>
            <w:r>
              <w:rPr>
                <w:rFonts w:eastAsia="Aptos"/>
                <w:color w:val="6A7075"/>
                <w:sz w:val="17"/>
              </w:rPr>
              <w:t>160-260</w:t>
            </w:r>
          </w:p>
        </w:tc>
        <w:tc>
          <w:tcPr>
            <w:tcW w:w="2648" w:type="dxa"/>
            <w:tcMar>
              <w:top w:w="28" w:type="dxa"/>
              <w:left w:w="38" w:type="dxa"/>
              <w:bottom w:w="28" w:type="dxa"/>
              <w:right w:w="38" w:type="dxa"/>
            </w:tcMar>
            <w:vAlign w:val="center"/>
          </w:tcPr>
          <w:p w14:paraId="17DC9139" w14:textId="77777777" w:rsidR="00D60D5E" w:rsidRDefault="00891EF0">
            <w:pPr>
              <w:spacing w:after="0" w:line="240" w:lineRule="auto"/>
            </w:pPr>
            <w:r>
              <w:rPr>
                <w:rFonts w:eastAsia="Aptos"/>
                <w:sz w:val="17"/>
              </w:rPr>
              <w:t>Cream of Broccoli 10.75 oz</w:t>
            </w:r>
          </w:p>
        </w:tc>
        <w:tc>
          <w:tcPr>
            <w:tcW w:w="630" w:type="dxa"/>
            <w:tcMar>
              <w:top w:w="28" w:type="dxa"/>
              <w:left w:w="38" w:type="dxa"/>
              <w:bottom w:w="28" w:type="dxa"/>
              <w:right w:w="38" w:type="dxa"/>
            </w:tcMar>
            <w:vAlign w:val="center"/>
          </w:tcPr>
          <w:p w14:paraId="03BBEAD0"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5B2BDC6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B2D653" w14:textId="77777777" w:rsidR="00D60D5E" w:rsidRDefault="00D60D5E">
            <w:pPr>
              <w:jc w:val="center"/>
            </w:pPr>
          </w:p>
        </w:tc>
      </w:tr>
      <w:tr w:rsidR="00D60D5E" w14:paraId="5680F41E" w14:textId="77777777" w:rsidTr="000617E0">
        <w:trPr>
          <w:cantSplit/>
          <w:jc w:val="center"/>
        </w:trPr>
        <w:tc>
          <w:tcPr>
            <w:tcW w:w="677" w:type="dxa"/>
            <w:tcMar>
              <w:top w:w="28" w:type="dxa"/>
              <w:left w:w="38" w:type="dxa"/>
              <w:bottom w:w="28" w:type="dxa"/>
              <w:right w:w="38" w:type="dxa"/>
            </w:tcMar>
            <w:vAlign w:val="center"/>
          </w:tcPr>
          <w:p w14:paraId="0C9B043A" w14:textId="77777777" w:rsidR="00D60D5E" w:rsidRDefault="00891EF0">
            <w:pPr>
              <w:spacing w:after="0" w:line="240" w:lineRule="auto"/>
              <w:jc w:val="center"/>
            </w:pPr>
            <w:r>
              <w:rPr>
                <w:rFonts w:eastAsia="Aptos"/>
                <w:color w:val="6A7075"/>
                <w:sz w:val="17"/>
              </w:rPr>
              <w:t>160-265</w:t>
            </w:r>
          </w:p>
        </w:tc>
        <w:tc>
          <w:tcPr>
            <w:tcW w:w="2648" w:type="dxa"/>
            <w:tcMar>
              <w:top w:w="28" w:type="dxa"/>
              <w:left w:w="38" w:type="dxa"/>
              <w:bottom w:w="28" w:type="dxa"/>
              <w:right w:w="38" w:type="dxa"/>
            </w:tcMar>
            <w:vAlign w:val="center"/>
          </w:tcPr>
          <w:p w14:paraId="31FDE4FC" w14:textId="77777777" w:rsidR="00D60D5E" w:rsidRDefault="00891EF0">
            <w:pPr>
              <w:spacing w:after="0" w:line="240" w:lineRule="auto"/>
            </w:pPr>
            <w:r>
              <w:rPr>
                <w:rFonts w:eastAsia="Aptos"/>
                <w:sz w:val="17"/>
              </w:rPr>
              <w:t>Cream of Potato 10.75 oz</w:t>
            </w:r>
          </w:p>
        </w:tc>
        <w:tc>
          <w:tcPr>
            <w:tcW w:w="630" w:type="dxa"/>
            <w:tcMar>
              <w:top w:w="28" w:type="dxa"/>
              <w:left w:w="38" w:type="dxa"/>
              <w:bottom w:w="28" w:type="dxa"/>
              <w:right w:w="38" w:type="dxa"/>
            </w:tcMar>
            <w:vAlign w:val="center"/>
          </w:tcPr>
          <w:p w14:paraId="74466F0F"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4D1F98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2FD811" w14:textId="77777777" w:rsidR="00D60D5E" w:rsidRDefault="00D60D5E">
            <w:pPr>
              <w:jc w:val="center"/>
            </w:pPr>
          </w:p>
        </w:tc>
      </w:tr>
      <w:tr w:rsidR="00D60D5E" w14:paraId="2FC96434" w14:textId="77777777" w:rsidTr="000617E0">
        <w:trPr>
          <w:cantSplit/>
          <w:jc w:val="center"/>
        </w:trPr>
        <w:tc>
          <w:tcPr>
            <w:tcW w:w="677" w:type="dxa"/>
            <w:tcMar>
              <w:top w:w="28" w:type="dxa"/>
              <w:left w:w="38" w:type="dxa"/>
              <w:bottom w:w="28" w:type="dxa"/>
              <w:right w:w="38" w:type="dxa"/>
            </w:tcMar>
            <w:vAlign w:val="center"/>
          </w:tcPr>
          <w:p w14:paraId="2C220AFA" w14:textId="77777777" w:rsidR="00D60D5E" w:rsidRDefault="00891EF0">
            <w:pPr>
              <w:spacing w:after="0" w:line="240" w:lineRule="auto"/>
              <w:jc w:val="center"/>
            </w:pPr>
            <w:r>
              <w:rPr>
                <w:rFonts w:eastAsia="Aptos"/>
                <w:color w:val="6A7075"/>
                <w:sz w:val="17"/>
              </w:rPr>
              <w:t>160-270</w:t>
            </w:r>
          </w:p>
        </w:tc>
        <w:tc>
          <w:tcPr>
            <w:tcW w:w="2648" w:type="dxa"/>
            <w:tcMar>
              <w:top w:w="28" w:type="dxa"/>
              <w:left w:w="38" w:type="dxa"/>
              <w:bottom w:w="28" w:type="dxa"/>
              <w:right w:w="38" w:type="dxa"/>
            </w:tcMar>
            <w:vAlign w:val="center"/>
          </w:tcPr>
          <w:p w14:paraId="310BD7C3" w14:textId="77777777" w:rsidR="00D60D5E" w:rsidRDefault="00891EF0">
            <w:pPr>
              <w:spacing w:after="0" w:line="240" w:lineRule="auto"/>
            </w:pPr>
            <w:r>
              <w:rPr>
                <w:rFonts w:eastAsia="Aptos"/>
                <w:sz w:val="17"/>
              </w:rPr>
              <w:t>Chicken Noodle Soup 10.75 oz</w:t>
            </w:r>
          </w:p>
        </w:tc>
        <w:tc>
          <w:tcPr>
            <w:tcW w:w="630" w:type="dxa"/>
            <w:tcMar>
              <w:top w:w="28" w:type="dxa"/>
              <w:left w:w="38" w:type="dxa"/>
              <w:bottom w:w="28" w:type="dxa"/>
              <w:right w:w="38" w:type="dxa"/>
            </w:tcMar>
            <w:vAlign w:val="center"/>
          </w:tcPr>
          <w:p w14:paraId="2E611D7F" w14:textId="77777777" w:rsidR="00D60D5E" w:rsidRDefault="00891EF0">
            <w:pPr>
              <w:spacing w:after="0" w:line="240" w:lineRule="auto"/>
              <w:jc w:val="center"/>
            </w:pPr>
            <w:r>
              <w:rPr>
                <w:rFonts w:eastAsia="Aptos"/>
                <w:b/>
                <w:sz w:val="17"/>
              </w:rPr>
              <w:t>2.69</w:t>
            </w:r>
          </w:p>
        </w:tc>
        <w:tc>
          <w:tcPr>
            <w:tcW w:w="540" w:type="dxa"/>
            <w:tcMar>
              <w:top w:w="28" w:type="dxa"/>
              <w:left w:w="38" w:type="dxa"/>
              <w:bottom w:w="28" w:type="dxa"/>
              <w:right w:w="38" w:type="dxa"/>
            </w:tcMar>
            <w:vAlign w:val="center"/>
          </w:tcPr>
          <w:p w14:paraId="5EB559D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43881B" w14:textId="77777777" w:rsidR="00D60D5E" w:rsidRDefault="00D60D5E">
            <w:pPr>
              <w:jc w:val="center"/>
            </w:pPr>
          </w:p>
        </w:tc>
      </w:tr>
      <w:tr w:rsidR="00D60D5E" w14:paraId="3C366BF3" w14:textId="77777777" w:rsidTr="000617E0">
        <w:trPr>
          <w:cantSplit/>
          <w:jc w:val="center"/>
        </w:trPr>
        <w:tc>
          <w:tcPr>
            <w:tcW w:w="677" w:type="dxa"/>
            <w:shd w:val="clear" w:color="auto" w:fill="D9EAF7"/>
            <w:tcMar>
              <w:top w:w="28" w:type="dxa"/>
              <w:left w:w="38" w:type="dxa"/>
              <w:bottom w:w="28" w:type="dxa"/>
              <w:right w:w="38" w:type="dxa"/>
            </w:tcMar>
            <w:vAlign w:val="center"/>
          </w:tcPr>
          <w:p w14:paraId="5C15E40C" w14:textId="77777777" w:rsidR="00D60D5E" w:rsidRDefault="00891EF0">
            <w:pPr>
              <w:spacing w:after="0" w:line="240" w:lineRule="auto"/>
              <w:jc w:val="center"/>
            </w:pPr>
            <w:r>
              <w:rPr>
                <w:rFonts w:eastAsia="Aptos"/>
                <w:b/>
                <w:color w:val="2F4F8F"/>
                <w:sz w:val="18"/>
              </w:rPr>
              <w:t>165-</w:t>
            </w:r>
          </w:p>
        </w:tc>
        <w:tc>
          <w:tcPr>
            <w:tcW w:w="2648" w:type="dxa"/>
            <w:shd w:val="clear" w:color="auto" w:fill="D9EAF7"/>
            <w:tcMar>
              <w:top w:w="28" w:type="dxa"/>
              <w:left w:w="38" w:type="dxa"/>
              <w:bottom w:w="28" w:type="dxa"/>
              <w:right w:w="38" w:type="dxa"/>
            </w:tcMar>
            <w:vAlign w:val="center"/>
          </w:tcPr>
          <w:p w14:paraId="4EDA934C" w14:textId="77777777" w:rsidR="00D60D5E" w:rsidRDefault="00891EF0">
            <w:pPr>
              <w:spacing w:after="0" w:line="240" w:lineRule="auto"/>
            </w:pPr>
            <w:r>
              <w:rPr>
                <w:rFonts w:eastAsia="Aptos"/>
                <w:b/>
                <w:color w:val="2F4F8F"/>
                <w:sz w:val="18"/>
              </w:rPr>
              <w:t>MISC, DRY GOODS</w:t>
            </w:r>
          </w:p>
        </w:tc>
        <w:tc>
          <w:tcPr>
            <w:tcW w:w="630" w:type="dxa"/>
            <w:shd w:val="clear" w:color="auto" w:fill="D9EAF7"/>
            <w:tcMar>
              <w:top w:w="28" w:type="dxa"/>
              <w:left w:w="38" w:type="dxa"/>
              <w:bottom w:w="28" w:type="dxa"/>
              <w:right w:w="38" w:type="dxa"/>
            </w:tcMar>
            <w:vAlign w:val="center"/>
          </w:tcPr>
          <w:p w14:paraId="3251BCE0"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4C7B74B"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CCF6A85" w14:textId="77777777" w:rsidR="00D60D5E" w:rsidRDefault="00D60D5E">
            <w:pPr>
              <w:jc w:val="center"/>
            </w:pPr>
          </w:p>
        </w:tc>
      </w:tr>
      <w:tr w:rsidR="00D60D5E" w14:paraId="7683D1B2" w14:textId="77777777" w:rsidTr="000617E0">
        <w:trPr>
          <w:cantSplit/>
          <w:jc w:val="center"/>
        </w:trPr>
        <w:tc>
          <w:tcPr>
            <w:tcW w:w="677" w:type="dxa"/>
            <w:tcMar>
              <w:top w:w="28" w:type="dxa"/>
              <w:left w:w="38" w:type="dxa"/>
              <w:bottom w:w="28" w:type="dxa"/>
              <w:right w:w="38" w:type="dxa"/>
            </w:tcMar>
            <w:vAlign w:val="center"/>
          </w:tcPr>
          <w:p w14:paraId="0ED81808" w14:textId="77777777" w:rsidR="00D60D5E" w:rsidRDefault="00891EF0">
            <w:pPr>
              <w:spacing w:after="0" w:line="240" w:lineRule="auto"/>
              <w:jc w:val="center"/>
            </w:pPr>
            <w:r>
              <w:rPr>
                <w:rFonts w:eastAsia="Aptos"/>
                <w:color w:val="6A7075"/>
                <w:sz w:val="17"/>
              </w:rPr>
              <w:t>165-105</w:t>
            </w:r>
          </w:p>
        </w:tc>
        <w:tc>
          <w:tcPr>
            <w:tcW w:w="2648" w:type="dxa"/>
            <w:tcMar>
              <w:top w:w="28" w:type="dxa"/>
              <w:left w:w="38" w:type="dxa"/>
              <w:bottom w:w="28" w:type="dxa"/>
              <w:right w:w="38" w:type="dxa"/>
            </w:tcMar>
            <w:vAlign w:val="center"/>
          </w:tcPr>
          <w:p w14:paraId="131E9AB7" w14:textId="77777777" w:rsidR="00D60D5E" w:rsidRDefault="00891EF0">
            <w:pPr>
              <w:spacing w:after="0" w:line="240" w:lineRule="auto"/>
            </w:pPr>
            <w:r>
              <w:rPr>
                <w:rFonts w:eastAsia="Aptos"/>
                <w:sz w:val="17"/>
              </w:rPr>
              <w:t>Aunt Jemima Pancake Mix 32oz</w:t>
            </w:r>
          </w:p>
        </w:tc>
        <w:tc>
          <w:tcPr>
            <w:tcW w:w="630" w:type="dxa"/>
            <w:tcMar>
              <w:top w:w="28" w:type="dxa"/>
              <w:left w:w="38" w:type="dxa"/>
              <w:bottom w:w="28" w:type="dxa"/>
              <w:right w:w="38" w:type="dxa"/>
            </w:tcMar>
            <w:vAlign w:val="center"/>
          </w:tcPr>
          <w:p w14:paraId="18220D9D"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6D70FD2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AD8995" w14:textId="77777777" w:rsidR="00D60D5E" w:rsidRDefault="00D60D5E">
            <w:pPr>
              <w:jc w:val="center"/>
            </w:pPr>
          </w:p>
        </w:tc>
      </w:tr>
      <w:tr w:rsidR="00D60D5E" w14:paraId="643BAC9F" w14:textId="77777777" w:rsidTr="000617E0">
        <w:trPr>
          <w:cantSplit/>
          <w:jc w:val="center"/>
        </w:trPr>
        <w:tc>
          <w:tcPr>
            <w:tcW w:w="677" w:type="dxa"/>
            <w:tcMar>
              <w:top w:w="28" w:type="dxa"/>
              <w:left w:w="38" w:type="dxa"/>
              <w:bottom w:w="28" w:type="dxa"/>
              <w:right w:w="38" w:type="dxa"/>
            </w:tcMar>
            <w:vAlign w:val="center"/>
          </w:tcPr>
          <w:p w14:paraId="3A109F30" w14:textId="77777777" w:rsidR="00D60D5E" w:rsidRDefault="00891EF0">
            <w:pPr>
              <w:spacing w:after="0" w:line="240" w:lineRule="auto"/>
              <w:jc w:val="center"/>
            </w:pPr>
            <w:r>
              <w:rPr>
                <w:rFonts w:eastAsia="Aptos"/>
                <w:color w:val="6A7075"/>
                <w:sz w:val="17"/>
              </w:rPr>
              <w:t>165-106</w:t>
            </w:r>
          </w:p>
        </w:tc>
        <w:tc>
          <w:tcPr>
            <w:tcW w:w="2648" w:type="dxa"/>
            <w:tcMar>
              <w:top w:w="28" w:type="dxa"/>
              <w:left w:w="38" w:type="dxa"/>
              <w:bottom w:w="28" w:type="dxa"/>
              <w:right w:w="38" w:type="dxa"/>
            </w:tcMar>
            <w:vAlign w:val="center"/>
          </w:tcPr>
          <w:p w14:paraId="2AB7C24A" w14:textId="77777777" w:rsidR="00D60D5E" w:rsidRDefault="00891EF0">
            <w:pPr>
              <w:spacing w:after="0" w:line="240" w:lineRule="auto"/>
            </w:pPr>
            <w:r>
              <w:rPr>
                <w:rFonts w:eastAsia="Aptos"/>
                <w:sz w:val="17"/>
              </w:rPr>
              <w:t>Aunt Jemima Pancake Mix Complete 32oz</w:t>
            </w:r>
          </w:p>
        </w:tc>
        <w:tc>
          <w:tcPr>
            <w:tcW w:w="630" w:type="dxa"/>
            <w:tcMar>
              <w:top w:w="28" w:type="dxa"/>
              <w:left w:w="38" w:type="dxa"/>
              <w:bottom w:w="28" w:type="dxa"/>
              <w:right w:w="38" w:type="dxa"/>
            </w:tcMar>
            <w:vAlign w:val="center"/>
          </w:tcPr>
          <w:p w14:paraId="66A56028" w14:textId="77777777" w:rsidR="00D60D5E" w:rsidRDefault="00891EF0">
            <w:pPr>
              <w:spacing w:after="0" w:line="240" w:lineRule="auto"/>
              <w:jc w:val="center"/>
            </w:pPr>
            <w:r>
              <w:rPr>
                <w:rFonts w:eastAsia="Aptos"/>
                <w:b/>
                <w:sz w:val="17"/>
              </w:rPr>
              <w:t>9.69</w:t>
            </w:r>
          </w:p>
        </w:tc>
        <w:tc>
          <w:tcPr>
            <w:tcW w:w="540" w:type="dxa"/>
            <w:tcMar>
              <w:top w:w="28" w:type="dxa"/>
              <w:left w:w="38" w:type="dxa"/>
              <w:bottom w:w="28" w:type="dxa"/>
              <w:right w:w="38" w:type="dxa"/>
            </w:tcMar>
            <w:vAlign w:val="center"/>
          </w:tcPr>
          <w:p w14:paraId="7166BF1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BE9A8C" w14:textId="77777777" w:rsidR="00D60D5E" w:rsidRDefault="00D60D5E">
            <w:pPr>
              <w:jc w:val="center"/>
            </w:pPr>
          </w:p>
        </w:tc>
      </w:tr>
      <w:tr w:rsidR="00D60D5E" w14:paraId="179DE62A" w14:textId="77777777" w:rsidTr="000617E0">
        <w:trPr>
          <w:cantSplit/>
          <w:jc w:val="center"/>
        </w:trPr>
        <w:tc>
          <w:tcPr>
            <w:tcW w:w="677" w:type="dxa"/>
            <w:tcMar>
              <w:top w:w="28" w:type="dxa"/>
              <w:left w:w="38" w:type="dxa"/>
              <w:bottom w:w="28" w:type="dxa"/>
              <w:right w:w="38" w:type="dxa"/>
            </w:tcMar>
            <w:vAlign w:val="center"/>
          </w:tcPr>
          <w:p w14:paraId="605A3FB4" w14:textId="77777777" w:rsidR="00D60D5E" w:rsidRDefault="00891EF0">
            <w:pPr>
              <w:spacing w:after="0" w:line="240" w:lineRule="auto"/>
              <w:jc w:val="center"/>
            </w:pPr>
            <w:r>
              <w:rPr>
                <w:rFonts w:eastAsia="Aptos"/>
                <w:color w:val="6A7075"/>
                <w:sz w:val="17"/>
              </w:rPr>
              <w:t>165-107</w:t>
            </w:r>
          </w:p>
        </w:tc>
        <w:tc>
          <w:tcPr>
            <w:tcW w:w="2648" w:type="dxa"/>
            <w:tcMar>
              <w:top w:w="28" w:type="dxa"/>
              <w:left w:w="38" w:type="dxa"/>
              <w:bottom w:w="28" w:type="dxa"/>
              <w:right w:w="38" w:type="dxa"/>
            </w:tcMar>
            <w:vAlign w:val="center"/>
          </w:tcPr>
          <w:p w14:paraId="014AC478" w14:textId="77777777" w:rsidR="00D60D5E" w:rsidRDefault="00891EF0">
            <w:pPr>
              <w:spacing w:after="0" w:line="240" w:lineRule="auto"/>
            </w:pPr>
            <w:r>
              <w:rPr>
                <w:rFonts w:eastAsia="Aptos"/>
                <w:sz w:val="17"/>
              </w:rPr>
              <w:t>Aunt Jemima Pancake Mix Complete 16oz</w:t>
            </w:r>
          </w:p>
        </w:tc>
        <w:tc>
          <w:tcPr>
            <w:tcW w:w="630" w:type="dxa"/>
            <w:tcMar>
              <w:top w:w="28" w:type="dxa"/>
              <w:left w:w="38" w:type="dxa"/>
              <w:bottom w:w="28" w:type="dxa"/>
              <w:right w:w="38" w:type="dxa"/>
            </w:tcMar>
            <w:vAlign w:val="center"/>
          </w:tcPr>
          <w:p w14:paraId="2C5FEE89"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774EC76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4574C8" w14:textId="77777777" w:rsidR="00D60D5E" w:rsidRDefault="00D60D5E">
            <w:pPr>
              <w:jc w:val="center"/>
            </w:pPr>
          </w:p>
        </w:tc>
      </w:tr>
      <w:tr w:rsidR="00D60D5E" w14:paraId="23637CC2" w14:textId="77777777" w:rsidTr="000617E0">
        <w:trPr>
          <w:cantSplit/>
          <w:jc w:val="center"/>
        </w:trPr>
        <w:tc>
          <w:tcPr>
            <w:tcW w:w="677" w:type="dxa"/>
            <w:tcMar>
              <w:top w:w="28" w:type="dxa"/>
              <w:left w:w="38" w:type="dxa"/>
              <w:bottom w:w="28" w:type="dxa"/>
              <w:right w:w="38" w:type="dxa"/>
            </w:tcMar>
            <w:vAlign w:val="center"/>
          </w:tcPr>
          <w:p w14:paraId="1F939401" w14:textId="77777777" w:rsidR="00D60D5E" w:rsidRDefault="00891EF0">
            <w:pPr>
              <w:spacing w:after="0" w:line="240" w:lineRule="auto"/>
              <w:jc w:val="center"/>
            </w:pPr>
            <w:r>
              <w:rPr>
                <w:rFonts w:eastAsia="Aptos"/>
                <w:color w:val="6A7075"/>
                <w:sz w:val="17"/>
              </w:rPr>
              <w:t>165-110</w:t>
            </w:r>
          </w:p>
        </w:tc>
        <w:tc>
          <w:tcPr>
            <w:tcW w:w="2648" w:type="dxa"/>
            <w:tcMar>
              <w:top w:w="28" w:type="dxa"/>
              <w:left w:w="38" w:type="dxa"/>
              <w:bottom w:w="28" w:type="dxa"/>
              <w:right w:w="38" w:type="dxa"/>
            </w:tcMar>
            <w:vAlign w:val="center"/>
          </w:tcPr>
          <w:p w14:paraId="7BA1AD6C" w14:textId="77777777" w:rsidR="00D60D5E" w:rsidRDefault="00891EF0">
            <w:pPr>
              <w:spacing w:after="0" w:line="240" w:lineRule="auto"/>
            </w:pPr>
            <w:r>
              <w:rPr>
                <w:rFonts w:eastAsia="Aptos"/>
                <w:sz w:val="17"/>
              </w:rPr>
              <w:t>Cake Mix Yellow 18.25oz (Duncan Hines)</w:t>
            </w:r>
          </w:p>
        </w:tc>
        <w:tc>
          <w:tcPr>
            <w:tcW w:w="630" w:type="dxa"/>
            <w:tcMar>
              <w:top w:w="28" w:type="dxa"/>
              <w:left w:w="38" w:type="dxa"/>
              <w:bottom w:w="28" w:type="dxa"/>
              <w:right w:w="38" w:type="dxa"/>
            </w:tcMar>
            <w:vAlign w:val="center"/>
          </w:tcPr>
          <w:p w14:paraId="0486F7E2" w14:textId="77777777" w:rsidR="00D60D5E" w:rsidRDefault="00891EF0">
            <w:pPr>
              <w:spacing w:after="0" w:line="240" w:lineRule="auto"/>
              <w:jc w:val="center"/>
            </w:pPr>
            <w:r>
              <w:rPr>
                <w:rFonts w:eastAsia="Aptos"/>
                <w:b/>
                <w:sz w:val="17"/>
              </w:rPr>
              <w:t>5.59</w:t>
            </w:r>
          </w:p>
        </w:tc>
        <w:tc>
          <w:tcPr>
            <w:tcW w:w="540" w:type="dxa"/>
            <w:tcMar>
              <w:top w:w="28" w:type="dxa"/>
              <w:left w:w="38" w:type="dxa"/>
              <w:bottom w:w="28" w:type="dxa"/>
              <w:right w:w="38" w:type="dxa"/>
            </w:tcMar>
            <w:vAlign w:val="center"/>
          </w:tcPr>
          <w:p w14:paraId="48E03F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E132B7" w14:textId="77777777" w:rsidR="00D60D5E" w:rsidRDefault="00D60D5E">
            <w:pPr>
              <w:jc w:val="center"/>
            </w:pPr>
          </w:p>
        </w:tc>
      </w:tr>
      <w:tr w:rsidR="00D60D5E" w14:paraId="4A670DAD" w14:textId="77777777" w:rsidTr="000617E0">
        <w:trPr>
          <w:cantSplit/>
          <w:jc w:val="center"/>
        </w:trPr>
        <w:tc>
          <w:tcPr>
            <w:tcW w:w="677" w:type="dxa"/>
            <w:tcMar>
              <w:top w:w="28" w:type="dxa"/>
              <w:left w:w="38" w:type="dxa"/>
              <w:bottom w:w="28" w:type="dxa"/>
              <w:right w:w="38" w:type="dxa"/>
            </w:tcMar>
            <w:vAlign w:val="center"/>
          </w:tcPr>
          <w:p w14:paraId="3AB5F5FE" w14:textId="77777777" w:rsidR="00D60D5E" w:rsidRDefault="00891EF0">
            <w:pPr>
              <w:spacing w:after="0" w:line="240" w:lineRule="auto"/>
              <w:jc w:val="center"/>
            </w:pPr>
            <w:r>
              <w:rPr>
                <w:rFonts w:eastAsia="Aptos"/>
                <w:color w:val="6A7075"/>
                <w:sz w:val="17"/>
              </w:rPr>
              <w:t>165-115</w:t>
            </w:r>
          </w:p>
        </w:tc>
        <w:tc>
          <w:tcPr>
            <w:tcW w:w="2648" w:type="dxa"/>
            <w:tcMar>
              <w:top w:w="28" w:type="dxa"/>
              <w:left w:w="38" w:type="dxa"/>
              <w:bottom w:w="28" w:type="dxa"/>
              <w:right w:w="38" w:type="dxa"/>
            </w:tcMar>
            <w:vAlign w:val="center"/>
          </w:tcPr>
          <w:p w14:paraId="71AAF11B" w14:textId="77777777" w:rsidR="00D60D5E" w:rsidRDefault="00891EF0">
            <w:pPr>
              <w:spacing w:after="0" w:line="240" w:lineRule="auto"/>
            </w:pPr>
            <w:r>
              <w:rPr>
                <w:rFonts w:eastAsia="Aptos"/>
                <w:sz w:val="17"/>
              </w:rPr>
              <w:t>Cake Mix Chocolate 18.25oz (Betty Crocker)</w:t>
            </w:r>
          </w:p>
        </w:tc>
        <w:tc>
          <w:tcPr>
            <w:tcW w:w="630" w:type="dxa"/>
            <w:tcMar>
              <w:top w:w="28" w:type="dxa"/>
              <w:left w:w="38" w:type="dxa"/>
              <w:bottom w:w="28" w:type="dxa"/>
              <w:right w:w="38" w:type="dxa"/>
            </w:tcMar>
            <w:vAlign w:val="center"/>
          </w:tcPr>
          <w:p w14:paraId="45F07EDC" w14:textId="77777777" w:rsidR="00D60D5E" w:rsidRDefault="00891EF0">
            <w:pPr>
              <w:spacing w:after="0" w:line="240" w:lineRule="auto"/>
              <w:jc w:val="center"/>
            </w:pPr>
            <w:r>
              <w:rPr>
                <w:rFonts w:eastAsia="Aptos"/>
                <w:b/>
                <w:sz w:val="17"/>
              </w:rPr>
              <w:t>5.59</w:t>
            </w:r>
          </w:p>
        </w:tc>
        <w:tc>
          <w:tcPr>
            <w:tcW w:w="540" w:type="dxa"/>
            <w:tcMar>
              <w:top w:w="28" w:type="dxa"/>
              <w:left w:w="38" w:type="dxa"/>
              <w:bottom w:w="28" w:type="dxa"/>
              <w:right w:w="38" w:type="dxa"/>
            </w:tcMar>
            <w:vAlign w:val="center"/>
          </w:tcPr>
          <w:p w14:paraId="363FA7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F84B21" w14:textId="77777777" w:rsidR="00D60D5E" w:rsidRDefault="00D60D5E">
            <w:pPr>
              <w:jc w:val="center"/>
            </w:pPr>
          </w:p>
        </w:tc>
      </w:tr>
      <w:tr w:rsidR="00D60D5E" w14:paraId="01342D1A" w14:textId="77777777" w:rsidTr="000617E0">
        <w:trPr>
          <w:cantSplit/>
          <w:jc w:val="center"/>
        </w:trPr>
        <w:tc>
          <w:tcPr>
            <w:tcW w:w="677" w:type="dxa"/>
            <w:tcMar>
              <w:top w:w="28" w:type="dxa"/>
              <w:left w:w="38" w:type="dxa"/>
              <w:bottom w:w="28" w:type="dxa"/>
              <w:right w:w="38" w:type="dxa"/>
            </w:tcMar>
            <w:vAlign w:val="center"/>
          </w:tcPr>
          <w:p w14:paraId="6E8473C5" w14:textId="77777777" w:rsidR="00D60D5E" w:rsidRDefault="00891EF0">
            <w:pPr>
              <w:spacing w:after="0" w:line="240" w:lineRule="auto"/>
              <w:jc w:val="center"/>
            </w:pPr>
            <w:r>
              <w:rPr>
                <w:rFonts w:eastAsia="Aptos"/>
                <w:color w:val="6A7075"/>
                <w:sz w:val="17"/>
              </w:rPr>
              <w:t>165-120</w:t>
            </w:r>
          </w:p>
        </w:tc>
        <w:tc>
          <w:tcPr>
            <w:tcW w:w="2648" w:type="dxa"/>
            <w:tcMar>
              <w:top w:w="28" w:type="dxa"/>
              <w:left w:w="38" w:type="dxa"/>
              <w:bottom w:w="28" w:type="dxa"/>
              <w:right w:w="38" w:type="dxa"/>
            </w:tcMar>
            <w:vAlign w:val="center"/>
          </w:tcPr>
          <w:p w14:paraId="6A5A492B" w14:textId="77777777" w:rsidR="00D60D5E" w:rsidRDefault="00891EF0">
            <w:pPr>
              <w:spacing w:after="0" w:line="240" w:lineRule="auto"/>
            </w:pPr>
            <w:r>
              <w:rPr>
                <w:rFonts w:eastAsia="Aptos"/>
                <w:sz w:val="17"/>
              </w:rPr>
              <w:t>Muffin Mix Wild Blueberry 7oz</w:t>
            </w:r>
          </w:p>
        </w:tc>
        <w:tc>
          <w:tcPr>
            <w:tcW w:w="630" w:type="dxa"/>
            <w:tcMar>
              <w:top w:w="28" w:type="dxa"/>
              <w:left w:w="38" w:type="dxa"/>
              <w:bottom w:w="28" w:type="dxa"/>
              <w:right w:w="38" w:type="dxa"/>
            </w:tcMar>
            <w:vAlign w:val="center"/>
          </w:tcPr>
          <w:p w14:paraId="24B5F986" w14:textId="77777777" w:rsidR="00D60D5E" w:rsidRDefault="00891EF0">
            <w:pPr>
              <w:spacing w:after="0" w:line="240" w:lineRule="auto"/>
              <w:jc w:val="center"/>
            </w:pPr>
            <w:r>
              <w:rPr>
                <w:rFonts w:eastAsia="Aptos"/>
                <w:b/>
                <w:sz w:val="17"/>
              </w:rPr>
              <w:t>2.65</w:t>
            </w:r>
          </w:p>
        </w:tc>
        <w:tc>
          <w:tcPr>
            <w:tcW w:w="540" w:type="dxa"/>
            <w:tcMar>
              <w:top w:w="28" w:type="dxa"/>
              <w:left w:w="38" w:type="dxa"/>
              <w:bottom w:w="28" w:type="dxa"/>
              <w:right w:w="38" w:type="dxa"/>
            </w:tcMar>
            <w:vAlign w:val="center"/>
          </w:tcPr>
          <w:p w14:paraId="743249A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41039B" w14:textId="77777777" w:rsidR="00D60D5E" w:rsidRDefault="00D60D5E">
            <w:pPr>
              <w:jc w:val="center"/>
            </w:pPr>
          </w:p>
        </w:tc>
      </w:tr>
      <w:tr w:rsidR="00D60D5E" w14:paraId="46B5FBE3" w14:textId="77777777" w:rsidTr="000617E0">
        <w:trPr>
          <w:cantSplit/>
          <w:jc w:val="center"/>
        </w:trPr>
        <w:tc>
          <w:tcPr>
            <w:tcW w:w="677" w:type="dxa"/>
            <w:tcMar>
              <w:top w:w="28" w:type="dxa"/>
              <w:left w:w="38" w:type="dxa"/>
              <w:bottom w:w="28" w:type="dxa"/>
              <w:right w:w="38" w:type="dxa"/>
            </w:tcMar>
            <w:vAlign w:val="center"/>
          </w:tcPr>
          <w:p w14:paraId="49B2DF1D" w14:textId="77777777" w:rsidR="00D60D5E" w:rsidRDefault="00891EF0">
            <w:pPr>
              <w:spacing w:after="0" w:line="240" w:lineRule="auto"/>
              <w:jc w:val="center"/>
            </w:pPr>
            <w:r>
              <w:rPr>
                <w:rFonts w:eastAsia="Aptos"/>
                <w:color w:val="6A7075"/>
                <w:sz w:val="17"/>
              </w:rPr>
              <w:t>165-125</w:t>
            </w:r>
          </w:p>
        </w:tc>
        <w:tc>
          <w:tcPr>
            <w:tcW w:w="2648" w:type="dxa"/>
            <w:tcMar>
              <w:top w:w="28" w:type="dxa"/>
              <w:left w:w="38" w:type="dxa"/>
              <w:bottom w:w="28" w:type="dxa"/>
              <w:right w:w="38" w:type="dxa"/>
            </w:tcMar>
            <w:vAlign w:val="center"/>
          </w:tcPr>
          <w:p w14:paraId="6E263CDE" w14:textId="77777777" w:rsidR="00D60D5E" w:rsidRDefault="00891EF0">
            <w:pPr>
              <w:spacing w:after="0" w:line="240" w:lineRule="auto"/>
            </w:pPr>
            <w:r>
              <w:rPr>
                <w:rFonts w:eastAsia="Aptos"/>
                <w:sz w:val="17"/>
              </w:rPr>
              <w:t>Muffin Mix Lemon 900g</w:t>
            </w:r>
          </w:p>
        </w:tc>
        <w:tc>
          <w:tcPr>
            <w:tcW w:w="630" w:type="dxa"/>
            <w:tcMar>
              <w:top w:w="28" w:type="dxa"/>
              <w:left w:w="38" w:type="dxa"/>
              <w:bottom w:w="28" w:type="dxa"/>
              <w:right w:w="38" w:type="dxa"/>
            </w:tcMar>
            <w:vAlign w:val="center"/>
          </w:tcPr>
          <w:p w14:paraId="4BF9F414" w14:textId="77777777" w:rsidR="00D60D5E" w:rsidRDefault="00891EF0">
            <w:pPr>
              <w:spacing w:after="0" w:line="240" w:lineRule="auto"/>
              <w:jc w:val="center"/>
            </w:pPr>
            <w:r>
              <w:rPr>
                <w:rFonts w:eastAsia="Aptos"/>
                <w:b/>
                <w:sz w:val="17"/>
              </w:rPr>
              <w:t>2.65</w:t>
            </w:r>
          </w:p>
        </w:tc>
        <w:tc>
          <w:tcPr>
            <w:tcW w:w="540" w:type="dxa"/>
            <w:tcMar>
              <w:top w:w="28" w:type="dxa"/>
              <w:left w:w="38" w:type="dxa"/>
              <w:bottom w:w="28" w:type="dxa"/>
              <w:right w:w="38" w:type="dxa"/>
            </w:tcMar>
            <w:vAlign w:val="center"/>
          </w:tcPr>
          <w:p w14:paraId="4F157E9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A6C3E6" w14:textId="77777777" w:rsidR="00D60D5E" w:rsidRDefault="00D60D5E">
            <w:pPr>
              <w:jc w:val="center"/>
            </w:pPr>
          </w:p>
        </w:tc>
      </w:tr>
      <w:tr w:rsidR="00D60D5E" w14:paraId="76C22E5C" w14:textId="77777777" w:rsidTr="000617E0">
        <w:trPr>
          <w:cantSplit/>
          <w:jc w:val="center"/>
        </w:trPr>
        <w:tc>
          <w:tcPr>
            <w:tcW w:w="677" w:type="dxa"/>
            <w:tcMar>
              <w:top w:w="28" w:type="dxa"/>
              <w:left w:w="38" w:type="dxa"/>
              <w:bottom w:w="28" w:type="dxa"/>
              <w:right w:w="38" w:type="dxa"/>
            </w:tcMar>
            <w:vAlign w:val="center"/>
          </w:tcPr>
          <w:p w14:paraId="4E8D092F" w14:textId="77777777" w:rsidR="00D60D5E" w:rsidRDefault="00891EF0">
            <w:pPr>
              <w:spacing w:after="0" w:line="240" w:lineRule="auto"/>
              <w:jc w:val="center"/>
            </w:pPr>
            <w:r>
              <w:rPr>
                <w:rFonts w:eastAsia="Aptos"/>
                <w:color w:val="6A7075"/>
                <w:sz w:val="17"/>
              </w:rPr>
              <w:t>165-130</w:t>
            </w:r>
          </w:p>
        </w:tc>
        <w:tc>
          <w:tcPr>
            <w:tcW w:w="2648" w:type="dxa"/>
            <w:tcMar>
              <w:top w:w="28" w:type="dxa"/>
              <w:left w:w="38" w:type="dxa"/>
              <w:bottom w:w="28" w:type="dxa"/>
              <w:right w:w="38" w:type="dxa"/>
            </w:tcMar>
            <w:vAlign w:val="center"/>
          </w:tcPr>
          <w:p w14:paraId="13A62220" w14:textId="77777777" w:rsidR="00D60D5E" w:rsidRDefault="00891EF0">
            <w:pPr>
              <w:spacing w:after="0" w:line="240" w:lineRule="auto"/>
            </w:pPr>
            <w:r>
              <w:rPr>
                <w:rFonts w:eastAsia="Aptos"/>
                <w:sz w:val="17"/>
              </w:rPr>
              <w:t>Muffin Mix Banana Nut 7.6oz</w:t>
            </w:r>
          </w:p>
        </w:tc>
        <w:tc>
          <w:tcPr>
            <w:tcW w:w="630" w:type="dxa"/>
            <w:tcMar>
              <w:top w:w="28" w:type="dxa"/>
              <w:left w:w="38" w:type="dxa"/>
              <w:bottom w:w="28" w:type="dxa"/>
              <w:right w:w="38" w:type="dxa"/>
            </w:tcMar>
            <w:vAlign w:val="center"/>
          </w:tcPr>
          <w:p w14:paraId="6777D521"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7B3832F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084815" w14:textId="77777777" w:rsidR="00D60D5E" w:rsidRDefault="00D60D5E">
            <w:pPr>
              <w:jc w:val="center"/>
            </w:pPr>
          </w:p>
        </w:tc>
      </w:tr>
      <w:tr w:rsidR="00D60D5E" w14:paraId="6EE91FE9" w14:textId="77777777" w:rsidTr="000617E0">
        <w:trPr>
          <w:cantSplit/>
          <w:jc w:val="center"/>
        </w:trPr>
        <w:tc>
          <w:tcPr>
            <w:tcW w:w="677" w:type="dxa"/>
            <w:tcMar>
              <w:top w:w="28" w:type="dxa"/>
              <w:left w:w="38" w:type="dxa"/>
              <w:bottom w:w="28" w:type="dxa"/>
              <w:right w:w="38" w:type="dxa"/>
            </w:tcMar>
            <w:vAlign w:val="center"/>
          </w:tcPr>
          <w:p w14:paraId="12796C5F" w14:textId="77777777" w:rsidR="00D60D5E" w:rsidRDefault="00891EF0">
            <w:pPr>
              <w:spacing w:after="0" w:line="240" w:lineRule="auto"/>
              <w:jc w:val="center"/>
            </w:pPr>
            <w:r>
              <w:rPr>
                <w:rFonts w:eastAsia="Aptos"/>
                <w:color w:val="6A7075"/>
                <w:sz w:val="17"/>
              </w:rPr>
              <w:t>165-135</w:t>
            </w:r>
          </w:p>
        </w:tc>
        <w:tc>
          <w:tcPr>
            <w:tcW w:w="2648" w:type="dxa"/>
            <w:tcMar>
              <w:top w:w="28" w:type="dxa"/>
              <w:left w:w="38" w:type="dxa"/>
              <w:bottom w:w="28" w:type="dxa"/>
              <w:right w:w="38" w:type="dxa"/>
            </w:tcMar>
            <w:vAlign w:val="center"/>
          </w:tcPr>
          <w:p w14:paraId="573F302F" w14:textId="77777777" w:rsidR="00D60D5E" w:rsidRDefault="00891EF0">
            <w:pPr>
              <w:spacing w:after="0" w:line="240" w:lineRule="auto"/>
            </w:pPr>
            <w:r>
              <w:rPr>
                <w:rFonts w:eastAsia="Aptos"/>
                <w:sz w:val="17"/>
              </w:rPr>
              <w:t>Hush Puppy Mix 8 oz</w:t>
            </w:r>
          </w:p>
        </w:tc>
        <w:tc>
          <w:tcPr>
            <w:tcW w:w="630" w:type="dxa"/>
            <w:tcMar>
              <w:top w:w="28" w:type="dxa"/>
              <w:left w:w="38" w:type="dxa"/>
              <w:bottom w:w="28" w:type="dxa"/>
              <w:right w:w="38" w:type="dxa"/>
            </w:tcMar>
            <w:vAlign w:val="center"/>
          </w:tcPr>
          <w:p w14:paraId="2E285357" w14:textId="77777777" w:rsidR="00D60D5E" w:rsidRDefault="00891EF0">
            <w:pPr>
              <w:spacing w:after="0" w:line="240" w:lineRule="auto"/>
              <w:jc w:val="center"/>
            </w:pPr>
            <w:r>
              <w:rPr>
                <w:rFonts w:eastAsia="Aptos"/>
                <w:b/>
                <w:sz w:val="17"/>
              </w:rPr>
              <w:t>2.25</w:t>
            </w:r>
          </w:p>
        </w:tc>
        <w:tc>
          <w:tcPr>
            <w:tcW w:w="540" w:type="dxa"/>
            <w:tcMar>
              <w:top w:w="28" w:type="dxa"/>
              <w:left w:w="38" w:type="dxa"/>
              <w:bottom w:w="28" w:type="dxa"/>
              <w:right w:w="38" w:type="dxa"/>
            </w:tcMar>
            <w:vAlign w:val="center"/>
          </w:tcPr>
          <w:p w14:paraId="5C12096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FF4AE6" w14:textId="77777777" w:rsidR="00D60D5E" w:rsidRDefault="00D60D5E">
            <w:pPr>
              <w:jc w:val="center"/>
            </w:pPr>
          </w:p>
        </w:tc>
      </w:tr>
      <w:tr w:rsidR="00D60D5E" w14:paraId="1E1DACB4" w14:textId="77777777" w:rsidTr="000617E0">
        <w:trPr>
          <w:cantSplit/>
          <w:jc w:val="center"/>
        </w:trPr>
        <w:tc>
          <w:tcPr>
            <w:tcW w:w="677" w:type="dxa"/>
            <w:tcMar>
              <w:top w:w="28" w:type="dxa"/>
              <w:left w:w="38" w:type="dxa"/>
              <w:bottom w:w="28" w:type="dxa"/>
              <w:right w:w="38" w:type="dxa"/>
            </w:tcMar>
            <w:vAlign w:val="center"/>
          </w:tcPr>
          <w:p w14:paraId="007A1CFE" w14:textId="77777777" w:rsidR="00D60D5E" w:rsidRDefault="00891EF0">
            <w:pPr>
              <w:spacing w:after="0" w:line="240" w:lineRule="auto"/>
              <w:jc w:val="center"/>
            </w:pPr>
            <w:r>
              <w:rPr>
                <w:rFonts w:eastAsia="Aptos"/>
                <w:color w:val="6A7075"/>
                <w:sz w:val="17"/>
              </w:rPr>
              <w:t>165-140</w:t>
            </w:r>
          </w:p>
        </w:tc>
        <w:tc>
          <w:tcPr>
            <w:tcW w:w="2648" w:type="dxa"/>
            <w:tcMar>
              <w:top w:w="28" w:type="dxa"/>
              <w:left w:w="38" w:type="dxa"/>
              <w:bottom w:w="28" w:type="dxa"/>
              <w:right w:w="38" w:type="dxa"/>
            </w:tcMar>
            <w:vAlign w:val="center"/>
          </w:tcPr>
          <w:p w14:paraId="67B6ECC0" w14:textId="77777777" w:rsidR="00D60D5E" w:rsidRDefault="00891EF0">
            <w:pPr>
              <w:spacing w:after="0" w:line="240" w:lineRule="auto"/>
            </w:pPr>
            <w:r>
              <w:rPr>
                <w:rFonts w:eastAsia="Aptos"/>
                <w:sz w:val="17"/>
              </w:rPr>
              <w:t>Muffin Mix Corn 6.5oz</w:t>
            </w:r>
          </w:p>
        </w:tc>
        <w:tc>
          <w:tcPr>
            <w:tcW w:w="630" w:type="dxa"/>
            <w:tcMar>
              <w:top w:w="28" w:type="dxa"/>
              <w:left w:w="38" w:type="dxa"/>
              <w:bottom w:w="28" w:type="dxa"/>
              <w:right w:w="38" w:type="dxa"/>
            </w:tcMar>
            <w:vAlign w:val="center"/>
          </w:tcPr>
          <w:p w14:paraId="6FA56F98"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38B70A7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192E9A" w14:textId="77777777" w:rsidR="00D60D5E" w:rsidRDefault="00D60D5E">
            <w:pPr>
              <w:jc w:val="center"/>
            </w:pPr>
          </w:p>
        </w:tc>
      </w:tr>
      <w:tr w:rsidR="00D60D5E" w14:paraId="2BDDA955" w14:textId="77777777" w:rsidTr="000617E0">
        <w:trPr>
          <w:cantSplit/>
          <w:jc w:val="center"/>
        </w:trPr>
        <w:tc>
          <w:tcPr>
            <w:tcW w:w="677" w:type="dxa"/>
            <w:tcMar>
              <w:top w:w="28" w:type="dxa"/>
              <w:left w:w="38" w:type="dxa"/>
              <w:bottom w:w="28" w:type="dxa"/>
              <w:right w:w="38" w:type="dxa"/>
            </w:tcMar>
            <w:vAlign w:val="center"/>
          </w:tcPr>
          <w:p w14:paraId="7377384C" w14:textId="77777777" w:rsidR="00D60D5E" w:rsidRDefault="00891EF0">
            <w:pPr>
              <w:spacing w:after="0" w:line="240" w:lineRule="auto"/>
              <w:jc w:val="center"/>
            </w:pPr>
            <w:r>
              <w:rPr>
                <w:rFonts w:eastAsia="Aptos"/>
                <w:color w:val="6A7075"/>
                <w:sz w:val="17"/>
              </w:rPr>
              <w:t>165-145</w:t>
            </w:r>
          </w:p>
        </w:tc>
        <w:tc>
          <w:tcPr>
            <w:tcW w:w="2648" w:type="dxa"/>
            <w:tcMar>
              <w:top w:w="28" w:type="dxa"/>
              <w:left w:w="38" w:type="dxa"/>
              <w:bottom w:w="28" w:type="dxa"/>
              <w:right w:w="38" w:type="dxa"/>
            </w:tcMar>
            <w:vAlign w:val="center"/>
          </w:tcPr>
          <w:p w14:paraId="3FB7C3AE" w14:textId="77777777" w:rsidR="00D60D5E" w:rsidRDefault="00891EF0">
            <w:pPr>
              <w:spacing w:after="0" w:line="240" w:lineRule="auto"/>
            </w:pPr>
            <w:r>
              <w:rPr>
                <w:rFonts w:eastAsia="Aptos"/>
                <w:sz w:val="17"/>
              </w:rPr>
              <w:t>Flour 2lb(1kg)</w:t>
            </w:r>
          </w:p>
        </w:tc>
        <w:tc>
          <w:tcPr>
            <w:tcW w:w="630" w:type="dxa"/>
            <w:tcMar>
              <w:top w:w="28" w:type="dxa"/>
              <w:left w:w="38" w:type="dxa"/>
              <w:bottom w:w="28" w:type="dxa"/>
              <w:right w:w="38" w:type="dxa"/>
            </w:tcMar>
            <w:vAlign w:val="center"/>
          </w:tcPr>
          <w:p w14:paraId="07DABEA9"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6DD101B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3B4BF5" w14:textId="77777777" w:rsidR="00D60D5E" w:rsidRDefault="00D60D5E">
            <w:pPr>
              <w:jc w:val="center"/>
            </w:pPr>
          </w:p>
        </w:tc>
      </w:tr>
      <w:tr w:rsidR="00D60D5E" w14:paraId="2C365527" w14:textId="77777777" w:rsidTr="000617E0">
        <w:trPr>
          <w:cantSplit/>
          <w:jc w:val="center"/>
        </w:trPr>
        <w:tc>
          <w:tcPr>
            <w:tcW w:w="677" w:type="dxa"/>
            <w:tcMar>
              <w:top w:w="28" w:type="dxa"/>
              <w:left w:w="38" w:type="dxa"/>
              <w:bottom w:w="28" w:type="dxa"/>
              <w:right w:w="38" w:type="dxa"/>
            </w:tcMar>
            <w:vAlign w:val="center"/>
          </w:tcPr>
          <w:p w14:paraId="71B5E59D" w14:textId="77777777" w:rsidR="00D60D5E" w:rsidRDefault="00891EF0">
            <w:pPr>
              <w:spacing w:after="0" w:line="240" w:lineRule="auto"/>
              <w:jc w:val="center"/>
            </w:pPr>
            <w:r>
              <w:rPr>
                <w:rFonts w:eastAsia="Aptos"/>
                <w:color w:val="6A7075"/>
                <w:sz w:val="17"/>
              </w:rPr>
              <w:lastRenderedPageBreak/>
              <w:t>165-150</w:t>
            </w:r>
          </w:p>
        </w:tc>
        <w:tc>
          <w:tcPr>
            <w:tcW w:w="2648" w:type="dxa"/>
            <w:tcMar>
              <w:top w:w="28" w:type="dxa"/>
              <w:left w:w="38" w:type="dxa"/>
              <w:bottom w:w="28" w:type="dxa"/>
              <w:right w:w="38" w:type="dxa"/>
            </w:tcMar>
            <w:vAlign w:val="center"/>
          </w:tcPr>
          <w:p w14:paraId="6A3699AA" w14:textId="77777777" w:rsidR="00D60D5E" w:rsidRDefault="00891EF0">
            <w:pPr>
              <w:spacing w:after="0" w:line="240" w:lineRule="auto"/>
            </w:pPr>
            <w:r>
              <w:rPr>
                <w:rFonts w:eastAsia="Aptos"/>
                <w:sz w:val="17"/>
              </w:rPr>
              <w:t>Almond Flour 16 oz</w:t>
            </w:r>
          </w:p>
        </w:tc>
        <w:tc>
          <w:tcPr>
            <w:tcW w:w="630" w:type="dxa"/>
            <w:tcMar>
              <w:top w:w="28" w:type="dxa"/>
              <w:left w:w="38" w:type="dxa"/>
              <w:bottom w:w="28" w:type="dxa"/>
              <w:right w:w="38" w:type="dxa"/>
            </w:tcMar>
            <w:vAlign w:val="center"/>
          </w:tcPr>
          <w:p w14:paraId="4BB202AC"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071D5A4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1C13F5" w14:textId="77777777" w:rsidR="00D60D5E" w:rsidRDefault="00D60D5E">
            <w:pPr>
              <w:jc w:val="center"/>
            </w:pPr>
          </w:p>
        </w:tc>
      </w:tr>
      <w:tr w:rsidR="00D60D5E" w14:paraId="757B1EB7" w14:textId="77777777" w:rsidTr="000617E0">
        <w:trPr>
          <w:cantSplit/>
          <w:jc w:val="center"/>
        </w:trPr>
        <w:tc>
          <w:tcPr>
            <w:tcW w:w="677" w:type="dxa"/>
            <w:tcMar>
              <w:top w:w="28" w:type="dxa"/>
              <w:left w:w="38" w:type="dxa"/>
              <w:bottom w:w="28" w:type="dxa"/>
              <w:right w:w="38" w:type="dxa"/>
            </w:tcMar>
            <w:vAlign w:val="center"/>
          </w:tcPr>
          <w:p w14:paraId="3B6D8705" w14:textId="77777777" w:rsidR="00D60D5E" w:rsidRDefault="00891EF0">
            <w:pPr>
              <w:spacing w:after="0" w:line="240" w:lineRule="auto"/>
              <w:jc w:val="center"/>
            </w:pPr>
            <w:r>
              <w:rPr>
                <w:rFonts w:eastAsia="Aptos"/>
                <w:color w:val="6A7075"/>
                <w:sz w:val="17"/>
              </w:rPr>
              <w:t>165-155</w:t>
            </w:r>
          </w:p>
        </w:tc>
        <w:tc>
          <w:tcPr>
            <w:tcW w:w="2648" w:type="dxa"/>
            <w:tcMar>
              <w:top w:w="28" w:type="dxa"/>
              <w:left w:w="38" w:type="dxa"/>
              <w:bottom w:w="28" w:type="dxa"/>
              <w:right w:w="38" w:type="dxa"/>
            </w:tcMar>
            <w:vAlign w:val="center"/>
          </w:tcPr>
          <w:p w14:paraId="73E19A16" w14:textId="77777777" w:rsidR="00D60D5E" w:rsidRDefault="00891EF0">
            <w:pPr>
              <w:spacing w:after="0" w:line="240" w:lineRule="auto"/>
            </w:pPr>
            <w:r>
              <w:rPr>
                <w:rFonts w:eastAsia="Aptos"/>
                <w:sz w:val="17"/>
              </w:rPr>
              <w:t>Wheat Flour 32 oz Arrowhead</w:t>
            </w:r>
          </w:p>
        </w:tc>
        <w:tc>
          <w:tcPr>
            <w:tcW w:w="630" w:type="dxa"/>
            <w:tcMar>
              <w:top w:w="28" w:type="dxa"/>
              <w:left w:w="38" w:type="dxa"/>
              <w:bottom w:w="28" w:type="dxa"/>
              <w:right w:w="38" w:type="dxa"/>
            </w:tcMar>
            <w:vAlign w:val="center"/>
          </w:tcPr>
          <w:p w14:paraId="30E144F0" w14:textId="77777777" w:rsidR="00D60D5E" w:rsidRDefault="00891EF0">
            <w:pPr>
              <w:spacing w:after="0" w:line="240" w:lineRule="auto"/>
              <w:jc w:val="center"/>
            </w:pPr>
            <w:r>
              <w:rPr>
                <w:rFonts w:eastAsia="Aptos"/>
                <w:b/>
                <w:sz w:val="17"/>
              </w:rPr>
              <w:t>8.89</w:t>
            </w:r>
          </w:p>
        </w:tc>
        <w:tc>
          <w:tcPr>
            <w:tcW w:w="540" w:type="dxa"/>
            <w:tcMar>
              <w:top w:w="28" w:type="dxa"/>
              <w:left w:w="38" w:type="dxa"/>
              <w:bottom w:w="28" w:type="dxa"/>
              <w:right w:w="38" w:type="dxa"/>
            </w:tcMar>
            <w:vAlign w:val="center"/>
          </w:tcPr>
          <w:p w14:paraId="4D1E8A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AB662A" w14:textId="77777777" w:rsidR="00D60D5E" w:rsidRDefault="00D60D5E">
            <w:pPr>
              <w:jc w:val="center"/>
            </w:pPr>
          </w:p>
        </w:tc>
      </w:tr>
      <w:tr w:rsidR="00D60D5E" w14:paraId="5A1EAE31" w14:textId="77777777" w:rsidTr="000617E0">
        <w:trPr>
          <w:cantSplit/>
          <w:jc w:val="center"/>
        </w:trPr>
        <w:tc>
          <w:tcPr>
            <w:tcW w:w="677" w:type="dxa"/>
            <w:tcMar>
              <w:top w:w="28" w:type="dxa"/>
              <w:left w:w="38" w:type="dxa"/>
              <w:bottom w:w="28" w:type="dxa"/>
              <w:right w:w="38" w:type="dxa"/>
            </w:tcMar>
            <w:vAlign w:val="center"/>
          </w:tcPr>
          <w:p w14:paraId="0F563AEF" w14:textId="77777777" w:rsidR="00D60D5E" w:rsidRDefault="00891EF0">
            <w:pPr>
              <w:spacing w:after="0" w:line="240" w:lineRule="auto"/>
              <w:jc w:val="center"/>
            </w:pPr>
            <w:r>
              <w:rPr>
                <w:rFonts w:eastAsia="Aptos"/>
                <w:color w:val="6A7075"/>
                <w:sz w:val="17"/>
              </w:rPr>
              <w:t>165-160</w:t>
            </w:r>
          </w:p>
        </w:tc>
        <w:tc>
          <w:tcPr>
            <w:tcW w:w="2648" w:type="dxa"/>
            <w:tcMar>
              <w:top w:w="28" w:type="dxa"/>
              <w:left w:w="38" w:type="dxa"/>
              <w:bottom w:w="28" w:type="dxa"/>
              <w:right w:w="38" w:type="dxa"/>
            </w:tcMar>
            <w:vAlign w:val="center"/>
          </w:tcPr>
          <w:p w14:paraId="7A1F9E64" w14:textId="77777777" w:rsidR="00D60D5E" w:rsidRDefault="00891EF0">
            <w:pPr>
              <w:spacing w:after="0" w:line="240" w:lineRule="auto"/>
            </w:pPr>
            <w:r>
              <w:rPr>
                <w:rFonts w:eastAsia="Aptos"/>
                <w:sz w:val="17"/>
              </w:rPr>
              <w:t>Corn Starch 16oz</w:t>
            </w:r>
          </w:p>
        </w:tc>
        <w:tc>
          <w:tcPr>
            <w:tcW w:w="630" w:type="dxa"/>
            <w:tcMar>
              <w:top w:w="28" w:type="dxa"/>
              <w:left w:w="38" w:type="dxa"/>
              <w:bottom w:w="28" w:type="dxa"/>
              <w:right w:w="38" w:type="dxa"/>
            </w:tcMar>
            <w:vAlign w:val="center"/>
          </w:tcPr>
          <w:p w14:paraId="2A0C4BAE" w14:textId="77777777" w:rsidR="00D60D5E" w:rsidRDefault="00891EF0">
            <w:pPr>
              <w:spacing w:after="0" w:line="240" w:lineRule="auto"/>
              <w:jc w:val="center"/>
            </w:pPr>
            <w:r>
              <w:rPr>
                <w:rFonts w:eastAsia="Aptos"/>
                <w:b/>
                <w:sz w:val="17"/>
              </w:rPr>
              <w:t>4.05</w:t>
            </w:r>
          </w:p>
        </w:tc>
        <w:tc>
          <w:tcPr>
            <w:tcW w:w="540" w:type="dxa"/>
            <w:tcMar>
              <w:top w:w="28" w:type="dxa"/>
              <w:left w:w="38" w:type="dxa"/>
              <w:bottom w:w="28" w:type="dxa"/>
              <w:right w:w="38" w:type="dxa"/>
            </w:tcMar>
            <w:vAlign w:val="center"/>
          </w:tcPr>
          <w:p w14:paraId="34C014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E5E8BE" w14:textId="77777777" w:rsidR="00D60D5E" w:rsidRDefault="00D60D5E">
            <w:pPr>
              <w:jc w:val="center"/>
            </w:pPr>
          </w:p>
        </w:tc>
      </w:tr>
      <w:tr w:rsidR="00D60D5E" w14:paraId="725E5FAD" w14:textId="77777777" w:rsidTr="000617E0">
        <w:trPr>
          <w:cantSplit/>
          <w:jc w:val="center"/>
        </w:trPr>
        <w:tc>
          <w:tcPr>
            <w:tcW w:w="677" w:type="dxa"/>
            <w:tcMar>
              <w:top w:w="28" w:type="dxa"/>
              <w:left w:w="38" w:type="dxa"/>
              <w:bottom w:w="28" w:type="dxa"/>
              <w:right w:w="38" w:type="dxa"/>
            </w:tcMar>
            <w:vAlign w:val="center"/>
          </w:tcPr>
          <w:p w14:paraId="660D8097" w14:textId="77777777" w:rsidR="00D60D5E" w:rsidRDefault="00891EF0">
            <w:pPr>
              <w:spacing w:after="0" w:line="240" w:lineRule="auto"/>
              <w:jc w:val="center"/>
            </w:pPr>
            <w:r>
              <w:rPr>
                <w:rFonts w:eastAsia="Aptos"/>
                <w:color w:val="6A7075"/>
                <w:sz w:val="17"/>
              </w:rPr>
              <w:t>165-165</w:t>
            </w:r>
          </w:p>
        </w:tc>
        <w:tc>
          <w:tcPr>
            <w:tcW w:w="2648" w:type="dxa"/>
            <w:tcMar>
              <w:top w:w="28" w:type="dxa"/>
              <w:left w:w="38" w:type="dxa"/>
              <w:bottom w:w="28" w:type="dxa"/>
              <w:right w:w="38" w:type="dxa"/>
            </w:tcMar>
            <w:vAlign w:val="center"/>
          </w:tcPr>
          <w:p w14:paraId="2F0B0530" w14:textId="77777777" w:rsidR="00D60D5E" w:rsidRDefault="00891EF0">
            <w:pPr>
              <w:spacing w:after="0" w:line="240" w:lineRule="auto"/>
            </w:pPr>
            <w:r>
              <w:rPr>
                <w:rFonts w:eastAsia="Aptos"/>
                <w:sz w:val="17"/>
              </w:rPr>
              <w:t>Corn Meal 2lb</w:t>
            </w:r>
          </w:p>
        </w:tc>
        <w:tc>
          <w:tcPr>
            <w:tcW w:w="630" w:type="dxa"/>
            <w:tcMar>
              <w:top w:w="28" w:type="dxa"/>
              <w:left w:w="38" w:type="dxa"/>
              <w:bottom w:w="28" w:type="dxa"/>
              <w:right w:w="38" w:type="dxa"/>
            </w:tcMar>
            <w:vAlign w:val="center"/>
          </w:tcPr>
          <w:p w14:paraId="54D2BE3B"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33D8B5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B10D77" w14:textId="77777777" w:rsidR="00D60D5E" w:rsidRDefault="00D60D5E">
            <w:pPr>
              <w:jc w:val="center"/>
            </w:pPr>
          </w:p>
        </w:tc>
      </w:tr>
      <w:tr w:rsidR="00D60D5E" w14:paraId="29217AF2" w14:textId="77777777" w:rsidTr="000617E0">
        <w:trPr>
          <w:cantSplit/>
          <w:jc w:val="center"/>
        </w:trPr>
        <w:tc>
          <w:tcPr>
            <w:tcW w:w="677" w:type="dxa"/>
            <w:tcMar>
              <w:top w:w="28" w:type="dxa"/>
              <w:left w:w="38" w:type="dxa"/>
              <w:bottom w:w="28" w:type="dxa"/>
              <w:right w:w="38" w:type="dxa"/>
            </w:tcMar>
            <w:vAlign w:val="center"/>
          </w:tcPr>
          <w:p w14:paraId="29895AB2" w14:textId="77777777" w:rsidR="00D60D5E" w:rsidRDefault="00891EF0">
            <w:pPr>
              <w:spacing w:after="0" w:line="240" w:lineRule="auto"/>
              <w:jc w:val="center"/>
            </w:pPr>
            <w:r>
              <w:rPr>
                <w:rFonts w:eastAsia="Aptos"/>
                <w:color w:val="6A7075"/>
                <w:sz w:val="17"/>
              </w:rPr>
              <w:t>165-170</w:t>
            </w:r>
          </w:p>
        </w:tc>
        <w:tc>
          <w:tcPr>
            <w:tcW w:w="2648" w:type="dxa"/>
            <w:tcMar>
              <w:top w:w="28" w:type="dxa"/>
              <w:left w:w="38" w:type="dxa"/>
              <w:bottom w:w="28" w:type="dxa"/>
              <w:right w:w="38" w:type="dxa"/>
            </w:tcMar>
            <w:vAlign w:val="center"/>
          </w:tcPr>
          <w:p w14:paraId="15693968" w14:textId="77777777" w:rsidR="00D60D5E" w:rsidRDefault="00891EF0">
            <w:pPr>
              <w:spacing w:after="0" w:line="240" w:lineRule="auto"/>
            </w:pPr>
            <w:r>
              <w:rPr>
                <w:rFonts w:eastAsia="Aptos"/>
                <w:sz w:val="17"/>
              </w:rPr>
              <w:t>Instant Potato 13.75oz</w:t>
            </w:r>
          </w:p>
        </w:tc>
        <w:tc>
          <w:tcPr>
            <w:tcW w:w="630" w:type="dxa"/>
            <w:tcMar>
              <w:top w:w="28" w:type="dxa"/>
              <w:left w:w="38" w:type="dxa"/>
              <w:bottom w:w="28" w:type="dxa"/>
              <w:right w:w="38" w:type="dxa"/>
            </w:tcMar>
            <w:vAlign w:val="center"/>
          </w:tcPr>
          <w:p w14:paraId="00CBFCFD"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2CB51DD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46E08E" w14:textId="77777777" w:rsidR="00D60D5E" w:rsidRDefault="00D60D5E">
            <w:pPr>
              <w:jc w:val="center"/>
            </w:pPr>
          </w:p>
        </w:tc>
      </w:tr>
      <w:tr w:rsidR="00D60D5E" w14:paraId="10954FDB" w14:textId="77777777" w:rsidTr="000617E0">
        <w:trPr>
          <w:cantSplit/>
          <w:jc w:val="center"/>
        </w:trPr>
        <w:tc>
          <w:tcPr>
            <w:tcW w:w="677" w:type="dxa"/>
            <w:tcMar>
              <w:top w:w="28" w:type="dxa"/>
              <w:left w:w="38" w:type="dxa"/>
              <w:bottom w:w="28" w:type="dxa"/>
              <w:right w:w="38" w:type="dxa"/>
            </w:tcMar>
            <w:vAlign w:val="center"/>
          </w:tcPr>
          <w:p w14:paraId="04765F7F" w14:textId="77777777" w:rsidR="00D60D5E" w:rsidRDefault="00891EF0">
            <w:pPr>
              <w:spacing w:after="0" w:line="240" w:lineRule="auto"/>
              <w:jc w:val="center"/>
            </w:pPr>
            <w:r>
              <w:rPr>
                <w:rFonts w:eastAsia="Aptos"/>
                <w:color w:val="6A7075"/>
                <w:sz w:val="17"/>
              </w:rPr>
              <w:t>165-175</w:t>
            </w:r>
          </w:p>
        </w:tc>
        <w:tc>
          <w:tcPr>
            <w:tcW w:w="2648" w:type="dxa"/>
            <w:tcMar>
              <w:top w:w="28" w:type="dxa"/>
              <w:left w:w="38" w:type="dxa"/>
              <w:bottom w:w="28" w:type="dxa"/>
              <w:right w:w="38" w:type="dxa"/>
            </w:tcMar>
            <w:vAlign w:val="center"/>
          </w:tcPr>
          <w:p w14:paraId="4C3A4CD9" w14:textId="77777777" w:rsidR="00D60D5E" w:rsidRDefault="00891EF0">
            <w:pPr>
              <w:spacing w:after="0" w:line="240" w:lineRule="auto"/>
            </w:pPr>
            <w:r>
              <w:rPr>
                <w:rFonts w:eastAsia="Aptos"/>
                <w:sz w:val="17"/>
              </w:rPr>
              <w:t>Stove Top Stuff Crnbread,Turky,Pork 6oz (Kraft)</w:t>
            </w:r>
          </w:p>
        </w:tc>
        <w:tc>
          <w:tcPr>
            <w:tcW w:w="630" w:type="dxa"/>
            <w:tcMar>
              <w:top w:w="28" w:type="dxa"/>
              <w:left w:w="38" w:type="dxa"/>
              <w:bottom w:w="28" w:type="dxa"/>
              <w:right w:w="38" w:type="dxa"/>
            </w:tcMar>
            <w:vAlign w:val="center"/>
          </w:tcPr>
          <w:p w14:paraId="73A30622" w14:textId="77777777" w:rsidR="00D60D5E" w:rsidRDefault="00891EF0">
            <w:pPr>
              <w:spacing w:after="0" w:line="240" w:lineRule="auto"/>
              <w:jc w:val="center"/>
            </w:pPr>
            <w:r>
              <w:rPr>
                <w:rFonts w:eastAsia="Aptos"/>
                <w:b/>
                <w:sz w:val="17"/>
              </w:rPr>
              <w:t>5.40</w:t>
            </w:r>
          </w:p>
        </w:tc>
        <w:tc>
          <w:tcPr>
            <w:tcW w:w="540" w:type="dxa"/>
            <w:tcMar>
              <w:top w:w="28" w:type="dxa"/>
              <w:left w:w="38" w:type="dxa"/>
              <w:bottom w:w="28" w:type="dxa"/>
              <w:right w:w="38" w:type="dxa"/>
            </w:tcMar>
            <w:vAlign w:val="center"/>
          </w:tcPr>
          <w:p w14:paraId="502F365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45A344" w14:textId="77777777" w:rsidR="00D60D5E" w:rsidRDefault="00D60D5E">
            <w:pPr>
              <w:jc w:val="center"/>
            </w:pPr>
          </w:p>
        </w:tc>
      </w:tr>
      <w:tr w:rsidR="00D60D5E" w14:paraId="23A02637" w14:textId="77777777" w:rsidTr="000617E0">
        <w:trPr>
          <w:cantSplit/>
          <w:jc w:val="center"/>
        </w:trPr>
        <w:tc>
          <w:tcPr>
            <w:tcW w:w="677" w:type="dxa"/>
            <w:tcMar>
              <w:top w:w="28" w:type="dxa"/>
              <w:left w:w="38" w:type="dxa"/>
              <w:bottom w:w="28" w:type="dxa"/>
              <w:right w:w="38" w:type="dxa"/>
            </w:tcMar>
            <w:vAlign w:val="center"/>
          </w:tcPr>
          <w:p w14:paraId="4B254A77" w14:textId="77777777" w:rsidR="00D60D5E" w:rsidRDefault="00891EF0">
            <w:pPr>
              <w:spacing w:after="0" w:line="240" w:lineRule="auto"/>
              <w:jc w:val="center"/>
            </w:pPr>
            <w:r>
              <w:rPr>
                <w:rFonts w:eastAsia="Aptos"/>
                <w:color w:val="6A7075"/>
                <w:sz w:val="17"/>
              </w:rPr>
              <w:t>165-180</w:t>
            </w:r>
          </w:p>
        </w:tc>
        <w:tc>
          <w:tcPr>
            <w:tcW w:w="2648" w:type="dxa"/>
            <w:tcMar>
              <w:top w:w="28" w:type="dxa"/>
              <w:left w:w="38" w:type="dxa"/>
              <w:bottom w:w="28" w:type="dxa"/>
              <w:right w:w="38" w:type="dxa"/>
            </w:tcMar>
            <w:vAlign w:val="center"/>
          </w:tcPr>
          <w:p w14:paraId="70A6A320" w14:textId="77777777" w:rsidR="00D60D5E" w:rsidRDefault="00891EF0">
            <w:pPr>
              <w:spacing w:after="0" w:line="240" w:lineRule="auto"/>
            </w:pPr>
            <w:r>
              <w:rPr>
                <w:rFonts w:eastAsia="Aptos"/>
                <w:sz w:val="17"/>
              </w:rPr>
              <w:t>Pizza Crust Mix 6.5oz (Betty Crocker</w:t>
            </w:r>
          </w:p>
        </w:tc>
        <w:tc>
          <w:tcPr>
            <w:tcW w:w="630" w:type="dxa"/>
            <w:tcMar>
              <w:top w:w="28" w:type="dxa"/>
              <w:left w:w="38" w:type="dxa"/>
              <w:bottom w:w="28" w:type="dxa"/>
              <w:right w:w="38" w:type="dxa"/>
            </w:tcMar>
            <w:vAlign w:val="center"/>
          </w:tcPr>
          <w:p w14:paraId="43CCF20B" w14:textId="77777777" w:rsidR="00D60D5E" w:rsidRDefault="00891EF0">
            <w:pPr>
              <w:spacing w:after="0" w:line="240" w:lineRule="auto"/>
              <w:jc w:val="center"/>
            </w:pPr>
            <w:r>
              <w:rPr>
                <w:rFonts w:eastAsia="Aptos"/>
                <w:b/>
                <w:sz w:val="17"/>
              </w:rPr>
              <w:t>2.52</w:t>
            </w:r>
          </w:p>
        </w:tc>
        <w:tc>
          <w:tcPr>
            <w:tcW w:w="540" w:type="dxa"/>
            <w:tcMar>
              <w:top w:w="28" w:type="dxa"/>
              <w:left w:w="38" w:type="dxa"/>
              <w:bottom w:w="28" w:type="dxa"/>
              <w:right w:w="38" w:type="dxa"/>
            </w:tcMar>
            <w:vAlign w:val="center"/>
          </w:tcPr>
          <w:p w14:paraId="286E6DB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7481B1" w14:textId="77777777" w:rsidR="00D60D5E" w:rsidRDefault="00D60D5E">
            <w:pPr>
              <w:jc w:val="center"/>
            </w:pPr>
          </w:p>
        </w:tc>
      </w:tr>
      <w:tr w:rsidR="00D60D5E" w14:paraId="2D0C9180" w14:textId="77777777" w:rsidTr="000617E0">
        <w:trPr>
          <w:cantSplit/>
          <w:jc w:val="center"/>
        </w:trPr>
        <w:tc>
          <w:tcPr>
            <w:tcW w:w="677" w:type="dxa"/>
            <w:tcMar>
              <w:top w:w="28" w:type="dxa"/>
              <w:left w:w="38" w:type="dxa"/>
              <w:bottom w:w="28" w:type="dxa"/>
              <w:right w:w="38" w:type="dxa"/>
            </w:tcMar>
            <w:vAlign w:val="center"/>
          </w:tcPr>
          <w:p w14:paraId="51E6C753" w14:textId="77777777" w:rsidR="00D60D5E" w:rsidRDefault="00891EF0">
            <w:pPr>
              <w:spacing w:after="0" w:line="240" w:lineRule="auto"/>
              <w:jc w:val="center"/>
            </w:pPr>
            <w:r>
              <w:rPr>
                <w:rFonts w:eastAsia="Aptos"/>
                <w:color w:val="6A7075"/>
                <w:sz w:val="17"/>
              </w:rPr>
              <w:t>165-185</w:t>
            </w:r>
          </w:p>
        </w:tc>
        <w:tc>
          <w:tcPr>
            <w:tcW w:w="2648" w:type="dxa"/>
            <w:tcMar>
              <w:top w:w="28" w:type="dxa"/>
              <w:left w:w="38" w:type="dxa"/>
              <w:bottom w:w="28" w:type="dxa"/>
              <w:right w:w="38" w:type="dxa"/>
            </w:tcMar>
            <w:vAlign w:val="center"/>
          </w:tcPr>
          <w:p w14:paraId="1D798F99" w14:textId="77777777" w:rsidR="00D60D5E" w:rsidRDefault="00891EF0">
            <w:pPr>
              <w:spacing w:after="0" w:line="240" w:lineRule="auto"/>
            </w:pPr>
            <w:r>
              <w:rPr>
                <w:rFonts w:eastAsia="Aptos"/>
                <w:sz w:val="17"/>
              </w:rPr>
              <w:t>Pancake Mix Gluten Freee 16 oz</w:t>
            </w:r>
          </w:p>
        </w:tc>
        <w:tc>
          <w:tcPr>
            <w:tcW w:w="630" w:type="dxa"/>
            <w:tcMar>
              <w:top w:w="28" w:type="dxa"/>
              <w:left w:w="38" w:type="dxa"/>
              <w:bottom w:w="28" w:type="dxa"/>
              <w:right w:w="38" w:type="dxa"/>
            </w:tcMar>
            <w:vAlign w:val="center"/>
          </w:tcPr>
          <w:p w14:paraId="5B86AF41" w14:textId="77777777" w:rsidR="00D60D5E" w:rsidRDefault="00891EF0">
            <w:pPr>
              <w:spacing w:after="0" w:line="240" w:lineRule="auto"/>
              <w:jc w:val="center"/>
            </w:pPr>
            <w:r>
              <w:rPr>
                <w:rFonts w:eastAsia="Aptos"/>
                <w:b/>
                <w:sz w:val="17"/>
              </w:rPr>
              <w:t>7.95</w:t>
            </w:r>
          </w:p>
        </w:tc>
        <w:tc>
          <w:tcPr>
            <w:tcW w:w="540" w:type="dxa"/>
            <w:tcMar>
              <w:top w:w="28" w:type="dxa"/>
              <w:left w:w="38" w:type="dxa"/>
              <w:bottom w:w="28" w:type="dxa"/>
              <w:right w:w="38" w:type="dxa"/>
            </w:tcMar>
            <w:vAlign w:val="center"/>
          </w:tcPr>
          <w:p w14:paraId="58FE462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D705F7" w14:textId="77777777" w:rsidR="00D60D5E" w:rsidRDefault="00D60D5E">
            <w:pPr>
              <w:jc w:val="center"/>
            </w:pPr>
          </w:p>
        </w:tc>
      </w:tr>
      <w:tr w:rsidR="00D60D5E" w14:paraId="5E4D7893" w14:textId="77777777" w:rsidTr="000617E0">
        <w:trPr>
          <w:cantSplit/>
          <w:jc w:val="center"/>
        </w:trPr>
        <w:tc>
          <w:tcPr>
            <w:tcW w:w="677" w:type="dxa"/>
            <w:tcMar>
              <w:top w:w="28" w:type="dxa"/>
              <w:left w:w="38" w:type="dxa"/>
              <w:bottom w:w="28" w:type="dxa"/>
              <w:right w:w="38" w:type="dxa"/>
            </w:tcMar>
            <w:vAlign w:val="center"/>
          </w:tcPr>
          <w:p w14:paraId="56369AE3" w14:textId="77777777" w:rsidR="00D60D5E" w:rsidRDefault="00891EF0">
            <w:pPr>
              <w:spacing w:after="0" w:line="240" w:lineRule="auto"/>
              <w:jc w:val="center"/>
            </w:pPr>
            <w:r>
              <w:rPr>
                <w:rFonts w:eastAsia="Aptos"/>
                <w:color w:val="6A7075"/>
                <w:sz w:val="17"/>
              </w:rPr>
              <w:t>165-190</w:t>
            </w:r>
          </w:p>
        </w:tc>
        <w:tc>
          <w:tcPr>
            <w:tcW w:w="2648" w:type="dxa"/>
            <w:tcMar>
              <w:top w:w="28" w:type="dxa"/>
              <w:left w:w="38" w:type="dxa"/>
              <w:bottom w:w="28" w:type="dxa"/>
              <w:right w:w="38" w:type="dxa"/>
            </w:tcMar>
            <w:vAlign w:val="center"/>
          </w:tcPr>
          <w:p w14:paraId="07E0E9EF" w14:textId="77777777" w:rsidR="00D60D5E" w:rsidRDefault="00891EF0">
            <w:pPr>
              <w:spacing w:after="0" w:line="240" w:lineRule="auto"/>
            </w:pPr>
            <w:r>
              <w:rPr>
                <w:rFonts w:eastAsia="Aptos"/>
                <w:sz w:val="17"/>
              </w:rPr>
              <w:t>Brownie Mix 10.25 BettyCrocker</w:t>
            </w:r>
          </w:p>
        </w:tc>
        <w:tc>
          <w:tcPr>
            <w:tcW w:w="630" w:type="dxa"/>
            <w:tcMar>
              <w:top w:w="28" w:type="dxa"/>
              <w:left w:w="38" w:type="dxa"/>
              <w:bottom w:w="28" w:type="dxa"/>
              <w:right w:w="38" w:type="dxa"/>
            </w:tcMar>
            <w:vAlign w:val="center"/>
          </w:tcPr>
          <w:p w14:paraId="5A7B25C7" w14:textId="77777777" w:rsidR="00D60D5E" w:rsidRDefault="00891EF0">
            <w:pPr>
              <w:spacing w:after="0" w:line="240" w:lineRule="auto"/>
              <w:jc w:val="center"/>
            </w:pPr>
            <w:r>
              <w:rPr>
                <w:rFonts w:eastAsia="Aptos"/>
                <w:b/>
                <w:sz w:val="17"/>
              </w:rPr>
              <w:t>2.85</w:t>
            </w:r>
          </w:p>
        </w:tc>
        <w:tc>
          <w:tcPr>
            <w:tcW w:w="540" w:type="dxa"/>
            <w:tcMar>
              <w:top w:w="28" w:type="dxa"/>
              <w:left w:w="38" w:type="dxa"/>
              <w:bottom w:w="28" w:type="dxa"/>
              <w:right w:w="38" w:type="dxa"/>
            </w:tcMar>
            <w:vAlign w:val="center"/>
          </w:tcPr>
          <w:p w14:paraId="416526B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8B6278" w14:textId="77777777" w:rsidR="00D60D5E" w:rsidRDefault="00D60D5E">
            <w:pPr>
              <w:jc w:val="center"/>
            </w:pPr>
          </w:p>
        </w:tc>
      </w:tr>
      <w:tr w:rsidR="00D60D5E" w14:paraId="4C7BACEE" w14:textId="77777777" w:rsidTr="000617E0">
        <w:trPr>
          <w:cantSplit/>
          <w:jc w:val="center"/>
        </w:trPr>
        <w:tc>
          <w:tcPr>
            <w:tcW w:w="677" w:type="dxa"/>
            <w:tcMar>
              <w:top w:w="28" w:type="dxa"/>
              <w:left w:w="38" w:type="dxa"/>
              <w:bottom w:w="28" w:type="dxa"/>
              <w:right w:w="38" w:type="dxa"/>
            </w:tcMar>
            <w:vAlign w:val="center"/>
          </w:tcPr>
          <w:p w14:paraId="5D177738" w14:textId="77777777" w:rsidR="00D60D5E" w:rsidRDefault="00891EF0">
            <w:pPr>
              <w:spacing w:after="0" w:line="240" w:lineRule="auto"/>
              <w:jc w:val="center"/>
            </w:pPr>
            <w:r>
              <w:rPr>
                <w:rFonts w:eastAsia="Aptos"/>
                <w:color w:val="6A7075"/>
                <w:sz w:val="17"/>
              </w:rPr>
              <w:t>165-195</w:t>
            </w:r>
          </w:p>
        </w:tc>
        <w:tc>
          <w:tcPr>
            <w:tcW w:w="2648" w:type="dxa"/>
            <w:tcMar>
              <w:top w:w="28" w:type="dxa"/>
              <w:left w:w="38" w:type="dxa"/>
              <w:bottom w:w="28" w:type="dxa"/>
              <w:right w:w="38" w:type="dxa"/>
            </w:tcMar>
            <w:vAlign w:val="center"/>
          </w:tcPr>
          <w:p w14:paraId="684574AF" w14:textId="77777777" w:rsidR="00D60D5E" w:rsidRDefault="00891EF0">
            <w:pPr>
              <w:spacing w:after="0" w:line="240" w:lineRule="auto"/>
            </w:pPr>
            <w:r>
              <w:rPr>
                <w:rFonts w:eastAsia="Aptos"/>
                <w:sz w:val="17"/>
              </w:rPr>
              <w:t>Bisquick 20oz</w:t>
            </w:r>
          </w:p>
        </w:tc>
        <w:tc>
          <w:tcPr>
            <w:tcW w:w="630" w:type="dxa"/>
            <w:tcMar>
              <w:top w:w="28" w:type="dxa"/>
              <w:left w:w="38" w:type="dxa"/>
              <w:bottom w:w="28" w:type="dxa"/>
              <w:right w:w="38" w:type="dxa"/>
            </w:tcMar>
            <w:vAlign w:val="center"/>
          </w:tcPr>
          <w:p w14:paraId="4B9A5981"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B6894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60F8559" w14:textId="77777777" w:rsidR="00D60D5E" w:rsidRDefault="00D60D5E">
            <w:pPr>
              <w:jc w:val="center"/>
            </w:pPr>
          </w:p>
        </w:tc>
      </w:tr>
      <w:tr w:rsidR="00D60D5E" w14:paraId="386F02A7" w14:textId="77777777" w:rsidTr="000617E0">
        <w:trPr>
          <w:cantSplit/>
          <w:jc w:val="center"/>
        </w:trPr>
        <w:tc>
          <w:tcPr>
            <w:tcW w:w="677" w:type="dxa"/>
            <w:tcMar>
              <w:top w:w="28" w:type="dxa"/>
              <w:left w:w="38" w:type="dxa"/>
              <w:bottom w:w="28" w:type="dxa"/>
              <w:right w:w="38" w:type="dxa"/>
            </w:tcMar>
            <w:vAlign w:val="center"/>
          </w:tcPr>
          <w:p w14:paraId="3FA5FB35" w14:textId="77777777" w:rsidR="00D60D5E" w:rsidRDefault="00891EF0">
            <w:pPr>
              <w:spacing w:after="0" w:line="240" w:lineRule="auto"/>
              <w:jc w:val="center"/>
            </w:pPr>
            <w:r>
              <w:rPr>
                <w:rFonts w:eastAsia="Aptos"/>
                <w:color w:val="6A7075"/>
                <w:sz w:val="17"/>
              </w:rPr>
              <w:t>165-200</w:t>
            </w:r>
          </w:p>
        </w:tc>
        <w:tc>
          <w:tcPr>
            <w:tcW w:w="2648" w:type="dxa"/>
            <w:tcMar>
              <w:top w:w="28" w:type="dxa"/>
              <w:left w:w="38" w:type="dxa"/>
              <w:bottom w:w="28" w:type="dxa"/>
              <w:right w:w="38" w:type="dxa"/>
            </w:tcMar>
            <w:vAlign w:val="center"/>
          </w:tcPr>
          <w:p w14:paraId="5DA2E470" w14:textId="77777777" w:rsidR="00D60D5E" w:rsidRDefault="00891EF0">
            <w:pPr>
              <w:spacing w:after="0" w:line="240" w:lineRule="auto"/>
            </w:pPr>
            <w:r>
              <w:rPr>
                <w:rFonts w:eastAsia="Aptos"/>
                <w:sz w:val="17"/>
              </w:rPr>
              <w:t>Pound Cake Mix 16oz</w:t>
            </w:r>
          </w:p>
        </w:tc>
        <w:tc>
          <w:tcPr>
            <w:tcW w:w="630" w:type="dxa"/>
            <w:tcMar>
              <w:top w:w="28" w:type="dxa"/>
              <w:left w:w="38" w:type="dxa"/>
              <w:bottom w:w="28" w:type="dxa"/>
              <w:right w:w="38" w:type="dxa"/>
            </w:tcMar>
            <w:vAlign w:val="center"/>
          </w:tcPr>
          <w:p w14:paraId="4D2281C4"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3FD917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605379" w14:textId="77777777" w:rsidR="00D60D5E" w:rsidRDefault="00D60D5E">
            <w:pPr>
              <w:jc w:val="center"/>
            </w:pPr>
          </w:p>
        </w:tc>
      </w:tr>
      <w:tr w:rsidR="00D60D5E" w14:paraId="5D2EEBA5" w14:textId="77777777" w:rsidTr="000617E0">
        <w:trPr>
          <w:cantSplit/>
          <w:jc w:val="center"/>
        </w:trPr>
        <w:tc>
          <w:tcPr>
            <w:tcW w:w="677" w:type="dxa"/>
            <w:tcMar>
              <w:top w:w="28" w:type="dxa"/>
              <w:left w:w="38" w:type="dxa"/>
              <w:bottom w:w="28" w:type="dxa"/>
              <w:right w:w="38" w:type="dxa"/>
            </w:tcMar>
            <w:vAlign w:val="center"/>
          </w:tcPr>
          <w:p w14:paraId="15C59544" w14:textId="77777777" w:rsidR="00D60D5E" w:rsidRDefault="00891EF0">
            <w:pPr>
              <w:spacing w:after="0" w:line="240" w:lineRule="auto"/>
              <w:jc w:val="center"/>
            </w:pPr>
            <w:r>
              <w:rPr>
                <w:rFonts w:eastAsia="Aptos"/>
                <w:color w:val="6A7075"/>
                <w:sz w:val="17"/>
              </w:rPr>
              <w:t>165-205</w:t>
            </w:r>
          </w:p>
        </w:tc>
        <w:tc>
          <w:tcPr>
            <w:tcW w:w="2648" w:type="dxa"/>
            <w:tcMar>
              <w:top w:w="28" w:type="dxa"/>
              <w:left w:w="38" w:type="dxa"/>
              <w:bottom w:w="28" w:type="dxa"/>
              <w:right w:w="38" w:type="dxa"/>
            </w:tcMar>
            <w:vAlign w:val="center"/>
          </w:tcPr>
          <w:p w14:paraId="57FC07F3" w14:textId="77777777" w:rsidR="00D60D5E" w:rsidRDefault="00891EF0">
            <w:pPr>
              <w:spacing w:after="0" w:line="240" w:lineRule="auto"/>
            </w:pPr>
            <w:r>
              <w:rPr>
                <w:rFonts w:eastAsia="Aptos"/>
                <w:sz w:val="17"/>
              </w:rPr>
              <w:t>Quick Loaf Breads MIX 16oz</w:t>
            </w:r>
          </w:p>
        </w:tc>
        <w:tc>
          <w:tcPr>
            <w:tcW w:w="630" w:type="dxa"/>
            <w:tcMar>
              <w:top w:w="28" w:type="dxa"/>
              <w:left w:w="38" w:type="dxa"/>
              <w:bottom w:w="28" w:type="dxa"/>
              <w:right w:w="38" w:type="dxa"/>
            </w:tcMar>
            <w:vAlign w:val="center"/>
          </w:tcPr>
          <w:p w14:paraId="7AC9E298" w14:textId="77777777" w:rsidR="00D60D5E" w:rsidRDefault="00891EF0">
            <w:pPr>
              <w:spacing w:after="0" w:line="240" w:lineRule="auto"/>
              <w:jc w:val="center"/>
            </w:pPr>
            <w:r>
              <w:rPr>
                <w:rFonts w:eastAsia="Aptos"/>
                <w:b/>
                <w:sz w:val="17"/>
              </w:rPr>
              <w:t>4.54</w:t>
            </w:r>
          </w:p>
        </w:tc>
        <w:tc>
          <w:tcPr>
            <w:tcW w:w="540" w:type="dxa"/>
            <w:tcMar>
              <w:top w:w="28" w:type="dxa"/>
              <w:left w:w="38" w:type="dxa"/>
              <w:bottom w:w="28" w:type="dxa"/>
              <w:right w:w="38" w:type="dxa"/>
            </w:tcMar>
            <w:vAlign w:val="center"/>
          </w:tcPr>
          <w:p w14:paraId="2E06E1F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16DD26" w14:textId="77777777" w:rsidR="00D60D5E" w:rsidRDefault="00D60D5E">
            <w:pPr>
              <w:jc w:val="center"/>
            </w:pPr>
          </w:p>
        </w:tc>
      </w:tr>
      <w:tr w:rsidR="00D60D5E" w14:paraId="61C74BC7" w14:textId="77777777" w:rsidTr="000617E0">
        <w:trPr>
          <w:cantSplit/>
          <w:jc w:val="center"/>
        </w:trPr>
        <w:tc>
          <w:tcPr>
            <w:tcW w:w="677" w:type="dxa"/>
            <w:tcMar>
              <w:top w:w="28" w:type="dxa"/>
              <w:left w:w="38" w:type="dxa"/>
              <w:bottom w:w="28" w:type="dxa"/>
              <w:right w:w="38" w:type="dxa"/>
            </w:tcMar>
            <w:vAlign w:val="center"/>
          </w:tcPr>
          <w:p w14:paraId="6C1307E8" w14:textId="77777777" w:rsidR="00D60D5E" w:rsidRDefault="00891EF0">
            <w:pPr>
              <w:spacing w:after="0" w:line="240" w:lineRule="auto"/>
              <w:jc w:val="center"/>
            </w:pPr>
            <w:r>
              <w:rPr>
                <w:rFonts w:eastAsia="Aptos"/>
                <w:color w:val="6A7075"/>
                <w:sz w:val="17"/>
              </w:rPr>
              <w:t>165-210</w:t>
            </w:r>
          </w:p>
        </w:tc>
        <w:tc>
          <w:tcPr>
            <w:tcW w:w="2648" w:type="dxa"/>
            <w:tcMar>
              <w:top w:w="28" w:type="dxa"/>
              <w:left w:w="38" w:type="dxa"/>
              <w:bottom w:w="28" w:type="dxa"/>
              <w:right w:w="38" w:type="dxa"/>
            </w:tcMar>
            <w:vAlign w:val="center"/>
          </w:tcPr>
          <w:p w14:paraId="31234FDC" w14:textId="77777777" w:rsidR="00D60D5E" w:rsidRDefault="00891EF0">
            <w:pPr>
              <w:spacing w:after="0" w:line="240" w:lineRule="auto"/>
            </w:pPr>
            <w:r>
              <w:rPr>
                <w:rFonts w:eastAsia="Aptos"/>
                <w:sz w:val="17"/>
              </w:rPr>
              <w:t>Bakers Chocolate 4oz</w:t>
            </w:r>
          </w:p>
        </w:tc>
        <w:tc>
          <w:tcPr>
            <w:tcW w:w="630" w:type="dxa"/>
            <w:tcMar>
              <w:top w:w="28" w:type="dxa"/>
              <w:left w:w="38" w:type="dxa"/>
              <w:bottom w:w="28" w:type="dxa"/>
              <w:right w:w="38" w:type="dxa"/>
            </w:tcMar>
            <w:vAlign w:val="center"/>
          </w:tcPr>
          <w:p w14:paraId="32BB7913" w14:textId="77777777" w:rsidR="00D60D5E" w:rsidRDefault="00891EF0">
            <w:pPr>
              <w:spacing w:after="0" w:line="240" w:lineRule="auto"/>
              <w:jc w:val="center"/>
            </w:pPr>
            <w:r>
              <w:rPr>
                <w:rFonts w:eastAsia="Aptos"/>
                <w:b/>
                <w:sz w:val="17"/>
              </w:rPr>
              <w:t>6.63</w:t>
            </w:r>
          </w:p>
        </w:tc>
        <w:tc>
          <w:tcPr>
            <w:tcW w:w="540" w:type="dxa"/>
            <w:tcMar>
              <w:top w:w="28" w:type="dxa"/>
              <w:left w:w="38" w:type="dxa"/>
              <w:bottom w:w="28" w:type="dxa"/>
              <w:right w:w="38" w:type="dxa"/>
            </w:tcMar>
            <w:vAlign w:val="center"/>
          </w:tcPr>
          <w:p w14:paraId="5D2092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A83A09" w14:textId="77777777" w:rsidR="00D60D5E" w:rsidRDefault="00D60D5E">
            <w:pPr>
              <w:jc w:val="center"/>
            </w:pPr>
          </w:p>
        </w:tc>
      </w:tr>
      <w:tr w:rsidR="00D60D5E" w14:paraId="223255BB" w14:textId="77777777" w:rsidTr="000617E0">
        <w:trPr>
          <w:cantSplit/>
          <w:jc w:val="center"/>
        </w:trPr>
        <w:tc>
          <w:tcPr>
            <w:tcW w:w="677" w:type="dxa"/>
            <w:tcMar>
              <w:top w:w="28" w:type="dxa"/>
              <w:left w:w="38" w:type="dxa"/>
              <w:bottom w:w="28" w:type="dxa"/>
              <w:right w:w="38" w:type="dxa"/>
            </w:tcMar>
            <w:vAlign w:val="center"/>
          </w:tcPr>
          <w:p w14:paraId="35B2E956" w14:textId="77777777" w:rsidR="00D60D5E" w:rsidRDefault="00891EF0">
            <w:pPr>
              <w:spacing w:after="0" w:line="240" w:lineRule="auto"/>
              <w:jc w:val="center"/>
            </w:pPr>
            <w:r>
              <w:rPr>
                <w:rFonts w:eastAsia="Aptos"/>
                <w:color w:val="6A7075"/>
                <w:sz w:val="17"/>
              </w:rPr>
              <w:t>165-215</w:t>
            </w:r>
          </w:p>
        </w:tc>
        <w:tc>
          <w:tcPr>
            <w:tcW w:w="2648" w:type="dxa"/>
            <w:tcMar>
              <w:top w:w="28" w:type="dxa"/>
              <w:left w:w="38" w:type="dxa"/>
              <w:bottom w:w="28" w:type="dxa"/>
              <w:right w:w="38" w:type="dxa"/>
            </w:tcMar>
            <w:vAlign w:val="center"/>
          </w:tcPr>
          <w:p w14:paraId="2BAE4C21" w14:textId="77777777" w:rsidR="00D60D5E" w:rsidRDefault="00891EF0">
            <w:pPr>
              <w:spacing w:after="0" w:line="240" w:lineRule="auto"/>
            </w:pPr>
            <w:r>
              <w:rPr>
                <w:rFonts w:eastAsia="Aptos"/>
                <w:sz w:val="17"/>
              </w:rPr>
              <w:t>Bakers Coconut 7oz (14oz)</w:t>
            </w:r>
          </w:p>
        </w:tc>
        <w:tc>
          <w:tcPr>
            <w:tcW w:w="630" w:type="dxa"/>
            <w:tcMar>
              <w:top w:w="28" w:type="dxa"/>
              <w:left w:w="38" w:type="dxa"/>
              <w:bottom w:w="28" w:type="dxa"/>
              <w:right w:w="38" w:type="dxa"/>
            </w:tcMar>
            <w:vAlign w:val="center"/>
          </w:tcPr>
          <w:p w14:paraId="58AB5731" w14:textId="77777777" w:rsidR="00D60D5E" w:rsidRDefault="00891EF0">
            <w:pPr>
              <w:spacing w:after="0" w:line="240" w:lineRule="auto"/>
              <w:jc w:val="center"/>
            </w:pPr>
            <w:r>
              <w:rPr>
                <w:rFonts w:eastAsia="Aptos"/>
                <w:b/>
                <w:sz w:val="17"/>
              </w:rPr>
              <w:t>3.98</w:t>
            </w:r>
          </w:p>
        </w:tc>
        <w:tc>
          <w:tcPr>
            <w:tcW w:w="540" w:type="dxa"/>
            <w:tcMar>
              <w:top w:w="28" w:type="dxa"/>
              <w:left w:w="38" w:type="dxa"/>
              <w:bottom w:w="28" w:type="dxa"/>
              <w:right w:w="38" w:type="dxa"/>
            </w:tcMar>
            <w:vAlign w:val="center"/>
          </w:tcPr>
          <w:p w14:paraId="403CDE6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2CC299" w14:textId="77777777" w:rsidR="00D60D5E" w:rsidRDefault="00D60D5E">
            <w:pPr>
              <w:jc w:val="center"/>
            </w:pPr>
          </w:p>
        </w:tc>
      </w:tr>
      <w:tr w:rsidR="00D60D5E" w14:paraId="1518CD75" w14:textId="77777777" w:rsidTr="000617E0">
        <w:trPr>
          <w:cantSplit/>
          <w:jc w:val="center"/>
        </w:trPr>
        <w:tc>
          <w:tcPr>
            <w:tcW w:w="677" w:type="dxa"/>
            <w:tcMar>
              <w:top w:w="28" w:type="dxa"/>
              <w:left w:w="38" w:type="dxa"/>
              <w:bottom w:w="28" w:type="dxa"/>
              <w:right w:w="38" w:type="dxa"/>
            </w:tcMar>
            <w:vAlign w:val="center"/>
          </w:tcPr>
          <w:p w14:paraId="000F9B03" w14:textId="77777777" w:rsidR="00D60D5E" w:rsidRDefault="00891EF0">
            <w:pPr>
              <w:spacing w:after="0" w:line="240" w:lineRule="auto"/>
              <w:jc w:val="center"/>
            </w:pPr>
            <w:r>
              <w:rPr>
                <w:rFonts w:eastAsia="Aptos"/>
                <w:color w:val="6A7075"/>
                <w:sz w:val="17"/>
              </w:rPr>
              <w:t>165-220</w:t>
            </w:r>
          </w:p>
        </w:tc>
        <w:tc>
          <w:tcPr>
            <w:tcW w:w="2648" w:type="dxa"/>
            <w:tcMar>
              <w:top w:w="28" w:type="dxa"/>
              <w:left w:w="38" w:type="dxa"/>
              <w:bottom w:w="28" w:type="dxa"/>
              <w:right w:w="38" w:type="dxa"/>
            </w:tcMar>
            <w:vAlign w:val="center"/>
          </w:tcPr>
          <w:p w14:paraId="71BA7EC7" w14:textId="77777777" w:rsidR="00D60D5E" w:rsidRDefault="00891EF0">
            <w:pPr>
              <w:spacing w:after="0" w:line="240" w:lineRule="auto"/>
            </w:pPr>
            <w:r>
              <w:rPr>
                <w:rFonts w:eastAsia="Aptos"/>
                <w:sz w:val="17"/>
              </w:rPr>
              <w:t>Nestle Chocolate Morsels 11.5oz</w:t>
            </w:r>
          </w:p>
        </w:tc>
        <w:tc>
          <w:tcPr>
            <w:tcW w:w="630" w:type="dxa"/>
            <w:tcMar>
              <w:top w:w="28" w:type="dxa"/>
              <w:left w:w="38" w:type="dxa"/>
              <w:bottom w:w="28" w:type="dxa"/>
              <w:right w:w="38" w:type="dxa"/>
            </w:tcMar>
            <w:vAlign w:val="center"/>
          </w:tcPr>
          <w:p w14:paraId="1A9E9D72" w14:textId="77777777" w:rsidR="00D60D5E" w:rsidRDefault="00891EF0">
            <w:pPr>
              <w:spacing w:after="0" w:line="240" w:lineRule="auto"/>
              <w:jc w:val="center"/>
            </w:pPr>
            <w:r>
              <w:rPr>
                <w:rFonts w:eastAsia="Aptos"/>
                <w:b/>
                <w:sz w:val="17"/>
              </w:rPr>
              <w:t>8.95</w:t>
            </w:r>
          </w:p>
        </w:tc>
        <w:tc>
          <w:tcPr>
            <w:tcW w:w="540" w:type="dxa"/>
            <w:tcMar>
              <w:top w:w="28" w:type="dxa"/>
              <w:left w:w="38" w:type="dxa"/>
              <w:bottom w:w="28" w:type="dxa"/>
              <w:right w:w="38" w:type="dxa"/>
            </w:tcMar>
            <w:vAlign w:val="center"/>
          </w:tcPr>
          <w:p w14:paraId="520AD6F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E660B6" w14:textId="77777777" w:rsidR="00D60D5E" w:rsidRDefault="00D60D5E">
            <w:pPr>
              <w:jc w:val="center"/>
            </w:pPr>
          </w:p>
        </w:tc>
      </w:tr>
      <w:tr w:rsidR="00D60D5E" w14:paraId="382E7F45" w14:textId="77777777" w:rsidTr="000617E0">
        <w:trPr>
          <w:cantSplit/>
          <w:jc w:val="center"/>
        </w:trPr>
        <w:tc>
          <w:tcPr>
            <w:tcW w:w="677" w:type="dxa"/>
            <w:tcMar>
              <w:top w:w="28" w:type="dxa"/>
              <w:left w:w="38" w:type="dxa"/>
              <w:bottom w:w="28" w:type="dxa"/>
              <w:right w:w="38" w:type="dxa"/>
            </w:tcMar>
            <w:vAlign w:val="center"/>
          </w:tcPr>
          <w:p w14:paraId="738EC2D7" w14:textId="77777777" w:rsidR="00D60D5E" w:rsidRDefault="00891EF0">
            <w:pPr>
              <w:spacing w:after="0" w:line="240" w:lineRule="auto"/>
              <w:jc w:val="center"/>
            </w:pPr>
            <w:r>
              <w:rPr>
                <w:rFonts w:eastAsia="Aptos"/>
                <w:color w:val="6A7075"/>
                <w:sz w:val="17"/>
              </w:rPr>
              <w:t>165-225</w:t>
            </w:r>
          </w:p>
        </w:tc>
        <w:tc>
          <w:tcPr>
            <w:tcW w:w="2648" w:type="dxa"/>
            <w:tcMar>
              <w:top w:w="28" w:type="dxa"/>
              <w:left w:w="38" w:type="dxa"/>
              <w:bottom w:w="28" w:type="dxa"/>
              <w:right w:w="38" w:type="dxa"/>
            </w:tcMar>
            <w:vAlign w:val="center"/>
          </w:tcPr>
          <w:p w14:paraId="46D59AEE" w14:textId="77777777" w:rsidR="00D60D5E" w:rsidRDefault="00891EF0">
            <w:pPr>
              <w:spacing w:after="0" w:line="240" w:lineRule="auto"/>
            </w:pPr>
            <w:r>
              <w:rPr>
                <w:rFonts w:eastAsia="Aptos"/>
                <w:sz w:val="17"/>
              </w:rPr>
              <w:t>Sugar 2lbs</w:t>
            </w:r>
          </w:p>
        </w:tc>
        <w:tc>
          <w:tcPr>
            <w:tcW w:w="630" w:type="dxa"/>
            <w:tcMar>
              <w:top w:w="28" w:type="dxa"/>
              <w:left w:w="38" w:type="dxa"/>
              <w:bottom w:w="28" w:type="dxa"/>
              <w:right w:w="38" w:type="dxa"/>
            </w:tcMar>
            <w:vAlign w:val="center"/>
          </w:tcPr>
          <w:p w14:paraId="0BA57ACD"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6664B1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0919C5" w14:textId="77777777" w:rsidR="00D60D5E" w:rsidRDefault="00D60D5E">
            <w:pPr>
              <w:jc w:val="center"/>
            </w:pPr>
          </w:p>
        </w:tc>
      </w:tr>
      <w:tr w:rsidR="00D60D5E" w14:paraId="7E525D46" w14:textId="77777777" w:rsidTr="000617E0">
        <w:trPr>
          <w:cantSplit/>
          <w:jc w:val="center"/>
        </w:trPr>
        <w:tc>
          <w:tcPr>
            <w:tcW w:w="677" w:type="dxa"/>
            <w:tcMar>
              <w:top w:w="28" w:type="dxa"/>
              <w:left w:w="38" w:type="dxa"/>
              <w:bottom w:w="28" w:type="dxa"/>
              <w:right w:w="38" w:type="dxa"/>
            </w:tcMar>
            <w:vAlign w:val="center"/>
          </w:tcPr>
          <w:p w14:paraId="6AD558B3" w14:textId="77777777" w:rsidR="00D60D5E" w:rsidRDefault="00891EF0">
            <w:pPr>
              <w:spacing w:after="0" w:line="240" w:lineRule="auto"/>
              <w:jc w:val="center"/>
            </w:pPr>
            <w:r>
              <w:rPr>
                <w:rFonts w:eastAsia="Aptos"/>
                <w:color w:val="6A7075"/>
                <w:sz w:val="17"/>
              </w:rPr>
              <w:t>165-226</w:t>
            </w:r>
          </w:p>
        </w:tc>
        <w:tc>
          <w:tcPr>
            <w:tcW w:w="2648" w:type="dxa"/>
            <w:tcMar>
              <w:top w:w="28" w:type="dxa"/>
              <w:left w:w="38" w:type="dxa"/>
              <w:bottom w:w="28" w:type="dxa"/>
              <w:right w:w="38" w:type="dxa"/>
            </w:tcMar>
            <w:vAlign w:val="center"/>
          </w:tcPr>
          <w:p w14:paraId="15B8B4AE" w14:textId="77777777" w:rsidR="00D60D5E" w:rsidRDefault="00891EF0">
            <w:pPr>
              <w:spacing w:after="0" w:line="240" w:lineRule="auto"/>
            </w:pPr>
            <w:r>
              <w:rPr>
                <w:rFonts w:eastAsia="Aptos"/>
                <w:sz w:val="17"/>
              </w:rPr>
              <w:t>Sugar 4lb</w:t>
            </w:r>
          </w:p>
        </w:tc>
        <w:tc>
          <w:tcPr>
            <w:tcW w:w="630" w:type="dxa"/>
            <w:tcMar>
              <w:top w:w="28" w:type="dxa"/>
              <w:left w:w="38" w:type="dxa"/>
              <w:bottom w:w="28" w:type="dxa"/>
              <w:right w:w="38" w:type="dxa"/>
            </w:tcMar>
            <w:vAlign w:val="center"/>
          </w:tcPr>
          <w:p w14:paraId="69F82F2E"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7136EBD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02D280" w14:textId="77777777" w:rsidR="00D60D5E" w:rsidRDefault="00D60D5E">
            <w:pPr>
              <w:jc w:val="center"/>
            </w:pPr>
          </w:p>
        </w:tc>
      </w:tr>
      <w:tr w:rsidR="00D60D5E" w14:paraId="31CF392A" w14:textId="77777777" w:rsidTr="000617E0">
        <w:trPr>
          <w:cantSplit/>
          <w:jc w:val="center"/>
        </w:trPr>
        <w:tc>
          <w:tcPr>
            <w:tcW w:w="677" w:type="dxa"/>
            <w:tcMar>
              <w:top w:w="28" w:type="dxa"/>
              <w:left w:w="38" w:type="dxa"/>
              <w:bottom w:w="28" w:type="dxa"/>
              <w:right w:w="38" w:type="dxa"/>
            </w:tcMar>
            <w:vAlign w:val="center"/>
          </w:tcPr>
          <w:p w14:paraId="38D15266" w14:textId="77777777" w:rsidR="00D60D5E" w:rsidRDefault="00891EF0">
            <w:pPr>
              <w:spacing w:after="0" w:line="240" w:lineRule="auto"/>
              <w:jc w:val="center"/>
            </w:pPr>
            <w:r>
              <w:rPr>
                <w:rFonts w:eastAsia="Aptos"/>
                <w:color w:val="6A7075"/>
                <w:sz w:val="17"/>
              </w:rPr>
              <w:t>165-230</w:t>
            </w:r>
          </w:p>
        </w:tc>
        <w:tc>
          <w:tcPr>
            <w:tcW w:w="2648" w:type="dxa"/>
            <w:tcMar>
              <w:top w:w="28" w:type="dxa"/>
              <w:left w:w="38" w:type="dxa"/>
              <w:bottom w:w="28" w:type="dxa"/>
              <w:right w:w="38" w:type="dxa"/>
            </w:tcMar>
            <w:vAlign w:val="center"/>
          </w:tcPr>
          <w:p w14:paraId="5152D238" w14:textId="77777777" w:rsidR="00D60D5E" w:rsidRDefault="00891EF0">
            <w:pPr>
              <w:spacing w:after="0" w:line="240" w:lineRule="auto"/>
            </w:pPr>
            <w:r>
              <w:rPr>
                <w:rFonts w:eastAsia="Aptos"/>
                <w:sz w:val="17"/>
              </w:rPr>
              <w:t>Castor Sugar 500g</w:t>
            </w:r>
          </w:p>
        </w:tc>
        <w:tc>
          <w:tcPr>
            <w:tcW w:w="630" w:type="dxa"/>
            <w:tcMar>
              <w:top w:w="28" w:type="dxa"/>
              <w:left w:w="38" w:type="dxa"/>
              <w:bottom w:w="28" w:type="dxa"/>
              <w:right w:w="38" w:type="dxa"/>
            </w:tcMar>
            <w:vAlign w:val="center"/>
          </w:tcPr>
          <w:p w14:paraId="71578CE7" w14:textId="77777777" w:rsidR="00D60D5E" w:rsidRDefault="00891EF0">
            <w:pPr>
              <w:spacing w:after="0" w:line="240" w:lineRule="auto"/>
              <w:jc w:val="center"/>
            </w:pPr>
            <w:r>
              <w:rPr>
                <w:rFonts w:eastAsia="Aptos"/>
                <w:b/>
                <w:sz w:val="17"/>
              </w:rPr>
              <w:t>3.69</w:t>
            </w:r>
          </w:p>
        </w:tc>
        <w:tc>
          <w:tcPr>
            <w:tcW w:w="540" w:type="dxa"/>
            <w:tcMar>
              <w:top w:w="28" w:type="dxa"/>
              <w:left w:w="38" w:type="dxa"/>
              <w:bottom w:w="28" w:type="dxa"/>
              <w:right w:w="38" w:type="dxa"/>
            </w:tcMar>
            <w:vAlign w:val="center"/>
          </w:tcPr>
          <w:p w14:paraId="46C55C9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7E3BF7" w14:textId="77777777" w:rsidR="00D60D5E" w:rsidRDefault="00D60D5E">
            <w:pPr>
              <w:jc w:val="center"/>
            </w:pPr>
          </w:p>
        </w:tc>
      </w:tr>
      <w:tr w:rsidR="00D60D5E" w14:paraId="17BC5AE8" w14:textId="77777777" w:rsidTr="000617E0">
        <w:trPr>
          <w:cantSplit/>
          <w:jc w:val="center"/>
        </w:trPr>
        <w:tc>
          <w:tcPr>
            <w:tcW w:w="677" w:type="dxa"/>
            <w:tcMar>
              <w:top w:w="28" w:type="dxa"/>
              <w:left w:w="38" w:type="dxa"/>
              <w:bottom w:w="28" w:type="dxa"/>
              <w:right w:w="38" w:type="dxa"/>
            </w:tcMar>
            <w:vAlign w:val="center"/>
          </w:tcPr>
          <w:p w14:paraId="75D0D034" w14:textId="77777777" w:rsidR="00D60D5E" w:rsidRDefault="00891EF0">
            <w:pPr>
              <w:spacing w:after="0" w:line="240" w:lineRule="auto"/>
              <w:jc w:val="center"/>
            </w:pPr>
            <w:r>
              <w:rPr>
                <w:rFonts w:eastAsia="Aptos"/>
                <w:color w:val="6A7075"/>
                <w:sz w:val="17"/>
              </w:rPr>
              <w:t>165-235</w:t>
            </w:r>
          </w:p>
        </w:tc>
        <w:tc>
          <w:tcPr>
            <w:tcW w:w="2648" w:type="dxa"/>
            <w:tcMar>
              <w:top w:w="28" w:type="dxa"/>
              <w:left w:w="38" w:type="dxa"/>
              <w:bottom w:w="28" w:type="dxa"/>
              <w:right w:w="38" w:type="dxa"/>
            </w:tcMar>
            <w:vAlign w:val="center"/>
          </w:tcPr>
          <w:p w14:paraId="66D053D3" w14:textId="77777777" w:rsidR="00D60D5E" w:rsidRDefault="00891EF0">
            <w:pPr>
              <w:spacing w:after="0" w:line="240" w:lineRule="auto"/>
            </w:pPr>
            <w:r>
              <w:rPr>
                <w:rFonts w:eastAsia="Aptos"/>
                <w:sz w:val="17"/>
              </w:rPr>
              <w:t>Splenda Naturals 80 ct</w:t>
            </w:r>
          </w:p>
        </w:tc>
        <w:tc>
          <w:tcPr>
            <w:tcW w:w="630" w:type="dxa"/>
            <w:tcMar>
              <w:top w:w="28" w:type="dxa"/>
              <w:left w:w="38" w:type="dxa"/>
              <w:bottom w:w="28" w:type="dxa"/>
              <w:right w:w="38" w:type="dxa"/>
            </w:tcMar>
            <w:vAlign w:val="center"/>
          </w:tcPr>
          <w:p w14:paraId="612CA615" w14:textId="77777777" w:rsidR="00D60D5E" w:rsidRDefault="00891EF0">
            <w:pPr>
              <w:spacing w:after="0" w:line="240" w:lineRule="auto"/>
              <w:jc w:val="center"/>
            </w:pPr>
            <w:r>
              <w:rPr>
                <w:rFonts w:eastAsia="Aptos"/>
                <w:b/>
                <w:sz w:val="17"/>
              </w:rPr>
              <w:t>11.65</w:t>
            </w:r>
          </w:p>
        </w:tc>
        <w:tc>
          <w:tcPr>
            <w:tcW w:w="540" w:type="dxa"/>
            <w:tcMar>
              <w:top w:w="28" w:type="dxa"/>
              <w:left w:w="38" w:type="dxa"/>
              <w:bottom w:w="28" w:type="dxa"/>
              <w:right w:w="38" w:type="dxa"/>
            </w:tcMar>
            <w:vAlign w:val="center"/>
          </w:tcPr>
          <w:p w14:paraId="08EC6B1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D4332E" w14:textId="77777777" w:rsidR="00D60D5E" w:rsidRDefault="00D60D5E">
            <w:pPr>
              <w:jc w:val="center"/>
            </w:pPr>
          </w:p>
        </w:tc>
      </w:tr>
      <w:tr w:rsidR="00D60D5E" w14:paraId="7A134F08" w14:textId="77777777" w:rsidTr="000617E0">
        <w:trPr>
          <w:cantSplit/>
          <w:jc w:val="center"/>
        </w:trPr>
        <w:tc>
          <w:tcPr>
            <w:tcW w:w="677" w:type="dxa"/>
            <w:tcMar>
              <w:top w:w="28" w:type="dxa"/>
              <w:left w:w="38" w:type="dxa"/>
              <w:bottom w:w="28" w:type="dxa"/>
              <w:right w:w="38" w:type="dxa"/>
            </w:tcMar>
            <w:vAlign w:val="center"/>
          </w:tcPr>
          <w:p w14:paraId="2FF83F0A" w14:textId="77777777" w:rsidR="00D60D5E" w:rsidRDefault="00891EF0">
            <w:pPr>
              <w:spacing w:after="0" w:line="240" w:lineRule="auto"/>
              <w:jc w:val="center"/>
            </w:pPr>
            <w:r>
              <w:rPr>
                <w:rFonts w:eastAsia="Aptos"/>
                <w:color w:val="6A7075"/>
                <w:sz w:val="17"/>
              </w:rPr>
              <w:t>165-236</w:t>
            </w:r>
          </w:p>
        </w:tc>
        <w:tc>
          <w:tcPr>
            <w:tcW w:w="2648" w:type="dxa"/>
            <w:tcMar>
              <w:top w:w="28" w:type="dxa"/>
              <w:left w:w="38" w:type="dxa"/>
              <w:bottom w:w="28" w:type="dxa"/>
              <w:right w:w="38" w:type="dxa"/>
            </w:tcMar>
            <w:vAlign w:val="center"/>
          </w:tcPr>
          <w:p w14:paraId="6197246B" w14:textId="77777777" w:rsidR="00D60D5E" w:rsidRDefault="00891EF0">
            <w:pPr>
              <w:spacing w:after="0" w:line="240" w:lineRule="auto"/>
            </w:pPr>
            <w:r>
              <w:rPr>
                <w:rFonts w:eastAsia="Aptos"/>
                <w:sz w:val="17"/>
              </w:rPr>
              <w:t>Splenda Monk Fruit Sweetener 16 oz</w:t>
            </w:r>
          </w:p>
        </w:tc>
        <w:tc>
          <w:tcPr>
            <w:tcW w:w="630" w:type="dxa"/>
            <w:tcMar>
              <w:top w:w="28" w:type="dxa"/>
              <w:left w:w="38" w:type="dxa"/>
              <w:bottom w:w="28" w:type="dxa"/>
              <w:right w:w="38" w:type="dxa"/>
            </w:tcMar>
            <w:vAlign w:val="center"/>
          </w:tcPr>
          <w:p w14:paraId="7E5D0924"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523495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6A60E0" w14:textId="77777777" w:rsidR="00D60D5E" w:rsidRDefault="00D60D5E">
            <w:pPr>
              <w:jc w:val="center"/>
            </w:pPr>
          </w:p>
        </w:tc>
      </w:tr>
      <w:tr w:rsidR="00D60D5E" w14:paraId="38283003" w14:textId="77777777" w:rsidTr="000617E0">
        <w:trPr>
          <w:cantSplit/>
          <w:jc w:val="center"/>
        </w:trPr>
        <w:tc>
          <w:tcPr>
            <w:tcW w:w="677" w:type="dxa"/>
            <w:tcMar>
              <w:top w:w="28" w:type="dxa"/>
              <w:left w:w="38" w:type="dxa"/>
              <w:bottom w:w="28" w:type="dxa"/>
              <w:right w:w="38" w:type="dxa"/>
            </w:tcMar>
            <w:vAlign w:val="center"/>
          </w:tcPr>
          <w:p w14:paraId="51CBE80E" w14:textId="77777777" w:rsidR="00D60D5E" w:rsidRDefault="00891EF0">
            <w:pPr>
              <w:spacing w:after="0" w:line="240" w:lineRule="auto"/>
              <w:jc w:val="center"/>
            </w:pPr>
            <w:r>
              <w:rPr>
                <w:rFonts w:eastAsia="Aptos"/>
                <w:color w:val="6A7075"/>
                <w:sz w:val="17"/>
              </w:rPr>
              <w:t>165-240</w:t>
            </w:r>
          </w:p>
        </w:tc>
        <w:tc>
          <w:tcPr>
            <w:tcW w:w="2648" w:type="dxa"/>
            <w:tcMar>
              <w:top w:w="28" w:type="dxa"/>
              <w:left w:w="38" w:type="dxa"/>
              <w:bottom w:w="28" w:type="dxa"/>
              <w:right w:w="38" w:type="dxa"/>
            </w:tcMar>
            <w:vAlign w:val="center"/>
          </w:tcPr>
          <w:p w14:paraId="16924E8F" w14:textId="77777777" w:rsidR="00D60D5E" w:rsidRDefault="00891EF0">
            <w:pPr>
              <w:spacing w:after="0" w:line="240" w:lineRule="auto"/>
            </w:pPr>
            <w:r>
              <w:rPr>
                <w:rFonts w:eastAsia="Aptos"/>
                <w:sz w:val="17"/>
              </w:rPr>
              <w:t>Truvia Naturals 40 pk</w:t>
            </w:r>
          </w:p>
        </w:tc>
        <w:tc>
          <w:tcPr>
            <w:tcW w:w="630" w:type="dxa"/>
            <w:tcMar>
              <w:top w:w="28" w:type="dxa"/>
              <w:left w:w="38" w:type="dxa"/>
              <w:bottom w:w="28" w:type="dxa"/>
              <w:right w:w="38" w:type="dxa"/>
            </w:tcMar>
            <w:vAlign w:val="center"/>
          </w:tcPr>
          <w:p w14:paraId="05DC85E4" w14:textId="77777777" w:rsidR="00D60D5E" w:rsidRDefault="00891EF0">
            <w:pPr>
              <w:spacing w:after="0" w:line="240" w:lineRule="auto"/>
              <w:jc w:val="center"/>
            </w:pPr>
            <w:r>
              <w:rPr>
                <w:rFonts w:eastAsia="Aptos"/>
                <w:b/>
                <w:sz w:val="17"/>
              </w:rPr>
              <w:t>6.40</w:t>
            </w:r>
          </w:p>
        </w:tc>
        <w:tc>
          <w:tcPr>
            <w:tcW w:w="540" w:type="dxa"/>
            <w:tcMar>
              <w:top w:w="28" w:type="dxa"/>
              <w:left w:w="38" w:type="dxa"/>
              <w:bottom w:w="28" w:type="dxa"/>
              <w:right w:w="38" w:type="dxa"/>
            </w:tcMar>
            <w:vAlign w:val="center"/>
          </w:tcPr>
          <w:p w14:paraId="7809294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829F5B" w14:textId="77777777" w:rsidR="00D60D5E" w:rsidRDefault="00D60D5E">
            <w:pPr>
              <w:jc w:val="center"/>
            </w:pPr>
          </w:p>
        </w:tc>
      </w:tr>
      <w:tr w:rsidR="00D60D5E" w14:paraId="5A8DBF0E" w14:textId="77777777" w:rsidTr="000617E0">
        <w:trPr>
          <w:cantSplit/>
          <w:jc w:val="center"/>
        </w:trPr>
        <w:tc>
          <w:tcPr>
            <w:tcW w:w="677" w:type="dxa"/>
            <w:tcMar>
              <w:top w:w="28" w:type="dxa"/>
              <w:left w:w="38" w:type="dxa"/>
              <w:bottom w:w="28" w:type="dxa"/>
              <w:right w:w="38" w:type="dxa"/>
            </w:tcMar>
            <w:vAlign w:val="center"/>
          </w:tcPr>
          <w:p w14:paraId="78C6C7A4" w14:textId="77777777" w:rsidR="00D60D5E" w:rsidRDefault="00891EF0">
            <w:pPr>
              <w:spacing w:after="0" w:line="240" w:lineRule="auto"/>
              <w:jc w:val="center"/>
            </w:pPr>
            <w:r>
              <w:rPr>
                <w:rFonts w:eastAsia="Aptos"/>
                <w:color w:val="6A7075"/>
                <w:sz w:val="17"/>
              </w:rPr>
              <w:t>165-245</w:t>
            </w:r>
          </w:p>
        </w:tc>
        <w:tc>
          <w:tcPr>
            <w:tcW w:w="2648" w:type="dxa"/>
            <w:tcMar>
              <w:top w:w="28" w:type="dxa"/>
              <w:left w:w="38" w:type="dxa"/>
              <w:bottom w:w="28" w:type="dxa"/>
              <w:right w:w="38" w:type="dxa"/>
            </w:tcMar>
            <w:vAlign w:val="center"/>
          </w:tcPr>
          <w:p w14:paraId="7CE5D5A3" w14:textId="77777777" w:rsidR="00D60D5E" w:rsidRDefault="00891EF0">
            <w:pPr>
              <w:spacing w:after="0" w:line="240" w:lineRule="auto"/>
            </w:pPr>
            <w:r>
              <w:rPr>
                <w:rFonts w:eastAsia="Aptos"/>
                <w:sz w:val="17"/>
              </w:rPr>
              <w:t>Jell-O Vanilla Pie Filling 1 oz</w:t>
            </w:r>
          </w:p>
        </w:tc>
        <w:tc>
          <w:tcPr>
            <w:tcW w:w="630" w:type="dxa"/>
            <w:tcMar>
              <w:top w:w="28" w:type="dxa"/>
              <w:left w:w="38" w:type="dxa"/>
              <w:bottom w:w="28" w:type="dxa"/>
              <w:right w:w="38" w:type="dxa"/>
            </w:tcMar>
            <w:vAlign w:val="center"/>
          </w:tcPr>
          <w:p w14:paraId="1841C02F" w14:textId="77777777" w:rsidR="00D60D5E" w:rsidRDefault="00891EF0">
            <w:pPr>
              <w:spacing w:after="0" w:line="240" w:lineRule="auto"/>
              <w:jc w:val="center"/>
            </w:pPr>
            <w:r>
              <w:rPr>
                <w:rFonts w:eastAsia="Aptos"/>
                <w:b/>
                <w:sz w:val="17"/>
              </w:rPr>
              <w:t>2.90</w:t>
            </w:r>
          </w:p>
        </w:tc>
        <w:tc>
          <w:tcPr>
            <w:tcW w:w="540" w:type="dxa"/>
            <w:tcMar>
              <w:top w:w="28" w:type="dxa"/>
              <w:left w:w="38" w:type="dxa"/>
              <w:bottom w:w="28" w:type="dxa"/>
              <w:right w:w="38" w:type="dxa"/>
            </w:tcMar>
            <w:vAlign w:val="center"/>
          </w:tcPr>
          <w:p w14:paraId="2D76893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79E688" w14:textId="77777777" w:rsidR="00D60D5E" w:rsidRDefault="00D60D5E">
            <w:pPr>
              <w:jc w:val="center"/>
            </w:pPr>
          </w:p>
        </w:tc>
      </w:tr>
      <w:tr w:rsidR="00D60D5E" w14:paraId="15E6AA44" w14:textId="77777777" w:rsidTr="000617E0">
        <w:trPr>
          <w:cantSplit/>
          <w:jc w:val="center"/>
        </w:trPr>
        <w:tc>
          <w:tcPr>
            <w:tcW w:w="677" w:type="dxa"/>
            <w:tcMar>
              <w:top w:w="28" w:type="dxa"/>
              <w:left w:w="38" w:type="dxa"/>
              <w:bottom w:w="28" w:type="dxa"/>
              <w:right w:w="38" w:type="dxa"/>
            </w:tcMar>
            <w:vAlign w:val="center"/>
          </w:tcPr>
          <w:p w14:paraId="0AE75927" w14:textId="77777777" w:rsidR="00D60D5E" w:rsidRDefault="00891EF0">
            <w:pPr>
              <w:spacing w:after="0" w:line="240" w:lineRule="auto"/>
              <w:jc w:val="center"/>
            </w:pPr>
            <w:r>
              <w:rPr>
                <w:rFonts w:eastAsia="Aptos"/>
                <w:color w:val="6A7075"/>
                <w:sz w:val="17"/>
              </w:rPr>
              <w:t>165-250</w:t>
            </w:r>
          </w:p>
        </w:tc>
        <w:tc>
          <w:tcPr>
            <w:tcW w:w="2648" w:type="dxa"/>
            <w:tcMar>
              <w:top w:w="28" w:type="dxa"/>
              <w:left w:w="38" w:type="dxa"/>
              <w:bottom w:w="28" w:type="dxa"/>
              <w:right w:w="38" w:type="dxa"/>
            </w:tcMar>
            <w:vAlign w:val="center"/>
          </w:tcPr>
          <w:p w14:paraId="6853D135" w14:textId="77777777" w:rsidR="00D60D5E" w:rsidRDefault="00891EF0">
            <w:pPr>
              <w:spacing w:after="0" w:line="240" w:lineRule="auto"/>
            </w:pPr>
            <w:r>
              <w:rPr>
                <w:rFonts w:eastAsia="Aptos"/>
                <w:sz w:val="17"/>
              </w:rPr>
              <w:t>Raisins Mini Snacks 6 oz</w:t>
            </w:r>
          </w:p>
        </w:tc>
        <w:tc>
          <w:tcPr>
            <w:tcW w:w="630" w:type="dxa"/>
            <w:tcMar>
              <w:top w:w="28" w:type="dxa"/>
              <w:left w:w="38" w:type="dxa"/>
              <w:bottom w:w="28" w:type="dxa"/>
              <w:right w:w="38" w:type="dxa"/>
            </w:tcMar>
            <w:vAlign w:val="center"/>
          </w:tcPr>
          <w:p w14:paraId="728DC640" w14:textId="77777777" w:rsidR="00D60D5E" w:rsidRDefault="00891EF0">
            <w:pPr>
              <w:spacing w:after="0" w:line="240" w:lineRule="auto"/>
              <w:jc w:val="center"/>
            </w:pPr>
            <w:r>
              <w:rPr>
                <w:rFonts w:eastAsia="Aptos"/>
                <w:b/>
                <w:sz w:val="17"/>
              </w:rPr>
              <w:t>4.15</w:t>
            </w:r>
          </w:p>
        </w:tc>
        <w:tc>
          <w:tcPr>
            <w:tcW w:w="540" w:type="dxa"/>
            <w:tcMar>
              <w:top w:w="28" w:type="dxa"/>
              <w:left w:w="38" w:type="dxa"/>
              <w:bottom w:w="28" w:type="dxa"/>
              <w:right w:w="38" w:type="dxa"/>
            </w:tcMar>
            <w:vAlign w:val="center"/>
          </w:tcPr>
          <w:p w14:paraId="43FB89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E7FD21" w14:textId="77777777" w:rsidR="00D60D5E" w:rsidRDefault="00D60D5E">
            <w:pPr>
              <w:jc w:val="center"/>
            </w:pPr>
          </w:p>
        </w:tc>
      </w:tr>
      <w:tr w:rsidR="00D60D5E" w14:paraId="59FD1B2B" w14:textId="77777777" w:rsidTr="000617E0">
        <w:trPr>
          <w:cantSplit/>
          <w:jc w:val="center"/>
        </w:trPr>
        <w:tc>
          <w:tcPr>
            <w:tcW w:w="677" w:type="dxa"/>
            <w:tcMar>
              <w:top w:w="28" w:type="dxa"/>
              <w:left w:w="38" w:type="dxa"/>
              <w:bottom w:w="28" w:type="dxa"/>
              <w:right w:w="38" w:type="dxa"/>
            </w:tcMar>
            <w:vAlign w:val="center"/>
          </w:tcPr>
          <w:p w14:paraId="4D1EACEC" w14:textId="77777777" w:rsidR="00D60D5E" w:rsidRDefault="00891EF0">
            <w:pPr>
              <w:spacing w:after="0" w:line="240" w:lineRule="auto"/>
              <w:jc w:val="center"/>
            </w:pPr>
            <w:r>
              <w:rPr>
                <w:rFonts w:eastAsia="Aptos"/>
                <w:color w:val="6A7075"/>
                <w:sz w:val="17"/>
              </w:rPr>
              <w:t>165-255</w:t>
            </w:r>
          </w:p>
        </w:tc>
        <w:tc>
          <w:tcPr>
            <w:tcW w:w="2648" w:type="dxa"/>
            <w:tcMar>
              <w:top w:w="28" w:type="dxa"/>
              <w:left w:w="38" w:type="dxa"/>
              <w:bottom w:w="28" w:type="dxa"/>
              <w:right w:w="38" w:type="dxa"/>
            </w:tcMar>
            <w:vAlign w:val="center"/>
          </w:tcPr>
          <w:p w14:paraId="2CDCB8BF" w14:textId="77777777" w:rsidR="00D60D5E" w:rsidRDefault="00891EF0">
            <w:pPr>
              <w:spacing w:after="0" w:line="240" w:lineRule="auto"/>
            </w:pPr>
            <w:r>
              <w:rPr>
                <w:rFonts w:eastAsia="Aptos"/>
                <w:sz w:val="17"/>
              </w:rPr>
              <w:t>Prunes 7oz</w:t>
            </w:r>
          </w:p>
        </w:tc>
        <w:tc>
          <w:tcPr>
            <w:tcW w:w="630" w:type="dxa"/>
            <w:tcMar>
              <w:top w:w="28" w:type="dxa"/>
              <w:left w:w="38" w:type="dxa"/>
              <w:bottom w:w="28" w:type="dxa"/>
              <w:right w:w="38" w:type="dxa"/>
            </w:tcMar>
            <w:vAlign w:val="center"/>
          </w:tcPr>
          <w:p w14:paraId="2AA83727"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12589CC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823376" w14:textId="77777777" w:rsidR="00D60D5E" w:rsidRDefault="00D60D5E">
            <w:pPr>
              <w:jc w:val="center"/>
            </w:pPr>
          </w:p>
        </w:tc>
      </w:tr>
      <w:tr w:rsidR="00D60D5E" w14:paraId="7502E271" w14:textId="77777777" w:rsidTr="000617E0">
        <w:trPr>
          <w:cantSplit/>
          <w:jc w:val="center"/>
        </w:trPr>
        <w:tc>
          <w:tcPr>
            <w:tcW w:w="677" w:type="dxa"/>
            <w:tcMar>
              <w:top w:w="28" w:type="dxa"/>
              <w:left w:w="38" w:type="dxa"/>
              <w:bottom w:w="28" w:type="dxa"/>
              <w:right w:w="38" w:type="dxa"/>
            </w:tcMar>
            <w:vAlign w:val="center"/>
          </w:tcPr>
          <w:p w14:paraId="5E0830A3" w14:textId="77777777" w:rsidR="00D60D5E" w:rsidRDefault="00891EF0">
            <w:pPr>
              <w:spacing w:after="0" w:line="240" w:lineRule="auto"/>
              <w:jc w:val="center"/>
            </w:pPr>
            <w:r>
              <w:rPr>
                <w:rFonts w:eastAsia="Aptos"/>
                <w:color w:val="6A7075"/>
                <w:sz w:val="17"/>
              </w:rPr>
              <w:t>165-260</w:t>
            </w:r>
          </w:p>
        </w:tc>
        <w:tc>
          <w:tcPr>
            <w:tcW w:w="2648" w:type="dxa"/>
            <w:tcMar>
              <w:top w:w="28" w:type="dxa"/>
              <w:left w:w="38" w:type="dxa"/>
              <w:bottom w:w="28" w:type="dxa"/>
              <w:right w:w="38" w:type="dxa"/>
            </w:tcMar>
            <w:vAlign w:val="center"/>
          </w:tcPr>
          <w:p w14:paraId="7B3ECC41" w14:textId="77777777" w:rsidR="00D60D5E" w:rsidRDefault="00891EF0">
            <w:pPr>
              <w:spacing w:after="0" w:line="240" w:lineRule="auto"/>
            </w:pPr>
            <w:r>
              <w:rPr>
                <w:rFonts w:eastAsia="Aptos"/>
                <w:sz w:val="17"/>
              </w:rPr>
              <w:t>Dried Apricots 6oz</w:t>
            </w:r>
          </w:p>
        </w:tc>
        <w:tc>
          <w:tcPr>
            <w:tcW w:w="630" w:type="dxa"/>
            <w:tcMar>
              <w:top w:w="28" w:type="dxa"/>
              <w:left w:w="38" w:type="dxa"/>
              <w:bottom w:w="28" w:type="dxa"/>
              <w:right w:w="38" w:type="dxa"/>
            </w:tcMar>
            <w:vAlign w:val="center"/>
          </w:tcPr>
          <w:p w14:paraId="332EE129" w14:textId="77777777" w:rsidR="00D60D5E" w:rsidRDefault="00891EF0">
            <w:pPr>
              <w:spacing w:after="0" w:line="240" w:lineRule="auto"/>
              <w:jc w:val="center"/>
            </w:pPr>
            <w:r>
              <w:rPr>
                <w:rFonts w:eastAsia="Aptos"/>
                <w:b/>
                <w:sz w:val="17"/>
              </w:rPr>
              <w:t>10.30</w:t>
            </w:r>
          </w:p>
        </w:tc>
        <w:tc>
          <w:tcPr>
            <w:tcW w:w="540" w:type="dxa"/>
            <w:tcMar>
              <w:top w:w="28" w:type="dxa"/>
              <w:left w:w="38" w:type="dxa"/>
              <w:bottom w:w="28" w:type="dxa"/>
              <w:right w:w="38" w:type="dxa"/>
            </w:tcMar>
            <w:vAlign w:val="center"/>
          </w:tcPr>
          <w:p w14:paraId="2880AC0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534820" w14:textId="77777777" w:rsidR="00D60D5E" w:rsidRDefault="00D60D5E">
            <w:pPr>
              <w:jc w:val="center"/>
            </w:pPr>
          </w:p>
        </w:tc>
      </w:tr>
      <w:tr w:rsidR="00D60D5E" w14:paraId="640886AF" w14:textId="77777777" w:rsidTr="000617E0">
        <w:trPr>
          <w:cantSplit/>
          <w:jc w:val="center"/>
        </w:trPr>
        <w:tc>
          <w:tcPr>
            <w:tcW w:w="677" w:type="dxa"/>
            <w:tcMar>
              <w:top w:w="28" w:type="dxa"/>
              <w:left w:w="38" w:type="dxa"/>
              <w:bottom w:w="28" w:type="dxa"/>
              <w:right w:w="38" w:type="dxa"/>
            </w:tcMar>
            <w:vAlign w:val="center"/>
          </w:tcPr>
          <w:p w14:paraId="0AB5FBC5" w14:textId="77777777" w:rsidR="00D60D5E" w:rsidRDefault="00891EF0">
            <w:pPr>
              <w:spacing w:after="0" w:line="240" w:lineRule="auto"/>
              <w:jc w:val="center"/>
            </w:pPr>
            <w:r>
              <w:rPr>
                <w:rFonts w:eastAsia="Aptos"/>
                <w:color w:val="6A7075"/>
                <w:sz w:val="17"/>
              </w:rPr>
              <w:t>165-265</w:t>
            </w:r>
          </w:p>
        </w:tc>
        <w:tc>
          <w:tcPr>
            <w:tcW w:w="2648" w:type="dxa"/>
            <w:tcMar>
              <w:top w:w="28" w:type="dxa"/>
              <w:left w:w="38" w:type="dxa"/>
              <w:bottom w:w="28" w:type="dxa"/>
              <w:right w:w="38" w:type="dxa"/>
            </w:tcMar>
            <w:vAlign w:val="center"/>
          </w:tcPr>
          <w:p w14:paraId="02886BA5" w14:textId="77777777" w:rsidR="00D60D5E" w:rsidRDefault="00891EF0">
            <w:pPr>
              <w:spacing w:after="0" w:line="240" w:lineRule="auto"/>
            </w:pPr>
            <w:r>
              <w:rPr>
                <w:rFonts w:eastAsia="Aptos"/>
                <w:sz w:val="17"/>
              </w:rPr>
              <w:t>Dried Mango 5oz</w:t>
            </w:r>
          </w:p>
        </w:tc>
        <w:tc>
          <w:tcPr>
            <w:tcW w:w="630" w:type="dxa"/>
            <w:tcMar>
              <w:top w:w="28" w:type="dxa"/>
              <w:left w:w="38" w:type="dxa"/>
              <w:bottom w:w="28" w:type="dxa"/>
              <w:right w:w="38" w:type="dxa"/>
            </w:tcMar>
            <w:vAlign w:val="center"/>
          </w:tcPr>
          <w:p w14:paraId="46963976" w14:textId="77777777" w:rsidR="00D60D5E" w:rsidRDefault="00891EF0">
            <w:pPr>
              <w:spacing w:after="0" w:line="240" w:lineRule="auto"/>
              <w:jc w:val="center"/>
            </w:pPr>
            <w:r>
              <w:rPr>
                <w:rFonts w:eastAsia="Aptos"/>
                <w:b/>
                <w:sz w:val="17"/>
              </w:rPr>
              <w:t>5.90</w:t>
            </w:r>
          </w:p>
        </w:tc>
        <w:tc>
          <w:tcPr>
            <w:tcW w:w="540" w:type="dxa"/>
            <w:tcMar>
              <w:top w:w="28" w:type="dxa"/>
              <w:left w:w="38" w:type="dxa"/>
              <w:bottom w:w="28" w:type="dxa"/>
              <w:right w:w="38" w:type="dxa"/>
            </w:tcMar>
            <w:vAlign w:val="center"/>
          </w:tcPr>
          <w:p w14:paraId="0C2737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7FFC8D" w14:textId="77777777" w:rsidR="00D60D5E" w:rsidRDefault="00D60D5E">
            <w:pPr>
              <w:jc w:val="center"/>
            </w:pPr>
          </w:p>
        </w:tc>
      </w:tr>
      <w:tr w:rsidR="00D60D5E" w14:paraId="625337C7" w14:textId="77777777" w:rsidTr="000617E0">
        <w:trPr>
          <w:cantSplit/>
          <w:jc w:val="center"/>
        </w:trPr>
        <w:tc>
          <w:tcPr>
            <w:tcW w:w="677" w:type="dxa"/>
            <w:tcMar>
              <w:top w:w="28" w:type="dxa"/>
              <w:left w:w="38" w:type="dxa"/>
              <w:bottom w:w="28" w:type="dxa"/>
              <w:right w:w="38" w:type="dxa"/>
            </w:tcMar>
            <w:vAlign w:val="center"/>
          </w:tcPr>
          <w:p w14:paraId="3623E322" w14:textId="77777777" w:rsidR="00D60D5E" w:rsidRDefault="00891EF0">
            <w:pPr>
              <w:spacing w:after="0" w:line="240" w:lineRule="auto"/>
              <w:jc w:val="center"/>
            </w:pPr>
            <w:r>
              <w:rPr>
                <w:rFonts w:eastAsia="Aptos"/>
                <w:color w:val="6A7075"/>
                <w:sz w:val="17"/>
              </w:rPr>
              <w:t>165-270</w:t>
            </w:r>
          </w:p>
        </w:tc>
        <w:tc>
          <w:tcPr>
            <w:tcW w:w="2648" w:type="dxa"/>
            <w:tcMar>
              <w:top w:w="28" w:type="dxa"/>
              <w:left w:w="38" w:type="dxa"/>
              <w:bottom w:w="28" w:type="dxa"/>
              <w:right w:w="38" w:type="dxa"/>
            </w:tcMar>
            <w:vAlign w:val="center"/>
          </w:tcPr>
          <w:p w14:paraId="19CD56FC" w14:textId="77777777" w:rsidR="00D60D5E" w:rsidRDefault="00891EF0">
            <w:pPr>
              <w:spacing w:after="0" w:line="240" w:lineRule="auto"/>
            </w:pPr>
            <w:r>
              <w:rPr>
                <w:rFonts w:eastAsia="Aptos"/>
                <w:sz w:val="17"/>
              </w:rPr>
              <w:t>Raisins Purple Sundried 18oz</w:t>
            </w:r>
          </w:p>
        </w:tc>
        <w:tc>
          <w:tcPr>
            <w:tcW w:w="630" w:type="dxa"/>
            <w:tcMar>
              <w:top w:w="28" w:type="dxa"/>
              <w:left w:w="38" w:type="dxa"/>
              <w:bottom w:w="28" w:type="dxa"/>
              <w:right w:w="38" w:type="dxa"/>
            </w:tcMar>
            <w:vAlign w:val="center"/>
          </w:tcPr>
          <w:p w14:paraId="758ECDE5" w14:textId="77777777" w:rsidR="00D60D5E" w:rsidRDefault="00891EF0">
            <w:pPr>
              <w:spacing w:after="0" w:line="240" w:lineRule="auto"/>
              <w:jc w:val="center"/>
            </w:pPr>
            <w:r>
              <w:rPr>
                <w:rFonts w:eastAsia="Aptos"/>
                <w:b/>
                <w:sz w:val="17"/>
              </w:rPr>
              <w:t>7.45</w:t>
            </w:r>
          </w:p>
        </w:tc>
        <w:tc>
          <w:tcPr>
            <w:tcW w:w="540" w:type="dxa"/>
            <w:tcMar>
              <w:top w:w="28" w:type="dxa"/>
              <w:left w:w="38" w:type="dxa"/>
              <w:bottom w:w="28" w:type="dxa"/>
              <w:right w:w="38" w:type="dxa"/>
            </w:tcMar>
            <w:vAlign w:val="center"/>
          </w:tcPr>
          <w:p w14:paraId="027DCD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517070" w14:textId="77777777" w:rsidR="00D60D5E" w:rsidRDefault="00D60D5E">
            <w:pPr>
              <w:jc w:val="center"/>
            </w:pPr>
          </w:p>
        </w:tc>
      </w:tr>
      <w:tr w:rsidR="00D60D5E" w14:paraId="7865E058" w14:textId="77777777" w:rsidTr="000617E0">
        <w:trPr>
          <w:cantSplit/>
          <w:jc w:val="center"/>
        </w:trPr>
        <w:tc>
          <w:tcPr>
            <w:tcW w:w="677" w:type="dxa"/>
            <w:tcMar>
              <w:top w:w="28" w:type="dxa"/>
              <w:left w:w="38" w:type="dxa"/>
              <w:bottom w:w="28" w:type="dxa"/>
              <w:right w:w="38" w:type="dxa"/>
            </w:tcMar>
            <w:vAlign w:val="center"/>
          </w:tcPr>
          <w:p w14:paraId="2D8FBBE3" w14:textId="77777777" w:rsidR="00D60D5E" w:rsidRDefault="00891EF0">
            <w:pPr>
              <w:spacing w:after="0" w:line="240" w:lineRule="auto"/>
              <w:jc w:val="center"/>
            </w:pPr>
            <w:r>
              <w:rPr>
                <w:rFonts w:eastAsia="Aptos"/>
                <w:color w:val="6A7075"/>
                <w:sz w:val="17"/>
              </w:rPr>
              <w:t>165-275</w:t>
            </w:r>
          </w:p>
        </w:tc>
        <w:tc>
          <w:tcPr>
            <w:tcW w:w="2648" w:type="dxa"/>
            <w:tcMar>
              <w:top w:w="28" w:type="dxa"/>
              <w:left w:w="38" w:type="dxa"/>
              <w:bottom w:w="28" w:type="dxa"/>
              <w:right w:w="38" w:type="dxa"/>
            </w:tcMar>
            <w:vAlign w:val="center"/>
          </w:tcPr>
          <w:p w14:paraId="7E27D132" w14:textId="77777777" w:rsidR="00D60D5E" w:rsidRDefault="00891EF0">
            <w:pPr>
              <w:spacing w:after="0" w:line="240" w:lineRule="auto"/>
            </w:pPr>
            <w:r>
              <w:rPr>
                <w:rFonts w:eastAsia="Aptos"/>
                <w:sz w:val="17"/>
              </w:rPr>
              <w:t>Golden Raisins 12oz</w:t>
            </w:r>
          </w:p>
        </w:tc>
        <w:tc>
          <w:tcPr>
            <w:tcW w:w="630" w:type="dxa"/>
            <w:tcMar>
              <w:top w:w="28" w:type="dxa"/>
              <w:left w:w="38" w:type="dxa"/>
              <w:bottom w:w="28" w:type="dxa"/>
              <w:right w:w="38" w:type="dxa"/>
            </w:tcMar>
            <w:vAlign w:val="center"/>
          </w:tcPr>
          <w:p w14:paraId="58917448" w14:textId="77777777" w:rsidR="00D60D5E" w:rsidRDefault="00891EF0">
            <w:pPr>
              <w:spacing w:after="0" w:line="240" w:lineRule="auto"/>
              <w:jc w:val="center"/>
            </w:pPr>
            <w:r>
              <w:rPr>
                <w:rFonts w:eastAsia="Aptos"/>
                <w:b/>
                <w:sz w:val="17"/>
              </w:rPr>
              <w:t>6.95</w:t>
            </w:r>
          </w:p>
        </w:tc>
        <w:tc>
          <w:tcPr>
            <w:tcW w:w="540" w:type="dxa"/>
            <w:tcMar>
              <w:top w:w="28" w:type="dxa"/>
              <w:left w:w="38" w:type="dxa"/>
              <w:bottom w:w="28" w:type="dxa"/>
              <w:right w:w="38" w:type="dxa"/>
            </w:tcMar>
            <w:vAlign w:val="center"/>
          </w:tcPr>
          <w:p w14:paraId="5F26D79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293868" w14:textId="77777777" w:rsidR="00D60D5E" w:rsidRDefault="00D60D5E">
            <w:pPr>
              <w:jc w:val="center"/>
            </w:pPr>
          </w:p>
        </w:tc>
      </w:tr>
      <w:tr w:rsidR="00D60D5E" w14:paraId="04A2D43A" w14:textId="77777777" w:rsidTr="000617E0">
        <w:trPr>
          <w:cantSplit/>
          <w:jc w:val="center"/>
        </w:trPr>
        <w:tc>
          <w:tcPr>
            <w:tcW w:w="677" w:type="dxa"/>
            <w:tcMar>
              <w:top w:w="28" w:type="dxa"/>
              <w:left w:w="38" w:type="dxa"/>
              <w:bottom w:w="28" w:type="dxa"/>
              <w:right w:w="38" w:type="dxa"/>
            </w:tcMar>
            <w:vAlign w:val="center"/>
          </w:tcPr>
          <w:p w14:paraId="775C85D4" w14:textId="77777777" w:rsidR="00D60D5E" w:rsidRDefault="00891EF0">
            <w:pPr>
              <w:spacing w:after="0" w:line="240" w:lineRule="auto"/>
              <w:jc w:val="center"/>
            </w:pPr>
            <w:r>
              <w:rPr>
                <w:rFonts w:eastAsia="Aptos"/>
                <w:color w:val="6A7075"/>
                <w:sz w:val="17"/>
              </w:rPr>
              <w:t>165-276</w:t>
            </w:r>
          </w:p>
        </w:tc>
        <w:tc>
          <w:tcPr>
            <w:tcW w:w="2648" w:type="dxa"/>
            <w:tcMar>
              <w:top w:w="28" w:type="dxa"/>
              <w:left w:w="38" w:type="dxa"/>
              <w:bottom w:w="28" w:type="dxa"/>
              <w:right w:w="38" w:type="dxa"/>
            </w:tcMar>
            <w:vAlign w:val="center"/>
          </w:tcPr>
          <w:p w14:paraId="33870B94" w14:textId="77777777" w:rsidR="00D60D5E" w:rsidRDefault="00891EF0">
            <w:pPr>
              <w:spacing w:after="0" w:line="240" w:lineRule="auto"/>
            </w:pPr>
            <w:r>
              <w:rPr>
                <w:rFonts w:eastAsia="Aptos"/>
                <w:sz w:val="17"/>
              </w:rPr>
              <w:t>Maraschino Cherries 6oz</w:t>
            </w:r>
          </w:p>
        </w:tc>
        <w:tc>
          <w:tcPr>
            <w:tcW w:w="630" w:type="dxa"/>
            <w:tcMar>
              <w:top w:w="28" w:type="dxa"/>
              <w:left w:w="38" w:type="dxa"/>
              <w:bottom w:w="28" w:type="dxa"/>
              <w:right w:w="38" w:type="dxa"/>
            </w:tcMar>
            <w:vAlign w:val="center"/>
          </w:tcPr>
          <w:p w14:paraId="5ED40674" w14:textId="77777777" w:rsidR="00D60D5E" w:rsidRDefault="00891EF0">
            <w:pPr>
              <w:spacing w:after="0" w:line="240" w:lineRule="auto"/>
              <w:jc w:val="center"/>
            </w:pPr>
            <w:r>
              <w:rPr>
                <w:rFonts w:eastAsia="Aptos"/>
                <w:b/>
                <w:sz w:val="17"/>
              </w:rPr>
              <w:t>3.40</w:t>
            </w:r>
          </w:p>
        </w:tc>
        <w:tc>
          <w:tcPr>
            <w:tcW w:w="540" w:type="dxa"/>
            <w:tcMar>
              <w:top w:w="28" w:type="dxa"/>
              <w:left w:w="38" w:type="dxa"/>
              <w:bottom w:w="28" w:type="dxa"/>
              <w:right w:w="38" w:type="dxa"/>
            </w:tcMar>
            <w:vAlign w:val="center"/>
          </w:tcPr>
          <w:p w14:paraId="07087A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4657CA" w14:textId="77777777" w:rsidR="00D60D5E" w:rsidRDefault="00D60D5E">
            <w:pPr>
              <w:jc w:val="center"/>
            </w:pPr>
          </w:p>
        </w:tc>
      </w:tr>
      <w:tr w:rsidR="00D60D5E" w14:paraId="6F2823A0" w14:textId="77777777" w:rsidTr="000617E0">
        <w:trPr>
          <w:cantSplit/>
          <w:jc w:val="center"/>
        </w:trPr>
        <w:tc>
          <w:tcPr>
            <w:tcW w:w="677" w:type="dxa"/>
            <w:tcMar>
              <w:top w:w="28" w:type="dxa"/>
              <w:left w:w="38" w:type="dxa"/>
              <w:bottom w:w="28" w:type="dxa"/>
              <w:right w:w="38" w:type="dxa"/>
            </w:tcMar>
            <w:vAlign w:val="center"/>
          </w:tcPr>
          <w:p w14:paraId="75B461A6" w14:textId="77777777" w:rsidR="00D60D5E" w:rsidRDefault="00891EF0">
            <w:pPr>
              <w:spacing w:after="0" w:line="240" w:lineRule="auto"/>
              <w:jc w:val="center"/>
            </w:pPr>
            <w:r>
              <w:rPr>
                <w:rFonts w:eastAsia="Aptos"/>
                <w:color w:val="6A7075"/>
                <w:sz w:val="17"/>
              </w:rPr>
              <w:t>165-280</w:t>
            </w:r>
          </w:p>
        </w:tc>
        <w:tc>
          <w:tcPr>
            <w:tcW w:w="2648" w:type="dxa"/>
            <w:tcMar>
              <w:top w:w="28" w:type="dxa"/>
              <w:left w:w="38" w:type="dxa"/>
              <w:bottom w:w="28" w:type="dxa"/>
              <w:right w:w="38" w:type="dxa"/>
            </w:tcMar>
            <w:vAlign w:val="center"/>
          </w:tcPr>
          <w:p w14:paraId="2413206E" w14:textId="77777777" w:rsidR="00D60D5E" w:rsidRDefault="00891EF0">
            <w:pPr>
              <w:spacing w:after="0" w:line="240" w:lineRule="auto"/>
            </w:pPr>
            <w:r>
              <w:rPr>
                <w:rFonts w:eastAsia="Aptos"/>
                <w:sz w:val="17"/>
              </w:rPr>
              <w:t>Craisin Cranberries 6 oz</w:t>
            </w:r>
          </w:p>
        </w:tc>
        <w:tc>
          <w:tcPr>
            <w:tcW w:w="630" w:type="dxa"/>
            <w:tcMar>
              <w:top w:w="28" w:type="dxa"/>
              <w:left w:w="38" w:type="dxa"/>
              <w:bottom w:w="28" w:type="dxa"/>
              <w:right w:w="38" w:type="dxa"/>
            </w:tcMar>
            <w:vAlign w:val="center"/>
          </w:tcPr>
          <w:p w14:paraId="0CCFF102"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205D936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ED6AD4" w14:textId="77777777" w:rsidR="00D60D5E" w:rsidRDefault="00D60D5E">
            <w:pPr>
              <w:jc w:val="center"/>
            </w:pPr>
          </w:p>
        </w:tc>
      </w:tr>
      <w:tr w:rsidR="00D60D5E" w14:paraId="796A84F5" w14:textId="77777777" w:rsidTr="000617E0">
        <w:trPr>
          <w:cantSplit/>
          <w:jc w:val="center"/>
        </w:trPr>
        <w:tc>
          <w:tcPr>
            <w:tcW w:w="677" w:type="dxa"/>
            <w:tcMar>
              <w:top w:w="28" w:type="dxa"/>
              <w:left w:w="38" w:type="dxa"/>
              <w:bottom w:w="28" w:type="dxa"/>
              <w:right w:w="38" w:type="dxa"/>
            </w:tcMar>
            <w:vAlign w:val="center"/>
          </w:tcPr>
          <w:p w14:paraId="71EB9E71" w14:textId="77777777" w:rsidR="00D60D5E" w:rsidRDefault="00891EF0">
            <w:pPr>
              <w:spacing w:after="0" w:line="240" w:lineRule="auto"/>
              <w:jc w:val="center"/>
            </w:pPr>
            <w:r>
              <w:rPr>
                <w:rFonts w:eastAsia="Aptos"/>
                <w:color w:val="6A7075"/>
                <w:sz w:val="17"/>
              </w:rPr>
              <w:t>165-285</w:t>
            </w:r>
          </w:p>
        </w:tc>
        <w:tc>
          <w:tcPr>
            <w:tcW w:w="2648" w:type="dxa"/>
            <w:tcMar>
              <w:top w:w="28" w:type="dxa"/>
              <w:left w:w="38" w:type="dxa"/>
              <w:bottom w:w="28" w:type="dxa"/>
              <w:right w:w="38" w:type="dxa"/>
            </w:tcMar>
            <w:vAlign w:val="center"/>
          </w:tcPr>
          <w:p w14:paraId="772A55D9" w14:textId="77777777" w:rsidR="00D60D5E" w:rsidRDefault="00891EF0">
            <w:pPr>
              <w:spacing w:after="0" w:line="240" w:lineRule="auto"/>
            </w:pPr>
            <w:r>
              <w:rPr>
                <w:rFonts w:eastAsia="Aptos"/>
                <w:sz w:val="17"/>
              </w:rPr>
              <w:t>Pie Filling Apple 21oz</w:t>
            </w:r>
          </w:p>
        </w:tc>
        <w:tc>
          <w:tcPr>
            <w:tcW w:w="630" w:type="dxa"/>
            <w:tcMar>
              <w:top w:w="28" w:type="dxa"/>
              <w:left w:w="38" w:type="dxa"/>
              <w:bottom w:w="28" w:type="dxa"/>
              <w:right w:w="38" w:type="dxa"/>
            </w:tcMar>
            <w:vAlign w:val="center"/>
          </w:tcPr>
          <w:p w14:paraId="2E2C6F54"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79B7A8F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DA7942" w14:textId="77777777" w:rsidR="00D60D5E" w:rsidRDefault="00D60D5E">
            <w:pPr>
              <w:jc w:val="center"/>
            </w:pPr>
          </w:p>
        </w:tc>
      </w:tr>
      <w:tr w:rsidR="00D60D5E" w14:paraId="7AC39EDD" w14:textId="77777777" w:rsidTr="000617E0">
        <w:trPr>
          <w:cantSplit/>
          <w:jc w:val="center"/>
        </w:trPr>
        <w:tc>
          <w:tcPr>
            <w:tcW w:w="677" w:type="dxa"/>
            <w:tcMar>
              <w:top w:w="28" w:type="dxa"/>
              <w:left w:w="38" w:type="dxa"/>
              <w:bottom w:w="28" w:type="dxa"/>
              <w:right w:w="38" w:type="dxa"/>
            </w:tcMar>
            <w:vAlign w:val="center"/>
          </w:tcPr>
          <w:p w14:paraId="067B9CC0" w14:textId="77777777" w:rsidR="00D60D5E" w:rsidRDefault="00891EF0">
            <w:pPr>
              <w:spacing w:after="0" w:line="240" w:lineRule="auto"/>
              <w:jc w:val="center"/>
            </w:pPr>
            <w:r>
              <w:rPr>
                <w:rFonts w:eastAsia="Aptos"/>
                <w:color w:val="6A7075"/>
                <w:sz w:val="17"/>
              </w:rPr>
              <w:t>165-290</w:t>
            </w:r>
          </w:p>
        </w:tc>
        <w:tc>
          <w:tcPr>
            <w:tcW w:w="2648" w:type="dxa"/>
            <w:tcMar>
              <w:top w:w="28" w:type="dxa"/>
              <w:left w:w="38" w:type="dxa"/>
              <w:bottom w:w="28" w:type="dxa"/>
              <w:right w:w="38" w:type="dxa"/>
            </w:tcMar>
            <w:vAlign w:val="center"/>
          </w:tcPr>
          <w:p w14:paraId="4F391B09" w14:textId="77777777" w:rsidR="00D60D5E" w:rsidRDefault="00891EF0">
            <w:pPr>
              <w:spacing w:after="0" w:line="240" w:lineRule="auto"/>
            </w:pPr>
            <w:r>
              <w:rPr>
                <w:rFonts w:eastAsia="Aptos"/>
                <w:sz w:val="17"/>
              </w:rPr>
              <w:t>Pie Filling Cherry 21oz</w:t>
            </w:r>
          </w:p>
        </w:tc>
        <w:tc>
          <w:tcPr>
            <w:tcW w:w="630" w:type="dxa"/>
            <w:tcMar>
              <w:top w:w="28" w:type="dxa"/>
              <w:left w:w="38" w:type="dxa"/>
              <w:bottom w:w="28" w:type="dxa"/>
              <w:right w:w="38" w:type="dxa"/>
            </w:tcMar>
            <w:vAlign w:val="center"/>
          </w:tcPr>
          <w:p w14:paraId="5CCF0554" w14:textId="77777777" w:rsidR="00D60D5E" w:rsidRDefault="00891EF0">
            <w:pPr>
              <w:spacing w:after="0" w:line="240" w:lineRule="auto"/>
              <w:jc w:val="center"/>
            </w:pPr>
            <w:r>
              <w:rPr>
                <w:rFonts w:eastAsia="Aptos"/>
                <w:b/>
                <w:sz w:val="17"/>
              </w:rPr>
              <w:t>6.65</w:t>
            </w:r>
          </w:p>
        </w:tc>
        <w:tc>
          <w:tcPr>
            <w:tcW w:w="540" w:type="dxa"/>
            <w:tcMar>
              <w:top w:w="28" w:type="dxa"/>
              <w:left w:w="38" w:type="dxa"/>
              <w:bottom w:w="28" w:type="dxa"/>
              <w:right w:w="38" w:type="dxa"/>
            </w:tcMar>
            <w:vAlign w:val="center"/>
          </w:tcPr>
          <w:p w14:paraId="0D0C58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A3AA28" w14:textId="77777777" w:rsidR="00D60D5E" w:rsidRDefault="00D60D5E">
            <w:pPr>
              <w:jc w:val="center"/>
            </w:pPr>
          </w:p>
        </w:tc>
      </w:tr>
      <w:tr w:rsidR="00D60D5E" w14:paraId="67464DD1" w14:textId="77777777" w:rsidTr="000617E0">
        <w:trPr>
          <w:cantSplit/>
          <w:jc w:val="center"/>
        </w:trPr>
        <w:tc>
          <w:tcPr>
            <w:tcW w:w="677" w:type="dxa"/>
            <w:tcMar>
              <w:top w:w="28" w:type="dxa"/>
              <w:left w:w="38" w:type="dxa"/>
              <w:bottom w:w="28" w:type="dxa"/>
              <w:right w:w="38" w:type="dxa"/>
            </w:tcMar>
            <w:vAlign w:val="center"/>
          </w:tcPr>
          <w:p w14:paraId="3DB2786D" w14:textId="77777777" w:rsidR="00D60D5E" w:rsidRDefault="00891EF0">
            <w:pPr>
              <w:spacing w:after="0" w:line="240" w:lineRule="auto"/>
              <w:jc w:val="center"/>
            </w:pPr>
            <w:r>
              <w:rPr>
                <w:rFonts w:eastAsia="Aptos"/>
                <w:color w:val="6A7075"/>
                <w:sz w:val="17"/>
              </w:rPr>
              <w:t>165-295</w:t>
            </w:r>
          </w:p>
        </w:tc>
        <w:tc>
          <w:tcPr>
            <w:tcW w:w="2648" w:type="dxa"/>
            <w:tcMar>
              <w:top w:w="28" w:type="dxa"/>
              <w:left w:w="38" w:type="dxa"/>
              <w:bottom w:w="28" w:type="dxa"/>
              <w:right w:w="38" w:type="dxa"/>
            </w:tcMar>
            <w:vAlign w:val="center"/>
          </w:tcPr>
          <w:p w14:paraId="02C2B60F" w14:textId="77777777" w:rsidR="00D60D5E" w:rsidRDefault="00891EF0">
            <w:pPr>
              <w:spacing w:after="0" w:line="240" w:lineRule="auto"/>
            </w:pPr>
            <w:r>
              <w:rPr>
                <w:rFonts w:eastAsia="Aptos"/>
                <w:sz w:val="17"/>
              </w:rPr>
              <w:t>Pie Filling Strawberry 21oz</w:t>
            </w:r>
          </w:p>
        </w:tc>
        <w:tc>
          <w:tcPr>
            <w:tcW w:w="630" w:type="dxa"/>
            <w:tcMar>
              <w:top w:w="28" w:type="dxa"/>
              <w:left w:w="38" w:type="dxa"/>
              <w:bottom w:w="28" w:type="dxa"/>
              <w:right w:w="38" w:type="dxa"/>
            </w:tcMar>
            <w:vAlign w:val="center"/>
          </w:tcPr>
          <w:p w14:paraId="02CF035E" w14:textId="77777777" w:rsidR="00D60D5E" w:rsidRDefault="00891EF0">
            <w:pPr>
              <w:spacing w:after="0" w:line="240" w:lineRule="auto"/>
              <w:jc w:val="center"/>
            </w:pPr>
            <w:r>
              <w:rPr>
                <w:rFonts w:eastAsia="Aptos"/>
                <w:b/>
                <w:sz w:val="17"/>
              </w:rPr>
              <w:t>6.89</w:t>
            </w:r>
          </w:p>
        </w:tc>
        <w:tc>
          <w:tcPr>
            <w:tcW w:w="540" w:type="dxa"/>
            <w:tcMar>
              <w:top w:w="28" w:type="dxa"/>
              <w:left w:w="38" w:type="dxa"/>
              <w:bottom w:w="28" w:type="dxa"/>
              <w:right w:w="38" w:type="dxa"/>
            </w:tcMar>
            <w:vAlign w:val="center"/>
          </w:tcPr>
          <w:p w14:paraId="5AC0DD2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F208BF" w14:textId="77777777" w:rsidR="00D60D5E" w:rsidRDefault="00D60D5E">
            <w:pPr>
              <w:jc w:val="center"/>
            </w:pPr>
          </w:p>
        </w:tc>
      </w:tr>
      <w:tr w:rsidR="00D60D5E" w14:paraId="141BA8CD" w14:textId="77777777" w:rsidTr="000617E0">
        <w:trPr>
          <w:cantSplit/>
          <w:jc w:val="center"/>
        </w:trPr>
        <w:tc>
          <w:tcPr>
            <w:tcW w:w="677" w:type="dxa"/>
            <w:tcMar>
              <w:top w:w="28" w:type="dxa"/>
              <w:left w:w="38" w:type="dxa"/>
              <w:bottom w:w="28" w:type="dxa"/>
              <w:right w:w="38" w:type="dxa"/>
            </w:tcMar>
            <w:vAlign w:val="center"/>
          </w:tcPr>
          <w:p w14:paraId="0F24413E" w14:textId="77777777" w:rsidR="00D60D5E" w:rsidRDefault="00891EF0">
            <w:pPr>
              <w:spacing w:after="0" w:line="240" w:lineRule="auto"/>
              <w:jc w:val="center"/>
            </w:pPr>
            <w:r>
              <w:rPr>
                <w:rFonts w:eastAsia="Aptos"/>
                <w:color w:val="6A7075"/>
                <w:sz w:val="17"/>
              </w:rPr>
              <w:t>165-300</w:t>
            </w:r>
          </w:p>
        </w:tc>
        <w:tc>
          <w:tcPr>
            <w:tcW w:w="2648" w:type="dxa"/>
            <w:tcMar>
              <w:top w:w="28" w:type="dxa"/>
              <w:left w:w="38" w:type="dxa"/>
              <w:bottom w:w="28" w:type="dxa"/>
              <w:right w:w="38" w:type="dxa"/>
            </w:tcMar>
            <w:vAlign w:val="center"/>
          </w:tcPr>
          <w:p w14:paraId="7CE793BA" w14:textId="77777777" w:rsidR="00D60D5E" w:rsidRDefault="00891EF0">
            <w:pPr>
              <w:spacing w:after="0" w:line="240" w:lineRule="auto"/>
            </w:pPr>
            <w:r>
              <w:rPr>
                <w:rFonts w:eastAsia="Aptos"/>
                <w:sz w:val="17"/>
              </w:rPr>
              <w:t>Pie Filling Lemon 16oz</w:t>
            </w:r>
          </w:p>
        </w:tc>
        <w:tc>
          <w:tcPr>
            <w:tcW w:w="630" w:type="dxa"/>
            <w:tcMar>
              <w:top w:w="28" w:type="dxa"/>
              <w:left w:w="38" w:type="dxa"/>
              <w:bottom w:w="28" w:type="dxa"/>
              <w:right w:w="38" w:type="dxa"/>
            </w:tcMar>
            <w:vAlign w:val="center"/>
          </w:tcPr>
          <w:p w14:paraId="5B1B4D37"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416E208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E3BECE" w14:textId="77777777" w:rsidR="00D60D5E" w:rsidRDefault="00D60D5E">
            <w:pPr>
              <w:jc w:val="center"/>
            </w:pPr>
          </w:p>
        </w:tc>
      </w:tr>
      <w:tr w:rsidR="00D60D5E" w14:paraId="35AB0A0A" w14:textId="77777777" w:rsidTr="000617E0">
        <w:trPr>
          <w:cantSplit/>
          <w:jc w:val="center"/>
        </w:trPr>
        <w:tc>
          <w:tcPr>
            <w:tcW w:w="677" w:type="dxa"/>
            <w:tcMar>
              <w:top w:w="28" w:type="dxa"/>
              <w:left w:w="38" w:type="dxa"/>
              <w:bottom w:w="28" w:type="dxa"/>
              <w:right w:w="38" w:type="dxa"/>
            </w:tcMar>
            <w:vAlign w:val="center"/>
          </w:tcPr>
          <w:p w14:paraId="04276A49" w14:textId="77777777" w:rsidR="00D60D5E" w:rsidRDefault="00891EF0">
            <w:pPr>
              <w:spacing w:after="0" w:line="240" w:lineRule="auto"/>
              <w:jc w:val="center"/>
            </w:pPr>
            <w:r>
              <w:rPr>
                <w:rFonts w:eastAsia="Aptos"/>
                <w:color w:val="6A7075"/>
                <w:sz w:val="17"/>
              </w:rPr>
              <w:t>165-305</w:t>
            </w:r>
          </w:p>
        </w:tc>
        <w:tc>
          <w:tcPr>
            <w:tcW w:w="2648" w:type="dxa"/>
            <w:tcMar>
              <w:top w:w="28" w:type="dxa"/>
              <w:left w:w="38" w:type="dxa"/>
              <w:bottom w:w="28" w:type="dxa"/>
              <w:right w:w="38" w:type="dxa"/>
            </w:tcMar>
            <w:vAlign w:val="center"/>
          </w:tcPr>
          <w:p w14:paraId="772533A1" w14:textId="77777777" w:rsidR="00D60D5E" w:rsidRDefault="00891EF0">
            <w:pPr>
              <w:spacing w:after="0" w:line="240" w:lineRule="auto"/>
            </w:pPr>
            <w:r>
              <w:rPr>
                <w:rFonts w:eastAsia="Aptos"/>
                <w:sz w:val="17"/>
              </w:rPr>
              <w:t>Baking Powder 12oz (8oz)</w:t>
            </w:r>
          </w:p>
        </w:tc>
        <w:tc>
          <w:tcPr>
            <w:tcW w:w="630" w:type="dxa"/>
            <w:tcMar>
              <w:top w:w="28" w:type="dxa"/>
              <w:left w:w="38" w:type="dxa"/>
              <w:bottom w:w="28" w:type="dxa"/>
              <w:right w:w="38" w:type="dxa"/>
            </w:tcMar>
            <w:vAlign w:val="center"/>
          </w:tcPr>
          <w:p w14:paraId="693AA1C5" w14:textId="77777777" w:rsidR="00D60D5E" w:rsidRDefault="00891EF0">
            <w:pPr>
              <w:spacing w:after="0" w:line="240" w:lineRule="auto"/>
              <w:jc w:val="center"/>
            </w:pPr>
            <w:r>
              <w:rPr>
                <w:rFonts w:eastAsia="Aptos"/>
                <w:b/>
                <w:sz w:val="17"/>
              </w:rPr>
              <w:t>3.20</w:t>
            </w:r>
          </w:p>
        </w:tc>
        <w:tc>
          <w:tcPr>
            <w:tcW w:w="540" w:type="dxa"/>
            <w:tcMar>
              <w:top w:w="28" w:type="dxa"/>
              <w:left w:w="38" w:type="dxa"/>
              <w:bottom w:w="28" w:type="dxa"/>
              <w:right w:w="38" w:type="dxa"/>
            </w:tcMar>
            <w:vAlign w:val="center"/>
          </w:tcPr>
          <w:p w14:paraId="095CED3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04367C" w14:textId="77777777" w:rsidR="00D60D5E" w:rsidRDefault="00D60D5E">
            <w:pPr>
              <w:jc w:val="center"/>
            </w:pPr>
          </w:p>
        </w:tc>
      </w:tr>
      <w:tr w:rsidR="00D60D5E" w14:paraId="266CEEA4" w14:textId="77777777" w:rsidTr="000617E0">
        <w:trPr>
          <w:cantSplit/>
          <w:jc w:val="center"/>
        </w:trPr>
        <w:tc>
          <w:tcPr>
            <w:tcW w:w="677" w:type="dxa"/>
            <w:tcMar>
              <w:top w:w="28" w:type="dxa"/>
              <w:left w:w="38" w:type="dxa"/>
              <w:bottom w:w="28" w:type="dxa"/>
              <w:right w:w="38" w:type="dxa"/>
            </w:tcMar>
            <w:vAlign w:val="center"/>
          </w:tcPr>
          <w:p w14:paraId="7DACF70C" w14:textId="77777777" w:rsidR="00D60D5E" w:rsidRDefault="00891EF0">
            <w:pPr>
              <w:spacing w:after="0" w:line="240" w:lineRule="auto"/>
              <w:jc w:val="center"/>
            </w:pPr>
            <w:r>
              <w:rPr>
                <w:rFonts w:eastAsia="Aptos"/>
                <w:color w:val="6A7075"/>
                <w:sz w:val="17"/>
              </w:rPr>
              <w:t>165-310</w:t>
            </w:r>
          </w:p>
        </w:tc>
        <w:tc>
          <w:tcPr>
            <w:tcW w:w="2648" w:type="dxa"/>
            <w:tcMar>
              <w:top w:w="28" w:type="dxa"/>
              <w:left w:w="38" w:type="dxa"/>
              <w:bottom w:w="28" w:type="dxa"/>
              <w:right w:w="38" w:type="dxa"/>
            </w:tcMar>
            <w:vAlign w:val="center"/>
          </w:tcPr>
          <w:p w14:paraId="6F8E8A42" w14:textId="77777777" w:rsidR="00D60D5E" w:rsidRDefault="00891EF0">
            <w:pPr>
              <w:spacing w:after="0" w:line="240" w:lineRule="auto"/>
            </w:pPr>
            <w:r>
              <w:rPr>
                <w:rFonts w:eastAsia="Aptos"/>
                <w:sz w:val="17"/>
              </w:rPr>
              <w:t>Baking Soda 16oz</w:t>
            </w:r>
          </w:p>
        </w:tc>
        <w:tc>
          <w:tcPr>
            <w:tcW w:w="630" w:type="dxa"/>
            <w:tcMar>
              <w:top w:w="28" w:type="dxa"/>
              <w:left w:w="38" w:type="dxa"/>
              <w:bottom w:w="28" w:type="dxa"/>
              <w:right w:w="38" w:type="dxa"/>
            </w:tcMar>
            <w:vAlign w:val="center"/>
          </w:tcPr>
          <w:p w14:paraId="4A5AEC67" w14:textId="77777777" w:rsidR="00D60D5E" w:rsidRDefault="00891EF0">
            <w:pPr>
              <w:spacing w:after="0" w:line="240" w:lineRule="auto"/>
              <w:jc w:val="center"/>
            </w:pPr>
            <w:r>
              <w:rPr>
                <w:rFonts w:eastAsia="Aptos"/>
                <w:b/>
                <w:sz w:val="17"/>
              </w:rPr>
              <w:t>2.75</w:t>
            </w:r>
          </w:p>
        </w:tc>
        <w:tc>
          <w:tcPr>
            <w:tcW w:w="540" w:type="dxa"/>
            <w:tcMar>
              <w:top w:w="28" w:type="dxa"/>
              <w:left w:w="38" w:type="dxa"/>
              <w:bottom w:w="28" w:type="dxa"/>
              <w:right w:w="38" w:type="dxa"/>
            </w:tcMar>
            <w:vAlign w:val="center"/>
          </w:tcPr>
          <w:p w14:paraId="1D2C10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92F279" w14:textId="77777777" w:rsidR="00D60D5E" w:rsidRDefault="00D60D5E">
            <w:pPr>
              <w:jc w:val="center"/>
            </w:pPr>
          </w:p>
        </w:tc>
      </w:tr>
      <w:tr w:rsidR="00D60D5E" w14:paraId="15B7CB65" w14:textId="77777777" w:rsidTr="000617E0">
        <w:trPr>
          <w:cantSplit/>
          <w:jc w:val="center"/>
        </w:trPr>
        <w:tc>
          <w:tcPr>
            <w:tcW w:w="677" w:type="dxa"/>
            <w:tcMar>
              <w:top w:w="28" w:type="dxa"/>
              <w:left w:w="38" w:type="dxa"/>
              <w:bottom w:w="28" w:type="dxa"/>
              <w:right w:w="38" w:type="dxa"/>
            </w:tcMar>
            <w:vAlign w:val="center"/>
          </w:tcPr>
          <w:p w14:paraId="3C0BC585" w14:textId="77777777" w:rsidR="00D60D5E" w:rsidRDefault="00891EF0">
            <w:pPr>
              <w:spacing w:after="0" w:line="240" w:lineRule="auto"/>
              <w:jc w:val="center"/>
            </w:pPr>
            <w:r>
              <w:rPr>
                <w:rFonts w:eastAsia="Aptos"/>
                <w:color w:val="6A7075"/>
                <w:sz w:val="17"/>
              </w:rPr>
              <w:t>165-315</w:t>
            </w:r>
          </w:p>
        </w:tc>
        <w:tc>
          <w:tcPr>
            <w:tcW w:w="2648" w:type="dxa"/>
            <w:tcMar>
              <w:top w:w="28" w:type="dxa"/>
              <w:left w:w="38" w:type="dxa"/>
              <w:bottom w:w="28" w:type="dxa"/>
              <w:right w:w="38" w:type="dxa"/>
            </w:tcMar>
            <w:vAlign w:val="center"/>
          </w:tcPr>
          <w:p w14:paraId="2AA56525" w14:textId="77777777" w:rsidR="00D60D5E" w:rsidRDefault="00891EF0">
            <w:pPr>
              <w:spacing w:after="0" w:line="240" w:lineRule="auto"/>
            </w:pPr>
            <w:r>
              <w:rPr>
                <w:rFonts w:eastAsia="Aptos"/>
                <w:sz w:val="17"/>
              </w:rPr>
              <w:t>Vanilla Extract 2oz</w:t>
            </w:r>
          </w:p>
        </w:tc>
        <w:tc>
          <w:tcPr>
            <w:tcW w:w="630" w:type="dxa"/>
            <w:tcMar>
              <w:top w:w="28" w:type="dxa"/>
              <w:left w:w="38" w:type="dxa"/>
              <w:bottom w:w="28" w:type="dxa"/>
              <w:right w:w="38" w:type="dxa"/>
            </w:tcMar>
            <w:vAlign w:val="center"/>
          </w:tcPr>
          <w:p w14:paraId="26261083" w14:textId="77777777" w:rsidR="00D60D5E" w:rsidRDefault="00891EF0">
            <w:pPr>
              <w:spacing w:after="0" w:line="240" w:lineRule="auto"/>
              <w:jc w:val="center"/>
            </w:pPr>
            <w:r>
              <w:rPr>
                <w:rFonts w:eastAsia="Aptos"/>
                <w:b/>
                <w:sz w:val="17"/>
              </w:rPr>
              <w:t>9.49</w:t>
            </w:r>
          </w:p>
        </w:tc>
        <w:tc>
          <w:tcPr>
            <w:tcW w:w="540" w:type="dxa"/>
            <w:tcMar>
              <w:top w:w="28" w:type="dxa"/>
              <w:left w:w="38" w:type="dxa"/>
              <w:bottom w:w="28" w:type="dxa"/>
              <w:right w:w="38" w:type="dxa"/>
            </w:tcMar>
            <w:vAlign w:val="center"/>
          </w:tcPr>
          <w:p w14:paraId="1D5443C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B959D3" w14:textId="77777777" w:rsidR="00D60D5E" w:rsidRDefault="00D60D5E">
            <w:pPr>
              <w:jc w:val="center"/>
            </w:pPr>
          </w:p>
        </w:tc>
      </w:tr>
      <w:tr w:rsidR="00D60D5E" w14:paraId="55ED7539" w14:textId="77777777" w:rsidTr="000617E0">
        <w:trPr>
          <w:cantSplit/>
          <w:jc w:val="center"/>
        </w:trPr>
        <w:tc>
          <w:tcPr>
            <w:tcW w:w="677" w:type="dxa"/>
            <w:tcMar>
              <w:top w:w="28" w:type="dxa"/>
              <w:left w:w="38" w:type="dxa"/>
              <w:bottom w:w="28" w:type="dxa"/>
              <w:right w:w="38" w:type="dxa"/>
            </w:tcMar>
            <w:vAlign w:val="center"/>
          </w:tcPr>
          <w:p w14:paraId="4702B011" w14:textId="77777777" w:rsidR="00D60D5E" w:rsidRDefault="00891EF0">
            <w:pPr>
              <w:spacing w:after="0" w:line="240" w:lineRule="auto"/>
              <w:jc w:val="center"/>
            </w:pPr>
            <w:r>
              <w:rPr>
                <w:rFonts w:eastAsia="Aptos"/>
                <w:color w:val="6A7075"/>
                <w:sz w:val="17"/>
              </w:rPr>
              <w:t>165-320</w:t>
            </w:r>
          </w:p>
        </w:tc>
        <w:tc>
          <w:tcPr>
            <w:tcW w:w="2648" w:type="dxa"/>
            <w:tcMar>
              <w:top w:w="28" w:type="dxa"/>
              <w:left w:w="38" w:type="dxa"/>
              <w:bottom w:w="28" w:type="dxa"/>
              <w:right w:w="38" w:type="dxa"/>
            </w:tcMar>
            <w:vAlign w:val="center"/>
          </w:tcPr>
          <w:p w14:paraId="4D2955DD" w14:textId="77777777" w:rsidR="00D60D5E" w:rsidRDefault="00891EF0">
            <w:pPr>
              <w:spacing w:after="0" w:line="240" w:lineRule="auto"/>
            </w:pPr>
            <w:r>
              <w:rPr>
                <w:rFonts w:eastAsia="Aptos"/>
                <w:sz w:val="17"/>
              </w:rPr>
              <w:t>Brown Sugar Maga 16oz</w:t>
            </w:r>
          </w:p>
        </w:tc>
        <w:tc>
          <w:tcPr>
            <w:tcW w:w="630" w:type="dxa"/>
            <w:tcMar>
              <w:top w:w="28" w:type="dxa"/>
              <w:left w:w="38" w:type="dxa"/>
              <w:bottom w:w="28" w:type="dxa"/>
              <w:right w:w="38" w:type="dxa"/>
            </w:tcMar>
            <w:vAlign w:val="center"/>
          </w:tcPr>
          <w:p w14:paraId="45CFE962" w14:textId="77777777" w:rsidR="00D60D5E" w:rsidRDefault="00891EF0">
            <w:pPr>
              <w:spacing w:after="0" w:line="240" w:lineRule="auto"/>
              <w:jc w:val="center"/>
            </w:pPr>
            <w:r>
              <w:rPr>
                <w:rFonts w:eastAsia="Aptos"/>
                <w:b/>
                <w:sz w:val="17"/>
              </w:rPr>
              <w:t>2.80</w:t>
            </w:r>
          </w:p>
        </w:tc>
        <w:tc>
          <w:tcPr>
            <w:tcW w:w="540" w:type="dxa"/>
            <w:tcMar>
              <w:top w:w="28" w:type="dxa"/>
              <w:left w:w="38" w:type="dxa"/>
              <w:bottom w:w="28" w:type="dxa"/>
              <w:right w:w="38" w:type="dxa"/>
            </w:tcMar>
            <w:vAlign w:val="center"/>
          </w:tcPr>
          <w:p w14:paraId="5439363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E26946" w14:textId="77777777" w:rsidR="00D60D5E" w:rsidRDefault="00D60D5E">
            <w:pPr>
              <w:jc w:val="center"/>
            </w:pPr>
          </w:p>
        </w:tc>
      </w:tr>
      <w:tr w:rsidR="00D60D5E" w14:paraId="5F398C55" w14:textId="77777777" w:rsidTr="000617E0">
        <w:trPr>
          <w:cantSplit/>
          <w:jc w:val="center"/>
        </w:trPr>
        <w:tc>
          <w:tcPr>
            <w:tcW w:w="677" w:type="dxa"/>
            <w:tcMar>
              <w:top w:w="28" w:type="dxa"/>
              <w:left w:w="38" w:type="dxa"/>
              <w:bottom w:w="28" w:type="dxa"/>
              <w:right w:w="38" w:type="dxa"/>
            </w:tcMar>
            <w:vAlign w:val="center"/>
          </w:tcPr>
          <w:p w14:paraId="11B700E6" w14:textId="77777777" w:rsidR="00D60D5E" w:rsidRDefault="00891EF0">
            <w:pPr>
              <w:spacing w:after="0" w:line="240" w:lineRule="auto"/>
              <w:jc w:val="center"/>
            </w:pPr>
            <w:r>
              <w:rPr>
                <w:rFonts w:eastAsia="Aptos"/>
                <w:color w:val="6A7075"/>
                <w:sz w:val="17"/>
              </w:rPr>
              <w:t>165-325</w:t>
            </w:r>
          </w:p>
        </w:tc>
        <w:tc>
          <w:tcPr>
            <w:tcW w:w="2648" w:type="dxa"/>
            <w:tcMar>
              <w:top w:w="28" w:type="dxa"/>
              <w:left w:w="38" w:type="dxa"/>
              <w:bottom w:w="28" w:type="dxa"/>
              <w:right w:w="38" w:type="dxa"/>
            </w:tcMar>
            <w:vAlign w:val="center"/>
          </w:tcPr>
          <w:p w14:paraId="34AA2E54" w14:textId="77777777" w:rsidR="00D60D5E" w:rsidRDefault="00891EF0">
            <w:pPr>
              <w:spacing w:after="0" w:line="240" w:lineRule="auto"/>
            </w:pPr>
            <w:r>
              <w:rPr>
                <w:rFonts w:eastAsia="Aptos"/>
                <w:sz w:val="17"/>
              </w:rPr>
              <w:t>Salt 26oz</w:t>
            </w:r>
          </w:p>
        </w:tc>
        <w:tc>
          <w:tcPr>
            <w:tcW w:w="630" w:type="dxa"/>
            <w:tcMar>
              <w:top w:w="28" w:type="dxa"/>
              <w:left w:w="38" w:type="dxa"/>
              <w:bottom w:w="28" w:type="dxa"/>
              <w:right w:w="38" w:type="dxa"/>
            </w:tcMar>
            <w:vAlign w:val="center"/>
          </w:tcPr>
          <w:p w14:paraId="7FC01DE2"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0847715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D41BC1" w14:textId="77777777" w:rsidR="00D60D5E" w:rsidRDefault="00D60D5E">
            <w:pPr>
              <w:jc w:val="center"/>
            </w:pPr>
          </w:p>
        </w:tc>
      </w:tr>
      <w:tr w:rsidR="00D60D5E" w14:paraId="3830EC34" w14:textId="77777777" w:rsidTr="000617E0">
        <w:trPr>
          <w:cantSplit/>
          <w:jc w:val="center"/>
        </w:trPr>
        <w:tc>
          <w:tcPr>
            <w:tcW w:w="677" w:type="dxa"/>
            <w:tcMar>
              <w:top w:w="28" w:type="dxa"/>
              <w:left w:w="38" w:type="dxa"/>
              <w:bottom w:w="28" w:type="dxa"/>
              <w:right w:w="38" w:type="dxa"/>
            </w:tcMar>
            <w:vAlign w:val="center"/>
          </w:tcPr>
          <w:p w14:paraId="3DC9952F" w14:textId="77777777" w:rsidR="00D60D5E" w:rsidRDefault="00891EF0">
            <w:pPr>
              <w:spacing w:after="0" w:line="240" w:lineRule="auto"/>
              <w:jc w:val="center"/>
            </w:pPr>
            <w:r>
              <w:rPr>
                <w:rFonts w:eastAsia="Aptos"/>
                <w:color w:val="6A7075"/>
                <w:sz w:val="17"/>
              </w:rPr>
              <w:t>165-330</w:t>
            </w:r>
          </w:p>
        </w:tc>
        <w:tc>
          <w:tcPr>
            <w:tcW w:w="2648" w:type="dxa"/>
            <w:tcMar>
              <w:top w:w="28" w:type="dxa"/>
              <w:left w:w="38" w:type="dxa"/>
              <w:bottom w:w="28" w:type="dxa"/>
              <w:right w:w="38" w:type="dxa"/>
            </w:tcMar>
            <w:vAlign w:val="center"/>
          </w:tcPr>
          <w:p w14:paraId="796D1306" w14:textId="77777777" w:rsidR="00D60D5E" w:rsidRDefault="00891EF0">
            <w:pPr>
              <w:spacing w:after="0" w:line="240" w:lineRule="auto"/>
            </w:pPr>
            <w:r>
              <w:rPr>
                <w:rFonts w:eastAsia="Aptos"/>
                <w:sz w:val="17"/>
              </w:rPr>
              <w:t>Idahoan Baby Red Mashed Potatoes 4.1oz</w:t>
            </w:r>
          </w:p>
        </w:tc>
        <w:tc>
          <w:tcPr>
            <w:tcW w:w="630" w:type="dxa"/>
            <w:tcMar>
              <w:top w:w="28" w:type="dxa"/>
              <w:left w:w="38" w:type="dxa"/>
              <w:bottom w:w="28" w:type="dxa"/>
              <w:right w:w="38" w:type="dxa"/>
            </w:tcMar>
            <w:vAlign w:val="center"/>
          </w:tcPr>
          <w:p w14:paraId="687FBD0C"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0784568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F8DC86" w14:textId="77777777" w:rsidR="00D60D5E" w:rsidRDefault="00D60D5E">
            <w:pPr>
              <w:jc w:val="center"/>
            </w:pPr>
          </w:p>
        </w:tc>
      </w:tr>
      <w:tr w:rsidR="00D60D5E" w14:paraId="1CC4D698" w14:textId="77777777" w:rsidTr="000617E0">
        <w:trPr>
          <w:cantSplit/>
          <w:jc w:val="center"/>
        </w:trPr>
        <w:tc>
          <w:tcPr>
            <w:tcW w:w="677" w:type="dxa"/>
            <w:tcMar>
              <w:top w:w="28" w:type="dxa"/>
              <w:left w:w="38" w:type="dxa"/>
              <w:bottom w:w="28" w:type="dxa"/>
              <w:right w:w="38" w:type="dxa"/>
            </w:tcMar>
            <w:vAlign w:val="center"/>
          </w:tcPr>
          <w:p w14:paraId="47E2538B" w14:textId="77777777" w:rsidR="00D60D5E" w:rsidRDefault="00891EF0">
            <w:pPr>
              <w:spacing w:after="0" w:line="240" w:lineRule="auto"/>
              <w:jc w:val="center"/>
            </w:pPr>
            <w:r>
              <w:rPr>
                <w:rFonts w:eastAsia="Aptos"/>
                <w:color w:val="6A7075"/>
                <w:sz w:val="17"/>
              </w:rPr>
              <w:t>165-335</w:t>
            </w:r>
          </w:p>
        </w:tc>
        <w:tc>
          <w:tcPr>
            <w:tcW w:w="2648" w:type="dxa"/>
            <w:tcMar>
              <w:top w:w="28" w:type="dxa"/>
              <w:left w:w="38" w:type="dxa"/>
              <w:bottom w:w="28" w:type="dxa"/>
              <w:right w:w="38" w:type="dxa"/>
            </w:tcMar>
            <w:vAlign w:val="center"/>
          </w:tcPr>
          <w:p w14:paraId="50ABCE5E" w14:textId="77777777" w:rsidR="00D60D5E" w:rsidRDefault="00891EF0">
            <w:pPr>
              <w:spacing w:after="0" w:line="240" w:lineRule="auto"/>
            </w:pPr>
            <w:r>
              <w:rPr>
                <w:rFonts w:eastAsia="Aptos"/>
                <w:sz w:val="17"/>
              </w:rPr>
              <w:t>Parmesan Cheese Shakers 3oz</w:t>
            </w:r>
          </w:p>
        </w:tc>
        <w:tc>
          <w:tcPr>
            <w:tcW w:w="630" w:type="dxa"/>
            <w:tcMar>
              <w:top w:w="28" w:type="dxa"/>
              <w:left w:w="38" w:type="dxa"/>
              <w:bottom w:w="28" w:type="dxa"/>
              <w:right w:w="38" w:type="dxa"/>
            </w:tcMar>
            <w:vAlign w:val="center"/>
          </w:tcPr>
          <w:p w14:paraId="6A18C1F0" w14:textId="77777777" w:rsidR="00D60D5E" w:rsidRDefault="00891EF0">
            <w:pPr>
              <w:spacing w:after="0" w:line="240" w:lineRule="auto"/>
              <w:jc w:val="center"/>
            </w:pPr>
            <w:r>
              <w:rPr>
                <w:rFonts w:eastAsia="Aptos"/>
                <w:b/>
                <w:sz w:val="17"/>
              </w:rPr>
              <w:t>4.20</w:t>
            </w:r>
          </w:p>
        </w:tc>
        <w:tc>
          <w:tcPr>
            <w:tcW w:w="540" w:type="dxa"/>
            <w:tcMar>
              <w:top w:w="28" w:type="dxa"/>
              <w:left w:w="38" w:type="dxa"/>
              <w:bottom w:w="28" w:type="dxa"/>
              <w:right w:w="38" w:type="dxa"/>
            </w:tcMar>
            <w:vAlign w:val="center"/>
          </w:tcPr>
          <w:p w14:paraId="52D5139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5C736C" w14:textId="77777777" w:rsidR="00D60D5E" w:rsidRDefault="00D60D5E">
            <w:pPr>
              <w:jc w:val="center"/>
            </w:pPr>
          </w:p>
        </w:tc>
      </w:tr>
      <w:tr w:rsidR="00D60D5E" w14:paraId="76071789" w14:textId="77777777" w:rsidTr="000617E0">
        <w:trPr>
          <w:cantSplit/>
          <w:jc w:val="center"/>
        </w:trPr>
        <w:tc>
          <w:tcPr>
            <w:tcW w:w="677" w:type="dxa"/>
            <w:tcMar>
              <w:top w:w="28" w:type="dxa"/>
              <w:left w:w="38" w:type="dxa"/>
              <w:bottom w:w="28" w:type="dxa"/>
              <w:right w:w="38" w:type="dxa"/>
            </w:tcMar>
            <w:vAlign w:val="center"/>
          </w:tcPr>
          <w:p w14:paraId="46694F53" w14:textId="77777777" w:rsidR="00D60D5E" w:rsidRDefault="00891EF0">
            <w:pPr>
              <w:spacing w:after="0" w:line="240" w:lineRule="auto"/>
              <w:jc w:val="center"/>
            </w:pPr>
            <w:r>
              <w:rPr>
                <w:rFonts w:eastAsia="Aptos"/>
                <w:color w:val="6A7075"/>
                <w:sz w:val="17"/>
              </w:rPr>
              <w:t>165-340</w:t>
            </w:r>
          </w:p>
        </w:tc>
        <w:tc>
          <w:tcPr>
            <w:tcW w:w="2648" w:type="dxa"/>
            <w:tcMar>
              <w:top w:w="28" w:type="dxa"/>
              <w:left w:w="38" w:type="dxa"/>
              <w:bottom w:w="28" w:type="dxa"/>
              <w:right w:w="38" w:type="dxa"/>
            </w:tcMar>
            <w:vAlign w:val="center"/>
          </w:tcPr>
          <w:p w14:paraId="5114EF47" w14:textId="77777777" w:rsidR="00D60D5E" w:rsidRDefault="00891EF0">
            <w:pPr>
              <w:spacing w:after="0" w:line="240" w:lineRule="auto"/>
            </w:pPr>
            <w:r>
              <w:rPr>
                <w:rFonts w:eastAsia="Aptos"/>
                <w:sz w:val="17"/>
              </w:rPr>
              <w:t>Apple Sauce 4oz / 6pk</w:t>
            </w:r>
          </w:p>
        </w:tc>
        <w:tc>
          <w:tcPr>
            <w:tcW w:w="630" w:type="dxa"/>
            <w:tcMar>
              <w:top w:w="28" w:type="dxa"/>
              <w:left w:w="38" w:type="dxa"/>
              <w:bottom w:w="28" w:type="dxa"/>
              <w:right w:w="38" w:type="dxa"/>
            </w:tcMar>
            <w:vAlign w:val="center"/>
          </w:tcPr>
          <w:p w14:paraId="2B2C659D"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6143044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094774" w14:textId="77777777" w:rsidR="00D60D5E" w:rsidRDefault="00D60D5E">
            <w:pPr>
              <w:jc w:val="center"/>
            </w:pPr>
          </w:p>
        </w:tc>
      </w:tr>
      <w:tr w:rsidR="00D60D5E" w14:paraId="55DDEC37" w14:textId="77777777" w:rsidTr="000617E0">
        <w:trPr>
          <w:cantSplit/>
          <w:jc w:val="center"/>
        </w:trPr>
        <w:tc>
          <w:tcPr>
            <w:tcW w:w="677" w:type="dxa"/>
            <w:tcMar>
              <w:top w:w="28" w:type="dxa"/>
              <w:left w:w="38" w:type="dxa"/>
              <w:bottom w:w="28" w:type="dxa"/>
              <w:right w:w="38" w:type="dxa"/>
            </w:tcMar>
            <w:vAlign w:val="center"/>
          </w:tcPr>
          <w:p w14:paraId="091EE047" w14:textId="77777777" w:rsidR="00D60D5E" w:rsidRDefault="00891EF0">
            <w:pPr>
              <w:spacing w:after="0" w:line="240" w:lineRule="auto"/>
              <w:jc w:val="center"/>
            </w:pPr>
            <w:r>
              <w:rPr>
                <w:rFonts w:eastAsia="Aptos"/>
                <w:color w:val="6A7075"/>
                <w:sz w:val="17"/>
              </w:rPr>
              <w:t>165-345</w:t>
            </w:r>
          </w:p>
        </w:tc>
        <w:tc>
          <w:tcPr>
            <w:tcW w:w="2648" w:type="dxa"/>
            <w:tcMar>
              <w:top w:w="28" w:type="dxa"/>
              <w:left w:w="38" w:type="dxa"/>
              <w:bottom w:w="28" w:type="dxa"/>
              <w:right w:w="38" w:type="dxa"/>
            </w:tcMar>
            <w:vAlign w:val="center"/>
          </w:tcPr>
          <w:p w14:paraId="008EC0DD" w14:textId="77777777" w:rsidR="00D60D5E" w:rsidRDefault="00891EF0">
            <w:pPr>
              <w:spacing w:after="0" w:line="240" w:lineRule="auto"/>
            </w:pPr>
            <w:r>
              <w:rPr>
                <w:rFonts w:eastAsia="Aptos"/>
                <w:sz w:val="17"/>
              </w:rPr>
              <w:t>Apple Sauce Cinnamon 4oz / 6pk</w:t>
            </w:r>
          </w:p>
        </w:tc>
        <w:tc>
          <w:tcPr>
            <w:tcW w:w="630" w:type="dxa"/>
            <w:tcMar>
              <w:top w:w="28" w:type="dxa"/>
              <w:left w:w="38" w:type="dxa"/>
              <w:bottom w:w="28" w:type="dxa"/>
              <w:right w:w="38" w:type="dxa"/>
            </w:tcMar>
            <w:vAlign w:val="center"/>
          </w:tcPr>
          <w:p w14:paraId="7F89932E" w14:textId="77777777" w:rsidR="00D60D5E" w:rsidRDefault="00891EF0">
            <w:pPr>
              <w:spacing w:after="0" w:line="240" w:lineRule="auto"/>
              <w:jc w:val="center"/>
            </w:pPr>
            <w:r>
              <w:rPr>
                <w:rFonts w:eastAsia="Aptos"/>
                <w:b/>
                <w:sz w:val="17"/>
              </w:rPr>
              <w:t>6.20</w:t>
            </w:r>
          </w:p>
        </w:tc>
        <w:tc>
          <w:tcPr>
            <w:tcW w:w="540" w:type="dxa"/>
            <w:tcMar>
              <w:top w:w="28" w:type="dxa"/>
              <w:left w:w="38" w:type="dxa"/>
              <w:bottom w:w="28" w:type="dxa"/>
              <w:right w:w="38" w:type="dxa"/>
            </w:tcMar>
            <w:vAlign w:val="center"/>
          </w:tcPr>
          <w:p w14:paraId="5BE0550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2BDD84" w14:textId="77777777" w:rsidR="00D60D5E" w:rsidRDefault="00D60D5E">
            <w:pPr>
              <w:jc w:val="center"/>
            </w:pPr>
          </w:p>
        </w:tc>
      </w:tr>
      <w:tr w:rsidR="00D60D5E" w14:paraId="2D8B92E6" w14:textId="77777777" w:rsidTr="000617E0">
        <w:trPr>
          <w:cantSplit/>
          <w:jc w:val="center"/>
        </w:trPr>
        <w:tc>
          <w:tcPr>
            <w:tcW w:w="677" w:type="dxa"/>
            <w:shd w:val="clear" w:color="auto" w:fill="D9EAF7"/>
            <w:tcMar>
              <w:top w:w="28" w:type="dxa"/>
              <w:left w:w="38" w:type="dxa"/>
              <w:bottom w:w="28" w:type="dxa"/>
              <w:right w:w="38" w:type="dxa"/>
            </w:tcMar>
            <w:vAlign w:val="center"/>
          </w:tcPr>
          <w:p w14:paraId="3DBBDCF6" w14:textId="77777777" w:rsidR="00D60D5E" w:rsidRDefault="00891EF0">
            <w:pPr>
              <w:spacing w:after="0" w:line="240" w:lineRule="auto"/>
              <w:jc w:val="center"/>
            </w:pPr>
            <w:r>
              <w:rPr>
                <w:rFonts w:eastAsia="Aptos"/>
                <w:b/>
                <w:color w:val="76A943"/>
                <w:sz w:val="18"/>
              </w:rPr>
              <w:t>170-</w:t>
            </w:r>
          </w:p>
        </w:tc>
        <w:tc>
          <w:tcPr>
            <w:tcW w:w="2648" w:type="dxa"/>
            <w:shd w:val="clear" w:color="auto" w:fill="D9EAF7"/>
            <w:tcMar>
              <w:top w:w="28" w:type="dxa"/>
              <w:left w:w="38" w:type="dxa"/>
              <w:bottom w:w="28" w:type="dxa"/>
              <w:right w:w="38" w:type="dxa"/>
            </w:tcMar>
            <w:vAlign w:val="center"/>
          </w:tcPr>
          <w:p w14:paraId="6B18A12E" w14:textId="77777777" w:rsidR="00D60D5E" w:rsidRDefault="00891EF0">
            <w:pPr>
              <w:spacing w:after="0" w:line="240" w:lineRule="auto"/>
            </w:pPr>
            <w:r>
              <w:rPr>
                <w:rFonts w:eastAsia="Aptos"/>
                <w:b/>
                <w:color w:val="76A943"/>
                <w:sz w:val="18"/>
              </w:rPr>
              <w:t>BEANS &amp; VEGETABLES CANS</w:t>
            </w:r>
          </w:p>
        </w:tc>
        <w:tc>
          <w:tcPr>
            <w:tcW w:w="630" w:type="dxa"/>
            <w:shd w:val="clear" w:color="auto" w:fill="D9EAF7"/>
            <w:tcMar>
              <w:top w:w="28" w:type="dxa"/>
              <w:left w:w="38" w:type="dxa"/>
              <w:bottom w:w="28" w:type="dxa"/>
              <w:right w:w="38" w:type="dxa"/>
            </w:tcMar>
            <w:vAlign w:val="center"/>
          </w:tcPr>
          <w:p w14:paraId="2AEC5D6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48C8A784"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4CF3E08" w14:textId="77777777" w:rsidR="00D60D5E" w:rsidRDefault="00D60D5E">
            <w:pPr>
              <w:jc w:val="center"/>
            </w:pPr>
          </w:p>
        </w:tc>
      </w:tr>
      <w:tr w:rsidR="00D60D5E" w14:paraId="6D140D34" w14:textId="77777777" w:rsidTr="000617E0">
        <w:trPr>
          <w:cantSplit/>
          <w:jc w:val="center"/>
        </w:trPr>
        <w:tc>
          <w:tcPr>
            <w:tcW w:w="677" w:type="dxa"/>
            <w:tcMar>
              <w:top w:w="28" w:type="dxa"/>
              <w:left w:w="38" w:type="dxa"/>
              <w:bottom w:w="28" w:type="dxa"/>
              <w:right w:w="38" w:type="dxa"/>
            </w:tcMar>
            <w:vAlign w:val="center"/>
          </w:tcPr>
          <w:p w14:paraId="5E8F3ACC" w14:textId="77777777" w:rsidR="00D60D5E" w:rsidRDefault="00891EF0">
            <w:pPr>
              <w:spacing w:after="0" w:line="240" w:lineRule="auto"/>
              <w:jc w:val="center"/>
            </w:pPr>
            <w:r>
              <w:rPr>
                <w:rFonts w:eastAsia="Aptos"/>
                <w:color w:val="6A7075"/>
                <w:sz w:val="17"/>
              </w:rPr>
              <w:t>170-105</w:t>
            </w:r>
          </w:p>
        </w:tc>
        <w:tc>
          <w:tcPr>
            <w:tcW w:w="2648" w:type="dxa"/>
            <w:tcMar>
              <w:top w:w="28" w:type="dxa"/>
              <w:left w:w="38" w:type="dxa"/>
              <w:bottom w:w="28" w:type="dxa"/>
              <w:right w:w="38" w:type="dxa"/>
            </w:tcMar>
            <w:vAlign w:val="center"/>
          </w:tcPr>
          <w:p w14:paraId="37CF9B9F" w14:textId="77777777" w:rsidR="00D60D5E" w:rsidRDefault="00891EF0">
            <w:pPr>
              <w:spacing w:after="0" w:line="240" w:lineRule="auto"/>
            </w:pPr>
            <w:r>
              <w:rPr>
                <w:rFonts w:eastAsia="Aptos"/>
                <w:sz w:val="17"/>
              </w:rPr>
              <w:t>Artichokes Hearts 13.75oz (13.7)</w:t>
            </w:r>
          </w:p>
        </w:tc>
        <w:tc>
          <w:tcPr>
            <w:tcW w:w="630" w:type="dxa"/>
            <w:tcMar>
              <w:top w:w="28" w:type="dxa"/>
              <w:left w:w="38" w:type="dxa"/>
              <w:bottom w:w="28" w:type="dxa"/>
              <w:right w:w="38" w:type="dxa"/>
            </w:tcMar>
            <w:vAlign w:val="center"/>
          </w:tcPr>
          <w:p w14:paraId="3291F1BD"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23F3A45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F599A4" w14:textId="77777777" w:rsidR="00D60D5E" w:rsidRDefault="00D60D5E">
            <w:pPr>
              <w:jc w:val="center"/>
            </w:pPr>
          </w:p>
        </w:tc>
      </w:tr>
      <w:tr w:rsidR="00D60D5E" w14:paraId="6345D98B" w14:textId="77777777" w:rsidTr="000617E0">
        <w:trPr>
          <w:cantSplit/>
          <w:jc w:val="center"/>
        </w:trPr>
        <w:tc>
          <w:tcPr>
            <w:tcW w:w="677" w:type="dxa"/>
            <w:tcMar>
              <w:top w:w="28" w:type="dxa"/>
              <w:left w:w="38" w:type="dxa"/>
              <w:bottom w:w="28" w:type="dxa"/>
              <w:right w:w="38" w:type="dxa"/>
            </w:tcMar>
            <w:vAlign w:val="center"/>
          </w:tcPr>
          <w:p w14:paraId="354B81EC" w14:textId="77777777" w:rsidR="00D60D5E" w:rsidRDefault="00891EF0">
            <w:pPr>
              <w:spacing w:after="0" w:line="240" w:lineRule="auto"/>
              <w:jc w:val="center"/>
            </w:pPr>
            <w:r>
              <w:rPr>
                <w:rFonts w:eastAsia="Aptos"/>
                <w:color w:val="6A7075"/>
                <w:sz w:val="17"/>
              </w:rPr>
              <w:t>170-110</w:t>
            </w:r>
          </w:p>
        </w:tc>
        <w:tc>
          <w:tcPr>
            <w:tcW w:w="2648" w:type="dxa"/>
            <w:tcMar>
              <w:top w:w="28" w:type="dxa"/>
              <w:left w:w="38" w:type="dxa"/>
              <w:bottom w:w="28" w:type="dxa"/>
              <w:right w:w="38" w:type="dxa"/>
            </w:tcMar>
            <w:vAlign w:val="center"/>
          </w:tcPr>
          <w:p w14:paraId="2CC4024B" w14:textId="77777777" w:rsidR="00D60D5E" w:rsidRDefault="00891EF0">
            <w:pPr>
              <w:spacing w:after="0" w:line="240" w:lineRule="auto"/>
            </w:pPr>
            <w:r>
              <w:rPr>
                <w:rFonts w:eastAsia="Aptos"/>
                <w:sz w:val="17"/>
              </w:rPr>
              <w:t>Beets Sliced 15oz</w:t>
            </w:r>
          </w:p>
        </w:tc>
        <w:tc>
          <w:tcPr>
            <w:tcW w:w="630" w:type="dxa"/>
            <w:tcMar>
              <w:top w:w="28" w:type="dxa"/>
              <w:left w:w="38" w:type="dxa"/>
              <w:bottom w:w="28" w:type="dxa"/>
              <w:right w:w="38" w:type="dxa"/>
            </w:tcMar>
            <w:vAlign w:val="center"/>
          </w:tcPr>
          <w:p w14:paraId="7698BCA0" w14:textId="77777777" w:rsidR="00D60D5E" w:rsidRDefault="00891EF0">
            <w:pPr>
              <w:spacing w:after="0" w:line="240" w:lineRule="auto"/>
              <w:jc w:val="center"/>
            </w:pPr>
            <w:r>
              <w:rPr>
                <w:rFonts w:eastAsia="Aptos"/>
                <w:b/>
                <w:sz w:val="17"/>
              </w:rPr>
              <w:t>3.45</w:t>
            </w:r>
          </w:p>
        </w:tc>
        <w:tc>
          <w:tcPr>
            <w:tcW w:w="540" w:type="dxa"/>
            <w:tcMar>
              <w:top w:w="28" w:type="dxa"/>
              <w:left w:w="38" w:type="dxa"/>
              <w:bottom w:w="28" w:type="dxa"/>
              <w:right w:w="38" w:type="dxa"/>
            </w:tcMar>
            <w:vAlign w:val="center"/>
          </w:tcPr>
          <w:p w14:paraId="5C894DF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810913" w14:textId="77777777" w:rsidR="00D60D5E" w:rsidRDefault="00D60D5E">
            <w:pPr>
              <w:jc w:val="center"/>
            </w:pPr>
          </w:p>
        </w:tc>
      </w:tr>
      <w:tr w:rsidR="00D60D5E" w14:paraId="12FE1B8F" w14:textId="77777777" w:rsidTr="000617E0">
        <w:trPr>
          <w:cantSplit/>
          <w:jc w:val="center"/>
        </w:trPr>
        <w:tc>
          <w:tcPr>
            <w:tcW w:w="677" w:type="dxa"/>
            <w:tcMar>
              <w:top w:w="28" w:type="dxa"/>
              <w:left w:w="38" w:type="dxa"/>
              <w:bottom w:w="28" w:type="dxa"/>
              <w:right w:w="38" w:type="dxa"/>
            </w:tcMar>
            <w:vAlign w:val="center"/>
          </w:tcPr>
          <w:p w14:paraId="09B799D1" w14:textId="77777777" w:rsidR="00D60D5E" w:rsidRDefault="00891EF0">
            <w:pPr>
              <w:spacing w:after="0" w:line="240" w:lineRule="auto"/>
              <w:jc w:val="center"/>
            </w:pPr>
            <w:r>
              <w:rPr>
                <w:rFonts w:eastAsia="Aptos"/>
                <w:color w:val="6A7075"/>
                <w:sz w:val="17"/>
              </w:rPr>
              <w:t>170-115</w:t>
            </w:r>
          </w:p>
        </w:tc>
        <w:tc>
          <w:tcPr>
            <w:tcW w:w="2648" w:type="dxa"/>
            <w:tcMar>
              <w:top w:w="28" w:type="dxa"/>
              <w:left w:w="38" w:type="dxa"/>
              <w:bottom w:w="28" w:type="dxa"/>
              <w:right w:w="38" w:type="dxa"/>
            </w:tcMar>
            <w:vAlign w:val="center"/>
          </w:tcPr>
          <w:p w14:paraId="6394A51D" w14:textId="77777777" w:rsidR="00D60D5E" w:rsidRDefault="00891EF0">
            <w:pPr>
              <w:spacing w:after="0" w:line="240" w:lineRule="auto"/>
            </w:pPr>
            <w:r>
              <w:rPr>
                <w:rFonts w:eastAsia="Aptos"/>
                <w:sz w:val="17"/>
              </w:rPr>
              <w:t>Corn Kernels 15oz (15.25 oz)</w:t>
            </w:r>
          </w:p>
        </w:tc>
        <w:tc>
          <w:tcPr>
            <w:tcW w:w="630" w:type="dxa"/>
            <w:tcMar>
              <w:top w:w="28" w:type="dxa"/>
              <w:left w:w="38" w:type="dxa"/>
              <w:bottom w:w="28" w:type="dxa"/>
              <w:right w:w="38" w:type="dxa"/>
            </w:tcMar>
            <w:vAlign w:val="center"/>
          </w:tcPr>
          <w:p w14:paraId="588F4098" w14:textId="77777777" w:rsidR="00D60D5E" w:rsidRDefault="00891EF0">
            <w:pPr>
              <w:spacing w:after="0" w:line="240" w:lineRule="auto"/>
              <w:jc w:val="center"/>
            </w:pPr>
            <w:r>
              <w:rPr>
                <w:rFonts w:eastAsia="Aptos"/>
                <w:b/>
                <w:sz w:val="17"/>
              </w:rPr>
              <w:t>4.05</w:t>
            </w:r>
          </w:p>
        </w:tc>
        <w:tc>
          <w:tcPr>
            <w:tcW w:w="540" w:type="dxa"/>
            <w:tcMar>
              <w:top w:w="28" w:type="dxa"/>
              <w:left w:w="38" w:type="dxa"/>
              <w:bottom w:w="28" w:type="dxa"/>
              <w:right w:w="38" w:type="dxa"/>
            </w:tcMar>
            <w:vAlign w:val="center"/>
          </w:tcPr>
          <w:p w14:paraId="0AADF91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3A849B" w14:textId="77777777" w:rsidR="00D60D5E" w:rsidRDefault="00D60D5E">
            <w:pPr>
              <w:jc w:val="center"/>
            </w:pPr>
          </w:p>
        </w:tc>
      </w:tr>
      <w:tr w:rsidR="00D60D5E" w14:paraId="76FD2776" w14:textId="77777777" w:rsidTr="000617E0">
        <w:trPr>
          <w:cantSplit/>
          <w:jc w:val="center"/>
        </w:trPr>
        <w:tc>
          <w:tcPr>
            <w:tcW w:w="677" w:type="dxa"/>
            <w:tcMar>
              <w:top w:w="28" w:type="dxa"/>
              <w:left w:w="38" w:type="dxa"/>
              <w:bottom w:w="28" w:type="dxa"/>
              <w:right w:w="38" w:type="dxa"/>
            </w:tcMar>
            <w:vAlign w:val="center"/>
          </w:tcPr>
          <w:p w14:paraId="3973E9FB" w14:textId="77777777" w:rsidR="00D60D5E" w:rsidRDefault="00891EF0">
            <w:pPr>
              <w:spacing w:after="0" w:line="240" w:lineRule="auto"/>
              <w:jc w:val="center"/>
            </w:pPr>
            <w:r>
              <w:rPr>
                <w:rFonts w:eastAsia="Aptos"/>
                <w:color w:val="6A7075"/>
                <w:sz w:val="17"/>
              </w:rPr>
              <w:t>170-120</w:t>
            </w:r>
          </w:p>
        </w:tc>
        <w:tc>
          <w:tcPr>
            <w:tcW w:w="2648" w:type="dxa"/>
            <w:tcMar>
              <w:top w:w="28" w:type="dxa"/>
              <w:left w:w="38" w:type="dxa"/>
              <w:bottom w:w="28" w:type="dxa"/>
              <w:right w:w="38" w:type="dxa"/>
            </w:tcMar>
            <w:vAlign w:val="center"/>
          </w:tcPr>
          <w:p w14:paraId="2EE42265" w14:textId="77777777" w:rsidR="00D60D5E" w:rsidRDefault="00891EF0">
            <w:pPr>
              <w:spacing w:after="0" w:line="240" w:lineRule="auto"/>
            </w:pPr>
            <w:r>
              <w:rPr>
                <w:rFonts w:eastAsia="Aptos"/>
                <w:sz w:val="17"/>
              </w:rPr>
              <w:t>Corn Creamed 15oz</w:t>
            </w:r>
          </w:p>
        </w:tc>
        <w:tc>
          <w:tcPr>
            <w:tcW w:w="630" w:type="dxa"/>
            <w:tcMar>
              <w:top w:w="28" w:type="dxa"/>
              <w:left w:w="38" w:type="dxa"/>
              <w:bottom w:w="28" w:type="dxa"/>
              <w:right w:w="38" w:type="dxa"/>
            </w:tcMar>
            <w:vAlign w:val="center"/>
          </w:tcPr>
          <w:p w14:paraId="010838DD" w14:textId="77777777" w:rsidR="00D60D5E" w:rsidRDefault="00891EF0">
            <w:pPr>
              <w:spacing w:after="0" w:line="240" w:lineRule="auto"/>
              <w:jc w:val="center"/>
            </w:pPr>
            <w:r>
              <w:rPr>
                <w:rFonts w:eastAsia="Aptos"/>
                <w:b/>
                <w:sz w:val="17"/>
              </w:rPr>
              <w:t>2.32</w:t>
            </w:r>
          </w:p>
        </w:tc>
        <w:tc>
          <w:tcPr>
            <w:tcW w:w="540" w:type="dxa"/>
            <w:tcMar>
              <w:top w:w="28" w:type="dxa"/>
              <w:left w:w="38" w:type="dxa"/>
              <w:bottom w:w="28" w:type="dxa"/>
              <w:right w:w="38" w:type="dxa"/>
            </w:tcMar>
            <w:vAlign w:val="center"/>
          </w:tcPr>
          <w:p w14:paraId="337A24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CF18F3" w14:textId="77777777" w:rsidR="00D60D5E" w:rsidRDefault="00D60D5E">
            <w:pPr>
              <w:jc w:val="center"/>
            </w:pPr>
          </w:p>
        </w:tc>
      </w:tr>
      <w:tr w:rsidR="00D60D5E" w14:paraId="64BDED00" w14:textId="77777777" w:rsidTr="000617E0">
        <w:trPr>
          <w:cantSplit/>
          <w:jc w:val="center"/>
        </w:trPr>
        <w:tc>
          <w:tcPr>
            <w:tcW w:w="677" w:type="dxa"/>
            <w:tcMar>
              <w:top w:w="28" w:type="dxa"/>
              <w:left w:w="38" w:type="dxa"/>
              <w:bottom w:w="28" w:type="dxa"/>
              <w:right w:w="38" w:type="dxa"/>
            </w:tcMar>
            <w:vAlign w:val="center"/>
          </w:tcPr>
          <w:p w14:paraId="68DFC1CA" w14:textId="77777777" w:rsidR="00D60D5E" w:rsidRDefault="00891EF0">
            <w:pPr>
              <w:spacing w:after="0" w:line="240" w:lineRule="auto"/>
              <w:jc w:val="center"/>
            </w:pPr>
            <w:r>
              <w:rPr>
                <w:rFonts w:eastAsia="Aptos"/>
                <w:color w:val="6A7075"/>
                <w:sz w:val="17"/>
              </w:rPr>
              <w:t>170-125</w:t>
            </w:r>
          </w:p>
        </w:tc>
        <w:tc>
          <w:tcPr>
            <w:tcW w:w="2648" w:type="dxa"/>
            <w:tcMar>
              <w:top w:w="28" w:type="dxa"/>
              <w:left w:w="38" w:type="dxa"/>
              <w:bottom w:w="28" w:type="dxa"/>
              <w:right w:w="38" w:type="dxa"/>
            </w:tcMar>
            <w:vAlign w:val="center"/>
          </w:tcPr>
          <w:p w14:paraId="6B1A602F" w14:textId="77777777" w:rsidR="00D60D5E" w:rsidRDefault="00891EF0">
            <w:pPr>
              <w:spacing w:after="0" w:line="240" w:lineRule="auto"/>
            </w:pPr>
            <w:r>
              <w:rPr>
                <w:rFonts w:eastAsia="Aptos"/>
                <w:sz w:val="17"/>
              </w:rPr>
              <w:t>Peas Green Sweet 15oz</w:t>
            </w:r>
          </w:p>
        </w:tc>
        <w:tc>
          <w:tcPr>
            <w:tcW w:w="630" w:type="dxa"/>
            <w:tcMar>
              <w:top w:w="28" w:type="dxa"/>
              <w:left w:w="38" w:type="dxa"/>
              <w:bottom w:w="28" w:type="dxa"/>
              <w:right w:w="38" w:type="dxa"/>
            </w:tcMar>
            <w:vAlign w:val="center"/>
          </w:tcPr>
          <w:p w14:paraId="6DE8EA4D" w14:textId="77777777" w:rsidR="00D60D5E" w:rsidRDefault="00891EF0">
            <w:pPr>
              <w:spacing w:after="0" w:line="240" w:lineRule="auto"/>
              <w:jc w:val="center"/>
            </w:pPr>
            <w:r>
              <w:rPr>
                <w:rFonts w:eastAsia="Aptos"/>
                <w:b/>
                <w:sz w:val="17"/>
              </w:rPr>
              <w:t>2.55</w:t>
            </w:r>
          </w:p>
        </w:tc>
        <w:tc>
          <w:tcPr>
            <w:tcW w:w="540" w:type="dxa"/>
            <w:tcMar>
              <w:top w:w="28" w:type="dxa"/>
              <w:left w:w="38" w:type="dxa"/>
              <w:bottom w:w="28" w:type="dxa"/>
              <w:right w:w="38" w:type="dxa"/>
            </w:tcMar>
            <w:vAlign w:val="center"/>
          </w:tcPr>
          <w:p w14:paraId="1B7176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D411DB" w14:textId="77777777" w:rsidR="00D60D5E" w:rsidRDefault="00D60D5E">
            <w:pPr>
              <w:jc w:val="center"/>
            </w:pPr>
          </w:p>
        </w:tc>
      </w:tr>
      <w:tr w:rsidR="00D60D5E" w14:paraId="2D8B6463" w14:textId="77777777" w:rsidTr="000617E0">
        <w:trPr>
          <w:cantSplit/>
          <w:jc w:val="center"/>
        </w:trPr>
        <w:tc>
          <w:tcPr>
            <w:tcW w:w="677" w:type="dxa"/>
            <w:tcMar>
              <w:top w:w="28" w:type="dxa"/>
              <w:left w:w="38" w:type="dxa"/>
              <w:bottom w:w="28" w:type="dxa"/>
              <w:right w:w="38" w:type="dxa"/>
            </w:tcMar>
            <w:vAlign w:val="center"/>
          </w:tcPr>
          <w:p w14:paraId="653A0F4F" w14:textId="77777777" w:rsidR="00D60D5E" w:rsidRDefault="00891EF0">
            <w:pPr>
              <w:spacing w:after="0" w:line="240" w:lineRule="auto"/>
              <w:jc w:val="center"/>
            </w:pPr>
            <w:r>
              <w:rPr>
                <w:rFonts w:eastAsia="Aptos"/>
                <w:color w:val="6A7075"/>
                <w:sz w:val="17"/>
              </w:rPr>
              <w:t>170-130</w:t>
            </w:r>
          </w:p>
        </w:tc>
        <w:tc>
          <w:tcPr>
            <w:tcW w:w="2648" w:type="dxa"/>
            <w:tcMar>
              <w:top w:w="28" w:type="dxa"/>
              <w:left w:w="38" w:type="dxa"/>
              <w:bottom w:w="28" w:type="dxa"/>
              <w:right w:w="38" w:type="dxa"/>
            </w:tcMar>
            <w:vAlign w:val="center"/>
          </w:tcPr>
          <w:p w14:paraId="7F6A42A1" w14:textId="77777777" w:rsidR="00D60D5E" w:rsidRDefault="00891EF0">
            <w:pPr>
              <w:spacing w:after="0" w:line="240" w:lineRule="auto"/>
            </w:pPr>
            <w:r>
              <w:rPr>
                <w:rFonts w:eastAsia="Aptos"/>
                <w:sz w:val="17"/>
              </w:rPr>
              <w:t>Carrots Sliced 14.5oz</w:t>
            </w:r>
          </w:p>
        </w:tc>
        <w:tc>
          <w:tcPr>
            <w:tcW w:w="630" w:type="dxa"/>
            <w:tcMar>
              <w:top w:w="28" w:type="dxa"/>
              <w:left w:w="38" w:type="dxa"/>
              <w:bottom w:w="28" w:type="dxa"/>
              <w:right w:w="38" w:type="dxa"/>
            </w:tcMar>
            <w:vAlign w:val="center"/>
          </w:tcPr>
          <w:p w14:paraId="2A8B2123"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3682FEE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7AA150" w14:textId="77777777" w:rsidR="00D60D5E" w:rsidRDefault="00D60D5E">
            <w:pPr>
              <w:jc w:val="center"/>
            </w:pPr>
          </w:p>
        </w:tc>
      </w:tr>
      <w:tr w:rsidR="00D60D5E" w14:paraId="43720BC9" w14:textId="77777777" w:rsidTr="000617E0">
        <w:trPr>
          <w:cantSplit/>
          <w:jc w:val="center"/>
        </w:trPr>
        <w:tc>
          <w:tcPr>
            <w:tcW w:w="677" w:type="dxa"/>
            <w:tcMar>
              <w:top w:w="28" w:type="dxa"/>
              <w:left w:w="38" w:type="dxa"/>
              <w:bottom w:w="28" w:type="dxa"/>
              <w:right w:w="38" w:type="dxa"/>
            </w:tcMar>
            <w:vAlign w:val="center"/>
          </w:tcPr>
          <w:p w14:paraId="5796FA23" w14:textId="77777777" w:rsidR="00D60D5E" w:rsidRDefault="00891EF0">
            <w:pPr>
              <w:spacing w:after="0" w:line="240" w:lineRule="auto"/>
              <w:jc w:val="center"/>
            </w:pPr>
            <w:r>
              <w:rPr>
                <w:rFonts w:eastAsia="Aptos"/>
                <w:color w:val="6A7075"/>
                <w:sz w:val="17"/>
              </w:rPr>
              <w:t>170-135</w:t>
            </w:r>
          </w:p>
        </w:tc>
        <w:tc>
          <w:tcPr>
            <w:tcW w:w="2648" w:type="dxa"/>
            <w:tcMar>
              <w:top w:w="28" w:type="dxa"/>
              <w:left w:w="38" w:type="dxa"/>
              <w:bottom w:w="28" w:type="dxa"/>
              <w:right w:w="38" w:type="dxa"/>
            </w:tcMar>
            <w:vAlign w:val="center"/>
          </w:tcPr>
          <w:p w14:paraId="5606F831" w14:textId="77777777" w:rsidR="00D60D5E" w:rsidRDefault="00891EF0">
            <w:pPr>
              <w:spacing w:after="0" w:line="240" w:lineRule="auto"/>
            </w:pPr>
            <w:r>
              <w:rPr>
                <w:rFonts w:eastAsia="Aptos"/>
                <w:sz w:val="17"/>
              </w:rPr>
              <w:t>Green Beans Cut 14.5oz</w:t>
            </w:r>
          </w:p>
        </w:tc>
        <w:tc>
          <w:tcPr>
            <w:tcW w:w="630" w:type="dxa"/>
            <w:tcMar>
              <w:top w:w="28" w:type="dxa"/>
              <w:left w:w="38" w:type="dxa"/>
              <w:bottom w:w="28" w:type="dxa"/>
              <w:right w:w="38" w:type="dxa"/>
            </w:tcMar>
            <w:vAlign w:val="center"/>
          </w:tcPr>
          <w:p w14:paraId="646C43B8" w14:textId="77777777" w:rsidR="00D60D5E" w:rsidRDefault="00891EF0">
            <w:pPr>
              <w:spacing w:after="0" w:line="240" w:lineRule="auto"/>
              <w:jc w:val="center"/>
            </w:pPr>
            <w:r>
              <w:rPr>
                <w:rFonts w:eastAsia="Aptos"/>
                <w:b/>
                <w:sz w:val="17"/>
              </w:rPr>
              <w:t>4.05</w:t>
            </w:r>
          </w:p>
        </w:tc>
        <w:tc>
          <w:tcPr>
            <w:tcW w:w="540" w:type="dxa"/>
            <w:tcMar>
              <w:top w:w="28" w:type="dxa"/>
              <w:left w:w="38" w:type="dxa"/>
              <w:bottom w:w="28" w:type="dxa"/>
              <w:right w:w="38" w:type="dxa"/>
            </w:tcMar>
            <w:vAlign w:val="center"/>
          </w:tcPr>
          <w:p w14:paraId="286ED4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D9C547" w14:textId="77777777" w:rsidR="00D60D5E" w:rsidRDefault="00D60D5E">
            <w:pPr>
              <w:jc w:val="center"/>
            </w:pPr>
          </w:p>
        </w:tc>
      </w:tr>
      <w:tr w:rsidR="00D60D5E" w14:paraId="5AF27024" w14:textId="77777777" w:rsidTr="000617E0">
        <w:trPr>
          <w:cantSplit/>
          <w:jc w:val="center"/>
        </w:trPr>
        <w:tc>
          <w:tcPr>
            <w:tcW w:w="677" w:type="dxa"/>
            <w:tcMar>
              <w:top w:w="28" w:type="dxa"/>
              <w:left w:w="38" w:type="dxa"/>
              <w:bottom w:w="28" w:type="dxa"/>
              <w:right w:w="38" w:type="dxa"/>
            </w:tcMar>
            <w:vAlign w:val="center"/>
          </w:tcPr>
          <w:p w14:paraId="093AF371" w14:textId="77777777" w:rsidR="00D60D5E" w:rsidRDefault="00891EF0">
            <w:pPr>
              <w:spacing w:after="0" w:line="240" w:lineRule="auto"/>
              <w:jc w:val="center"/>
            </w:pPr>
            <w:r>
              <w:rPr>
                <w:rFonts w:eastAsia="Aptos"/>
                <w:color w:val="6A7075"/>
                <w:sz w:val="17"/>
              </w:rPr>
              <w:t>170-136</w:t>
            </w:r>
          </w:p>
        </w:tc>
        <w:tc>
          <w:tcPr>
            <w:tcW w:w="2648" w:type="dxa"/>
            <w:tcMar>
              <w:top w:w="28" w:type="dxa"/>
              <w:left w:w="38" w:type="dxa"/>
              <w:bottom w:w="28" w:type="dxa"/>
              <w:right w:w="38" w:type="dxa"/>
            </w:tcMar>
            <w:vAlign w:val="center"/>
          </w:tcPr>
          <w:p w14:paraId="3599EC3A" w14:textId="77777777" w:rsidR="00D60D5E" w:rsidRDefault="00891EF0">
            <w:pPr>
              <w:spacing w:after="0" w:line="240" w:lineRule="auto"/>
            </w:pPr>
            <w:r>
              <w:rPr>
                <w:rFonts w:eastAsia="Aptos"/>
                <w:sz w:val="17"/>
              </w:rPr>
              <w:t>Green Beans French Style 14.5oz</w:t>
            </w:r>
          </w:p>
        </w:tc>
        <w:tc>
          <w:tcPr>
            <w:tcW w:w="630" w:type="dxa"/>
            <w:tcMar>
              <w:top w:w="28" w:type="dxa"/>
              <w:left w:w="38" w:type="dxa"/>
              <w:bottom w:w="28" w:type="dxa"/>
              <w:right w:w="38" w:type="dxa"/>
            </w:tcMar>
            <w:vAlign w:val="center"/>
          </w:tcPr>
          <w:p w14:paraId="6D082D0F" w14:textId="77777777" w:rsidR="00D60D5E" w:rsidRDefault="00891EF0">
            <w:pPr>
              <w:spacing w:after="0" w:line="240" w:lineRule="auto"/>
              <w:jc w:val="center"/>
            </w:pPr>
            <w:r>
              <w:rPr>
                <w:rFonts w:eastAsia="Aptos"/>
                <w:b/>
                <w:sz w:val="17"/>
              </w:rPr>
              <w:t>3.30</w:t>
            </w:r>
          </w:p>
        </w:tc>
        <w:tc>
          <w:tcPr>
            <w:tcW w:w="540" w:type="dxa"/>
            <w:tcMar>
              <w:top w:w="28" w:type="dxa"/>
              <w:left w:w="38" w:type="dxa"/>
              <w:bottom w:w="28" w:type="dxa"/>
              <w:right w:w="38" w:type="dxa"/>
            </w:tcMar>
            <w:vAlign w:val="center"/>
          </w:tcPr>
          <w:p w14:paraId="6DB576E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A08A9C" w14:textId="77777777" w:rsidR="00D60D5E" w:rsidRDefault="00D60D5E">
            <w:pPr>
              <w:jc w:val="center"/>
            </w:pPr>
          </w:p>
        </w:tc>
      </w:tr>
      <w:tr w:rsidR="00D60D5E" w14:paraId="63F42981" w14:textId="77777777" w:rsidTr="000617E0">
        <w:trPr>
          <w:cantSplit/>
          <w:jc w:val="center"/>
        </w:trPr>
        <w:tc>
          <w:tcPr>
            <w:tcW w:w="677" w:type="dxa"/>
            <w:tcMar>
              <w:top w:w="28" w:type="dxa"/>
              <w:left w:w="38" w:type="dxa"/>
              <w:bottom w:w="28" w:type="dxa"/>
              <w:right w:w="38" w:type="dxa"/>
            </w:tcMar>
            <w:vAlign w:val="center"/>
          </w:tcPr>
          <w:p w14:paraId="21C4FD61" w14:textId="77777777" w:rsidR="00D60D5E" w:rsidRDefault="00891EF0">
            <w:pPr>
              <w:spacing w:after="0" w:line="240" w:lineRule="auto"/>
              <w:jc w:val="center"/>
            </w:pPr>
            <w:r>
              <w:rPr>
                <w:rFonts w:eastAsia="Aptos"/>
                <w:color w:val="6A7075"/>
                <w:sz w:val="17"/>
              </w:rPr>
              <w:t>170-140</w:t>
            </w:r>
          </w:p>
        </w:tc>
        <w:tc>
          <w:tcPr>
            <w:tcW w:w="2648" w:type="dxa"/>
            <w:tcMar>
              <w:top w:w="28" w:type="dxa"/>
              <w:left w:w="38" w:type="dxa"/>
              <w:bottom w:w="28" w:type="dxa"/>
              <w:right w:w="38" w:type="dxa"/>
            </w:tcMar>
            <w:vAlign w:val="center"/>
          </w:tcPr>
          <w:p w14:paraId="1D394616" w14:textId="77777777" w:rsidR="00D60D5E" w:rsidRDefault="00891EF0">
            <w:pPr>
              <w:spacing w:after="0" w:line="240" w:lineRule="auto"/>
            </w:pPr>
            <w:r>
              <w:rPr>
                <w:rFonts w:eastAsia="Aptos"/>
                <w:sz w:val="17"/>
              </w:rPr>
              <w:t>Mixed Vegetables 14.5oz</w:t>
            </w:r>
          </w:p>
        </w:tc>
        <w:tc>
          <w:tcPr>
            <w:tcW w:w="630" w:type="dxa"/>
            <w:tcMar>
              <w:top w:w="28" w:type="dxa"/>
              <w:left w:w="38" w:type="dxa"/>
              <w:bottom w:w="28" w:type="dxa"/>
              <w:right w:w="38" w:type="dxa"/>
            </w:tcMar>
            <w:vAlign w:val="center"/>
          </w:tcPr>
          <w:p w14:paraId="39427749" w14:textId="77777777" w:rsidR="00D60D5E" w:rsidRDefault="00891EF0">
            <w:pPr>
              <w:spacing w:after="0" w:line="240" w:lineRule="auto"/>
              <w:jc w:val="center"/>
            </w:pPr>
            <w:r>
              <w:rPr>
                <w:rFonts w:eastAsia="Aptos"/>
                <w:b/>
                <w:sz w:val="17"/>
              </w:rPr>
              <w:t>4.36</w:t>
            </w:r>
          </w:p>
        </w:tc>
        <w:tc>
          <w:tcPr>
            <w:tcW w:w="540" w:type="dxa"/>
            <w:tcMar>
              <w:top w:w="28" w:type="dxa"/>
              <w:left w:w="38" w:type="dxa"/>
              <w:bottom w:w="28" w:type="dxa"/>
              <w:right w:w="38" w:type="dxa"/>
            </w:tcMar>
            <w:vAlign w:val="center"/>
          </w:tcPr>
          <w:p w14:paraId="45E6F5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5E47C5" w14:textId="77777777" w:rsidR="00D60D5E" w:rsidRDefault="00D60D5E">
            <w:pPr>
              <w:jc w:val="center"/>
            </w:pPr>
          </w:p>
        </w:tc>
      </w:tr>
      <w:tr w:rsidR="00D60D5E" w14:paraId="742EAA8C" w14:textId="77777777" w:rsidTr="000617E0">
        <w:trPr>
          <w:cantSplit/>
          <w:jc w:val="center"/>
        </w:trPr>
        <w:tc>
          <w:tcPr>
            <w:tcW w:w="677" w:type="dxa"/>
            <w:tcMar>
              <w:top w:w="28" w:type="dxa"/>
              <w:left w:w="38" w:type="dxa"/>
              <w:bottom w:w="28" w:type="dxa"/>
              <w:right w:w="38" w:type="dxa"/>
            </w:tcMar>
            <w:vAlign w:val="center"/>
          </w:tcPr>
          <w:p w14:paraId="28E92B02" w14:textId="77777777" w:rsidR="00D60D5E" w:rsidRDefault="00891EF0">
            <w:pPr>
              <w:spacing w:after="0" w:line="240" w:lineRule="auto"/>
              <w:jc w:val="center"/>
            </w:pPr>
            <w:r>
              <w:rPr>
                <w:rFonts w:eastAsia="Aptos"/>
                <w:color w:val="6A7075"/>
                <w:sz w:val="17"/>
              </w:rPr>
              <w:t>170-145</w:t>
            </w:r>
          </w:p>
        </w:tc>
        <w:tc>
          <w:tcPr>
            <w:tcW w:w="2648" w:type="dxa"/>
            <w:tcMar>
              <w:top w:w="28" w:type="dxa"/>
              <w:left w:w="38" w:type="dxa"/>
              <w:bottom w:w="28" w:type="dxa"/>
              <w:right w:w="38" w:type="dxa"/>
            </w:tcMar>
            <w:vAlign w:val="center"/>
          </w:tcPr>
          <w:p w14:paraId="1423A9D8" w14:textId="77777777" w:rsidR="00D60D5E" w:rsidRDefault="00891EF0">
            <w:pPr>
              <w:spacing w:after="0" w:line="240" w:lineRule="auto"/>
            </w:pPr>
            <w:r>
              <w:rPr>
                <w:rFonts w:eastAsia="Aptos"/>
                <w:sz w:val="17"/>
              </w:rPr>
              <w:t>Asparagus spears 15oz</w:t>
            </w:r>
          </w:p>
        </w:tc>
        <w:tc>
          <w:tcPr>
            <w:tcW w:w="630" w:type="dxa"/>
            <w:tcMar>
              <w:top w:w="28" w:type="dxa"/>
              <w:left w:w="38" w:type="dxa"/>
              <w:bottom w:w="28" w:type="dxa"/>
              <w:right w:w="38" w:type="dxa"/>
            </w:tcMar>
            <w:vAlign w:val="center"/>
          </w:tcPr>
          <w:p w14:paraId="37378D33" w14:textId="77777777" w:rsidR="00D60D5E" w:rsidRDefault="00891EF0">
            <w:pPr>
              <w:spacing w:after="0" w:line="240" w:lineRule="auto"/>
              <w:jc w:val="center"/>
            </w:pPr>
            <w:r>
              <w:rPr>
                <w:rFonts w:eastAsia="Aptos"/>
                <w:b/>
                <w:sz w:val="17"/>
              </w:rPr>
              <w:t>5.19</w:t>
            </w:r>
          </w:p>
        </w:tc>
        <w:tc>
          <w:tcPr>
            <w:tcW w:w="540" w:type="dxa"/>
            <w:tcMar>
              <w:top w:w="28" w:type="dxa"/>
              <w:left w:w="38" w:type="dxa"/>
              <w:bottom w:w="28" w:type="dxa"/>
              <w:right w:w="38" w:type="dxa"/>
            </w:tcMar>
            <w:vAlign w:val="center"/>
          </w:tcPr>
          <w:p w14:paraId="6930AD2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70746A" w14:textId="77777777" w:rsidR="00D60D5E" w:rsidRDefault="00D60D5E">
            <w:pPr>
              <w:jc w:val="center"/>
            </w:pPr>
          </w:p>
        </w:tc>
      </w:tr>
      <w:tr w:rsidR="00D60D5E" w14:paraId="62E08141" w14:textId="77777777" w:rsidTr="000617E0">
        <w:trPr>
          <w:cantSplit/>
          <w:jc w:val="center"/>
        </w:trPr>
        <w:tc>
          <w:tcPr>
            <w:tcW w:w="677" w:type="dxa"/>
            <w:tcMar>
              <w:top w:w="28" w:type="dxa"/>
              <w:left w:w="38" w:type="dxa"/>
              <w:bottom w:w="28" w:type="dxa"/>
              <w:right w:w="38" w:type="dxa"/>
            </w:tcMar>
            <w:vAlign w:val="center"/>
          </w:tcPr>
          <w:p w14:paraId="3D51A4DC" w14:textId="77777777" w:rsidR="00D60D5E" w:rsidRDefault="00891EF0">
            <w:pPr>
              <w:spacing w:after="0" w:line="240" w:lineRule="auto"/>
              <w:jc w:val="center"/>
            </w:pPr>
            <w:r>
              <w:rPr>
                <w:rFonts w:eastAsia="Aptos"/>
                <w:color w:val="6A7075"/>
                <w:sz w:val="17"/>
              </w:rPr>
              <w:t>170-150</w:t>
            </w:r>
          </w:p>
        </w:tc>
        <w:tc>
          <w:tcPr>
            <w:tcW w:w="2648" w:type="dxa"/>
            <w:tcMar>
              <w:top w:w="28" w:type="dxa"/>
              <w:left w:w="38" w:type="dxa"/>
              <w:bottom w:w="28" w:type="dxa"/>
              <w:right w:w="38" w:type="dxa"/>
            </w:tcMar>
            <w:vAlign w:val="center"/>
          </w:tcPr>
          <w:p w14:paraId="002E6A43" w14:textId="77777777" w:rsidR="00D60D5E" w:rsidRDefault="00891EF0">
            <w:pPr>
              <w:spacing w:after="0" w:line="240" w:lineRule="auto"/>
            </w:pPr>
            <w:r>
              <w:rPr>
                <w:rFonts w:eastAsia="Aptos"/>
                <w:sz w:val="17"/>
              </w:rPr>
              <w:t>Red Kidney Bean 15oz</w:t>
            </w:r>
          </w:p>
        </w:tc>
        <w:tc>
          <w:tcPr>
            <w:tcW w:w="630" w:type="dxa"/>
            <w:tcMar>
              <w:top w:w="28" w:type="dxa"/>
              <w:left w:w="38" w:type="dxa"/>
              <w:bottom w:w="28" w:type="dxa"/>
              <w:right w:w="38" w:type="dxa"/>
            </w:tcMar>
            <w:vAlign w:val="center"/>
          </w:tcPr>
          <w:p w14:paraId="0FAF33C1"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4F613B6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316AF1" w14:textId="77777777" w:rsidR="00D60D5E" w:rsidRDefault="00D60D5E">
            <w:pPr>
              <w:jc w:val="center"/>
            </w:pPr>
          </w:p>
        </w:tc>
      </w:tr>
      <w:tr w:rsidR="00D60D5E" w14:paraId="611D5D1E" w14:textId="77777777" w:rsidTr="000617E0">
        <w:trPr>
          <w:cantSplit/>
          <w:jc w:val="center"/>
        </w:trPr>
        <w:tc>
          <w:tcPr>
            <w:tcW w:w="677" w:type="dxa"/>
            <w:tcMar>
              <w:top w:w="28" w:type="dxa"/>
              <w:left w:w="38" w:type="dxa"/>
              <w:bottom w:w="28" w:type="dxa"/>
              <w:right w:w="38" w:type="dxa"/>
            </w:tcMar>
            <w:vAlign w:val="center"/>
          </w:tcPr>
          <w:p w14:paraId="59CB956B" w14:textId="77777777" w:rsidR="00D60D5E" w:rsidRDefault="00891EF0">
            <w:pPr>
              <w:spacing w:after="0" w:line="240" w:lineRule="auto"/>
              <w:jc w:val="center"/>
            </w:pPr>
            <w:r>
              <w:rPr>
                <w:rFonts w:eastAsia="Aptos"/>
                <w:color w:val="6A7075"/>
                <w:sz w:val="17"/>
              </w:rPr>
              <w:t>170-151</w:t>
            </w:r>
          </w:p>
        </w:tc>
        <w:tc>
          <w:tcPr>
            <w:tcW w:w="2648" w:type="dxa"/>
            <w:tcMar>
              <w:top w:w="28" w:type="dxa"/>
              <w:left w:w="38" w:type="dxa"/>
              <w:bottom w:w="28" w:type="dxa"/>
              <w:right w:w="38" w:type="dxa"/>
            </w:tcMar>
            <w:vAlign w:val="center"/>
          </w:tcPr>
          <w:p w14:paraId="72301EE8" w14:textId="77777777" w:rsidR="00D60D5E" w:rsidRDefault="00891EF0">
            <w:pPr>
              <w:spacing w:after="0" w:line="240" w:lineRule="auto"/>
            </w:pPr>
            <w:r>
              <w:rPr>
                <w:rFonts w:eastAsia="Aptos"/>
                <w:sz w:val="17"/>
              </w:rPr>
              <w:t>Refried Beans 15.5oz</w:t>
            </w:r>
          </w:p>
        </w:tc>
        <w:tc>
          <w:tcPr>
            <w:tcW w:w="630" w:type="dxa"/>
            <w:tcMar>
              <w:top w:w="28" w:type="dxa"/>
              <w:left w:w="38" w:type="dxa"/>
              <w:bottom w:w="28" w:type="dxa"/>
              <w:right w:w="38" w:type="dxa"/>
            </w:tcMar>
            <w:vAlign w:val="center"/>
          </w:tcPr>
          <w:p w14:paraId="3B1E9FD8" w14:textId="77777777" w:rsidR="00D60D5E" w:rsidRDefault="00891EF0">
            <w:pPr>
              <w:spacing w:after="0" w:line="240" w:lineRule="auto"/>
              <w:jc w:val="center"/>
            </w:pPr>
            <w:r>
              <w:rPr>
                <w:rFonts w:eastAsia="Aptos"/>
                <w:b/>
                <w:sz w:val="17"/>
              </w:rPr>
              <w:t>4.30</w:t>
            </w:r>
          </w:p>
        </w:tc>
        <w:tc>
          <w:tcPr>
            <w:tcW w:w="540" w:type="dxa"/>
            <w:tcMar>
              <w:top w:w="28" w:type="dxa"/>
              <w:left w:w="38" w:type="dxa"/>
              <w:bottom w:w="28" w:type="dxa"/>
              <w:right w:w="38" w:type="dxa"/>
            </w:tcMar>
            <w:vAlign w:val="center"/>
          </w:tcPr>
          <w:p w14:paraId="20E6FB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3E17A1" w14:textId="77777777" w:rsidR="00D60D5E" w:rsidRDefault="00D60D5E">
            <w:pPr>
              <w:jc w:val="center"/>
            </w:pPr>
          </w:p>
        </w:tc>
      </w:tr>
      <w:tr w:rsidR="00D60D5E" w14:paraId="4216AD83" w14:textId="77777777" w:rsidTr="000617E0">
        <w:trPr>
          <w:cantSplit/>
          <w:jc w:val="center"/>
        </w:trPr>
        <w:tc>
          <w:tcPr>
            <w:tcW w:w="677" w:type="dxa"/>
            <w:tcMar>
              <w:top w:w="28" w:type="dxa"/>
              <w:left w:w="38" w:type="dxa"/>
              <w:bottom w:w="28" w:type="dxa"/>
              <w:right w:w="38" w:type="dxa"/>
            </w:tcMar>
            <w:vAlign w:val="center"/>
          </w:tcPr>
          <w:p w14:paraId="3E8A3BBD" w14:textId="77777777" w:rsidR="00D60D5E" w:rsidRDefault="00891EF0">
            <w:pPr>
              <w:spacing w:after="0" w:line="240" w:lineRule="auto"/>
              <w:jc w:val="center"/>
            </w:pPr>
            <w:r>
              <w:rPr>
                <w:rFonts w:eastAsia="Aptos"/>
                <w:color w:val="6A7075"/>
                <w:sz w:val="17"/>
              </w:rPr>
              <w:lastRenderedPageBreak/>
              <w:t>170-155</w:t>
            </w:r>
          </w:p>
        </w:tc>
        <w:tc>
          <w:tcPr>
            <w:tcW w:w="2648" w:type="dxa"/>
            <w:tcMar>
              <w:top w:w="28" w:type="dxa"/>
              <w:left w:w="38" w:type="dxa"/>
              <w:bottom w:w="28" w:type="dxa"/>
              <w:right w:w="38" w:type="dxa"/>
            </w:tcMar>
            <w:vAlign w:val="center"/>
          </w:tcPr>
          <w:p w14:paraId="58229474" w14:textId="77777777" w:rsidR="00D60D5E" w:rsidRDefault="00891EF0">
            <w:pPr>
              <w:spacing w:after="0" w:line="240" w:lineRule="auto"/>
            </w:pPr>
            <w:r>
              <w:rPr>
                <w:rFonts w:eastAsia="Aptos"/>
                <w:sz w:val="17"/>
              </w:rPr>
              <w:t>Chick Peas /Garbanzo 15.5oz</w:t>
            </w:r>
          </w:p>
        </w:tc>
        <w:tc>
          <w:tcPr>
            <w:tcW w:w="630" w:type="dxa"/>
            <w:tcMar>
              <w:top w:w="28" w:type="dxa"/>
              <w:left w:w="38" w:type="dxa"/>
              <w:bottom w:w="28" w:type="dxa"/>
              <w:right w:w="38" w:type="dxa"/>
            </w:tcMar>
            <w:vAlign w:val="center"/>
          </w:tcPr>
          <w:p w14:paraId="41A61B54"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1C7342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D0D20B" w14:textId="77777777" w:rsidR="00D60D5E" w:rsidRDefault="00D60D5E">
            <w:pPr>
              <w:jc w:val="center"/>
            </w:pPr>
          </w:p>
        </w:tc>
      </w:tr>
      <w:tr w:rsidR="00D60D5E" w14:paraId="3D2A7DB9" w14:textId="77777777" w:rsidTr="000617E0">
        <w:trPr>
          <w:cantSplit/>
          <w:jc w:val="center"/>
        </w:trPr>
        <w:tc>
          <w:tcPr>
            <w:tcW w:w="677" w:type="dxa"/>
            <w:tcMar>
              <w:top w:w="28" w:type="dxa"/>
              <w:left w:w="38" w:type="dxa"/>
              <w:bottom w:w="28" w:type="dxa"/>
              <w:right w:w="38" w:type="dxa"/>
            </w:tcMar>
            <w:vAlign w:val="center"/>
          </w:tcPr>
          <w:p w14:paraId="7B0B594C" w14:textId="77777777" w:rsidR="00D60D5E" w:rsidRDefault="00891EF0">
            <w:pPr>
              <w:spacing w:after="0" w:line="240" w:lineRule="auto"/>
              <w:jc w:val="center"/>
            </w:pPr>
            <w:r>
              <w:rPr>
                <w:rFonts w:eastAsia="Aptos"/>
                <w:color w:val="6A7075"/>
                <w:sz w:val="17"/>
              </w:rPr>
              <w:t>170-160</w:t>
            </w:r>
          </w:p>
        </w:tc>
        <w:tc>
          <w:tcPr>
            <w:tcW w:w="2648" w:type="dxa"/>
            <w:tcMar>
              <w:top w:w="28" w:type="dxa"/>
              <w:left w:w="38" w:type="dxa"/>
              <w:bottom w:w="28" w:type="dxa"/>
              <w:right w:w="38" w:type="dxa"/>
            </w:tcMar>
            <w:vAlign w:val="center"/>
          </w:tcPr>
          <w:p w14:paraId="7D6DA939" w14:textId="77777777" w:rsidR="00D60D5E" w:rsidRDefault="00891EF0">
            <w:pPr>
              <w:spacing w:after="0" w:line="240" w:lineRule="auto"/>
            </w:pPr>
            <w:r>
              <w:rPr>
                <w:rFonts w:eastAsia="Aptos"/>
                <w:sz w:val="17"/>
              </w:rPr>
              <w:t>Pinto Beans 15oz</w:t>
            </w:r>
          </w:p>
        </w:tc>
        <w:tc>
          <w:tcPr>
            <w:tcW w:w="630" w:type="dxa"/>
            <w:tcMar>
              <w:top w:w="28" w:type="dxa"/>
              <w:left w:w="38" w:type="dxa"/>
              <w:bottom w:w="28" w:type="dxa"/>
              <w:right w:w="38" w:type="dxa"/>
            </w:tcMar>
            <w:vAlign w:val="center"/>
          </w:tcPr>
          <w:p w14:paraId="7301F035"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2C690EE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56C7753" w14:textId="77777777" w:rsidR="00D60D5E" w:rsidRDefault="00D60D5E">
            <w:pPr>
              <w:jc w:val="center"/>
            </w:pPr>
          </w:p>
        </w:tc>
      </w:tr>
      <w:tr w:rsidR="00D60D5E" w14:paraId="0E219612" w14:textId="77777777" w:rsidTr="000617E0">
        <w:trPr>
          <w:cantSplit/>
          <w:jc w:val="center"/>
        </w:trPr>
        <w:tc>
          <w:tcPr>
            <w:tcW w:w="677" w:type="dxa"/>
            <w:tcMar>
              <w:top w:w="28" w:type="dxa"/>
              <w:left w:w="38" w:type="dxa"/>
              <w:bottom w:w="28" w:type="dxa"/>
              <w:right w:w="38" w:type="dxa"/>
            </w:tcMar>
            <w:vAlign w:val="center"/>
          </w:tcPr>
          <w:p w14:paraId="2226027E" w14:textId="77777777" w:rsidR="00D60D5E" w:rsidRDefault="00891EF0">
            <w:pPr>
              <w:spacing w:after="0" w:line="240" w:lineRule="auto"/>
              <w:jc w:val="center"/>
            </w:pPr>
            <w:r>
              <w:rPr>
                <w:rFonts w:eastAsia="Aptos"/>
                <w:color w:val="6A7075"/>
                <w:sz w:val="17"/>
              </w:rPr>
              <w:t>170-165</w:t>
            </w:r>
          </w:p>
        </w:tc>
        <w:tc>
          <w:tcPr>
            <w:tcW w:w="2648" w:type="dxa"/>
            <w:tcMar>
              <w:top w:w="28" w:type="dxa"/>
              <w:left w:w="38" w:type="dxa"/>
              <w:bottom w:w="28" w:type="dxa"/>
              <w:right w:w="38" w:type="dxa"/>
            </w:tcMar>
            <w:vAlign w:val="center"/>
          </w:tcPr>
          <w:p w14:paraId="273A5EE9" w14:textId="77777777" w:rsidR="00D60D5E" w:rsidRDefault="00891EF0">
            <w:pPr>
              <w:spacing w:after="0" w:line="240" w:lineRule="auto"/>
            </w:pPr>
            <w:r>
              <w:rPr>
                <w:rFonts w:eastAsia="Aptos"/>
                <w:sz w:val="17"/>
              </w:rPr>
              <w:t>White Beans 15oz (15.5oz)</w:t>
            </w:r>
          </w:p>
        </w:tc>
        <w:tc>
          <w:tcPr>
            <w:tcW w:w="630" w:type="dxa"/>
            <w:tcMar>
              <w:top w:w="28" w:type="dxa"/>
              <w:left w:w="38" w:type="dxa"/>
              <w:bottom w:w="28" w:type="dxa"/>
              <w:right w:w="38" w:type="dxa"/>
            </w:tcMar>
            <w:vAlign w:val="center"/>
          </w:tcPr>
          <w:p w14:paraId="0557E0E6"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175B794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48423B" w14:textId="77777777" w:rsidR="00D60D5E" w:rsidRDefault="00D60D5E">
            <w:pPr>
              <w:jc w:val="center"/>
            </w:pPr>
          </w:p>
        </w:tc>
      </w:tr>
      <w:tr w:rsidR="00D60D5E" w14:paraId="1BB33673" w14:textId="77777777" w:rsidTr="000617E0">
        <w:trPr>
          <w:cantSplit/>
          <w:jc w:val="center"/>
        </w:trPr>
        <w:tc>
          <w:tcPr>
            <w:tcW w:w="677" w:type="dxa"/>
            <w:tcMar>
              <w:top w:w="28" w:type="dxa"/>
              <w:left w:w="38" w:type="dxa"/>
              <w:bottom w:w="28" w:type="dxa"/>
              <w:right w:w="38" w:type="dxa"/>
            </w:tcMar>
            <w:vAlign w:val="center"/>
          </w:tcPr>
          <w:p w14:paraId="3986F2B4" w14:textId="77777777" w:rsidR="00D60D5E" w:rsidRDefault="00891EF0">
            <w:pPr>
              <w:spacing w:after="0" w:line="240" w:lineRule="auto"/>
              <w:jc w:val="center"/>
            </w:pPr>
            <w:r>
              <w:rPr>
                <w:rFonts w:eastAsia="Aptos"/>
                <w:color w:val="6A7075"/>
                <w:sz w:val="17"/>
              </w:rPr>
              <w:t>170-170</w:t>
            </w:r>
          </w:p>
        </w:tc>
        <w:tc>
          <w:tcPr>
            <w:tcW w:w="2648" w:type="dxa"/>
            <w:tcMar>
              <w:top w:w="28" w:type="dxa"/>
              <w:left w:w="38" w:type="dxa"/>
              <w:bottom w:w="28" w:type="dxa"/>
              <w:right w:w="38" w:type="dxa"/>
            </w:tcMar>
            <w:vAlign w:val="center"/>
          </w:tcPr>
          <w:p w14:paraId="0919A5C8" w14:textId="77777777" w:rsidR="00D60D5E" w:rsidRDefault="00891EF0">
            <w:pPr>
              <w:spacing w:after="0" w:line="240" w:lineRule="auto"/>
            </w:pPr>
            <w:r>
              <w:rPr>
                <w:rFonts w:eastAsia="Aptos"/>
                <w:sz w:val="17"/>
              </w:rPr>
              <w:t>Black Beans 15oz</w:t>
            </w:r>
          </w:p>
        </w:tc>
        <w:tc>
          <w:tcPr>
            <w:tcW w:w="630" w:type="dxa"/>
            <w:tcMar>
              <w:top w:w="28" w:type="dxa"/>
              <w:left w:w="38" w:type="dxa"/>
              <w:bottom w:w="28" w:type="dxa"/>
              <w:right w:w="38" w:type="dxa"/>
            </w:tcMar>
            <w:vAlign w:val="center"/>
          </w:tcPr>
          <w:p w14:paraId="37F99A96"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7DAC376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D6F649" w14:textId="77777777" w:rsidR="00D60D5E" w:rsidRDefault="00D60D5E">
            <w:pPr>
              <w:jc w:val="center"/>
            </w:pPr>
          </w:p>
        </w:tc>
      </w:tr>
      <w:tr w:rsidR="00D60D5E" w14:paraId="1C25D645" w14:textId="77777777" w:rsidTr="000617E0">
        <w:trPr>
          <w:cantSplit/>
          <w:jc w:val="center"/>
        </w:trPr>
        <w:tc>
          <w:tcPr>
            <w:tcW w:w="677" w:type="dxa"/>
            <w:tcMar>
              <w:top w:w="28" w:type="dxa"/>
              <w:left w:w="38" w:type="dxa"/>
              <w:bottom w:w="28" w:type="dxa"/>
              <w:right w:w="38" w:type="dxa"/>
            </w:tcMar>
            <w:vAlign w:val="center"/>
          </w:tcPr>
          <w:p w14:paraId="453C8AC8" w14:textId="77777777" w:rsidR="00D60D5E" w:rsidRDefault="00891EF0">
            <w:pPr>
              <w:spacing w:after="0" w:line="240" w:lineRule="auto"/>
              <w:jc w:val="center"/>
            </w:pPr>
            <w:r>
              <w:rPr>
                <w:rFonts w:eastAsia="Aptos"/>
                <w:color w:val="6A7075"/>
                <w:sz w:val="17"/>
              </w:rPr>
              <w:t>170-175</w:t>
            </w:r>
          </w:p>
        </w:tc>
        <w:tc>
          <w:tcPr>
            <w:tcW w:w="2648" w:type="dxa"/>
            <w:tcMar>
              <w:top w:w="28" w:type="dxa"/>
              <w:left w:w="38" w:type="dxa"/>
              <w:bottom w:w="28" w:type="dxa"/>
              <w:right w:w="38" w:type="dxa"/>
            </w:tcMar>
            <w:vAlign w:val="center"/>
          </w:tcPr>
          <w:p w14:paraId="3EA4EC8E" w14:textId="77777777" w:rsidR="00D60D5E" w:rsidRDefault="00891EF0">
            <w:pPr>
              <w:spacing w:after="0" w:line="240" w:lineRule="auto"/>
            </w:pPr>
            <w:r>
              <w:rPr>
                <w:rFonts w:eastAsia="Aptos"/>
                <w:sz w:val="17"/>
              </w:rPr>
              <w:t>Three-Bean Salad 15oz</w:t>
            </w:r>
          </w:p>
        </w:tc>
        <w:tc>
          <w:tcPr>
            <w:tcW w:w="630" w:type="dxa"/>
            <w:tcMar>
              <w:top w:w="28" w:type="dxa"/>
              <w:left w:w="38" w:type="dxa"/>
              <w:bottom w:w="28" w:type="dxa"/>
              <w:right w:w="38" w:type="dxa"/>
            </w:tcMar>
            <w:vAlign w:val="center"/>
          </w:tcPr>
          <w:p w14:paraId="5813CB84" w14:textId="77777777" w:rsidR="00D60D5E" w:rsidRDefault="00891EF0">
            <w:pPr>
              <w:spacing w:after="0" w:line="240" w:lineRule="auto"/>
              <w:jc w:val="center"/>
            </w:pPr>
            <w:r>
              <w:rPr>
                <w:rFonts w:eastAsia="Aptos"/>
                <w:b/>
                <w:sz w:val="17"/>
              </w:rPr>
              <w:t>3.68</w:t>
            </w:r>
          </w:p>
        </w:tc>
        <w:tc>
          <w:tcPr>
            <w:tcW w:w="540" w:type="dxa"/>
            <w:tcMar>
              <w:top w:w="28" w:type="dxa"/>
              <w:left w:w="38" w:type="dxa"/>
              <w:bottom w:w="28" w:type="dxa"/>
              <w:right w:w="38" w:type="dxa"/>
            </w:tcMar>
            <w:vAlign w:val="center"/>
          </w:tcPr>
          <w:p w14:paraId="0A736F2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7D0497" w14:textId="77777777" w:rsidR="00D60D5E" w:rsidRDefault="00D60D5E">
            <w:pPr>
              <w:jc w:val="center"/>
            </w:pPr>
          </w:p>
        </w:tc>
      </w:tr>
      <w:tr w:rsidR="00D60D5E" w14:paraId="5ED1957A" w14:textId="77777777" w:rsidTr="000617E0">
        <w:trPr>
          <w:cantSplit/>
          <w:jc w:val="center"/>
        </w:trPr>
        <w:tc>
          <w:tcPr>
            <w:tcW w:w="677" w:type="dxa"/>
            <w:tcMar>
              <w:top w:w="28" w:type="dxa"/>
              <w:left w:w="38" w:type="dxa"/>
              <w:bottom w:w="28" w:type="dxa"/>
              <w:right w:w="38" w:type="dxa"/>
            </w:tcMar>
            <w:vAlign w:val="center"/>
          </w:tcPr>
          <w:p w14:paraId="7299DE7E" w14:textId="77777777" w:rsidR="00D60D5E" w:rsidRDefault="00891EF0">
            <w:pPr>
              <w:spacing w:after="0" w:line="240" w:lineRule="auto"/>
              <w:jc w:val="center"/>
            </w:pPr>
            <w:r>
              <w:rPr>
                <w:rFonts w:eastAsia="Aptos"/>
                <w:color w:val="6A7075"/>
                <w:sz w:val="17"/>
              </w:rPr>
              <w:t>170-180</w:t>
            </w:r>
          </w:p>
        </w:tc>
        <w:tc>
          <w:tcPr>
            <w:tcW w:w="2648" w:type="dxa"/>
            <w:tcMar>
              <w:top w:w="28" w:type="dxa"/>
              <w:left w:w="38" w:type="dxa"/>
              <w:bottom w:w="28" w:type="dxa"/>
              <w:right w:w="38" w:type="dxa"/>
            </w:tcMar>
            <w:vAlign w:val="center"/>
          </w:tcPr>
          <w:p w14:paraId="13F98847" w14:textId="77777777" w:rsidR="00D60D5E" w:rsidRDefault="00891EF0">
            <w:pPr>
              <w:spacing w:after="0" w:line="240" w:lineRule="auto"/>
            </w:pPr>
            <w:r>
              <w:rPr>
                <w:rFonts w:eastAsia="Aptos"/>
                <w:sz w:val="17"/>
              </w:rPr>
              <w:t>Peas &amp; Carrots 8.5 oz</w:t>
            </w:r>
          </w:p>
        </w:tc>
        <w:tc>
          <w:tcPr>
            <w:tcW w:w="630" w:type="dxa"/>
            <w:tcMar>
              <w:top w:w="28" w:type="dxa"/>
              <w:left w:w="38" w:type="dxa"/>
              <w:bottom w:w="28" w:type="dxa"/>
              <w:right w:w="38" w:type="dxa"/>
            </w:tcMar>
            <w:vAlign w:val="center"/>
          </w:tcPr>
          <w:p w14:paraId="66EDD30C" w14:textId="77777777" w:rsidR="00D60D5E" w:rsidRDefault="00891EF0">
            <w:pPr>
              <w:spacing w:after="0" w:line="240" w:lineRule="auto"/>
              <w:jc w:val="center"/>
            </w:pPr>
            <w:r>
              <w:rPr>
                <w:rFonts w:eastAsia="Aptos"/>
                <w:b/>
                <w:sz w:val="17"/>
              </w:rPr>
              <w:t>2.40</w:t>
            </w:r>
          </w:p>
        </w:tc>
        <w:tc>
          <w:tcPr>
            <w:tcW w:w="540" w:type="dxa"/>
            <w:tcMar>
              <w:top w:w="28" w:type="dxa"/>
              <w:left w:w="38" w:type="dxa"/>
              <w:bottom w:w="28" w:type="dxa"/>
              <w:right w:w="38" w:type="dxa"/>
            </w:tcMar>
            <w:vAlign w:val="center"/>
          </w:tcPr>
          <w:p w14:paraId="4CC6699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CDDE2F" w14:textId="77777777" w:rsidR="00D60D5E" w:rsidRDefault="00D60D5E">
            <w:pPr>
              <w:jc w:val="center"/>
            </w:pPr>
          </w:p>
        </w:tc>
      </w:tr>
      <w:tr w:rsidR="00D60D5E" w14:paraId="0B6DF8C5" w14:textId="77777777" w:rsidTr="000617E0">
        <w:trPr>
          <w:cantSplit/>
          <w:jc w:val="center"/>
        </w:trPr>
        <w:tc>
          <w:tcPr>
            <w:tcW w:w="677" w:type="dxa"/>
            <w:tcMar>
              <w:top w:w="28" w:type="dxa"/>
              <w:left w:w="38" w:type="dxa"/>
              <w:bottom w:w="28" w:type="dxa"/>
              <w:right w:w="38" w:type="dxa"/>
            </w:tcMar>
            <w:vAlign w:val="center"/>
          </w:tcPr>
          <w:p w14:paraId="29605272" w14:textId="77777777" w:rsidR="00D60D5E" w:rsidRDefault="00891EF0">
            <w:pPr>
              <w:spacing w:after="0" w:line="240" w:lineRule="auto"/>
              <w:jc w:val="center"/>
            </w:pPr>
            <w:r>
              <w:rPr>
                <w:rFonts w:eastAsia="Aptos"/>
                <w:color w:val="6A7075"/>
                <w:sz w:val="17"/>
              </w:rPr>
              <w:t>170-185</w:t>
            </w:r>
          </w:p>
        </w:tc>
        <w:tc>
          <w:tcPr>
            <w:tcW w:w="2648" w:type="dxa"/>
            <w:tcMar>
              <w:top w:w="28" w:type="dxa"/>
              <w:left w:w="38" w:type="dxa"/>
              <w:bottom w:w="28" w:type="dxa"/>
              <w:right w:w="38" w:type="dxa"/>
            </w:tcMar>
            <w:vAlign w:val="center"/>
          </w:tcPr>
          <w:p w14:paraId="6F47B32E" w14:textId="77777777" w:rsidR="00D60D5E" w:rsidRDefault="00891EF0">
            <w:pPr>
              <w:spacing w:after="0" w:line="240" w:lineRule="auto"/>
            </w:pPr>
            <w:r>
              <w:rPr>
                <w:rFonts w:eastAsia="Aptos"/>
                <w:sz w:val="17"/>
              </w:rPr>
              <w:t>Hearts of Palms 14oz Roland</w:t>
            </w:r>
          </w:p>
        </w:tc>
        <w:tc>
          <w:tcPr>
            <w:tcW w:w="630" w:type="dxa"/>
            <w:tcMar>
              <w:top w:w="28" w:type="dxa"/>
              <w:left w:w="38" w:type="dxa"/>
              <w:bottom w:w="28" w:type="dxa"/>
              <w:right w:w="38" w:type="dxa"/>
            </w:tcMar>
            <w:vAlign w:val="center"/>
          </w:tcPr>
          <w:p w14:paraId="2CB1EEC3" w14:textId="77777777" w:rsidR="00D60D5E" w:rsidRDefault="00891EF0">
            <w:pPr>
              <w:spacing w:after="0" w:line="240" w:lineRule="auto"/>
              <w:jc w:val="center"/>
            </w:pPr>
            <w:r>
              <w:rPr>
                <w:rFonts w:eastAsia="Aptos"/>
                <w:b/>
                <w:sz w:val="17"/>
              </w:rPr>
              <w:t>7.49</w:t>
            </w:r>
          </w:p>
        </w:tc>
        <w:tc>
          <w:tcPr>
            <w:tcW w:w="540" w:type="dxa"/>
            <w:tcMar>
              <w:top w:w="28" w:type="dxa"/>
              <w:left w:w="38" w:type="dxa"/>
              <w:bottom w:w="28" w:type="dxa"/>
              <w:right w:w="38" w:type="dxa"/>
            </w:tcMar>
            <w:vAlign w:val="center"/>
          </w:tcPr>
          <w:p w14:paraId="41217CD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BF2151" w14:textId="77777777" w:rsidR="00D60D5E" w:rsidRDefault="00D60D5E">
            <w:pPr>
              <w:jc w:val="center"/>
            </w:pPr>
          </w:p>
        </w:tc>
      </w:tr>
      <w:tr w:rsidR="00D60D5E" w14:paraId="3C9CB5F3" w14:textId="77777777" w:rsidTr="000617E0">
        <w:trPr>
          <w:cantSplit/>
          <w:jc w:val="center"/>
        </w:trPr>
        <w:tc>
          <w:tcPr>
            <w:tcW w:w="677" w:type="dxa"/>
            <w:tcMar>
              <w:top w:w="28" w:type="dxa"/>
              <w:left w:w="38" w:type="dxa"/>
              <w:bottom w:w="28" w:type="dxa"/>
              <w:right w:w="38" w:type="dxa"/>
            </w:tcMar>
            <w:vAlign w:val="center"/>
          </w:tcPr>
          <w:p w14:paraId="14ED56F7" w14:textId="77777777" w:rsidR="00D60D5E" w:rsidRDefault="00891EF0">
            <w:pPr>
              <w:spacing w:after="0" w:line="240" w:lineRule="auto"/>
              <w:jc w:val="center"/>
            </w:pPr>
            <w:r>
              <w:rPr>
                <w:rFonts w:eastAsia="Aptos"/>
                <w:color w:val="6A7075"/>
                <w:sz w:val="17"/>
              </w:rPr>
              <w:t>170-186</w:t>
            </w:r>
          </w:p>
        </w:tc>
        <w:tc>
          <w:tcPr>
            <w:tcW w:w="2648" w:type="dxa"/>
            <w:tcMar>
              <w:top w:w="28" w:type="dxa"/>
              <w:left w:w="38" w:type="dxa"/>
              <w:bottom w:w="28" w:type="dxa"/>
              <w:right w:w="38" w:type="dxa"/>
            </w:tcMar>
            <w:vAlign w:val="center"/>
          </w:tcPr>
          <w:p w14:paraId="702DFA73" w14:textId="77777777" w:rsidR="00D60D5E" w:rsidRDefault="00891EF0">
            <w:pPr>
              <w:spacing w:after="0" w:line="240" w:lineRule="auto"/>
            </w:pPr>
            <w:r>
              <w:rPr>
                <w:rFonts w:eastAsia="Aptos"/>
                <w:sz w:val="17"/>
              </w:rPr>
              <w:t>Baked Beans Honey 16 oz</w:t>
            </w:r>
          </w:p>
        </w:tc>
        <w:tc>
          <w:tcPr>
            <w:tcW w:w="630" w:type="dxa"/>
            <w:tcMar>
              <w:top w:w="28" w:type="dxa"/>
              <w:left w:w="38" w:type="dxa"/>
              <w:bottom w:w="28" w:type="dxa"/>
              <w:right w:w="38" w:type="dxa"/>
            </w:tcMar>
            <w:vAlign w:val="center"/>
          </w:tcPr>
          <w:p w14:paraId="2EEDFAE0" w14:textId="77777777" w:rsidR="00D60D5E" w:rsidRDefault="00891EF0">
            <w:pPr>
              <w:spacing w:after="0" w:line="240" w:lineRule="auto"/>
              <w:jc w:val="center"/>
            </w:pPr>
            <w:r>
              <w:rPr>
                <w:rFonts w:eastAsia="Aptos"/>
                <w:b/>
                <w:sz w:val="17"/>
              </w:rPr>
              <w:t>4.12</w:t>
            </w:r>
          </w:p>
        </w:tc>
        <w:tc>
          <w:tcPr>
            <w:tcW w:w="540" w:type="dxa"/>
            <w:tcMar>
              <w:top w:w="28" w:type="dxa"/>
              <w:left w:w="38" w:type="dxa"/>
              <w:bottom w:w="28" w:type="dxa"/>
              <w:right w:w="38" w:type="dxa"/>
            </w:tcMar>
            <w:vAlign w:val="center"/>
          </w:tcPr>
          <w:p w14:paraId="7ABE28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315BD4" w14:textId="77777777" w:rsidR="00D60D5E" w:rsidRDefault="00D60D5E">
            <w:pPr>
              <w:jc w:val="center"/>
            </w:pPr>
          </w:p>
        </w:tc>
      </w:tr>
      <w:tr w:rsidR="00D60D5E" w14:paraId="70504638" w14:textId="77777777" w:rsidTr="000617E0">
        <w:trPr>
          <w:cantSplit/>
          <w:jc w:val="center"/>
        </w:trPr>
        <w:tc>
          <w:tcPr>
            <w:tcW w:w="677" w:type="dxa"/>
            <w:tcMar>
              <w:top w:w="28" w:type="dxa"/>
              <w:left w:w="38" w:type="dxa"/>
              <w:bottom w:w="28" w:type="dxa"/>
              <w:right w:w="38" w:type="dxa"/>
            </w:tcMar>
            <w:vAlign w:val="center"/>
          </w:tcPr>
          <w:p w14:paraId="62FCEE56" w14:textId="77777777" w:rsidR="00D60D5E" w:rsidRDefault="00891EF0">
            <w:pPr>
              <w:spacing w:after="0" w:line="240" w:lineRule="auto"/>
              <w:jc w:val="center"/>
            </w:pPr>
            <w:r>
              <w:rPr>
                <w:rFonts w:eastAsia="Aptos"/>
                <w:color w:val="6A7075"/>
                <w:sz w:val="17"/>
              </w:rPr>
              <w:t>170-190</w:t>
            </w:r>
          </w:p>
        </w:tc>
        <w:tc>
          <w:tcPr>
            <w:tcW w:w="2648" w:type="dxa"/>
            <w:tcMar>
              <w:top w:w="28" w:type="dxa"/>
              <w:left w:w="38" w:type="dxa"/>
              <w:bottom w:w="28" w:type="dxa"/>
              <w:right w:w="38" w:type="dxa"/>
            </w:tcMar>
            <w:vAlign w:val="center"/>
          </w:tcPr>
          <w:p w14:paraId="1C5048E3" w14:textId="77777777" w:rsidR="00D60D5E" w:rsidRDefault="00891EF0">
            <w:pPr>
              <w:spacing w:after="0" w:line="240" w:lineRule="auto"/>
            </w:pPr>
            <w:r>
              <w:rPr>
                <w:rFonts w:eastAsia="Aptos"/>
                <w:sz w:val="17"/>
              </w:rPr>
              <w:t>Baked Beans 16oz</w:t>
            </w:r>
          </w:p>
        </w:tc>
        <w:tc>
          <w:tcPr>
            <w:tcW w:w="630" w:type="dxa"/>
            <w:tcMar>
              <w:top w:w="28" w:type="dxa"/>
              <w:left w:w="38" w:type="dxa"/>
              <w:bottom w:w="28" w:type="dxa"/>
              <w:right w:w="38" w:type="dxa"/>
            </w:tcMar>
            <w:vAlign w:val="center"/>
          </w:tcPr>
          <w:p w14:paraId="4F08F8AB" w14:textId="77777777" w:rsidR="00D60D5E" w:rsidRDefault="00891EF0">
            <w:pPr>
              <w:spacing w:after="0" w:line="240" w:lineRule="auto"/>
              <w:jc w:val="center"/>
            </w:pPr>
            <w:r>
              <w:rPr>
                <w:rFonts w:eastAsia="Aptos"/>
                <w:b/>
                <w:sz w:val="17"/>
              </w:rPr>
              <w:t>2.98</w:t>
            </w:r>
          </w:p>
        </w:tc>
        <w:tc>
          <w:tcPr>
            <w:tcW w:w="540" w:type="dxa"/>
            <w:tcMar>
              <w:top w:w="28" w:type="dxa"/>
              <w:left w:w="38" w:type="dxa"/>
              <w:bottom w:w="28" w:type="dxa"/>
              <w:right w:w="38" w:type="dxa"/>
            </w:tcMar>
            <w:vAlign w:val="center"/>
          </w:tcPr>
          <w:p w14:paraId="2638878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B4CE03" w14:textId="77777777" w:rsidR="00D60D5E" w:rsidRDefault="00D60D5E">
            <w:pPr>
              <w:jc w:val="center"/>
            </w:pPr>
          </w:p>
        </w:tc>
      </w:tr>
      <w:tr w:rsidR="00D60D5E" w14:paraId="077C319C" w14:textId="77777777" w:rsidTr="000617E0">
        <w:trPr>
          <w:cantSplit/>
          <w:jc w:val="center"/>
        </w:trPr>
        <w:tc>
          <w:tcPr>
            <w:tcW w:w="677" w:type="dxa"/>
            <w:tcMar>
              <w:top w:w="28" w:type="dxa"/>
              <w:left w:w="38" w:type="dxa"/>
              <w:bottom w:w="28" w:type="dxa"/>
              <w:right w:w="38" w:type="dxa"/>
            </w:tcMar>
            <w:vAlign w:val="center"/>
          </w:tcPr>
          <w:p w14:paraId="52A2B938" w14:textId="77777777" w:rsidR="00D60D5E" w:rsidRDefault="00891EF0">
            <w:pPr>
              <w:spacing w:after="0" w:line="240" w:lineRule="auto"/>
              <w:jc w:val="center"/>
            </w:pPr>
            <w:r>
              <w:rPr>
                <w:rFonts w:eastAsia="Aptos"/>
                <w:color w:val="6A7075"/>
                <w:sz w:val="17"/>
              </w:rPr>
              <w:t>170-195</w:t>
            </w:r>
          </w:p>
        </w:tc>
        <w:tc>
          <w:tcPr>
            <w:tcW w:w="2648" w:type="dxa"/>
            <w:tcMar>
              <w:top w:w="28" w:type="dxa"/>
              <w:left w:w="38" w:type="dxa"/>
              <w:bottom w:w="28" w:type="dxa"/>
              <w:right w:w="38" w:type="dxa"/>
            </w:tcMar>
            <w:vAlign w:val="center"/>
          </w:tcPr>
          <w:p w14:paraId="47A88251" w14:textId="77777777" w:rsidR="00D60D5E" w:rsidRDefault="00891EF0">
            <w:pPr>
              <w:spacing w:after="0" w:line="240" w:lineRule="auto"/>
            </w:pPr>
            <w:r>
              <w:rPr>
                <w:rFonts w:eastAsia="Aptos"/>
                <w:sz w:val="17"/>
              </w:rPr>
              <w:t>Tomato Whole 14.5oz</w:t>
            </w:r>
          </w:p>
        </w:tc>
        <w:tc>
          <w:tcPr>
            <w:tcW w:w="630" w:type="dxa"/>
            <w:tcMar>
              <w:top w:w="28" w:type="dxa"/>
              <w:left w:w="38" w:type="dxa"/>
              <w:bottom w:w="28" w:type="dxa"/>
              <w:right w:w="38" w:type="dxa"/>
            </w:tcMar>
            <w:vAlign w:val="center"/>
          </w:tcPr>
          <w:p w14:paraId="269C49A0" w14:textId="77777777" w:rsidR="00D60D5E" w:rsidRDefault="00891EF0">
            <w:pPr>
              <w:spacing w:after="0" w:line="240" w:lineRule="auto"/>
              <w:jc w:val="center"/>
            </w:pPr>
            <w:r>
              <w:rPr>
                <w:rFonts w:eastAsia="Aptos"/>
                <w:b/>
                <w:sz w:val="17"/>
              </w:rPr>
              <w:t>3.90</w:t>
            </w:r>
          </w:p>
        </w:tc>
        <w:tc>
          <w:tcPr>
            <w:tcW w:w="540" w:type="dxa"/>
            <w:tcMar>
              <w:top w:w="28" w:type="dxa"/>
              <w:left w:w="38" w:type="dxa"/>
              <w:bottom w:w="28" w:type="dxa"/>
              <w:right w:w="38" w:type="dxa"/>
            </w:tcMar>
            <w:vAlign w:val="center"/>
          </w:tcPr>
          <w:p w14:paraId="54C13DB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4687C7B" w14:textId="77777777" w:rsidR="00D60D5E" w:rsidRDefault="00D60D5E">
            <w:pPr>
              <w:jc w:val="center"/>
            </w:pPr>
          </w:p>
        </w:tc>
      </w:tr>
      <w:tr w:rsidR="00D60D5E" w14:paraId="6E093522" w14:textId="77777777" w:rsidTr="000617E0">
        <w:trPr>
          <w:cantSplit/>
          <w:jc w:val="center"/>
        </w:trPr>
        <w:tc>
          <w:tcPr>
            <w:tcW w:w="677" w:type="dxa"/>
            <w:tcMar>
              <w:top w:w="28" w:type="dxa"/>
              <w:left w:w="38" w:type="dxa"/>
              <w:bottom w:w="28" w:type="dxa"/>
              <w:right w:w="38" w:type="dxa"/>
            </w:tcMar>
            <w:vAlign w:val="center"/>
          </w:tcPr>
          <w:p w14:paraId="4287E69E" w14:textId="77777777" w:rsidR="00D60D5E" w:rsidRDefault="00891EF0">
            <w:pPr>
              <w:spacing w:after="0" w:line="240" w:lineRule="auto"/>
              <w:jc w:val="center"/>
            </w:pPr>
            <w:r>
              <w:rPr>
                <w:rFonts w:eastAsia="Aptos"/>
                <w:color w:val="6A7075"/>
                <w:sz w:val="17"/>
              </w:rPr>
              <w:t>170-200</w:t>
            </w:r>
          </w:p>
        </w:tc>
        <w:tc>
          <w:tcPr>
            <w:tcW w:w="2648" w:type="dxa"/>
            <w:tcMar>
              <w:top w:w="28" w:type="dxa"/>
              <w:left w:w="38" w:type="dxa"/>
              <w:bottom w:w="28" w:type="dxa"/>
              <w:right w:w="38" w:type="dxa"/>
            </w:tcMar>
            <w:vAlign w:val="center"/>
          </w:tcPr>
          <w:p w14:paraId="72A71708" w14:textId="77777777" w:rsidR="00D60D5E" w:rsidRDefault="00891EF0">
            <w:pPr>
              <w:spacing w:after="0" w:line="240" w:lineRule="auto"/>
            </w:pPr>
            <w:r>
              <w:rPr>
                <w:rFonts w:eastAsia="Aptos"/>
                <w:sz w:val="17"/>
              </w:rPr>
              <w:t>Tomato Diced Italian 14.5oz</w:t>
            </w:r>
          </w:p>
        </w:tc>
        <w:tc>
          <w:tcPr>
            <w:tcW w:w="630" w:type="dxa"/>
            <w:tcMar>
              <w:top w:w="28" w:type="dxa"/>
              <w:left w:w="38" w:type="dxa"/>
              <w:bottom w:w="28" w:type="dxa"/>
              <w:right w:w="38" w:type="dxa"/>
            </w:tcMar>
            <w:vAlign w:val="center"/>
          </w:tcPr>
          <w:p w14:paraId="0F2B93BB" w14:textId="77777777" w:rsidR="00D60D5E" w:rsidRDefault="00891EF0">
            <w:pPr>
              <w:spacing w:after="0" w:line="240" w:lineRule="auto"/>
              <w:jc w:val="center"/>
            </w:pPr>
            <w:r>
              <w:rPr>
                <w:rFonts w:eastAsia="Aptos"/>
                <w:b/>
                <w:sz w:val="17"/>
              </w:rPr>
              <w:t>4.32</w:t>
            </w:r>
          </w:p>
        </w:tc>
        <w:tc>
          <w:tcPr>
            <w:tcW w:w="540" w:type="dxa"/>
            <w:tcMar>
              <w:top w:w="28" w:type="dxa"/>
              <w:left w:w="38" w:type="dxa"/>
              <w:bottom w:w="28" w:type="dxa"/>
              <w:right w:w="38" w:type="dxa"/>
            </w:tcMar>
            <w:vAlign w:val="center"/>
          </w:tcPr>
          <w:p w14:paraId="15CF30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7C9266" w14:textId="77777777" w:rsidR="00D60D5E" w:rsidRDefault="00D60D5E">
            <w:pPr>
              <w:jc w:val="center"/>
            </w:pPr>
          </w:p>
        </w:tc>
      </w:tr>
      <w:tr w:rsidR="00D60D5E" w14:paraId="14625BCE" w14:textId="77777777" w:rsidTr="000617E0">
        <w:trPr>
          <w:cantSplit/>
          <w:jc w:val="center"/>
        </w:trPr>
        <w:tc>
          <w:tcPr>
            <w:tcW w:w="677" w:type="dxa"/>
            <w:tcMar>
              <w:top w:w="28" w:type="dxa"/>
              <w:left w:w="38" w:type="dxa"/>
              <w:bottom w:w="28" w:type="dxa"/>
              <w:right w:w="38" w:type="dxa"/>
            </w:tcMar>
            <w:vAlign w:val="center"/>
          </w:tcPr>
          <w:p w14:paraId="724850A2" w14:textId="77777777" w:rsidR="00D60D5E" w:rsidRDefault="00891EF0">
            <w:pPr>
              <w:spacing w:after="0" w:line="240" w:lineRule="auto"/>
              <w:jc w:val="center"/>
            </w:pPr>
            <w:r>
              <w:rPr>
                <w:rFonts w:eastAsia="Aptos"/>
                <w:color w:val="6A7075"/>
                <w:sz w:val="17"/>
              </w:rPr>
              <w:t>170-205</w:t>
            </w:r>
          </w:p>
        </w:tc>
        <w:tc>
          <w:tcPr>
            <w:tcW w:w="2648" w:type="dxa"/>
            <w:tcMar>
              <w:top w:w="28" w:type="dxa"/>
              <w:left w:w="38" w:type="dxa"/>
              <w:bottom w:w="28" w:type="dxa"/>
              <w:right w:w="38" w:type="dxa"/>
            </w:tcMar>
            <w:vAlign w:val="center"/>
          </w:tcPr>
          <w:p w14:paraId="5B4A5DA5" w14:textId="77777777" w:rsidR="00D60D5E" w:rsidRDefault="00891EF0">
            <w:pPr>
              <w:spacing w:after="0" w:line="240" w:lineRule="auto"/>
            </w:pPr>
            <w:r>
              <w:rPr>
                <w:rFonts w:eastAsia="Aptos"/>
                <w:sz w:val="17"/>
              </w:rPr>
              <w:t>Tomato Stewed 15oz (14.5oz)</w:t>
            </w:r>
          </w:p>
        </w:tc>
        <w:tc>
          <w:tcPr>
            <w:tcW w:w="630" w:type="dxa"/>
            <w:tcMar>
              <w:top w:w="28" w:type="dxa"/>
              <w:left w:w="38" w:type="dxa"/>
              <w:bottom w:w="28" w:type="dxa"/>
              <w:right w:w="38" w:type="dxa"/>
            </w:tcMar>
            <w:vAlign w:val="center"/>
          </w:tcPr>
          <w:p w14:paraId="4EF77A74"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0721831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AFDA9C" w14:textId="77777777" w:rsidR="00D60D5E" w:rsidRDefault="00D60D5E">
            <w:pPr>
              <w:jc w:val="center"/>
            </w:pPr>
          </w:p>
        </w:tc>
      </w:tr>
      <w:tr w:rsidR="00D60D5E" w14:paraId="1CDC187D" w14:textId="77777777" w:rsidTr="000617E0">
        <w:trPr>
          <w:cantSplit/>
          <w:jc w:val="center"/>
        </w:trPr>
        <w:tc>
          <w:tcPr>
            <w:tcW w:w="677" w:type="dxa"/>
            <w:tcMar>
              <w:top w:w="28" w:type="dxa"/>
              <w:left w:w="38" w:type="dxa"/>
              <w:bottom w:w="28" w:type="dxa"/>
              <w:right w:w="38" w:type="dxa"/>
            </w:tcMar>
            <w:vAlign w:val="center"/>
          </w:tcPr>
          <w:p w14:paraId="1C68AC1B" w14:textId="77777777" w:rsidR="00D60D5E" w:rsidRDefault="00891EF0">
            <w:pPr>
              <w:spacing w:after="0" w:line="240" w:lineRule="auto"/>
              <w:jc w:val="center"/>
            </w:pPr>
            <w:r>
              <w:rPr>
                <w:rFonts w:eastAsia="Aptos"/>
                <w:color w:val="6A7075"/>
                <w:sz w:val="17"/>
              </w:rPr>
              <w:t>170-210</w:t>
            </w:r>
          </w:p>
        </w:tc>
        <w:tc>
          <w:tcPr>
            <w:tcW w:w="2648" w:type="dxa"/>
            <w:tcMar>
              <w:top w:w="28" w:type="dxa"/>
              <w:left w:w="38" w:type="dxa"/>
              <w:bottom w:w="28" w:type="dxa"/>
              <w:right w:w="38" w:type="dxa"/>
            </w:tcMar>
            <w:vAlign w:val="center"/>
          </w:tcPr>
          <w:p w14:paraId="769F391C" w14:textId="77777777" w:rsidR="00D60D5E" w:rsidRDefault="00891EF0">
            <w:pPr>
              <w:spacing w:after="0" w:line="240" w:lineRule="auto"/>
            </w:pPr>
            <w:r>
              <w:rPr>
                <w:rFonts w:eastAsia="Aptos"/>
                <w:sz w:val="17"/>
              </w:rPr>
              <w:t>Mushroom Whole 8oz</w:t>
            </w:r>
          </w:p>
        </w:tc>
        <w:tc>
          <w:tcPr>
            <w:tcW w:w="630" w:type="dxa"/>
            <w:tcMar>
              <w:top w:w="28" w:type="dxa"/>
              <w:left w:w="38" w:type="dxa"/>
              <w:bottom w:w="28" w:type="dxa"/>
              <w:right w:w="38" w:type="dxa"/>
            </w:tcMar>
            <w:vAlign w:val="center"/>
          </w:tcPr>
          <w:p w14:paraId="555ED4F1" w14:textId="77777777" w:rsidR="00D60D5E" w:rsidRDefault="00891EF0">
            <w:pPr>
              <w:spacing w:after="0" w:line="240" w:lineRule="auto"/>
              <w:jc w:val="center"/>
            </w:pPr>
            <w:r>
              <w:rPr>
                <w:rFonts w:eastAsia="Aptos"/>
                <w:b/>
                <w:sz w:val="17"/>
              </w:rPr>
              <w:t>4.75</w:t>
            </w:r>
          </w:p>
        </w:tc>
        <w:tc>
          <w:tcPr>
            <w:tcW w:w="540" w:type="dxa"/>
            <w:tcMar>
              <w:top w:w="28" w:type="dxa"/>
              <w:left w:w="38" w:type="dxa"/>
              <w:bottom w:w="28" w:type="dxa"/>
              <w:right w:w="38" w:type="dxa"/>
            </w:tcMar>
            <w:vAlign w:val="center"/>
          </w:tcPr>
          <w:p w14:paraId="321BFF7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233603" w14:textId="77777777" w:rsidR="00D60D5E" w:rsidRDefault="00D60D5E">
            <w:pPr>
              <w:jc w:val="center"/>
            </w:pPr>
          </w:p>
        </w:tc>
      </w:tr>
      <w:tr w:rsidR="00D60D5E" w14:paraId="7B82FA4D" w14:textId="77777777" w:rsidTr="000617E0">
        <w:trPr>
          <w:cantSplit/>
          <w:jc w:val="center"/>
        </w:trPr>
        <w:tc>
          <w:tcPr>
            <w:tcW w:w="677" w:type="dxa"/>
            <w:tcMar>
              <w:top w:w="28" w:type="dxa"/>
              <w:left w:w="38" w:type="dxa"/>
              <w:bottom w:w="28" w:type="dxa"/>
              <w:right w:w="38" w:type="dxa"/>
            </w:tcMar>
            <w:vAlign w:val="center"/>
          </w:tcPr>
          <w:p w14:paraId="42A42F94" w14:textId="77777777" w:rsidR="00D60D5E" w:rsidRDefault="00891EF0">
            <w:pPr>
              <w:spacing w:after="0" w:line="240" w:lineRule="auto"/>
              <w:jc w:val="center"/>
            </w:pPr>
            <w:r>
              <w:rPr>
                <w:rFonts w:eastAsia="Aptos"/>
                <w:color w:val="6A7075"/>
                <w:sz w:val="17"/>
              </w:rPr>
              <w:t>170-215</w:t>
            </w:r>
          </w:p>
        </w:tc>
        <w:tc>
          <w:tcPr>
            <w:tcW w:w="2648" w:type="dxa"/>
            <w:tcMar>
              <w:top w:w="28" w:type="dxa"/>
              <w:left w:w="38" w:type="dxa"/>
              <w:bottom w:w="28" w:type="dxa"/>
              <w:right w:w="38" w:type="dxa"/>
            </w:tcMar>
            <w:vAlign w:val="center"/>
          </w:tcPr>
          <w:p w14:paraId="2FC21523" w14:textId="77777777" w:rsidR="00D60D5E" w:rsidRDefault="00891EF0">
            <w:pPr>
              <w:spacing w:after="0" w:line="240" w:lineRule="auto"/>
            </w:pPr>
            <w:r>
              <w:rPr>
                <w:rFonts w:eastAsia="Aptos"/>
                <w:sz w:val="17"/>
              </w:rPr>
              <w:t>Mushroom sliced 4.5oz</w:t>
            </w:r>
          </w:p>
        </w:tc>
        <w:tc>
          <w:tcPr>
            <w:tcW w:w="630" w:type="dxa"/>
            <w:tcMar>
              <w:top w:w="28" w:type="dxa"/>
              <w:left w:w="38" w:type="dxa"/>
              <w:bottom w:w="28" w:type="dxa"/>
              <w:right w:w="38" w:type="dxa"/>
            </w:tcMar>
            <w:vAlign w:val="center"/>
          </w:tcPr>
          <w:p w14:paraId="43B1A76C" w14:textId="77777777" w:rsidR="00D60D5E" w:rsidRDefault="00891EF0">
            <w:pPr>
              <w:spacing w:after="0" w:line="240" w:lineRule="auto"/>
              <w:jc w:val="center"/>
            </w:pPr>
            <w:r>
              <w:rPr>
                <w:rFonts w:eastAsia="Aptos"/>
                <w:b/>
                <w:sz w:val="17"/>
              </w:rPr>
              <w:t>5.95</w:t>
            </w:r>
          </w:p>
        </w:tc>
        <w:tc>
          <w:tcPr>
            <w:tcW w:w="540" w:type="dxa"/>
            <w:tcMar>
              <w:top w:w="28" w:type="dxa"/>
              <w:left w:w="38" w:type="dxa"/>
              <w:bottom w:w="28" w:type="dxa"/>
              <w:right w:w="38" w:type="dxa"/>
            </w:tcMar>
            <w:vAlign w:val="center"/>
          </w:tcPr>
          <w:p w14:paraId="1170AD8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BEF9D4" w14:textId="77777777" w:rsidR="00D60D5E" w:rsidRDefault="00D60D5E">
            <w:pPr>
              <w:jc w:val="center"/>
            </w:pPr>
          </w:p>
        </w:tc>
      </w:tr>
      <w:tr w:rsidR="00D60D5E" w14:paraId="27D21B89" w14:textId="77777777" w:rsidTr="000617E0">
        <w:trPr>
          <w:cantSplit/>
          <w:jc w:val="center"/>
        </w:trPr>
        <w:tc>
          <w:tcPr>
            <w:tcW w:w="677" w:type="dxa"/>
            <w:shd w:val="clear" w:color="auto" w:fill="D9EAF7"/>
            <w:tcMar>
              <w:top w:w="28" w:type="dxa"/>
              <w:left w:w="38" w:type="dxa"/>
              <w:bottom w:w="28" w:type="dxa"/>
              <w:right w:w="38" w:type="dxa"/>
            </w:tcMar>
            <w:vAlign w:val="center"/>
          </w:tcPr>
          <w:p w14:paraId="6AC95654" w14:textId="77777777" w:rsidR="00D60D5E" w:rsidRDefault="00891EF0">
            <w:pPr>
              <w:spacing w:after="0" w:line="240" w:lineRule="auto"/>
              <w:jc w:val="center"/>
            </w:pPr>
            <w:r>
              <w:rPr>
                <w:rFonts w:eastAsia="Aptos"/>
                <w:b/>
                <w:color w:val="2F4F8F"/>
                <w:sz w:val="18"/>
              </w:rPr>
              <w:t>175-</w:t>
            </w:r>
          </w:p>
        </w:tc>
        <w:tc>
          <w:tcPr>
            <w:tcW w:w="2648" w:type="dxa"/>
            <w:shd w:val="clear" w:color="auto" w:fill="D9EAF7"/>
            <w:tcMar>
              <w:top w:w="28" w:type="dxa"/>
              <w:left w:w="38" w:type="dxa"/>
              <w:bottom w:w="28" w:type="dxa"/>
              <w:right w:w="38" w:type="dxa"/>
            </w:tcMar>
            <w:vAlign w:val="center"/>
          </w:tcPr>
          <w:p w14:paraId="4901C62E" w14:textId="77777777" w:rsidR="00D60D5E" w:rsidRDefault="00891EF0">
            <w:pPr>
              <w:spacing w:after="0" w:line="240" w:lineRule="auto"/>
            </w:pPr>
            <w:r>
              <w:rPr>
                <w:rFonts w:eastAsia="Aptos"/>
                <w:b/>
                <w:color w:val="2F4F8F"/>
                <w:sz w:val="18"/>
              </w:rPr>
              <w:t>FRUITS CANNED</w:t>
            </w:r>
          </w:p>
        </w:tc>
        <w:tc>
          <w:tcPr>
            <w:tcW w:w="630" w:type="dxa"/>
            <w:shd w:val="clear" w:color="auto" w:fill="D9EAF7"/>
            <w:tcMar>
              <w:top w:w="28" w:type="dxa"/>
              <w:left w:w="38" w:type="dxa"/>
              <w:bottom w:w="28" w:type="dxa"/>
              <w:right w:w="38" w:type="dxa"/>
            </w:tcMar>
            <w:vAlign w:val="center"/>
          </w:tcPr>
          <w:p w14:paraId="641CC1AE"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E3F0A6D"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37FC5C0" w14:textId="77777777" w:rsidR="00D60D5E" w:rsidRDefault="00D60D5E">
            <w:pPr>
              <w:jc w:val="center"/>
            </w:pPr>
          </w:p>
        </w:tc>
      </w:tr>
      <w:tr w:rsidR="00D60D5E" w14:paraId="3DC6F5A1" w14:textId="77777777" w:rsidTr="000617E0">
        <w:trPr>
          <w:cantSplit/>
          <w:jc w:val="center"/>
        </w:trPr>
        <w:tc>
          <w:tcPr>
            <w:tcW w:w="677" w:type="dxa"/>
            <w:tcMar>
              <w:top w:w="28" w:type="dxa"/>
              <w:left w:w="38" w:type="dxa"/>
              <w:bottom w:w="28" w:type="dxa"/>
              <w:right w:w="38" w:type="dxa"/>
            </w:tcMar>
            <w:vAlign w:val="center"/>
          </w:tcPr>
          <w:p w14:paraId="427726DE" w14:textId="77777777" w:rsidR="00D60D5E" w:rsidRDefault="00891EF0">
            <w:pPr>
              <w:spacing w:after="0" w:line="240" w:lineRule="auto"/>
              <w:jc w:val="center"/>
            </w:pPr>
            <w:r>
              <w:rPr>
                <w:rFonts w:eastAsia="Aptos"/>
                <w:color w:val="6A7075"/>
                <w:sz w:val="17"/>
              </w:rPr>
              <w:t>175-105</w:t>
            </w:r>
          </w:p>
        </w:tc>
        <w:tc>
          <w:tcPr>
            <w:tcW w:w="2648" w:type="dxa"/>
            <w:tcMar>
              <w:top w:w="28" w:type="dxa"/>
              <w:left w:w="38" w:type="dxa"/>
              <w:bottom w:w="28" w:type="dxa"/>
              <w:right w:w="38" w:type="dxa"/>
            </w:tcMar>
            <w:vAlign w:val="center"/>
          </w:tcPr>
          <w:p w14:paraId="701AF327" w14:textId="77777777" w:rsidR="00D60D5E" w:rsidRDefault="00891EF0">
            <w:pPr>
              <w:spacing w:after="0" w:line="240" w:lineRule="auto"/>
            </w:pPr>
            <w:r>
              <w:rPr>
                <w:rFonts w:eastAsia="Aptos"/>
                <w:sz w:val="17"/>
              </w:rPr>
              <w:t>Pears Halves 15oz (15.25 oz)</w:t>
            </w:r>
          </w:p>
        </w:tc>
        <w:tc>
          <w:tcPr>
            <w:tcW w:w="630" w:type="dxa"/>
            <w:tcMar>
              <w:top w:w="28" w:type="dxa"/>
              <w:left w:w="38" w:type="dxa"/>
              <w:bottom w:w="28" w:type="dxa"/>
              <w:right w:w="38" w:type="dxa"/>
            </w:tcMar>
            <w:vAlign w:val="center"/>
          </w:tcPr>
          <w:p w14:paraId="54EF1D92" w14:textId="77777777" w:rsidR="00D60D5E" w:rsidRDefault="00891EF0">
            <w:pPr>
              <w:spacing w:after="0" w:line="240" w:lineRule="auto"/>
              <w:jc w:val="center"/>
            </w:pPr>
            <w:r>
              <w:rPr>
                <w:rFonts w:eastAsia="Aptos"/>
                <w:b/>
                <w:sz w:val="17"/>
              </w:rPr>
              <w:t>3.35</w:t>
            </w:r>
          </w:p>
        </w:tc>
        <w:tc>
          <w:tcPr>
            <w:tcW w:w="540" w:type="dxa"/>
            <w:tcMar>
              <w:top w:w="28" w:type="dxa"/>
              <w:left w:w="38" w:type="dxa"/>
              <w:bottom w:w="28" w:type="dxa"/>
              <w:right w:w="38" w:type="dxa"/>
            </w:tcMar>
            <w:vAlign w:val="center"/>
          </w:tcPr>
          <w:p w14:paraId="744E54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C0743F5" w14:textId="77777777" w:rsidR="00D60D5E" w:rsidRDefault="00D60D5E">
            <w:pPr>
              <w:jc w:val="center"/>
            </w:pPr>
          </w:p>
        </w:tc>
      </w:tr>
      <w:tr w:rsidR="00D60D5E" w14:paraId="23278BAB" w14:textId="77777777" w:rsidTr="000617E0">
        <w:trPr>
          <w:cantSplit/>
          <w:jc w:val="center"/>
        </w:trPr>
        <w:tc>
          <w:tcPr>
            <w:tcW w:w="677" w:type="dxa"/>
            <w:tcMar>
              <w:top w:w="28" w:type="dxa"/>
              <w:left w:w="38" w:type="dxa"/>
              <w:bottom w:w="28" w:type="dxa"/>
              <w:right w:w="38" w:type="dxa"/>
            </w:tcMar>
            <w:vAlign w:val="center"/>
          </w:tcPr>
          <w:p w14:paraId="14CA036C" w14:textId="77777777" w:rsidR="00D60D5E" w:rsidRDefault="00891EF0">
            <w:pPr>
              <w:spacing w:after="0" w:line="240" w:lineRule="auto"/>
              <w:jc w:val="center"/>
            </w:pPr>
            <w:r>
              <w:rPr>
                <w:rFonts w:eastAsia="Aptos"/>
                <w:color w:val="6A7075"/>
                <w:sz w:val="17"/>
              </w:rPr>
              <w:t>175-110</w:t>
            </w:r>
          </w:p>
        </w:tc>
        <w:tc>
          <w:tcPr>
            <w:tcW w:w="2648" w:type="dxa"/>
            <w:tcMar>
              <w:top w:w="28" w:type="dxa"/>
              <w:left w:w="38" w:type="dxa"/>
              <w:bottom w:w="28" w:type="dxa"/>
              <w:right w:w="38" w:type="dxa"/>
            </w:tcMar>
            <w:vAlign w:val="center"/>
          </w:tcPr>
          <w:p w14:paraId="24F20939" w14:textId="77777777" w:rsidR="00D60D5E" w:rsidRDefault="00891EF0">
            <w:pPr>
              <w:spacing w:after="0" w:line="240" w:lineRule="auto"/>
            </w:pPr>
            <w:r>
              <w:rPr>
                <w:rFonts w:eastAsia="Aptos"/>
                <w:sz w:val="17"/>
              </w:rPr>
              <w:t>Peach Halves 29oz</w:t>
            </w:r>
          </w:p>
        </w:tc>
        <w:tc>
          <w:tcPr>
            <w:tcW w:w="630" w:type="dxa"/>
            <w:tcMar>
              <w:top w:w="28" w:type="dxa"/>
              <w:left w:w="38" w:type="dxa"/>
              <w:bottom w:w="28" w:type="dxa"/>
              <w:right w:w="38" w:type="dxa"/>
            </w:tcMar>
            <w:vAlign w:val="center"/>
          </w:tcPr>
          <w:p w14:paraId="74589204" w14:textId="77777777" w:rsidR="00D60D5E" w:rsidRDefault="00891EF0">
            <w:pPr>
              <w:spacing w:after="0" w:line="240" w:lineRule="auto"/>
              <w:jc w:val="center"/>
            </w:pPr>
            <w:r>
              <w:rPr>
                <w:rFonts w:eastAsia="Aptos"/>
                <w:b/>
                <w:sz w:val="17"/>
              </w:rPr>
              <w:t>8.38</w:t>
            </w:r>
          </w:p>
        </w:tc>
        <w:tc>
          <w:tcPr>
            <w:tcW w:w="540" w:type="dxa"/>
            <w:tcMar>
              <w:top w:w="28" w:type="dxa"/>
              <w:left w:w="38" w:type="dxa"/>
              <w:bottom w:w="28" w:type="dxa"/>
              <w:right w:w="38" w:type="dxa"/>
            </w:tcMar>
            <w:vAlign w:val="center"/>
          </w:tcPr>
          <w:p w14:paraId="04E69A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B42621" w14:textId="77777777" w:rsidR="00D60D5E" w:rsidRDefault="00D60D5E">
            <w:pPr>
              <w:jc w:val="center"/>
            </w:pPr>
          </w:p>
        </w:tc>
      </w:tr>
      <w:tr w:rsidR="00D60D5E" w14:paraId="447F70C2" w14:textId="77777777" w:rsidTr="000617E0">
        <w:trPr>
          <w:cantSplit/>
          <w:jc w:val="center"/>
        </w:trPr>
        <w:tc>
          <w:tcPr>
            <w:tcW w:w="677" w:type="dxa"/>
            <w:tcMar>
              <w:top w:w="28" w:type="dxa"/>
              <w:left w:w="38" w:type="dxa"/>
              <w:bottom w:w="28" w:type="dxa"/>
              <w:right w:w="38" w:type="dxa"/>
            </w:tcMar>
            <w:vAlign w:val="center"/>
          </w:tcPr>
          <w:p w14:paraId="3F25E421" w14:textId="77777777" w:rsidR="00D60D5E" w:rsidRDefault="00891EF0">
            <w:pPr>
              <w:spacing w:after="0" w:line="240" w:lineRule="auto"/>
              <w:jc w:val="center"/>
            </w:pPr>
            <w:r>
              <w:rPr>
                <w:rFonts w:eastAsia="Aptos"/>
                <w:color w:val="6A7075"/>
                <w:sz w:val="17"/>
              </w:rPr>
              <w:t>175-115</w:t>
            </w:r>
          </w:p>
        </w:tc>
        <w:tc>
          <w:tcPr>
            <w:tcW w:w="2648" w:type="dxa"/>
            <w:tcMar>
              <w:top w:w="28" w:type="dxa"/>
              <w:left w:w="38" w:type="dxa"/>
              <w:bottom w:w="28" w:type="dxa"/>
              <w:right w:w="38" w:type="dxa"/>
            </w:tcMar>
            <w:vAlign w:val="center"/>
          </w:tcPr>
          <w:p w14:paraId="2BADAAFE" w14:textId="77777777" w:rsidR="00D60D5E" w:rsidRDefault="00891EF0">
            <w:pPr>
              <w:spacing w:after="0" w:line="240" w:lineRule="auto"/>
            </w:pPr>
            <w:r>
              <w:rPr>
                <w:rFonts w:eastAsia="Aptos"/>
                <w:sz w:val="17"/>
              </w:rPr>
              <w:t>Apricots Halves 15oz (15.75oz)</w:t>
            </w:r>
          </w:p>
        </w:tc>
        <w:tc>
          <w:tcPr>
            <w:tcW w:w="630" w:type="dxa"/>
            <w:tcMar>
              <w:top w:w="28" w:type="dxa"/>
              <w:left w:w="38" w:type="dxa"/>
              <w:bottom w:w="28" w:type="dxa"/>
              <w:right w:w="38" w:type="dxa"/>
            </w:tcMar>
            <w:vAlign w:val="center"/>
          </w:tcPr>
          <w:p w14:paraId="4085A66B"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624E30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95A8F3" w14:textId="77777777" w:rsidR="00D60D5E" w:rsidRDefault="00D60D5E">
            <w:pPr>
              <w:jc w:val="center"/>
            </w:pPr>
          </w:p>
        </w:tc>
      </w:tr>
      <w:tr w:rsidR="00D60D5E" w14:paraId="5852E2B4" w14:textId="77777777" w:rsidTr="000617E0">
        <w:trPr>
          <w:cantSplit/>
          <w:jc w:val="center"/>
        </w:trPr>
        <w:tc>
          <w:tcPr>
            <w:tcW w:w="677" w:type="dxa"/>
            <w:tcMar>
              <w:top w:w="28" w:type="dxa"/>
              <w:left w:w="38" w:type="dxa"/>
              <w:bottom w:w="28" w:type="dxa"/>
              <w:right w:w="38" w:type="dxa"/>
            </w:tcMar>
            <w:vAlign w:val="center"/>
          </w:tcPr>
          <w:p w14:paraId="68158D54" w14:textId="77777777" w:rsidR="00D60D5E" w:rsidRDefault="00891EF0">
            <w:pPr>
              <w:spacing w:after="0" w:line="240" w:lineRule="auto"/>
              <w:jc w:val="center"/>
            </w:pPr>
            <w:r>
              <w:rPr>
                <w:rFonts w:eastAsia="Aptos"/>
                <w:color w:val="6A7075"/>
                <w:sz w:val="17"/>
              </w:rPr>
              <w:t>175-120</w:t>
            </w:r>
          </w:p>
        </w:tc>
        <w:tc>
          <w:tcPr>
            <w:tcW w:w="2648" w:type="dxa"/>
            <w:tcMar>
              <w:top w:w="28" w:type="dxa"/>
              <w:left w:w="38" w:type="dxa"/>
              <w:bottom w:w="28" w:type="dxa"/>
              <w:right w:w="38" w:type="dxa"/>
            </w:tcMar>
            <w:vAlign w:val="center"/>
          </w:tcPr>
          <w:p w14:paraId="1DDBBAF7" w14:textId="77777777" w:rsidR="00D60D5E" w:rsidRDefault="00891EF0">
            <w:pPr>
              <w:spacing w:after="0" w:line="240" w:lineRule="auto"/>
            </w:pPr>
            <w:r>
              <w:rPr>
                <w:rFonts w:eastAsia="Aptos"/>
                <w:sz w:val="17"/>
              </w:rPr>
              <w:t>Mango Slices 16oz</w:t>
            </w:r>
          </w:p>
        </w:tc>
        <w:tc>
          <w:tcPr>
            <w:tcW w:w="630" w:type="dxa"/>
            <w:tcMar>
              <w:top w:w="28" w:type="dxa"/>
              <w:left w:w="38" w:type="dxa"/>
              <w:bottom w:w="28" w:type="dxa"/>
              <w:right w:w="38" w:type="dxa"/>
            </w:tcMar>
            <w:vAlign w:val="center"/>
          </w:tcPr>
          <w:p w14:paraId="11A05B58" w14:textId="77777777" w:rsidR="00D60D5E" w:rsidRDefault="00891EF0">
            <w:pPr>
              <w:spacing w:after="0" w:line="240" w:lineRule="auto"/>
              <w:jc w:val="center"/>
            </w:pPr>
            <w:r>
              <w:rPr>
                <w:rFonts w:eastAsia="Aptos"/>
                <w:b/>
                <w:sz w:val="17"/>
              </w:rPr>
              <w:t>2.69</w:t>
            </w:r>
          </w:p>
        </w:tc>
        <w:tc>
          <w:tcPr>
            <w:tcW w:w="540" w:type="dxa"/>
            <w:tcMar>
              <w:top w:w="28" w:type="dxa"/>
              <w:left w:w="38" w:type="dxa"/>
              <w:bottom w:w="28" w:type="dxa"/>
              <w:right w:w="38" w:type="dxa"/>
            </w:tcMar>
            <w:vAlign w:val="center"/>
          </w:tcPr>
          <w:p w14:paraId="4FDCE8A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D54207" w14:textId="77777777" w:rsidR="00D60D5E" w:rsidRDefault="00D60D5E">
            <w:pPr>
              <w:jc w:val="center"/>
            </w:pPr>
          </w:p>
        </w:tc>
      </w:tr>
      <w:tr w:rsidR="00D60D5E" w14:paraId="34A7D69B" w14:textId="77777777" w:rsidTr="000617E0">
        <w:trPr>
          <w:cantSplit/>
          <w:jc w:val="center"/>
        </w:trPr>
        <w:tc>
          <w:tcPr>
            <w:tcW w:w="677" w:type="dxa"/>
            <w:tcMar>
              <w:top w:w="28" w:type="dxa"/>
              <w:left w:w="38" w:type="dxa"/>
              <w:bottom w:w="28" w:type="dxa"/>
              <w:right w:w="38" w:type="dxa"/>
            </w:tcMar>
            <w:vAlign w:val="center"/>
          </w:tcPr>
          <w:p w14:paraId="7ECFFD43" w14:textId="77777777" w:rsidR="00D60D5E" w:rsidRDefault="00891EF0">
            <w:pPr>
              <w:spacing w:after="0" w:line="240" w:lineRule="auto"/>
              <w:jc w:val="center"/>
            </w:pPr>
            <w:r>
              <w:rPr>
                <w:rFonts w:eastAsia="Aptos"/>
                <w:color w:val="6A7075"/>
                <w:sz w:val="17"/>
              </w:rPr>
              <w:t>175-125</w:t>
            </w:r>
          </w:p>
        </w:tc>
        <w:tc>
          <w:tcPr>
            <w:tcW w:w="2648" w:type="dxa"/>
            <w:tcMar>
              <w:top w:w="28" w:type="dxa"/>
              <w:left w:w="38" w:type="dxa"/>
              <w:bottom w:w="28" w:type="dxa"/>
              <w:right w:w="38" w:type="dxa"/>
            </w:tcMar>
            <w:vAlign w:val="center"/>
          </w:tcPr>
          <w:p w14:paraId="0C33E66F" w14:textId="77777777" w:rsidR="00D60D5E" w:rsidRDefault="00891EF0">
            <w:pPr>
              <w:spacing w:after="0" w:line="240" w:lineRule="auto"/>
            </w:pPr>
            <w:r>
              <w:rPr>
                <w:rFonts w:eastAsia="Aptos"/>
                <w:sz w:val="17"/>
              </w:rPr>
              <w:t>Pineapple Chunks 15oz (15.5oz)</w:t>
            </w:r>
          </w:p>
        </w:tc>
        <w:tc>
          <w:tcPr>
            <w:tcW w:w="630" w:type="dxa"/>
            <w:tcMar>
              <w:top w:w="28" w:type="dxa"/>
              <w:left w:w="38" w:type="dxa"/>
              <w:bottom w:w="28" w:type="dxa"/>
              <w:right w:w="38" w:type="dxa"/>
            </w:tcMar>
            <w:vAlign w:val="center"/>
          </w:tcPr>
          <w:p w14:paraId="3E1BE3CD" w14:textId="77777777" w:rsidR="00D60D5E" w:rsidRDefault="00891EF0">
            <w:pPr>
              <w:spacing w:after="0" w:line="240" w:lineRule="auto"/>
              <w:jc w:val="center"/>
            </w:pPr>
            <w:r>
              <w:rPr>
                <w:rFonts w:eastAsia="Aptos"/>
                <w:b/>
                <w:sz w:val="17"/>
              </w:rPr>
              <w:t>3.83</w:t>
            </w:r>
          </w:p>
        </w:tc>
        <w:tc>
          <w:tcPr>
            <w:tcW w:w="540" w:type="dxa"/>
            <w:tcMar>
              <w:top w:w="28" w:type="dxa"/>
              <w:left w:w="38" w:type="dxa"/>
              <w:bottom w:w="28" w:type="dxa"/>
              <w:right w:w="38" w:type="dxa"/>
            </w:tcMar>
            <w:vAlign w:val="center"/>
          </w:tcPr>
          <w:p w14:paraId="4EFF01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DBC1D5" w14:textId="77777777" w:rsidR="00D60D5E" w:rsidRDefault="00D60D5E">
            <w:pPr>
              <w:jc w:val="center"/>
            </w:pPr>
          </w:p>
        </w:tc>
      </w:tr>
      <w:tr w:rsidR="00D60D5E" w14:paraId="598D47C6" w14:textId="77777777" w:rsidTr="000617E0">
        <w:trPr>
          <w:cantSplit/>
          <w:jc w:val="center"/>
        </w:trPr>
        <w:tc>
          <w:tcPr>
            <w:tcW w:w="677" w:type="dxa"/>
            <w:tcMar>
              <w:top w:w="28" w:type="dxa"/>
              <w:left w:w="38" w:type="dxa"/>
              <w:bottom w:w="28" w:type="dxa"/>
              <w:right w:w="38" w:type="dxa"/>
            </w:tcMar>
            <w:vAlign w:val="center"/>
          </w:tcPr>
          <w:p w14:paraId="25E0C410" w14:textId="77777777" w:rsidR="00D60D5E" w:rsidRDefault="00891EF0">
            <w:pPr>
              <w:spacing w:after="0" w:line="240" w:lineRule="auto"/>
              <w:jc w:val="center"/>
            </w:pPr>
            <w:r>
              <w:rPr>
                <w:rFonts w:eastAsia="Aptos"/>
                <w:color w:val="6A7075"/>
                <w:sz w:val="17"/>
              </w:rPr>
              <w:t>175-130</w:t>
            </w:r>
          </w:p>
        </w:tc>
        <w:tc>
          <w:tcPr>
            <w:tcW w:w="2648" w:type="dxa"/>
            <w:tcMar>
              <w:top w:w="28" w:type="dxa"/>
              <w:left w:w="38" w:type="dxa"/>
              <w:bottom w:w="28" w:type="dxa"/>
              <w:right w:w="38" w:type="dxa"/>
            </w:tcMar>
            <w:vAlign w:val="center"/>
          </w:tcPr>
          <w:p w14:paraId="3ACE65CA" w14:textId="77777777" w:rsidR="00D60D5E" w:rsidRDefault="00891EF0">
            <w:pPr>
              <w:spacing w:after="0" w:line="240" w:lineRule="auto"/>
            </w:pPr>
            <w:r>
              <w:rPr>
                <w:rFonts w:eastAsia="Aptos"/>
                <w:sz w:val="17"/>
              </w:rPr>
              <w:t>Pineapple Slices 20oz</w:t>
            </w:r>
          </w:p>
        </w:tc>
        <w:tc>
          <w:tcPr>
            <w:tcW w:w="630" w:type="dxa"/>
            <w:tcMar>
              <w:top w:w="28" w:type="dxa"/>
              <w:left w:w="38" w:type="dxa"/>
              <w:bottom w:w="28" w:type="dxa"/>
              <w:right w:w="38" w:type="dxa"/>
            </w:tcMar>
            <w:vAlign w:val="center"/>
          </w:tcPr>
          <w:p w14:paraId="1B23D745" w14:textId="77777777" w:rsidR="00D60D5E" w:rsidRDefault="00891EF0">
            <w:pPr>
              <w:spacing w:after="0" w:line="240" w:lineRule="auto"/>
              <w:jc w:val="center"/>
            </w:pPr>
            <w:r>
              <w:rPr>
                <w:rFonts w:eastAsia="Aptos"/>
                <w:b/>
                <w:sz w:val="17"/>
              </w:rPr>
              <w:t>3.55</w:t>
            </w:r>
          </w:p>
        </w:tc>
        <w:tc>
          <w:tcPr>
            <w:tcW w:w="540" w:type="dxa"/>
            <w:tcMar>
              <w:top w:w="28" w:type="dxa"/>
              <w:left w:w="38" w:type="dxa"/>
              <w:bottom w:w="28" w:type="dxa"/>
              <w:right w:w="38" w:type="dxa"/>
            </w:tcMar>
            <w:vAlign w:val="center"/>
          </w:tcPr>
          <w:p w14:paraId="4906203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0F005B" w14:textId="77777777" w:rsidR="00D60D5E" w:rsidRDefault="00D60D5E">
            <w:pPr>
              <w:jc w:val="center"/>
            </w:pPr>
          </w:p>
        </w:tc>
      </w:tr>
      <w:tr w:rsidR="00D60D5E" w14:paraId="2B24ED46" w14:textId="77777777" w:rsidTr="000617E0">
        <w:trPr>
          <w:cantSplit/>
          <w:jc w:val="center"/>
        </w:trPr>
        <w:tc>
          <w:tcPr>
            <w:tcW w:w="677" w:type="dxa"/>
            <w:tcMar>
              <w:top w:w="28" w:type="dxa"/>
              <w:left w:w="38" w:type="dxa"/>
              <w:bottom w:w="28" w:type="dxa"/>
              <w:right w:w="38" w:type="dxa"/>
            </w:tcMar>
            <w:vAlign w:val="center"/>
          </w:tcPr>
          <w:p w14:paraId="1C0750EC" w14:textId="77777777" w:rsidR="00D60D5E" w:rsidRDefault="00891EF0">
            <w:pPr>
              <w:spacing w:after="0" w:line="240" w:lineRule="auto"/>
              <w:jc w:val="center"/>
            </w:pPr>
            <w:r>
              <w:rPr>
                <w:rFonts w:eastAsia="Aptos"/>
                <w:color w:val="6A7075"/>
                <w:sz w:val="17"/>
              </w:rPr>
              <w:t>175-135</w:t>
            </w:r>
          </w:p>
        </w:tc>
        <w:tc>
          <w:tcPr>
            <w:tcW w:w="2648" w:type="dxa"/>
            <w:tcMar>
              <w:top w:w="28" w:type="dxa"/>
              <w:left w:w="38" w:type="dxa"/>
              <w:bottom w:w="28" w:type="dxa"/>
              <w:right w:w="38" w:type="dxa"/>
            </w:tcMar>
            <w:vAlign w:val="center"/>
          </w:tcPr>
          <w:p w14:paraId="5FB826FA" w14:textId="77777777" w:rsidR="00D60D5E" w:rsidRDefault="00891EF0">
            <w:pPr>
              <w:spacing w:after="0" w:line="240" w:lineRule="auto"/>
            </w:pPr>
            <w:r>
              <w:rPr>
                <w:rFonts w:eastAsia="Aptos"/>
                <w:sz w:val="17"/>
              </w:rPr>
              <w:t>Pineapple Crushed 20oz</w:t>
            </w:r>
          </w:p>
        </w:tc>
        <w:tc>
          <w:tcPr>
            <w:tcW w:w="630" w:type="dxa"/>
            <w:tcMar>
              <w:top w:w="28" w:type="dxa"/>
              <w:left w:w="38" w:type="dxa"/>
              <w:bottom w:w="28" w:type="dxa"/>
              <w:right w:w="38" w:type="dxa"/>
            </w:tcMar>
            <w:vAlign w:val="center"/>
          </w:tcPr>
          <w:p w14:paraId="36BC3C55" w14:textId="77777777" w:rsidR="00D60D5E" w:rsidRDefault="00891EF0">
            <w:pPr>
              <w:spacing w:after="0" w:line="240" w:lineRule="auto"/>
              <w:jc w:val="center"/>
            </w:pPr>
            <w:r>
              <w:rPr>
                <w:rFonts w:eastAsia="Aptos"/>
                <w:b/>
                <w:sz w:val="17"/>
              </w:rPr>
              <w:t>3.48</w:t>
            </w:r>
          </w:p>
        </w:tc>
        <w:tc>
          <w:tcPr>
            <w:tcW w:w="540" w:type="dxa"/>
            <w:tcMar>
              <w:top w:w="28" w:type="dxa"/>
              <w:left w:w="38" w:type="dxa"/>
              <w:bottom w:w="28" w:type="dxa"/>
              <w:right w:w="38" w:type="dxa"/>
            </w:tcMar>
            <w:vAlign w:val="center"/>
          </w:tcPr>
          <w:p w14:paraId="6E6357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2E3144" w14:textId="77777777" w:rsidR="00D60D5E" w:rsidRDefault="00D60D5E">
            <w:pPr>
              <w:jc w:val="center"/>
            </w:pPr>
          </w:p>
        </w:tc>
      </w:tr>
      <w:tr w:rsidR="00D60D5E" w14:paraId="46ABF498" w14:textId="77777777" w:rsidTr="000617E0">
        <w:trPr>
          <w:cantSplit/>
          <w:jc w:val="center"/>
        </w:trPr>
        <w:tc>
          <w:tcPr>
            <w:tcW w:w="677" w:type="dxa"/>
            <w:tcMar>
              <w:top w:w="28" w:type="dxa"/>
              <w:left w:w="38" w:type="dxa"/>
              <w:bottom w:w="28" w:type="dxa"/>
              <w:right w:w="38" w:type="dxa"/>
            </w:tcMar>
            <w:vAlign w:val="center"/>
          </w:tcPr>
          <w:p w14:paraId="42AF5BBD" w14:textId="77777777" w:rsidR="00D60D5E" w:rsidRDefault="00891EF0">
            <w:pPr>
              <w:spacing w:after="0" w:line="240" w:lineRule="auto"/>
              <w:jc w:val="center"/>
            </w:pPr>
            <w:r>
              <w:rPr>
                <w:rFonts w:eastAsia="Aptos"/>
                <w:color w:val="6A7075"/>
                <w:sz w:val="17"/>
              </w:rPr>
              <w:t>175-140</w:t>
            </w:r>
          </w:p>
        </w:tc>
        <w:tc>
          <w:tcPr>
            <w:tcW w:w="2648" w:type="dxa"/>
            <w:tcMar>
              <w:top w:w="28" w:type="dxa"/>
              <w:left w:w="38" w:type="dxa"/>
              <w:bottom w:w="28" w:type="dxa"/>
              <w:right w:w="38" w:type="dxa"/>
            </w:tcMar>
            <w:vAlign w:val="center"/>
          </w:tcPr>
          <w:p w14:paraId="5C5F3C2C" w14:textId="77777777" w:rsidR="00D60D5E" w:rsidRDefault="00891EF0">
            <w:pPr>
              <w:spacing w:after="0" w:line="240" w:lineRule="auto"/>
            </w:pPr>
            <w:r>
              <w:rPr>
                <w:rFonts w:eastAsia="Aptos"/>
                <w:sz w:val="17"/>
              </w:rPr>
              <w:t>Fruit Cocktail 30 oz</w:t>
            </w:r>
          </w:p>
        </w:tc>
        <w:tc>
          <w:tcPr>
            <w:tcW w:w="630" w:type="dxa"/>
            <w:tcMar>
              <w:top w:w="28" w:type="dxa"/>
              <w:left w:w="38" w:type="dxa"/>
              <w:bottom w:w="28" w:type="dxa"/>
              <w:right w:w="38" w:type="dxa"/>
            </w:tcMar>
            <w:vAlign w:val="center"/>
          </w:tcPr>
          <w:p w14:paraId="4C944E02" w14:textId="77777777" w:rsidR="00D60D5E" w:rsidRDefault="00891EF0">
            <w:pPr>
              <w:spacing w:after="0" w:line="240" w:lineRule="auto"/>
              <w:jc w:val="center"/>
            </w:pPr>
            <w:r>
              <w:rPr>
                <w:rFonts w:eastAsia="Aptos"/>
                <w:b/>
                <w:sz w:val="17"/>
              </w:rPr>
              <w:t>8.39</w:t>
            </w:r>
          </w:p>
        </w:tc>
        <w:tc>
          <w:tcPr>
            <w:tcW w:w="540" w:type="dxa"/>
            <w:tcMar>
              <w:top w:w="28" w:type="dxa"/>
              <w:left w:w="38" w:type="dxa"/>
              <w:bottom w:w="28" w:type="dxa"/>
              <w:right w:w="38" w:type="dxa"/>
            </w:tcMar>
            <w:vAlign w:val="center"/>
          </w:tcPr>
          <w:p w14:paraId="70817D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B436ED" w14:textId="77777777" w:rsidR="00D60D5E" w:rsidRDefault="00D60D5E">
            <w:pPr>
              <w:jc w:val="center"/>
            </w:pPr>
          </w:p>
        </w:tc>
      </w:tr>
      <w:tr w:rsidR="00D60D5E" w14:paraId="5510138C" w14:textId="77777777" w:rsidTr="000617E0">
        <w:trPr>
          <w:cantSplit/>
          <w:jc w:val="center"/>
        </w:trPr>
        <w:tc>
          <w:tcPr>
            <w:tcW w:w="677" w:type="dxa"/>
            <w:tcMar>
              <w:top w:w="28" w:type="dxa"/>
              <w:left w:w="38" w:type="dxa"/>
              <w:bottom w:w="28" w:type="dxa"/>
              <w:right w:w="38" w:type="dxa"/>
            </w:tcMar>
            <w:vAlign w:val="center"/>
          </w:tcPr>
          <w:p w14:paraId="4DD34488" w14:textId="77777777" w:rsidR="00D60D5E" w:rsidRDefault="00891EF0">
            <w:pPr>
              <w:spacing w:after="0" w:line="240" w:lineRule="auto"/>
              <w:jc w:val="center"/>
            </w:pPr>
            <w:r>
              <w:rPr>
                <w:rFonts w:eastAsia="Aptos"/>
                <w:color w:val="6A7075"/>
                <w:sz w:val="17"/>
              </w:rPr>
              <w:t>175-145</w:t>
            </w:r>
          </w:p>
        </w:tc>
        <w:tc>
          <w:tcPr>
            <w:tcW w:w="2648" w:type="dxa"/>
            <w:tcMar>
              <w:top w:w="28" w:type="dxa"/>
              <w:left w:w="38" w:type="dxa"/>
              <w:bottom w:w="28" w:type="dxa"/>
              <w:right w:w="38" w:type="dxa"/>
            </w:tcMar>
            <w:vAlign w:val="center"/>
          </w:tcPr>
          <w:p w14:paraId="3CF90307" w14:textId="77777777" w:rsidR="00D60D5E" w:rsidRDefault="00891EF0">
            <w:pPr>
              <w:spacing w:after="0" w:line="240" w:lineRule="auto"/>
            </w:pPr>
            <w:r>
              <w:rPr>
                <w:rFonts w:eastAsia="Aptos"/>
                <w:sz w:val="17"/>
              </w:rPr>
              <w:t>Mandarin Orange wedges 8.25oz</w:t>
            </w:r>
          </w:p>
        </w:tc>
        <w:tc>
          <w:tcPr>
            <w:tcW w:w="630" w:type="dxa"/>
            <w:tcMar>
              <w:top w:w="28" w:type="dxa"/>
              <w:left w:w="38" w:type="dxa"/>
              <w:bottom w:w="28" w:type="dxa"/>
              <w:right w:w="38" w:type="dxa"/>
            </w:tcMar>
            <w:vAlign w:val="center"/>
          </w:tcPr>
          <w:p w14:paraId="37F5F36B"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71881B7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92D55D" w14:textId="77777777" w:rsidR="00D60D5E" w:rsidRDefault="00D60D5E">
            <w:pPr>
              <w:jc w:val="center"/>
            </w:pPr>
          </w:p>
        </w:tc>
      </w:tr>
      <w:tr w:rsidR="00D60D5E" w14:paraId="2D32024D" w14:textId="77777777" w:rsidTr="000617E0">
        <w:trPr>
          <w:cantSplit/>
          <w:jc w:val="center"/>
        </w:trPr>
        <w:tc>
          <w:tcPr>
            <w:tcW w:w="677" w:type="dxa"/>
            <w:tcMar>
              <w:top w:w="28" w:type="dxa"/>
              <w:left w:w="38" w:type="dxa"/>
              <w:bottom w:w="28" w:type="dxa"/>
              <w:right w:w="38" w:type="dxa"/>
            </w:tcMar>
            <w:vAlign w:val="center"/>
          </w:tcPr>
          <w:p w14:paraId="64CAB5A1" w14:textId="77777777" w:rsidR="00D60D5E" w:rsidRDefault="00891EF0">
            <w:pPr>
              <w:spacing w:after="0" w:line="240" w:lineRule="auto"/>
              <w:jc w:val="center"/>
            </w:pPr>
            <w:r>
              <w:rPr>
                <w:rFonts w:eastAsia="Aptos"/>
                <w:color w:val="6A7075"/>
                <w:sz w:val="17"/>
              </w:rPr>
              <w:t>175-150</w:t>
            </w:r>
          </w:p>
        </w:tc>
        <w:tc>
          <w:tcPr>
            <w:tcW w:w="2648" w:type="dxa"/>
            <w:tcMar>
              <w:top w:w="28" w:type="dxa"/>
              <w:left w:w="38" w:type="dxa"/>
              <w:bottom w:w="28" w:type="dxa"/>
              <w:right w:w="38" w:type="dxa"/>
            </w:tcMar>
            <w:vAlign w:val="center"/>
          </w:tcPr>
          <w:p w14:paraId="4FA6BE2D" w14:textId="77777777" w:rsidR="00D60D5E" w:rsidRDefault="00891EF0">
            <w:pPr>
              <w:spacing w:after="0" w:line="240" w:lineRule="auto"/>
            </w:pPr>
            <w:r>
              <w:rPr>
                <w:rFonts w:eastAsia="Aptos"/>
                <w:sz w:val="17"/>
              </w:rPr>
              <w:t>Coconut Milk 13.5oz</w:t>
            </w:r>
          </w:p>
        </w:tc>
        <w:tc>
          <w:tcPr>
            <w:tcW w:w="630" w:type="dxa"/>
            <w:tcMar>
              <w:top w:w="28" w:type="dxa"/>
              <w:left w:w="38" w:type="dxa"/>
              <w:bottom w:w="28" w:type="dxa"/>
              <w:right w:w="38" w:type="dxa"/>
            </w:tcMar>
            <w:vAlign w:val="center"/>
          </w:tcPr>
          <w:p w14:paraId="4ADA9246" w14:textId="77777777" w:rsidR="00D60D5E" w:rsidRDefault="00891EF0">
            <w:pPr>
              <w:spacing w:after="0" w:line="240" w:lineRule="auto"/>
              <w:jc w:val="center"/>
            </w:pPr>
            <w:r>
              <w:rPr>
                <w:rFonts w:eastAsia="Aptos"/>
                <w:b/>
                <w:sz w:val="17"/>
              </w:rPr>
              <w:t>4.20</w:t>
            </w:r>
          </w:p>
        </w:tc>
        <w:tc>
          <w:tcPr>
            <w:tcW w:w="540" w:type="dxa"/>
            <w:tcMar>
              <w:top w:w="28" w:type="dxa"/>
              <w:left w:w="38" w:type="dxa"/>
              <w:bottom w:w="28" w:type="dxa"/>
              <w:right w:w="38" w:type="dxa"/>
            </w:tcMar>
            <w:vAlign w:val="center"/>
          </w:tcPr>
          <w:p w14:paraId="3E2A5D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586BF1" w14:textId="77777777" w:rsidR="00D60D5E" w:rsidRDefault="00D60D5E">
            <w:pPr>
              <w:jc w:val="center"/>
            </w:pPr>
          </w:p>
        </w:tc>
      </w:tr>
      <w:tr w:rsidR="00D60D5E" w14:paraId="1A02BF53" w14:textId="77777777" w:rsidTr="000617E0">
        <w:trPr>
          <w:cantSplit/>
          <w:jc w:val="center"/>
        </w:trPr>
        <w:tc>
          <w:tcPr>
            <w:tcW w:w="677" w:type="dxa"/>
            <w:tcMar>
              <w:top w:w="28" w:type="dxa"/>
              <w:left w:w="38" w:type="dxa"/>
              <w:bottom w:w="28" w:type="dxa"/>
              <w:right w:w="38" w:type="dxa"/>
            </w:tcMar>
            <w:vAlign w:val="center"/>
          </w:tcPr>
          <w:p w14:paraId="728F004A" w14:textId="77777777" w:rsidR="00D60D5E" w:rsidRDefault="00891EF0">
            <w:pPr>
              <w:spacing w:after="0" w:line="240" w:lineRule="auto"/>
              <w:jc w:val="center"/>
            </w:pPr>
            <w:r>
              <w:rPr>
                <w:rFonts w:eastAsia="Aptos"/>
                <w:color w:val="6A7075"/>
                <w:sz w:val="17"/>
              </w:rPr>
              <w:t>175-155</w:t>
            </w:r>
          </w:p>
        </w:tc>
        <w:tc>
          <w:tcPr>
            <w:tcW w:w="2648" w:type="dxa"/>
            <w:tcMar>
              <w:top w:w="28" w:type="dxa"/>
              <w:left w:w="38" w:type="dxa"/>
              <w:bottom w:w="28" w:type="dxa"/>
              <w:right w:w="38" w:type="dxa"/>
            </w:tcMar>
            <w:vAlign w:val="center"/>
          </w:tcPr>
          <w:p w14:paraId="730AF930" w14:textId="77777777" w:rsidR="00D60D5E" w:rsidRDefault="00891EF0">
            <w:pPr>
              <w:spacing w:after="0" w:line="240" w:lineRule="auto"/>
            </w:pPr>
            <w:r>
              <w:rPr>
                <w:rFonts w:eastAsia="Aptos"/>
                <w:sz w:val="17"/>
              </w:rPr>
              <w:t>Coconut Milk Lite 13.5 oz</w:t>
            </w:r>
          </w:p>
        </w:tc>
        <w:tc>
          <w:tcPr>
            <w:tcW w:w="630" w:type="dxa"/>
            <w:tcMar>
              <w:top w:w="28" w:type="dxa"/>
              <w:left w:w="38" w:type="dxa"/>
              <w:bottom w:w="28" w:type="dxa"/>
              <w:right w:w="38" w:type="dxa"/>
            </w:tcMar>
            <w:vAlign w:val="center"/>
          </w:tcPr>
          <w:p w14:paraId="07068C45" w14:textId="77777777" w:rsidR="00D60D5E" w:rsidRDefault="00891EF0">
            <w:pPr>
              <w:spacing w:after="0" w:line="240" w:lineRule="auto"/>
              <w:jc w:val="center"/>
            </w:pPr>
            <w:r>
              <w:rPr>
                <w:rFonts w:eastAsia="Aptos"/>
                <w:b/>
                <w:sz w:val="17"/>
              </w:rPr>
              <w:t>4.25</w:t>
            </w:r>
          </w:p>
        </w:tc>
        <w:tc>
          <w:tcPr>
            <w:tcW w:w="540" w:type="dxa"/>
            <w:tcMar>
              <w:top w:w="28" w:type="dxa"/>
              <w:left w:w="38" w:type="dxa"/>
              <w:bottom w:w="28" w:type="dxa"/>
              <w:right w:w="38" w:type="dxa"/>
            </w:tcMar>
            <w:vAlign w:val="center"/>
          </w:tcPr>
          <w:p w14:paraId="213FE0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A1BE00" w14:textId="77777777" w:rsidR="00D60D5E" w:rsidRDefault="00D60D5E">
            <w:pPr>
              <w:jc w:val="center"/>
            </w:pPr>
          </w:p>
        </w:tc>
      </w:tr>
      <w:tr w:rsidR="00D60D5E" w14:paraId="04CB216A" w14:textId="77777777" w:rsidTr="000617E0">
        <w:trPr>
          <w:cantSplit/>
          <w:jc w:val="center"/>
        </w:trPr>
        <w:tc>
          <w:tcPr>
            <w:tcW w:w="677" w:type="dxa"/>
            <w:shd w:val="clear" w:color="auto" w:fill="D9EAF7"/>
            <w:tcMar>
              <w:top w:w="28" w:type="dxa"/>
              <w:left w:w="38" w:type="dxa"/>
              <w:bottom w:w="28" w:type="dxa"/>
              <w:right w:w="38" w:type="dxa"/>
            </w:tcMar>
            <w:vAlign w:val="center"/>
          </w:tcPr>
          <w:p w14:paraId="767284E7" w14:textId="77777777" w:rsidR="00D60D5E" w:rsidRDefault="00891EF0">
            <w:pPr>
              <w:spacing w:after="0" w:line="240" w:lineRule="auto"/>
              <w:jc w:val="center"/>
            </w:pPr>
            <w:r>
              <w:rPr>
                <w:rFonts w:eastAsia="Aptos"/>
                <w:b/>
                <w:color w:val="76A943"/>
                <w:sz w:val="18"/>
              </w:rPr>
              <w:t>180-</w:t>
            </w:r>
          </w:p>
        </w:tc>
        <w:tc>
          <w:tcPr>
            <w:tcW w:w="2648" w:type="dxa"/>
            <w:shd w:val="clear" w:color="auto" w:fill="D9EAF7"/>
            <w:tcMar>
              <w:top w:w="28" w:type="dxa"/>
              <w:left w:w="38" w:type="dxa"/>
              <w:bottom w:w="28" w:type="dxa"/>
              <w:right w:w="38" w:type="dxa"/>
            </w:tcMar>
            <w:vAlign w:val="center"/>
          </w:tcPr>
          <w:p w14:paraId="22618323" w14:textId="77777777" w:rsidR="00D60D5E" w:rsidRDefault="00891EF0">
            <w:pPr>
              <w:spacing w:after="0" w:line="240" w:lineRule="auto"/>
            </w:pPr>
            <w:r>
              <w:rPr>
                <w:rFonts w:eastAsia="Aptos"/>
                <w:b/>
                <w:color w:val="76A943"/>
                <w:sz w:val="18"/>
              </w:rPr>
              <w:t>NUTS &amp; SNACKS</w:t>
            </w:r>
          </w:p>
        </w:tc>
        <w:tc>
          <w:tcPr>
            <w:tcW w:w="630" w:type="dxa"/>
            <w:shd w:val="clear" w:color="auto" w:fill="D9EAF7"/>
            <w:tcMar>
              <w:top w:w="28" w:type="dxa"/>
              <w:left w:w="38" w:type="dxa"/>
              <w:bottom w:w="28" w:type="dxa"/>
              <w:right w:w="38" w:type="dxa"/>
            </w:tcMar>
            <w:vAlign w:val="center"/>
          </w:tcPr>
          <w:p w14:paraId="11F09AE0"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56724FF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A720F8A" w14:textId="77777777" w:rsidR="00D60D5E" w:rsidRDefault="00D60D5E">
            <w:pPr>
              <w:jc w:val="center"/>
            </w:pPr>
          </w:p>
        </w:tc>
      </w:tr>
      <w:tr w:rsidR="00D60D5E" w14:paraId="0A1A8A35" w14:textId="77777777" w:rsidTr="000617E0">
        <w:trPr>
          <w:cantSplit/>
          <w:jc w:val="center"/>
        </w:trPr>
        <w:tc>
          <w:tcPr>
            <w:tcW w:w="677" w:type="dxa"/>
            <w:tcMar>
              <w:top w:w="28" w:type="dxa"/>
              <w:left w:w="38" w:type="dxa"/>
              <w:bottom w:w="28" w:type="dxa"/>
              <w:right w:w="38" w:type="dxa"/>
            </w:tcMar>
            <w:vAlign w:val="center"/>
          </w:tcPr>
          <w:p w14:paraId="7FCD91C8" w14:textId="77777777" w:rsidR="00D60D5E" w:rsidRDefault="00891EF0">
            <w:pPr>
              <w:spacing w:after="0" w:line="240" w:lineRule="auto"/>
              <w:jc w:val="center"/>
            </w:pPr>
            <w:r>
              <w:rPr>
                <w:rFonts w:eastAsia="Aptos"/>
                <w:color w:val="6A7075"/>
                <w:sz w:val="17"/>
              </w:rPr>
              <w:t>180-105</w:t>
            </w:r>
          </w:p>
        </w:tc>
        <w:tc>
          <w:tcPr>
            <w:tcW w:w="2648" w:type="dxa"/>
            <w:tcMar>
              <w:top w:w="28" w:type="dxa"/>
              <w:left w:w="38" w:type="dxa"/>
              <w:bottom w:w="28" w:type="dxa"/>
              <w:right w:w="38" w:type="dxa"/>
            </w:tcMar>
            <w:vAlign w:val="center"/>
          </w:tcPr>
          <w:p w14:paraId="0C5EA14B" w14:textId="77777777" w:rsidR="00D60D5E" w:rsidRDefault="00891EF0">
            <w:pPr>
              <w:spacing w:after="0" w:line="240" w:lineRule="auto"/>
            </w:pPr>
            <w:r>
              <w:rPr>
                <w:rFonts w:eastAsia="Aptos"/>
                <w:sz w:val="17"/>
              </w:rPr>
              <w:t>Cashew halves 8oz</w:t>
            </w:r>
          </w:p>
        </w:tc>
        <w:tc>
          <w:tcPr>
            <w:tcW w:w="630" w:type="dxa"/>
            <w:tcMar>
              <w:top w:w="28" w:type="dxa"/>
              <w:left w:w="38" w:type="dxa"/>
              <w:bottom w:w="28" w:type="dxa"/>
              <w:right w:w="38" w:type="dxa"/>
            </w:tcMar>
            <w:vAlign w:val="center"/>
          </w:tcPr>
          <w:p w14:paraId="255E62A2" w14:textId="77777777" w:rsidR="00D60D5E" w:rsidRDefault="00891EF0">
            <w:pPr>
              <w:spacing w:after="0" w:line="240" w:lineRule="auto"/>
              <w:jc w:val="center"/>
            </w:pPr>
            <w:r>
              <w:rPr>
                <w:rFonts w:eastAsia="Aptos"/>
                <w:b/>
                <w:sz w:val="17"/>
              </w:rPr>
              <w:t>11.85</w:t>
            </w:r>
          </w:p>
        </w:tc>
        <w:tc>
          <w:tcPr>
            <w:tcW w:w="540" w:type="dxa"/>
            <w:tcMar>
              <w:top w:w="28" w:type="dxa"/>
              <w:left w:w="38" w:type="dxa"/>
              <w:bottom w:w="28" w:type="dxa"/>
              <w:right w:w="38" w:type="dxa"/>
            </w:tcMar>
            <w:vAlign w:val="center"/>
          </w:tcPr>
          <w:p w14:paraId="30FAB7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4C1050" w14:textId="77777777" w:rsidR="00D60D5E" w:rsidRDefault="00D60D5E">
            <w:pPr>
              <w:jc w:val="center"/>
            </w:pPr>
          </w:p>
        </w:tc>
      </w:tr>
      <w:tr w:rsidR="00D60D5E" w14:paraId="6446F389" w14:textId="77777777" w:rsidTr="000617E0">
        <w:trPr>
          <w:cantSplit/>
          <w:jc w:val="center"/>
        </w:trPr>
        <w:tc>
          <w:tcPr>
            <w:tcW w:w="677" w:type="dxa"/>
            <w:tcMar>
              <w:top w:w="28" w:type="dxa"/>
              <w:left w:w="38" w:type="dxa"/>
              <w:bottom w:w="28" w:type="dxa"/>
              <w:right w:w="38" w:type="dxa"/>
            </w:tcMar>
            <w:vAlign w:val="center"/>
          </w:tcPr>
          <w:p w14:paraId="3734CF1F" w14:textId="77777777" w:rsidR="00D60D5E" w:rsidRDefault="00891EF0">
            <w:pPr>
              <w:spacing w:after="0" w:line="240" w:lineRule="auto"/>
              <w:jc w:val="center"/>
            </w:pPr>
            <w:r>
              <w:rPr>
                <w:rFonts w:eastAsia="Aptos"/>
                <w:color w:val="6A7075"/>
                <w:sz w:val="17"/>
              </w:rPr>
              <w:t>180-110</w:t>
            </w:r>
          </w:p>
        </w:tc>
        <w:tc>
          <w:tcPr>
            <w:tcW w:w="2648" w:type="dxa"/>
            <w:tcMar>
              <w:top w:w="28" w:type="dxa"/>
              <w:left w:w="38" w:type="dxa"/>
              <w:bottom w:w="28" w:type="dxa"/>
              <w:right w:w="38" w:type="dxa"/>
            </w:tcMar>
            <w:vAlign w:val="center"/>
          </w:tcPr>
          <w:p w14:paraId="7FFAB71E" w14:textId="77777777" w:rsidR="00D60D5E" w:rsidRDefault="00891EF0">
            <w:pPr>
              <w:spacing w:after="0" w:line="240" w:lineRule="auto"/>
            </w:pPr>
            <w:r>
              <w:rPr>
                <w:rFonts w:eastAsia="Aptos"/>
                <w:sz w:val="17"/>
              </w:rPr>
              <w:t>Cocktail Peanuts 16oz</w:t>
            </w:r>
          </w:p>
        </w:tc>
        <w:tc>
          <w:tcPr>
            <w:tcW w:w="630" w:type="dxa"/>
            <w:tcMar>
              <w:top w:w="28" w:type="dxa"/>
              <w:left w:w="38" w:type="dxa"/>
              <w:bottom w:w="28" w:type="dxa"/>
              <w:right w:w="38" w:type="dxa"/>
            </w:tcMar>
            <w:vAlign w:val="center"/>
          </w:tcPr>
          <w:p w14:paraId="504FF874" w14:textId="77777777" w:rsidR="00D60D5E" w:rsidRDefault="00891EF0">
            <w:pPr>
              <w:spacing w:after="0" w:line="240" w:lineRule="auto"/>
              <w:jc w:val="center"/>
            </w:pPr>
            <w:r>
              <w:rPr>
                <w:rFonts w:eastAsia="Aptos"/>
                <w:b/>
                <w:sz w:val="17"/>
              </w:rPr>
              <w:t>7.65</w:t>
            </w:r>
          </w:p>
        </w:tc>
        <w:tc>
          <w:tcPr>
            <w:tcW w:w="540" w:type="dxa"/>
            <w:tcMar>
              <w:top w:w="28" w:type="dxa"/>
              <w:left w:w="38" w:type="dxa"/>
              <w:bottom w:w="28" w:type="dxa"/>
              <w:right w:w="38" w:type="dxa"/>
            </w:tcMar>
            <w:vAlign w:val="center"/>
          </w:tcPr>
          <w:p w14:paraId="26FB4C0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A0E391" w14:textId="77777777" w:rsidR="00D60D5E" w:rsidRDefault="00D60D5E">
            <w:pPr>
              <w:jc w:val="center"/>
            </w:pPr>
          </w:p>
        </w:tc>
      </w:tr>
      <w:tr w:rsidR="00D60D5E" w14:paraId="01C236B7" w14:textId="77777777" w:rsidTr="000617E0">
        <w:trPr>
          <w:cantSplit/>
          <w:jc w:val="center"/>
        </w:trPr>
        <w:tc>
          <w:tcPr>
            <w:tcW w:w="677" w:type="dxa"/>
            <w:tcMar>
              <w:top w:w="28" w:type="dxa"/>
              <w:left w:w="38" w:type="dxa"/>
              <w:bottom w:w="28" w:type="dxa"/>
              <w:right w:w="38" w:type="dxa"/>
            </w:tcMar>
            <w:vAlign w:val="center"/>
          </w:tcPr>
          <w:p w14:paraId="10F9C203" w14:textId="77777777" w:rsidR="00D60D5E" w:rsidRDefault="00891EF0">
            <w:pPr>
              <w:spacing w:after="0" w:line="240" w:lineRule="auto"/>
              <w:jc w:val="center"/>
            </w:pPr>
            <w:r>
              <w:rPr>
                <w:rFonts w:eastAsia="Aptos"/>
                <w:color w:val="6A7075"/>
                <w:sz w:val="17"/>
              </w:rPr>
              <w:t>180-115</w:t>
            </w:r>
          </w:p>
        </w:tc>
        <w:tc>
          <w:tcPr>
            <w:tcW w:w="2648" w:type="dxa"/>
            <w:tcMar>
              <w:top w:w="28" w:type="dxa"/>
              <w:left w:w="38" w:type="dxa"/>
              <w:bottom w:w="28" w:type="dxa"/>
              <w:right w:w="38" w:type="dxa"/>
            </w:tcMar>
            <w:vAlign w:val="center"/>
          </w:tcPr>
          <w:p w14:paraId="5894AE80" w14:textId="77777777" w:rsidR="00D60D5E" w:rsidRDefault="00891EF0">
            <w:pPr>
              <w:spacing w:after="0" w:line="240" w:lineRule="auto"/>
            </w:pPr>
            <w:r>
              <w:rPr>
                <w:rFonts w:eastAsia="Aptos"/>
                <w:sz w:val="17"/>
              </w:rPr>
              <w:t>Walnuts Shelled 8oz</w:t>
            </w:r>
          </w:p>
        </w:tc>
        <w:tc>
          <w:tcPr>
            <w:tcW w:w="630" w:type="dxa"/>
            <w:tcMar>
              <w:top w:w="28" w:type="dxa"/>
              <w:left w:w="38" w:type="dxa"/>
              <w:bottom w:w="28" w:type="dxa"/>
              <w:right w:w="38" w:type="dxa"/>
            </w:tcMar>
            <w:vAlign w:val="center"/>
          </w:tcPr>
          <w:p w14:paraId="5AF7544B" w14:textId="77777777" w:rsidR="00D60D5E" w:rsidRDefault="00891EF0">
            <w:pPr>
              <w:spacing w:after="0" w:line="240" w:lineRule="auto"/>
              <w:jc w:val="center"/>
            </w:pPr>
            <w:r>
              <w:rPr>
                <w:rFonts w:eastAsia="Aptos"/>
                <w:b/>
                <w:sz w:val="17"/>
              </w:rPr>
              <w:t>9.80</w:t>
            </w:r>
          </w:p>
        </w:tc>
        <w:tc>
          <w:tcPr>
            <w:tcW w:w="540" w:type="dxa"/>
            <w:tcMar>
              <w:top w:w="28" w:type="dxa"/>
              <w:left w:w="38" w:type="dxa"/>
              <w:bottom w:w="28" w:type="dxa"/>
              <w:right w:w="38" w:type="dxa"/>
            </w:tcMar>
            <w:vAlign w:val="center"/>
          </w:tcPr>
          <w:p w14:paraId="5D699B6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7AEC26" w14:textId="77777777" w:rsidR="00D60D5E" w:rsidRDefault="00D60D5E">
            <w:pPr>
              <w:jc w:val="center"/>
            </w:pPr>
          </w:p>
        </w:tc>
      </w:tr>
      <w:tr w:rsidR="00D60D5E" w14:paraId="21340C98" w14:textId="77777777" w:rsidTr="000617E0">
        <w:trPr>
          <w:cantSplit/>
          <w:jc w:val="center"/>
        </w:trPr>
        <w:tc>
          <w:tcPr>
            <w:tcW w:w="677" w:type="dxa"/>
            <w:tcMar>
              <w:top w:w="28" w:type="dxa"/>
              <w:left w:w="38" w:type="dxa"/>
              <w:bottom w:w="28" w:type="dxa"/>
              <w:right w:w="38" w:type="dxa"/>
            </w:tcMar>
            <w:vAlign w:val="center"/>
          </w:tcPr>
          <w:p w14:paraId="12B9B3D8" w14:textId="77777777" w:rsidR="00D60D5E" w:rsidRDefault="00891EF0">
            <w:pPr>
              <w:spacing w:after="0" w:line="240" w:lineRule="auto"/>
              <w:jc w:val="center"/>
            </w:pPr>
            <w:r>
              <w:rPr>
                <w:rFonts w:eastAsia="Aptos"/>
                <w:color w:val="6A7075"/>
                <w:sz w:val="17"/>
              </w:rPr>
              <w:t>180-120</w:t>
            </w:r>
          </w:p>
        </w:tc>
        <w:tc>
          <w:tcPr>
            <w:tcW w:w="2648" w:type="dxa"/>
            <w:tcMar>
              <w:top w:w="28" w:type="dxa"/>
              <w:left w:w="38" w:type="dxa"/>
              <w:bottom w:w="28" w:type="dxa"/>
              <w:right w:w="38" w:type="dxa"/>
            </w:tcMar>
            <w:vAlign w:val="center"/>
          </w:tcPr>
          <w:p w14:paraId="79352322" w14:textId="77777777" w:rsidR="00D60D5E" w:rsidRDefault="00891EF0">
            <w:pPr>
              <w:spacing w:after="0" w:line="240" w:lineRule="auto"/>
            </w:pPr>
            <w:r>
              <w:rPr>
                <w:rFonts w:eastAsia="Aptos"/>
                <w:sz w:val="17"/>
              </w:rPr>
              <w:t>Pecans 16oz</w:t>
            </w:r>
          </w:p>
        </w:tc>
        <w:tc>
          <w:tcPr>
            <w:tcW w:w="630" w:type="dxa"/>
            <w:tcMar>
              <w:top w:w="28" w:type="dxa"/>
              <w:left w:w="38" w:type="dxa"/>
              <w:bottom w:w="28" w:type="dxa"/>
              <w:right w:w="38" w:type="dxa"/>
            </w:tcMar>
            <w:vAlign w:val="center"/>
          </w:tcPr>
          <w:p w14:paraId="0691D301" w14:textId="77777777" w:rsidR="00D60D5E" w:rsidRDefault="00891EF0">
            <w:pPr>
              <w:spacing w:after="0" w:line="240" w:lineRule="auto"/>
              <w:jc w:val="center"/>
            </w:pPr>
            <w:r>
              <w:rPr>
                <w:rFonts w:eastAsia="Aptos"/>
                <w:b/>
                <w:sz w:val="17"/>
              </w:rPr>
              <w:t>11.39</w:t>
            </w:r>
          </w:p>
        </w:tc>
        <w:tc>
          <w:tcPr>
            <w:tcW w:w="540" w:type="dxa"/>
            <w:tcMar>
              <w:top w:w="28" w:type="dxa"/>
              <w:left w:w="38" w:type="dxa"/>
              <w:bottom w:w="28" w:type="dxa"/>
              <w:right w:w="38" w:type="dxa"/>
            </w:tcMar>
            <w:vAlign w:val="center"/>
          </w:tcPr>
          <w:p w14:paraId="235886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284036" w14:textId="77777777" w:rsidR="00D60D5E" w:rsidRDefault="00D60D5E">
            <w:pPr>
              <w:jc w:val="center"/>
            </w:pPr>
          </w:p>
        </w:tc>
      </w:tr>
      <w:tr w:rsidR="00D60D5E" w14:paraId="3402A0AE" w14:textId="77777777" w:rsidTr="000617E0">
        <w:trPr>
          <w:cantSplit/>
          <w:jc w:val="center"/>
        </w:trPr>
        <w:tc>
          <w:tcPr>
            <w:tcW w:w="677" w:type="dxa"/>
            <w:tcMar>
              <w:top w:w="28" w:type="dxa"/>
              <w:left w:w="38" w:type="dxa"/>
              <w:bottom w:w="28" w:type="dxa"/>
              <w:right w:w="38" w:type="dxa"/>
            </w:tcMar>
            <w:vAlign w:val="center"/>
          </w:tcPr>
          <w:p w14:paraId="64D3E6CD" w14:textId="77777777" w:rsidR="00D60D5E" w:rsidRDefault="00891EF0">
            <w:pPr>
              <w:spacing w:after="0" w:line="240" w:lineRule="auto"/>
              <w:jc w:val="center"/>
            </w:pPr>
            <w:r>
              <w:rPr>
                <w:rFonts w:eastAsia="Aptos"/>
                <w:color w:val="6A7075"/>
                <w:sz w:val="17"/>
              </w:rPr>
              <w:t>180-125</w:t>
            </w:r>
          </w:p>
        </w:tc>
        <w:tc>
          <w:tcPr>
            <w:tcW w:w="2648" w:type="dxa"/>
            <w:tcMar>
              <w:top w:w="28" w:type="dxa"/>
              <w:left w:w="38" w:type="dxa"/>
              <w:bottom w:w="28" w:type="dxa"/>
              <w:right w:w="38" w:type="dxa"/>
            </w:tcMar>
            <w:vAlign w:val="center"/>
          </w:tcPr>
          <w:p w14:paraId="304A4088" w14:textId="77777777" w:rsidR="00D60D5E" w:rsidRDefault="00891EF0">
            <w:pPr>
              <w:spacing w:after="0" w:line="240" w:lineRule="auto"/>
            </w:pPr>
            <w:r>
              <w:rPr>
                <w:rFonts w:eastAsia="Aptos"/>
                <w:sz w:val="17"/>
              </w:rPr>
              <w:t>Hazelnuts Chopped 8oz</w:t>
            </w:r>
          </w:p>
        </w:tc>
        <w:tc>
          <w:tcPr>
            <w:tcW w:w="630" w:type="dxa"/>
            <w:tcMar>
              <w:top w:w="28" w:type="dxa"/>
              <w:left w:w="38" w:type="dxa"/>
              <w:bottom w:w="28" w:type="dxa"/>
              <w:right w:w="38" w:type="dxa"/>
            </w:tcMar>
            <w:vAlign w:val="center"/>
          </w:tcPr>
          <w:p w14:paraId="2B9A7720" w14:textId="77777777" w:rsidR="00D60D5E" w:rsidRDefault="00891EF0">
            <w:pPr>
              <w:spacing w:after="0" w:line="240" w:lineRule="auto"/>
              <w:jc w:val="center"/>
            </w:pPr>
            <w:r>
              <w:rPr>
                <w:rFonts w:eastAsia="Aptos"/>
                <w:b/>
                <w:sz w:val="17"/>
              </w:rPr>
              <w:t>14.49</w:t>
            </w:r>
          </w:p>
        </w:tc>
        <w:tc>
          <w:tcPr>
            <w:tcW w:w="540" w:type="dxa"/>
            <w:tcMar>
              <w:top w:w="28" w:type="dxa"/>
              <w:left w:w="38" w:type="dxa"/>
              <w:bottom w:w="28" w:type="dxa"/>
              <w:right w:w="38" w:type="dxa"/>
            </w:tcMar>
            <w:vAlign w:val="center"/>
          </w:tcPr>
          <w:p w14:paraId="5FD8D8A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FD145B" w14:textId="77777777" w:rsidR="00D60D5E" w:rsidRDefault="00D60D5E">
            <w:pPr>
              <w:jc w:val="center"/>
            </w:pPr>
          </w:p>
        </w:tc>
      </w:tr>
      <w:tr w:rsidR="00D60D5E" w14:paraId="3F75FC4A" w14:textId="77777777" w:rsidTr="000617E0">
        <w:trPr>
          <w:cantSplit/>
          <w:jc w:val="center"/>
        </w:trPr>
        <w:tc>
          <w:tcPr>
            <w:tcW w:w="677" w:type="dxa"/>
            <w:tcMar>
              <w:top w:w="28" w:type="dxa"/>
              <w:left w:w="38" w:type="dxa"/>
              <w:bottom w:w="28" w:type="dxa"/>
              <w:right w:w="38" w:type="dxa"/>
            </w:tcMar>
            <w:vAlign w:val="center"/>
          </w:tcPr>
          <w:p w14:paraId="63DB00D6" w14:textId="77777777" w:rsidR="00D60D5E" w:rsidRDefault="00891EF0">
            <w:pPr>
              <w:spacing w:after="0" w:line="240" w:lineRule="auto"/>
              <w:jc w:val="center"/>
            </w:pPr>
            <w:r>
              <w:rPr>
                <w:rFonts w:eastAsia="Aptos"/>
                <w:color w:val="6A7075"/>
                <w:sz w:val="17"/>
              </w:rPr>
              <w:t>180-130</w:t>
            </w:r>
          </w:p>
        </w:tc>
        <w:tc>
          <w:tcPr>
            <w:tcW w:w="2648" w:type="dxa"/>
            <w:tcMar>
              <w:top w:w="28" w:type="dxa"/>
              <w:left w:w="38" w:type="dxa"/>
              <w:bottom w:w="28" w:type="dxa"/>
              <w:right w:w="38" w:type="dxa"/>
            </w:tcMar>
            <w:vAlign w:val="center"/>
          </w:tcPr>
          <w:p w14:paraId="63BBF279" w14:textId="77777777" w:rsidR="00D60D5E" w:rsidRDefault="00891EF0">
            <w:pPr>
              <w:spacing w:after="0" w:line="240" w:lineRule="auto"/>
            </w:pPr>
            <w:r>
              <w:rPr>
                <w:rFonts w:eastAsia="Aptos"/>
                <w:sz w:val="17"/>
              </w:rPr>
              <w:t>Macadamias Honey Roasted 24oz</w:t>
            </w:r>
          </w:p>
        </w:tc>
        <w:tc>
          <w:tcPr>
            <w:tcW w:w="630" w:type="dxa"/>
            <w:tcMar>
              <w:top w:w="28" w:type="dxa"/>
              <w:left w:w="38" w:type="dxa"/>
              <w:bottom w:w="28" w:type="dxa"/>
              <w:right w:w="38" w:type="dxa"/>
            </w:tcMar>
            <w:vAlign w:val="center"/>
          </w:tcPr>
          <w:p w14:paraId="3C51F8E7" w14:textId="77777777" w:rsidR="00D60D5E" w:rsidRDefault="00891EF0">
            <w:pPr>
              <w:spacing w:after="0" w:line="240" w:lineRule="auto"/>
              <w:jc w:val="center"/>
            </w:pPr>
            <w:r>
              <w:rPr>
                <w:rFonts w:eastAsia="Aptos"/>
                <w:b/>
                <w:sz w:val="17"/>
              </w:rPr>
              <w:t>25.99</w:t>
            </w:r>
          </w:p>
        </w:tc>
        <w:tc>
          <w:tcPr>
            <w:tcW w:w="540" w:type="dxa"/>
            <w:tcMar>
              <w:top w:w="28" w:type="dxa"/>
              <w:left w:w="38" w:type="dxa"/>
              <w:bottom w:w="28" w:type="dxa"/>
              <w:right w:w="38" w:type="dxa"/>
            </w:tcMar>
            <w:vAlign w:val="center"/>
          </w:tcPr>
          <w:p w14:paraId="2FC693C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21102A" w14:textId="77777777" w:rsidR="00D60D5E" w:rsidRDefault="00D60D5E">
            <w:pPr>
              <w:jc w:val="center"/>
            </w:pPr>
          </w:p>
        </w:tc>
      </w:tr>
      <w:tr w:rsidR="00D60D5E" w14:paraId="55EE0350" w14:textId="77777777" w:rsidTr="000617E0">
        <w:trPr>
          <w:cantSplit/>
          <w:jc w:val="center"/>
        </w:trPr>
        <w:tc>
          <w:tcPr>
            <w:tcW w:w="677" w:type="dxa"/>
            <w:tcMar>
              <w:top w:w="28" w:type="dxa"/>
              <w:left w:w="38" w:type="dxa"/>
              <w:bottom w:w="28" w:type="dxa"/>
              <w:right w:w="38" w:type="dxa"/>
            </w:tcMar>
            <w:vAlign w:val="center"/>
          </w:tcPr>
          <w:p w14:paraId="2C5C856A" w14:textId="77777777" w:rsidR="00D60D5E" w:rsidRDefault="00891EF0">
            <w:pPr>
              <w:spacing w:after="0" w:line="240" w:lineRule="auto"/>
              <w:jc w:val="center"/>
            </w:pPr>
            <w:r>
              <w:rPr>
                <w:rFonts w:eastAsia="Aptos"/>
                <w:color w:val="6A7075"/>
                <w:sz w:val="17"/>
              </w:rPr>
              <w:t>180-135</w:t>
            </w:r>
          </w:p>
        </w:tc>
        <w:tc>
          <w:tcPr>
            <w:tcW w:w="2648" w:type="dxa"/>
            <w:tcMar>
              <w:top w:w="28" w:type="dxa"/>
              <w:left w:w="38" w:type="dxa"/>
              <w:bottom w:w="28" w:type="dxa"/>
              <w:right w:w="38" w:type="dxa"/>
            </w:tcMar>
            <w:vAlign w:val="center"/>
          </w:tcPr>
          <w:p w14:paraId="747707E0" w14:textId="77777777" w:rsidR="00D60D5E" w:rsidRDefault="00891EF0">
            <w:pPr>
              <w:spacing w:after="0" w:line="240" w:lineRule="auto"/>
            </w:pPr>
            <w:r>
              <w:rPr>
                <w:rFonts w:eastAsia="Aptos"/>
                <w:sz w:val="17"/>
              </w:rPr>
              <w:t>Mixed Nuts 8.75oz</w:t>
            </w:r>
          </w:p>
        </w:tc>
        <w:tc>
          <w:tcPr>
            <w:tcW w:w="630" w:type="dxa"/>
            <w:tcMar>
              <w:top w:w="28" w:type="dxa"/>
              <w:left w:w="38" w:type="dxa"/>
              <w:bottom w:w="28" w:type="dxa"/>
              <w:right w:w="38" w:type="dxa"/>
            </w:tcMar>
            <w:vAlign w:val="center"/>
          </w:tcPr>
          <w:p w14:paraId="15760A73"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6C7B8AC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890768" w14:textId="77777777" w:rsidR="00D60D5E" w:rsidRDefault="00D60D5E">
            <w:pPr>
              <w:jc w:val="center"/>
            </w:pPr>
          </w:p>
        </w:tc>
      </w:tr>
      <w:tr w:rsidR="00D60D5E" w14:paraId="19B6A390" w14:textId="77777777" w:rsidTr="000617E0">
        <w:trPr>
          <w:cantSplit/>
          <w:jc w:val="center"/>
        </w:trPr>
        <w:tc>
          <w:tcPr>
            <w:tcW w:w="677" w:type="dxa"/>
            <w:tcMar>
              <w:top w:w="28" w:type="dxa"/>
              <w:left w:w="38" w:type="dxa"/>
              <w:bottom w:w="28" w:type="dxa"/>
              <w:right w:w="38" w:type="dxa"/>
            </w:tcMar>
            <w:vAlign w:val="center"/>
          </w:tcPr>
          <w:p w14:paraId="2701E86F" w14:textId="77777777" w:rsidR="00D60D5E" w:rsidRDefault="00891EF0">
            <w:pPr>
              <w:spacing w:after="0" w:line="240" w:lineRule="auto"/>
              <w:jc w:val="center"/>
            </w:pPr>
            <w:r>
              <w:rPr>
                <w:rFonts w:eastAsia="Aptos"/>
                <w:color w:val="6A7075"/>
                <w:sz w:val="17"/>
              </w:rPr>
              <w:t>180-140</w:t>
            </w:r>
          </w:p>
        </w:tc>
        <w:tc>
          <w:tcPr>
            <w:tcW w:w="2648" w:type="dxa"/>
            <w:tcMar>
              <w:top w:w="28" w:type="dxa"/>
              <w:left w:w="38" w:type="dxa"/>
              <w:bottom w:w="28" w:type="dxa"/>
              <w:right w:w="38" w:type="dxa"/>
            </w:tcMar>
            <w:vAlign w:val="center"/>
          </w:tcPr>
          <w:p w14:paraId="0F3EB209" w14:textId="77777777" w:rsidR="00D60D5E" w:rsidRDefault="00891EF0">
            <w:pPr>
              <w:spacing w:after="0" w:line="240" w:lineRule="auto"/>
            </w:pPr>
            <w:r>
              <w:rPr>
                <w:rFonts w:eastAsia="Aptos"/>
                <w:sz w:val="17"/>
              </w:rPr>
              <w:t>Almonds 2.25oz</w:t>
            </w:r>
          </w:p>
        </w:tc>
        <w:tc>
          <w:tcPr>
            <w:tcW w:w="630" w:type="dxa"/>
            <w:tcMar>
              <w:top w:w="28" w:type="dxa"/>
              <w:left w:w="38" w:type="dxa"/>
              <w:bottom w:w="28" w:type="dxa"/>
              <w:right w:w="38" w:type="dxa"/>
            </w:tcMar>
            <w:vAlign w:val="center"/>
          </w:tcPr>
          <w:p w14:paraId="7340B039" w14:textId="77777777" w:rsidR="00D60D5E" w:rsidRDefault="00891EF0">
            <w:pPr>
              <w:spacing w:after="0" w:line="240" w:lineRule="auto"/>
              <w:jc w:val="center"/>
            </w:pPr>
            <w:r>
              <w:rPr>
                <w:rFonts w:eastAsia="Aptos"/>
                <w:b/>
                <w:sz w:val="17"/>
              </w:rPr>
              <w:t>3.20</w:t>
            </w:r>
          </w:p>
        </w:tc>
        <w:tc>
          <w:tcPr>
            <w:tcW w:w="540" w:type="dxa"/>
            <w:tcMar>
              <w:top w:w="28" w:type="dxa"/>
              <w:left w:w="38" w:type="dxa"/>
              <w:bottom w:w="28" w:type="dxa"/>
              <w:right w:w="38" w:type="dxa"/>
            </w:tcMar>
            <w:vAlign w:val="center"/>
          </w:tcPr>
          <w:p w14:paraId="13B57A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220F6D" w14:textId="77777777" w:rsidR="00D60D5E" w:rsidRDefault="00D60D5E">
            <w:pPr>
              <w:jc w:val="center"/>
            </w:pPr>
          </w:p>
        </w:tc>
      </w:tr>
      <w:tr w:rsidR="00D60D5E" w14:paraId="6D0B2780" w14:textId="77777777" w:rsidTr="000617E0">
        <w:trPr>
          <w:cantSplit/>
          <w:jc w:val="center"/>
        </w:trPr>
        <w:tc>
          <w:tcPr>
            <w:tcW w:w="677" w:type="dxa"/>
            <w:tcMar>
              <w:top w:w="28" w:type="dxa"/>
              <w:left w:w="38" w:type="dxa"/>
              <w:bottom w:w="28" w:type="dxa"/>
              <w:right w:w="38" w:type="dxa"/>
            </w:tcMar>
            <w:vAlign w:val="center"/>
          </w:tcPr>
          <w:p w14:paraId="0EAD926C" w14:textId="77777777" w:rsidR="00D60D5E" w:rsidRDefault="00891EF0">
            <w:pPr>
              <w:spacing w:after="0" w:line="240" w:lineRule="auto"/>
              <w:jc w:val="center"/>
            </w:pPr>
            <w:r>
              <w:rPr>
                <w:rFonts w:eastAsia="Aptos"/>
                <w:color w:val="6A7075"/>
                <w:sz w:val="17"/>
              </w:rPr>
              <w:t>180-145</w:t>
            </w:r>
          </w:p>
        </w:tc>
        <w:tc>
          <w:tcPr>
            <w:tcW w:w="2648" w:type="dxa"/>
            <w:tcMar>
              <w:top w:w="28" w:type="dxa"/>
              <w:left w:w="38" w:type="dxa"/>
              <w:bottom w:w="28" w:type="dxa"/>
              <w:right w:w="38" w:type="dxa"/>
            </w:tcMar>
            <w:vAlign w:val="center"/>
          </w:tcPr>
          <w:p w14:paraId="33D6FB2C" w14:textId="77777777" w:rsidR="00D60D5E" w:rsidRDefault="00891EF0">
            <w:pPr>
              <w:spacing w:after="0" w:line="240" w:lineRule="auto"/>
            </w:pPr>
            <w:r>
              <w:rPr>
                <w:rFonts w:eastAsia="Aptos"/>
                <w:sz w:val="17"/>
              </w:rPr>
              <w:t>Almond Whole Nut 6oz</w:t>
            </w:r>
          </w:p>
        </w:tc>
        <w:tc>
          <w:tcPr>
            <w:tcW w:w="630" w:type="dxa"/>
            <w:tcMar>
              <w:top w:w="28" w:type="dxa"/>
              <w:left w:w="38" w:type="dxa"/>
              <w:bottom w:w="28" w:type="dxa"/>
              <w:right w:w="38" w:type="dxa"/>
            </w:tcMar>
            <w:vAlign w:val="center"/>
          </w:tcPr>
          <w:p w14:paraId="596E9AD4" w14:textId="77777777" w:rsidR="00D60D5E" w:rsidRDefault="00891EF0">
            <w:pPr>
              <w:spacing w:after="0" w:line="240" w:lineRule="auto"/>
              <w:jc w:val="center"/>
            </w:pPr>
            <w:r>
              <w:rPr>
                <w:rFonts w:eastAsia="Aptos"/>
                <w:b/>
                <w:sz w:val="17"/>
              </w:rPr>
              <w:t>9.20</w:t>
            </w:r>
          </w:p>
        </w:tc>
        <w:tc>
          <w:tcPr>
            <w:tcW w:w="540" w:type="dxa"/>
            <w:tcMar>
              <w:top w:w="28" w:type="dxa"/>
              <w:left w:w="38" w:type="dxa"/>
              <w:bottom w:w="28" w:type="dxa"/>
              <w:right w:w="38" w:type="dxa"/>
            </w:tcMar>
            <w:vAlign w:val="center"/>
          </w:tcPr>
          <w:p w14:paraId="03369A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D88249" w14:textId="77777777" w:rsidR="00D60D5E" w:rsidRDefault="00D60D5E">
            <w:pPr>
              <w:jc w:val="center"/>
            </w:pPr>
          </w:p>
        </w:tc>
      </w:tr>
      <w:tr w:rsidR="00D60D5E" w14:paraId="362528B0" w14:textId="77777777" w:rsidTr="000617E0">
        <w:trPr>
          <w:cantSplit/>
          <w:jc w:val="center"/>
        </w:trPr>
        <w:tc>
          <w:tcPr>
            <w:tcW w:w="677" w:type="dxa"/>
            <w:tcMar>
              <w:top w:w="28" w:type="dxa"/>
              <w:left w:w="38" w:type="dxa"/>
              <w:bottom w:w="28" w:type="dxa"/>
              <w:right w:w="38" w:type="dxa"/>
            </w:tcMar>
            <w:vAlign w:val="center"/>
          </w:tcPr>
          <w:p w14:paraId="5FF74971" w14:textId="77777777" w:rsidR="00D60D5E" w:rsidRDefault="00891EF0">
            <w:pPr>
              <w:spacing w:after="0" w:line="240" w:lineRule="auto"/>
              <w:jc w:val="center"/>
            </w:pPr>
            <w:r>
              <w:rPr>
                <w:rFonts w:eastAsia="Aptos"/>
                <w:color w:val="6A7075"/>
                <w:sz w:val="17"/>
              </w:rPr>
              <w:t>180-150</w:t>
            </w:r>
          </w:p>
        </w:tc>
        <w:tc>
          <w:tcPr>
            <w:tcW w:w="2648" w:type="dxa"/>
            <w:tcMar>
              <w:top w:w="28" w:type="dxa"/>
              <w:left w:w="38" w:type="dxa"/>
              <w:bottom w:w="28" w:type="dxa"/>
              <w:right w:w="38" w:type="dxa"/>
            </w:tcMar>
            <w:vAlign w:val="center"/>
          </w:tcPr>
          <w:p w14:paraId="2CC95C47" w14:textId="77777777" w:rsidR="00D60D5E" w:rsidRDefault="00891EF0">
            <w:pPr>
              <w:spacing w:after="0" w:line="240" w:lineRule="auto"/>
            </w:pPr>
            <w:r>
              <w:rPr>
                <w:rFonts w:eastAsia="Aptos"/>
                <w:sz w:val="17"/>
              </w:rPr>
              <w:t>Sunflower Seeds 5.25oz</w:t>
            </w:r>
          </w:p>
        </w:tc>
        <w:tc>
          <w:tcPr>
            <w:tcW w:w="630" w:type="dxa"/>
            <w:tcMar>
              <w:top w:w="28" w:type="dxa"/>
              <w:left w:w="38" w:type="dxa"/>
              <w:bottom w:w="28" w:type="dxa"/>
              <w:right w:w="38" w:type="dxa"/>
            </w:tcMar>
            <w:vAlign w:val="center"/>
          </w:tcPr>
          <w:p w14:paraId="43E5DCAB" w14:textId="77777777" w:rsidR="00D60D5E" w:rsidRDefault="00891EF0">
            <w:pPr>
              <w:spacing w:after="0" w:line="240" w:lineRule="auto"/>
              <w:jc w:val="center"/>
            </w:pPr>
            <w:r>
              <w:rPr>
                <w:rFonts w:eastAsia="Aptos"/>
                <w:b/>
                <w:sz w:val="17"/>
              </w:rPr>
              <w:t>2.80</w:t>
            </w:r>
          </w:p>
        </w:tc>
        <w:tc>
          <w:tcPr>
            <w:tcW w:w="540" w:type="dxa"/>
            <w:tcMar>
              <w:top w:w="28" w:type="dxa"/>
              <w:left w:w="38" w:type="dxa"/>
              <w:bottom w:w="28" w:type="dxa"/>
              <w:right w:w="38" w:type="dxa"/>
            </w:tcMar>
            <w:vAlign w:val="center"/>
          </w:tcPr>
          <w:p w14:paraId="644F73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1E07FC" w14:textId="77777777" w:rsidR="00D60D5E" w:rsidRDefault="00D60D5E">
            <w:pPr>
              <w:jc w:val="center"/>
            </w:pPr>
          </w:p>
        </w:tc>
      </w:tr>
      <w:tr w:rsidR="00D60D5E" w14:paraId="72066A87" w14:textId="77777777" w:rsidTr="000617E0">
        <w:trPr>
          <w:cantSplit/>
          <w:jc w:val="center"/>
        </w:trPr>
        <w:tc>
          <w:tcPr>
            <w:tcW w:w="677" w:type="dxa"/>
            <w:tcMar>
              <w:top w:w="28" w:type="dxa"/>
              <w:left w:w="38" w:type="dxa"/>
              <w:bottom w:w="28" w:type="dxa"/>
              <w:right w:w="38" w:type="dxa"/>
            </w:tcMar>
            <w:vAlign w:val="center"/>
          </w:tcPr>
          <w:p w14:paraId="4A96AF1E" w14:textId="77777777" w:rsidR="00D60D5E" w:rsidRDefault="00891EF0">
            <w:pPr>
              <w:spacing w:after="0" w:line="240" w:lineRule="auto"/>
              <w:jc w:val="center"/>
            </w:pPr>
            <w:r>
              <w:rPr>
                <w:rFonts w:eastAsia="Aptos"/>
                <w:color w:val="6A7075"/>
                <w:sz w:val="17"/>
              </w:rPr>
              <w:t>180-155</w:t>
            </w:r>
          </w:p>
        </w:tc>
        <w:tc>
          <w:tcPr>
            <w:tcW w:w="2648" w:type="dxa"/>
            <w:tcMar>
              <w:top w:w="28" w:type="dxa"/>
              <w:left w:w="38" w:type="dxa"/>
              <w:bottom w:w="28" w:type="dxa"/>
              <w:right w:w="38" w:type="dxa"/>
            </w:tcMar>
            <w:vAlign w:val="center"/>
          </w:tcPr>
          <w:p w14:paraId="11C9012C" w14:textId="77777777" w:rsidR="00D60D5E" w:rsidRDefault="00891EF0">
            <w:pPr>
              <w:spacing w:after="0" w:line="240" w:lineRule="auto"/>
            </w:pPr>
            <w:r>
              <w:rPr>
                <w:rFonts w:eastAsia="Aptos"/>
                <w:sz w:val="17"/>
              </w:rPr>
              <w:t>Cheetos Crunchy 10.5oz Extra Queso</w:t>
            </w:r>
          </w:p>
        </w:tc>
        <w:tc>
          <w:tcPr>
            <w:tcW w:w="630" w:type="dxa"/>
            <w:tcMar>
              <w:top w:w="28" w:type="dxa"/>
              <w:left w:w="38" w:type="dxa"/>
              <w:bottom w:w="28" w:type="dxa"/>
              <w:right w:w="38" w:type="dxa"/>
            </w:tcMar>
            <w:vAlign w:val="center"/>
          </w:tcPr>
          <w:p w14:paraId="673E9E58" w14:textId="77777777" w:rsidR="00D60D5E" w:rsidRDefault="00891EF0">
            <w:pPr>
              <w:spacing w:after="0" w:line="240" w:lineRule="auto"/>
              <w:jc w:val="center"/>
            </w:pPr>
            <w:r>
              <w:rPr>
                <w:rFonts w:eastAsia="Aptos"/>
                <w:b/>
                <w:sz w:val="17"/>
              </w:rPr>
              <w:t>8.39</w:t>
            </w:r>
          </w:p>
        </w:tc>
        <w:tc>
          <w:tcPr>
            <w:tcW w:w="540" w:type="dxa"/>
            <w:tcMar>
              <w:top w:w="28" w:type="dxa"/>
              <w:left w:w="38" w:type="dxa"/>
              <w:bottom w:w="28" w:type="dxa"/>
              <w:right w:w="38" w:type="dxa"/>
            </w:tcMar>
            <w:vAlign w:val="center"/>
          </w:tcPr>
          <w:p w14:paraId="684D79F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4E1847" w14:textId="77777777" w:rsidR="00D60D5E" w:rsidRDefault="00D60D5E">
            <w:pPr>
              <w:jc w:val="center"/>
            </w:pPr>
          </w:p>
        </w:tc>
      </w:tr>
      <w:tr w:rsidR="00D60D5E" w14:paraId="10B93C98" w14:textId="77777777" w:rsidTr="000617E0">
        <w:trPr>
          <w:cantSplit/>
          <w:jc w:val="center"/>
        </w:trPr>
        <w:tc>
          <w:tcPr>
            <w:tcW w:w="677" w:type="dxa"/>
            <w:tcMar>
              <w:top w:w="28" w:type="dxa"/>
              <w:left w:w="38" w:type="dxa"/>
              <w:bottom w:w="28" w:type="dxa"/>
              <w:right w:w="38" w:type="dxa"/>
            </w:tcMar>
            <w:vAlign w:val="center"/>
          </w:tcPr>
          <w:p w14:paraId="7B31BE4A" w14:textId="77777777" w:rsidR="00D60D5E" w:rsidRDefault="00891EF0">
            <w:pPr>
              <w:spacing w:after="0" w:line="240" w:lineRule="auto"/>
              <w:jc w:val="center"/>
            </w:pPr>
            <w:r>
              <w:rPr>
                <w:rFonts w:eastAsia="Aptos"/>
                <w:color w:val="6A7075"/>
                <w:sz w:val="17"/>
              </w:rPr>
              <w:t>180-160</w:t>
            </w:r>
          </w:p>
        </w:tc>
        <w:tc>
          <w:tcPr>
            <w:tcW w:w="2648" w:type="dxa"/>
            <w:tcMar>
              <w:top w:w="28" w:type="dxa"/>
              <w:left w:w="38" w:type="dxa"/>
              <w:bottom w:w="28" w:type="dxa"/>
              <w:right w:w="38" w:type="dxa"/>
            </w:tcMar>
            <w:vAlign w:val="center"/>
          </w:tcPr>
          <w:p w14:paraId="3E5E29D3" w14:textId="77777777" w:rsidR="00D60D5E" w:rsidRDefault="00891EF0">
            <w:pPr>
              <w:spacing w:after="0" w:line="240" w:lineRule="auto"/>
            </w:pPr>
            <w:r>
              <w:rPr>
                <w:rFonts w:eastAsia="Aptos"/>
                <w:sz w:val="17"/>
              </w:rPr>
              <w:t>Cheetos Jumbo 9.7oz</w:t>
            </w:r>
          </w:p>
        </w:tc>
        <w:tc>
          <w:tcPr>
            <w:tcW w:w="630" w:type="dxa"/>
            <w:tcMar>
              <w:top w:w="28" w:type="dxa"/>
              <w:left w:w="38" w:type="dxa"/>
              <w:bottom w:w="28" w:type="dxa"/>
              <w:right w:w="38" w:type="dxa"/>
            </w:tcMar>
            <w:vAlign w:val="center"/>
          </w:tcPr>
          <w:p w14:paraId="3D7750C1"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2561D2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D2A964" w14:textId="77777777" w:rsidR="00D60D5E" w:rsidRDefault="00D60D5E">
            <w:pPr>
              <w:jc w:val="center"/>
            </w:pPr>
          </w:p>
        </w:tc>
      </w:tr>
      <w:tr w:rsidR="00D60D5E" w14:paraId="71DE0260" w14:textId="77777777" w:rsidTr="000617E0">
        <w:trPr>
          <w:cantSplit/>
          <w:jc w:val="center"/>
        </w:trPr>
        <w:tc>
          <w:tcPr>
            <w:tcW w:w="677" w:type="dxa"/>
            <w:tcMar>
              <w:top w:w="28" w:type="dxa"/>
              <w:left w:w="38" w:type="dxa"/>
              <w:bottom w:w="28" w:type="dxa"/>
              <w:right w:w="38" w:type="dxa"/>
            </w:tcMar>
            <w:vAlign w:val="center"/>
          </w:tcPr>
          <w:p w14:paraId="2D564FD6" w14:textId="77777777" w:rsidR="00D60D5E" w:rsidRDefault="00891EF0">
            <w:pPr>
              <w:spacing w:after="0" w:line="240" w:lineRule="auto"/>
              <w:jc w:val="center"/>
            </w:pPr>
            <w:r>
              <w:rPr>
                <w:rFonts w:eastAsia="Aptos"/>
                <w:color w:val="6A7075"/>
                <w:sz w:val="17"/>
              </w:rPr>
              <w:t>180-165</w:t>
            </w:r>
          </w:p>
        </w:tc>
        <w:tc>
          <w:tcPr>
            <w:tcW w:w="2648" w:type="dxa"/>
            <w:tcMar>
              <w:top w:w="28" w:type="dxa"/>
              <w:left w:w="38" w:type="dxa"/>
              <w:bottom w:w="28" w:type="dxa"/>
              <w:right w:w="38" w:type="dxa"/>
            </w:tcMar>
            <w:vAlign w:val="center"/>
          </w:tcPr>
          <w:p w14:paraId="63419C8E" w14:textId="77777777" w:rsidR="00D60D5E" w:rsidRDefault="00891EF0">
            <w:pPr>
              <w:spacing w:after="0" w:line="240" w:lineRule="auto"/>
            </w:pPr>
            <w:r>
              <w:rPr>
                <w:rFonts w:eastAsia="Aptos"/>
                <w:sz w:val="17"/>
              </w:rPr>
              <w:t>Cheetos Simply White Cheddar 8.5oz</w:t>
            </w:r>
          </w:p>
        </w:tc>
        <w:tc>
          <w:tcPr>
            <w:tcW w:w="630" w:type="dxa"/>
            <w:tcMar>
              <w:top w:w="28" w:type="dxa"/>
              <w:left w:w="38" w:type="dxa"/>
              <w:bottom w:w="28" w:type="dxa"/>
              <w:right w:w="38" w:type="dxa"/>
            </w:tcMar>
            <w:vAlign w:val="center"/>
          </w:tcPr>
          <w:p w14:paraId="671FEF4A"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4F2BE5D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1C4709" w14:textId="77777777" w:rsidR="00D60D5E" w:rsidRDefault="00D60D5E">
            <w:pPr>
              <w:jc w:val="center"/>
            </w:pPr>
          </w:p>
        </w:tc>
      </w:tr>
      <w:tr w:rsidR="00D60D5E" w14:paraId="6F154918" w14:textId="77777777" w:rsidTr="000617E0">
        <w:trPr>
          <w:cantSplit/>
          <w:jc w:val="center"/>
        </w:trPr>
        <w:tc>
          <w:tcPr>
            <w:tcW w:w="677" w:type="dxa"/>
            <w:tcMar>
              <w:top w:w="28" w:type="dxa"/>
              <w:left w:w="38" w:type="dxa"/>
              <w:bottom w:w="28" w:type="dxa"/>
              <w:right w:w="38" w:type="dxa"/>
            </w:tcMar>
            <w:vAlign w:val="center"/>
          </w:tcPr>
          <w:p w14:paraId="6D0E2278" w14:textId="77777777" w:rsidR="00D60D5E" w:rsidRDefault="00891EF0">
            <w:pPr>
              <w:spacing w:after="0" w:line="240" w:lineRule="auto"/>
              <w:jc w:val="center"/>
            </w:pPr>
            <w:r>
              <w:rPr>
                <w:rFonts w:eastAsia="Aptos"/>
                <w:color w:val="6A7075"/>
                <w:sz w:val="17"/>
              </w:rPr>
              <w:t>180-170</w:t>
            </w:r>
          </w:p>
        </w:tc>
        <w:tc>
          <w:tcPr>
            <w:tcW w:w="2648" w:type="dxa"/>
            <w:tcMar>
              <w:top w:w="28" w:type="dxa"/>
              <w:left w:w="38" w:type="dxa"/>
              <w:bottom w:w="28" w:type="dxa"/>
              <w:right w:w="38" w:type="dxa"/>
            </w:tcMar>
            <w:vAlign w:val="center"/>
          </w:tcPr>
          <w:p w14:paraId="524D50B3" w14:textId="77777777" w:rsidR="00D60D5E" w:rsidRDefault="00891EF0">
            <w:pPr>
              <w:spacing w:after="0" w:line="240" w:lineRule="auto"/>
            </w:pPr>
            <w:r>
              <w:rPr>
                <w:rFonts w:eastAsia="Aptos"/>
                <w:sz w:val="17"/>
              </w:rPr>
              <w:t>Fritos Corn Chips 11oz</w:t>
            </w:r>
          </w:p>
        </w:tc>
        <w:tc>
          <w:tcPr>
            <w:tcW w:w="630" w:type="dxa"/>
            <w:tcMar>
              <w:top w:w="28" w:type="dxa"/>
              <w:left w:w="38" w:type="dxa"/>
              <w:bottom w:w="28" w:type="dxa"/>
              <w:right w:w="38" w:type="dxa"/>
            </w:tcMar>
            <w:vAlign w:val="center"/>
          </w:tcPr>
          <w:p w14:paraId="7B1DCDA6" w14:textId="77777777" w:rsidR="00D60D5E" w:rsidRDefault="00891EF0">
            <w:pPr>
              <w:spacing w:after="0" w:line="240" w:lineRule="auto"/>
              <w:jc w:val="center"/>
            </w:pPr>
            <w:r>
              <w:rPr>
                <w:rFonts w:eastAsia="Aptos"/>
                <w:b/>
                <w:sz w:val="17"/>
              </w:rPr>
              <w:t>8.49</w:t>
            </w:r>
          </w:p>
        </w:tc>
        <w:tc>
          <w:tcPr>
            <w:tcW w:w="540" w:type="dxa"/>
            <w:tcMar>
              <w:top w:w="28" w:type="dxa"/>
              <w:left w:w="38" w:type="dxa"/>
              <w:bottom w:w="28" w:type="dxa"/>
              <w:right w:w="38" w:type="dxa"/>
            </w:tcMar>
            <w:vAlign w:val="center"/>
          </w:tcPr>
          <w:p w14:paraId="4167455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DC64D7" w14:textId="77777777" w:rsidR="00D60D5E" w:rsidRDefault="00D60D5E">
            <w:pPr>
              <w:jc w:val="center"/>
            </w:pPr>
          </w:p>
        </w:tc>
      </w:tr>
      <w:tr w:rsidR="00D60D5E" w14:paraId="22E478C9" w14:textId="77777777" w:rsidTr="000617E0">
        <w:trPr>
          <w:cantSplit/>
          <w:jc w:val="center"/>
        </w:trPr>
        <w:tc>
          <w:tcPr>
            <w:tcW w:w="677" w:type="dxa"/>
            <w:tcMar>
              <w:top w:w="28" w:type="dxa"/>
              <w:left w:w="38" w:type="dxa"/>
              <w:bottom w:w="28" w:type="dxa"/>
              <w:right w:w="38" w:type="dxa"/>
            </w:tcMar>
            <w:vAlign w:val="center"/>
          </w:tcPr>
          <w:p w14:paraId="1EA21861" w14:textId="77777777" w:rsidR="00D60D5E" w:rsidRDefault="00891EF0">
            <w:pPr>
              <w:spacing w:after="0" w:line="240" w:lineRule="auto"/>
              <w:jc w:val="center"/>
            </w:pPr>
            <w:r>
              <w:rPr>
                <w:rFonts w:eastAsia="Aptos"/>
                <w:color w:val="6A7075"/>
                <w:sz w:val="17"/>
              </w:rPr>
              <w:t>180-175</w:t>
            </w:r>
          </w:p>
        </w:tc>
        <w:tc>
          <w:tcPr>
            <w:tcW w:w="2648" w:type="dxa"/>
            <w:tcMar>
              <w:top w:w="28" w:type="dxa"/>
              <w:left w:w="38" w:type="dxa"/>
              <w:bottom w:w="28" w:type="dxa"/>
              <w:right w:w="38" w:type="dxa"/>
            </w:tcMar>
            <w:vAlign w:val="center"/>
          </w:tcPr>
          <w:p w14:paraId="4B8E020D" w14:textId="77777777" w:rsidR="00D60D5E" w:rsidRDefault="00891EF0">
            <w:pPr>
              <w:spacing w:after="0" w:line="240" w:lineRule="auto"/>
            </w:pPr>
            <w:r>
              <w:rPr>
                <w:rFonts w:eastAsia="Aptos"/>
                <w:sz w:val="17"/>
              </w:rPr>
              <w:t>Pringles Regular 5.5oz</w:t>
            </w:r>
          </w:p>
        </w:tc>
        <w:tc>
          <w:tcPr>
            <w:tcW w:w="630" w:type="dxa"/>
            <w:tcMar>
              <w:top w:w="28" w:type="dxa"/>
              <w:left w:w="38" w:type="dxa"/>
              <w:bottom w:w="28" w:type="dxa"/>
              <w:right w:w="38" w:type="dxa"/>
            </w:tcMar>
            <w:vAlign w:val="center"/>
          </w:tcPr>
          <w:p w14:paraId="21F18B22"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4A736C1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906BF44" w14:textId="77777777" w:rsidR="00D60D5E" w:rsidRDefault="00D60D5E">
            <w:pPr>
              <w:jc w:val="center"/>
            </w:pPr>
          </w:p>
        </w:tc>
      </w:tr>
      <w:tr w:rsidR="00D60D5E" w14:paraId="550F15C5" w14:textId="77777777" w:rsidTr="000617E0">
        <w:trPr>
          <w:cantSplit/>
          <w:jc w:val="center"/>
        </w:trPr>
        <w:tc>
          <w:tcPr>
            <w:tcW w:w="677" w:type="dxa"/>
            <w:tcMar>
              <w:top w:w="28" w:type="dxa"/>
              <w:left w:w="38" w:type="dxa"/>
              <w:bottom w:w="28" w:type="dxa"/>
              <w:right w:w="38" w:type="dxa"/>
            </w:tcMar>
            <w:vAlign w:val="center"/>
          </w:tcPr>
          <w:p w14:paraId="31FA6BC5" w14:textId="77777777" w:rsidR="00D60D5E" w:rsidRDefault="00891EF0">
            <w:pPr>
              <w:spacing w:after="0" w:line="240" w:lineRule="auto"/>
              <w:jc w:val="center"/>
            </w:pPr>
            <w:r>
              <w:rPr>
                <w:rFonts w:eastAsia="Aptos"/>
                <w:color w:val="6A7075"/>
                <w:sz w:val="17"/>
              </w:rPr>
              <w:t>180-180</w:t>
            </w:r>
          </w:p>
        </w:tc>
        <w:tc>
          <w:tcPr>
            <w:tcW w:w="2648" w:type="dxa"/>
            <w:tcMar>
              <w:top w:w="28" w:type="dxa"/>
              <w:left w:w="38" w:type="dxa"/>
              <w:bottom w:w="28" w:type="dxa"/>
              <w:right w:w="38" w:type="dxa"/>
            </w:tcMar>
            <w:vAlign w:val="center"/>
          </w:tcPr>
          <w:p w14:paraId="6F05399C" w14:textId="77777777" w:rsidR="00D60D5E" w:rsidRDefault="00891EF0">
            <w:pPr>
              <w:spacing w:after="0" w:line="240" w:lineRule="auto"/>
            </w:pPr>
            <w:r>
              <w:rPr>
                <w:rFonts w:eastAsia="Aptos"/>
                <w:sz w:val="17"/>
              </w:rPr>
              <w:t>Pringles BBQ 5.5oz</w:t>
            </w:r>
          </w:p>
        </w:tc>
        <w:tc>
          <w:tcPr>
            <w:tcW w:w="630" w:type="dxa"/>
            <w:tcMar>
              <w:top w:w="28" w:type="dxa"/>
              <w:left w:w="38" w:type="dxa"/>
              <w:bottom w:w="28" w:type="dxa"/>
              <w:right w:w="38" w:type="dxa"/>
            </w:tcMar>
            <w:vAlign w:val="center"/>
          </w:tcPr>
          <w:p w14:paraId="367FF5BB"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6602DB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B26666" w14:textId="77777777" w:rsidR="00D60D5E" w:rsidRDefault="00D60D5E">
            <w:pPr>
              <w:jc w:val="center"/>
            </w:pPr>
          </w:p>
        </w:tc>
      </w:tr>
      <w:tr w:rsidR="00D60D5E" w14:paraId="29AA26B2" w14:textId="77777777" w:rsidTr="000617E0">
        <w:trPr>
          <w:cantSplit/>
          <w:jc w:val="center"/>
        </w:trPr>
        <w:tc>
          <w:tcPr>
            <w:tcW w:w="677" w:type="dxa"/>
            <w:tcMar>
              <w:top w:w="28" w:type="dxa"/>
              <w:left w:w="38" w:type="dxa"/>
              <w:bottom w:w="28" w:type="dxa"/>
              <w:right w:w="38" w:type="dxa"/>
            </w:tcMar>
            <w:vAlign w:val="center"/>
          </w:tcPr>
          <w:p w14:paraId="3EC301AE" w14:textId="77777777" w:rsidR="00D60D5E" w:rsidRDefault="00891EF0">
            <w:pPr>
              <w:spacing w:after="0" w:line="240" w:lineRule="auto"/>
              <w:jc w:val="center"/>
            </w:pPr>
            <w:r>
              <w:rPr>
                <w:rFonts w:eastAsia="Aptos"/>
                <w:color w:val="6A7075"/>
                <w:sz w:val="17"/>
              </w:rPr>
              <w:t>180-185</w:t>
            </w:r>
          </w:p>
        </w:tc>
        <w:tc>
          <w:tcPr>
            <w:tcW w:w="2648" w:type="dxa"/>
            <w:tcMar>
              <w:top w:w="28" w:type="dxa"/>
              <w:left w:w="38" w:type="dxa"/>
              <w:bottom w:w="28" w:type="dxa"/>
              <w:right w:w="38" w:type="dxa"/>
            </w:tcMar>
            <w:vAlign w:val="center"/>
          </w:tcPr>
          <w:p w14:paraId="5A244541" w14:textId="77777777" w:rsidR="00D60D5E" w:rsidRDefault="00891EF0">
            <w:pPr>
              <w:spacing w:after="0" w:line="240" w:lineRule="auto"/>
            </w:pPr>
            <w:r>
              <w:rPr>
                <w:rFonts w:eastAsia="Aptos"/>
                <w:sz w:val="17"/>
              </w:rPr>
              <w:t>Pringles Sour Cream 5.5oz</w:t>
            </w:r>
          </w:p>
        </w:tc>
        <w:tc>
          <w:tcPr>
            <w:tcW w:w="630" w:type="dxa"/>
            <w:tcMar>
              <w:top w:w="28" w:type="dxa"/>
              <w:left w:w="38" w:type="dxa"/>
              <w:bottom w:w="28" w:type="dxa"/>
              <w:right w:w="38" w:type="dxa"/>
            </w:tcMar>
            <w:vAlign w:val="center"/>
          </w:tcPr>
          <w:p w14:paraId="3C81AEAC" w14:textId="77777777" w:rsidR="00D60D5E" w:rsidRDefault="00891EF0">
            <w:pPr>
              <w:spacing w:after="0" w:line="240" w:lineRule="auto"/>
              <w:jc w:val="center"/>
            </w:pPr>
            <w:r>
              <w:rPr>
                <w:rFonts w:eastAsia="Aptos"/>
                <w:b/>
                <w:sz w:val="17"/>
              </w:rPr>
              <w:t>4.39</w:t>
            </w:r>
          </w:p>
        </w:tc>
        <w:tc>
          <w:tcPr>
            <w:tcW w:w="540" w:type="dxa"/>
            <w:tcMar>
              <w:top w:w="28" w:type="dxa"/>
              <w:left w:w="38" w:type="dxa"/>
              <w:bottom w:w="28" w:type="dxa"/>
              <w:right w:w="38" w:type="dxa"/>
            </w:tcMar>
            <w:vAlign w:val="center"/>
          </w:tcPr>
          <w:p w14:paraId="5616D11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5FC8E1" w14:textId="77777777" w:rsidR="00D60D5E" w:rsidRDefault="00D60D5E">
            <w:pPr>
              <w:jc w:val="center"/>
            </w:pPr>
          </w:p>
        </w:tc>
      </w:tr>
      <w:tr w:rsidR="00D60D5E" w14:paraId="40FE110E" w14:textId="77777777" w:rsidTr="000617E0">
        <w:trPr>
          <w:cantSplit/>
          <w:jc w:val="center"/>
        </w:trPr>
        <w:tc>
          <w:tcPr>
            <w:tcW w:w="677" w:type="dxa"/>
            <w:tcMar>
              <w:top w:w="28" w:type="dxa"/>
              <w:left w:w="38" w:type="dxa"/>
              <w:bottom w:w="28" w:type="dxa"/>
              <w:right w:w="38" w:type="dxa"/>
            </w:tcMar>
            <w:vAlign w:val="center"/>
          </w:tcPr>
          <w:p w14:paraId="7F9B5506" w14:textId="77777777" w:rsidR="00D60D5E" w:rsidRDefault="00891EF0">
            <w:pPr>
              <w:spacing w:after="0" w:line="240" w:lineRule="auto"/>
              <w:jc w:val="center"/>
            </w:pPr>
            <w:r>
              <w:rPr>
                <w:rFonts w:eastAsia="Aptos"/>
                <w:color w:val="6A7075"/>
                <w:sz w:val="17"/>
              </w:rPr>
              <w:t>180-190</w:t>
            </w:r>
          </w:p>
        </w:tc>
        <w:tc>
          <w:tcPr>
            <w:tcW w:w="2648" w:type="dxa"/>
            <w:tcMar>
              <w:top w:w="28" w:type="dxa"/>
              <w:left w:w="38" w:type="dxa"/>
              <w:bottom w:w="28" w:type="dxa"/>
              <w:right w:w="38" w:type="dxa"/>
            </w:tcMar>
            <w:vAlign w:val="center"/>
          </w:tcPr>
          <w:p w14:paraId="0519C9A2" w14:textId="77777777" w:rsidR="00D60D5E" w:rsidRDefault="00891EF0">
            <w:pPr>
              <w:spacing w:after="0" w:line="240" w:lineRule="auto"/>
            </w:pPr>
            <w:r>
              <w:rPr>
                <w:rFonts w:eastAsia="Aptos"/>
                <w:sz w:val="17"/>
              </w:rPr>
              <w:t>Pringles Pizza 5.5oz</w:t>
            </w:r>
          </w:p>
        </w:tc>
        <w:tc>
          <w:tcPr>
            <w:tcW w:w="630" w:type="dxa"/>
            <w:tcMar>
              <w:top w:w="28" w:type="dxa"/>
              <w:left w:w="38" w:type="dxa"/>
              <w:bottom w:w="28" w:type="dxa"/>
              <w:right w:w="38" w:type="dxa"/>
            </w:tcMar>
            <w:vAlign w:val="center"/>
          </w:tcPr>
          <w:p w14:paraId="49590878" w14:textId="77777777" w:rsidR="00D60D5E" w:rsidRDefault="00891EF0">
            <w:pPr>
              <w:spacing w:after="0" w:line="240" w:lineRule="auto"/>
              <w:jc w:val="center"/>
            </w:pPr>
            <w:r>
              <w:rPr>
                <w:rFonts w:eastAsia="Aptos"/>
                <w:b/>
                <w:sz w:val="17"/>
              </w:rPr>
              <w:t>4.65</w:t>
            </w:r>
          </w:p>
        </w:tc>
        <w:tc>
          <w:tcPr>
            <w:tcW w:w="540" w:type="dxa"/>
            <w:tcMar>
              <w:top w:w="28" w:type="dxa"/>
              <w:left w:w="38" w:type="dxa"/>
              <w:bottom w:w="28" w:type="dxa"/>
              <w:right w:w="38" w:type="dxa"/>
            </w:tcMar>
            <w:vAlign w:val="center"/>
          </w:tcPr>
          <w:p w14:paraId="77A6BB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70807D" w14:textId="77777777" w:rsidR="00D60D5E" w:rsidRDefault="00D60D5E">
            <w:pPr>
              <w:jc w:val="center"/>
            </w:pPr>
          </w:p>
        </w:tc>
      </w:tr>
      <w:tr w:rsidR="00D60D5E" w14:paraId="052FCCF1" w14:textId="77777777" w:rsidTr="000617E0">
        <w:trPr>
          <w:cantSplit/>
          <w:jc w:val="center"/>
        </w:trPr>
        <w:tc>
          <w:tcPr>
            <w:tcW w:w="677" w:type="dxa"/>
            <w:tcMar>
              <w:top w:w="28" w:type="dxa"/>
              <w:left w:w="38" w:type="dxa"/>
              <w:bottom w:w="28" w:type="dxa"/>
              <w:right w:w="38" w:type="dxa"/>
            </w:tcMar>
            <w:vAlign w:val="center"/>
          </w:tcPr>
          <w:p w14:paraId="6DE11129" w14:textId="77777777" w:rsidR="00D60D5E" w:rsidRDefault="00891EF0">
            <w:pPr>
              <w:spacing w:after="0" w:line="240" w:lineRule="auto"/>
              <w:jc w:val="center"/>
            </w:pPr>
            <w:r>
              <w:rPr>
                <w:rFonts w:eastAsia="Aptos"/>
                <w:color w:val="6A7075"/>
                <w:sz w:val="17"/>
              </w:rPr>
              <w:t>180-195</w:t>
            </w:r>
          </w:p>
        </w:tc>
        <w:tc>
          <w:tcPr>
            <w:tcW w:w="2648" w:type="dxa"/>
            <w:tcMar>
              <w:top w:w="28" w:type="dxa"/>
              <w:left w:w="38" w:type="dxa"/>
              <w:bottom w:w="28" w:type="dxa"/>
              <w:right w:w="38" w:type="dxa"/>
            </w:tcMar>
            <w:vAlign w:val="center"/>
          </w:tcPr>
          <w:p w14:paraId="6E5C523F" w14:textId="77777777" w:rsidR="00D60D5E" w:rsidRDefault="00891EF0">
            <w:pPr>
              <w:spacing w:after="0" w:line="240" w:lineRule="auto"/>
            </w:pPr>
            <w:r>
              <w:rPr>
                <w:rFonts w:eastAsia="Aptos"/>
                <w:sz w:val="17"/>
              </w:rPr>
              <w:t>Pringles Ranch 5oz</w:t>
            </w:r>
          </w:p>
        </w:tc>
        <w:tc>
          <w:tcPr>
            <w:tcW w:w="630" w:type="dxa"/>
            <w:tcMar>
              <w:top w:w="28" w:type="dxa"/>
              <w:left w:w="38" w:type="dxa"/>
              <w:bottom w:w="28" w:type="dxa"/>
              <w:right w:w="38" w:type="dxa"/>
            </w:tcMar>
            <w:vAlign w:val="center"/>
          </w:tcPr>
          <w:p w14:paraId="66CC1A91" w14:textId="77777777" w:rsidR="00D60D5E" w:rsidRDefault="00891EF0">
            <w:pPr>
              <w:spacing w:after="0" w:line="240" w:lineRule="auto"/>
              <w:jc w:val="center"/>
            </w:pPr>
            <w:r>
              <w:rPr>
                <w:rFonts w:eastAsia="Aptos"/>
                <w:b/>
                <w:sz w:val="17"/>
              </w:rPr>
              <w:t>4.80</w:t>
            </w:r>
          </w:p>
        </w:tc>
        <w:tc>
          <w:tcPr>
            <w:tcW w:w="540" w:type="dxa"/>
            <w:tcMar>
              <w:top w:w="28" w:type="dxa"/>
              <w:left w:w="38" w:type="dxa"/>
              <w:bottom w:w="28" w:type="dxa"/>
              <w:right w:w="38" w:type="dxa"/>
            </w:tcMar>
            <w:vAlign w:val="center"/>
          </w:tcPr>
          <w:p w14:paraId="3F242B3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9B4841" w14:textId="77777777" w:rsidR="00D60D5E" w:rsidRDefault="00D60D5E">
            <w:pPr>
              <w:jc w:val="center"/>
            </w:pPr>
          </w:p>
        </w:tc>
      </w:tr>
      <w:tr w:rsidR="00D60D5E" w14:paraId="6AE61660" w14:textId="77777777" w:rsidTr="000617E0">
        <w:trPr>
          <w:cantSplit/>
          <w:jc w:val="center"/>
        </w:trPr>
        <w:tc>
          <w:tcPr>
            <w:tcW w:w="677" w:type="dxa"/>
            <w:tcMar>
              <w:top w:w="28" w:type="dxa"/>
              <w:left w:w="38" w:type="dxa"/>
              <w:bottom w:w="28" w:type="dxa"/>
              <w:right w:w="38" w:type="dxa"/>
            </w:tcMar>
            <w:vAlign w:val="center"/>
          </w:tcPr>
          <w:p w14:paraId="15D5FF89" w14:textId="77777777" w:rsidR="00D60D5E" w:rsidRDefault="00891EF0">
            <w:pPr>
              <w:spacing w:after="0" w:line="240" w:lineRule="auto"/>
              <w:jc w:val="center"/>
            </w:pPr>
            <w:r>
              <w:rPr>
                <w:rFonts w:eastAsia="Aptos"/>
                <w:color w:val="6A7075"/>
                <w:sz w:val="17"/>
              </w:rPr>
              <w:t>180-196</w:t>
            </w:r>
          </w:p>
        </w:tc>
        <w:tc>
          <w:tcPr>
            <w:tcW w:w="2648" w:type="dxa"/>
            <w:tcMar>
              <w:top w:w="28" w:type="dxa"/>
              <w:left w:w="38" w:type="dxa"/>
              <w:bottom w:w="28" w:type="dxa"/>
              <w:right w:w="38" w:type="dxa"/>
            </w:tcMar>
            <w:vAlign w:val="center"/>
          </w:tcPr>
          <w:p w14:paraId="4DB8F745" w14:textId="77777777" w:rsidR="00D60D5E" w:rsidRDefault="00891EF0">
            <w:pPr>
              <w:spacing w:after="0" w:line="240" w:lineRule="auto"/>
            </w:pPr>
            <w:r>
              <w:rPr>
                <w:rFonts w:eastAsia="Aptos"/>
                <w:sz w:val="17"/>
              </w:rPr>
              <w:t>Tostitos Tortilla Chips 10oz Rst Style</w:t>
            </w:r>
          </w:p>
        </w:tc>
        <w:tc>
          <w:tcPr>
            <w:tcW w:w="630" w:type="dxa"/>
            <w:tcMar>
              <w:top w:w="28" w:type="dxa"/>
              <w:left w:w="38" w:type="dxa"/>
              <w:bottom w:w="28" w:type="dxa"/>
              <w:right w:w="38" w:type="dxa"/>
            </w:tcMar>
            <w:vAlign w:val="center"/>
          </w:tcPr>
          <w:p w14:paraId="4BF2FD5D"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43EEB6D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E86E8E" w14:textId="77777777" w:rsidR="00D60D5E" w:rsidRDefault="00D60D5E">
            <w:pPr>
              <w:jc w:val="center"/>
            </w:pPr>
          </w:p>
        </w:tc>
      </w:tr>
      <w:tr w:rsidR="00D60D5E" w14:paraId="5BD53FAC" w14:textId="77777777" w:rsidTr="000617E0">
        <w:trPr>
          <w:cantSplit/>
          <w:jc w:val="center"/>
        </w:trPr>
        <w:tc>
          <w:tcPr>
            <w:tcW w:w="677" w:type="dxa"/>
            <w:tcMar>
              <w:top w:w="28" w:type="dxa"/>
              <w:left w:w="38" w:type="dxa"/>
              <w:bottom w:w="28" w:type="dxa"/>
              <w:right w:w="38" w:type="dxa"/>
            </w:tcMar>
            <w:vAlign w:val="center"/>
          </w:tcPr>
          <w:p w14:paraId="17F54415" w14:textId="77777777" w:rsidR="00D60D5E" w:rsidRDefault="00891EF0">
            <w:pPr>
              <w:spacing w:after="0" w:line="240" w:lineRule="auto"/>
              <w:jc w:val="center"/>
            </w:pPr>
            <w:r>
              <w:rPr>
                <w:rFonts w:eastAsia="Aptos"/>
                <w:color w:val="6A7075"/>
                <w:sz w:val="17"/>
              </w:rPr>
              <w:t>180-200</w:t>
            </w:r>
          </w:p>
        </w:tc>
        <w:tc>
          <w:tcPr>
            <w:tcW w:w="2648" w:type="dxa"/>
            <w:tcMar>
              <w:top w:w="28" w:type="dxa"/>
              <w:left w:w="38" w:type="dxa"/>
              <w:bottom w:w="28" w:type="dxa"/>
              <w:right w:w="38" w:type="dxa"/>
            </w:tcMar>
            <w:vAlign w:val="center"/>
          </w:tcPr>
          <w:p w14:paraId="37419FFD" w14:textId="77777777" w:rsidR="00D60D5E" w:rsidRDefault="00891EF0">
            <w:pPr>
              <w:spacing w:after="0" w:line="240" w:lineRule="auto"/>
            </w:pPr>
            <w:r>
              <w:rPr>
                <w:rFonts w:eastAsia="Aptos"/>
                <w:sz w:val="17"/>
              </w:rPr>
              <w:t>Lays Classic Potato Chips 6 oz</w:t>
            </w:r>
          </w:p>
        </w:tc>
        <w:tc>
          <w:tcPr>
            <w:tcW w:w="630" w:type="dxa"/>
            <w:tcMar>
              <w:top w:w="28" w:type="dxa"/>
              <w:left w:w="38" w:type="dxa"/>
              <w:bottom w:w="28" w:type="dxa"/>
              <w:right w:w="38" w:type="dxa"/>
            </w:tcMar>
            <w:vAlign w:val="center"/>
          </w:tcPr>
          <w:p w14:paraId="6BA375E3"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8EE82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12084C" w14:textId="77777777" w:rsidR="00D60D5E" w:rsidRDefault="00D60D5E">
            <w:pPr>
              <w:jc w:val="center"/>
            </w:pPr>
          </w:p>
        </w:tc>
      </w:tr>
      <w:tr w:rsidR="00D60D5E" w14:paraId="79951970" w14:textId="77777777" w:rsidTr="000617E0">
        <w:trPr>
          <w:cantSplit/>
          <w:jc w:val="center"/>
        </w:trPr>
        <w:tc>
          <w:tcPr>
            <w:tcW w:w="677" w:type="dxa"/>
            <w:tcMar>
              <w:top w:w="28" w:type="dxa"/>
              <w:left w:w="38" w:type="dxa"/>
              <w:bottom w:w="28" w:type="dxa"/>
              <w:right w:w="38" w:type="dxa"/>
            </w:tcMar>
            <w:vAlign w:val="center"/>
          </w:tcPr>
          <w:p w14:paraId="1EF89143" w14:textId="77777777" w:rsidR="00D60D5E" w:rsidRDefault="00891EF0">
            <w:pPr>
              <w:spacing w:after="0" w:line="240" w:lineRule="auto"/>
              <w:jc w:val="center"/>
            </w:pPr>
            <w:r>
              <w:rPr>
                <w:rFonts w:eastAsia="Aptos"/>
                <w:color w:val="6A7075"/>
                <w:sz w:val="17"/>
              </w:rPr>
              <w:t>180-205</w:t>
            </w:r>
          </w:p>
        </w:tc>
        <w:tc>
          <w:tcPr>
            <w:tcW w:w="2648" w:type="dxa"/>
            <w:tcMar>
              <w:top w:w="28" w:type="dxa"/>
              <w:left w:w="38" w:type="dxa"/>
              <w:bottom w:w="28" w:type="dxa"/>
              <w:right w:w="38" w:type="dxa"/>
            </w:tcMar>
            <w:vAlign w:val="center"/>
          </w:tcPr>
          <w:p w14:paraId="40E980C5" w14:textId="77777777" w:rsidR="00D60D5E" w:rsidRDefault="00891EF0">
            <w:pPr>
              <w:spacing w:after="0" w:line="240" w:lineRule="auto"/>
            </w:pPr>
            <w:r>
              <w:rPr>
                <w:rFonts w:eastAsia="Aptos"/>
                <w:sz w:val="17"/>
              </w:rPr>
              <w:t>Ruffles Cheddar Cheese &amp; Sour Cream 6.5oz</w:t>
            </w:r>
          </w:p>
        </w:tc>
        <w:tc>
          <w:tcPr>
            <w:tcW w:w="630" w:type="dxa"/>
            <w:tcMar>
              <w:top w:w="28" w:type="dxa"/>
              <w:left w:w="38" w:type="dxa"/>
              <w:bottom w:w="28" w:type="dxa"/>
              <w:right w:w="38" w:type="dxa"/>
            </w:tcMar>
            <w:vAlign w:val="center"/>
          </w:tcPr>
          <w:p w14:paraId="58FDDFB4" w14:textId="77777777" w:rsidR="00D60D5E" w:rsidRDefault="00891EF0">
            <w:pPr>
              <w:spacing w:after="0" w:line="240" w:lineRule="auto"/>
              <w:jc w:val="center"/>
            </w:pPr>
            <w:r>
              <w:rPr>
                <w:rFonts w:eastAsia="Aptos"/>
                <w:b/>
                <w:sz w:val="17"/>
              </w:rPr>
              <w:t>5.59</w:t>
            </w:r>
          </w:p>
        </w:tc>
        <w:tc>
          <w:tcPr>
            <w:tcW w:w="540" w:type="dxa"/>
            <w:tcMar>
              <w:top w:w="28" w:type="dxa"/>
              <w:left w:w="38" w:type="dxa"/>
              <w:bottom w:w="28" w:type="dxa"/>
              <w:right w:w="38" w:type="dxa"/>
            </w:tcMar>
            <w:vAlign w:val="center"/>
          </w:tcPr>
          <w:p w14:paraId="1E7BE9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CA6519" w14:textId="77777777" w:rsidR="00D60D5E" w:rsidRDefault="00D60D5E">
            <w:pPr>
              <w:jc w:val="center"/>
            </w:pPr>
          </w:p>
        </w:tc>
      </w:tr>
      <w:tr w:rsidR="00D60D5E" w14:paraId="444513AC" w14:textId="77777777" w:rsidTr="000617E0">
        <w:trPr>
          <w:cantSplit/>
          <w:jc w:val="center"/>
        </w:trPr>
        <w:tc>
          <w:tcPr>
            <w:tcW w:w="677" w:type="dxa"/>
            <w:tcMar>
              <w:top w:w="28" w:type="dxa"/>
              <w:left w:w="38" w:type="dxa"/>
              <w:bottom w:w="28" w:type="dxa"/>
              <w:right w:w="38" w:type="dxa"/>
            </w:tcMar>
            <w:vAlign w:val="center"/>
          </w:tcPr>
          <w:p w14:paraId="67FDE814" w14:textId="77777777" w:rsidR="00D60D5E" w:rsidRDefault="00891EF0">
            <w:pPr>
              <w:spacing w:after="0" w:line="240" w:lineRule="auto"/>
              <w:jc w:val="center"/>
            </w:pPr>
            <w:r>
              <w:rPr>
                <w:rFonts w:eastAsia="Aptos"/>
                <w:color w:val="6A7075"/>
                <w:sz w:val="17"/>
              </w:rPr>
              <w:t>180-210</w:t>
            </w:r>
          </w:p>
        </w:tc>
        <w:tc>
          <w:tcPr>
            <w:tcW w:w="2648" w:type="dxa"/>
            <w:tcMar>
              <w:top w:w="28" w:type="dxa"/>
              <w:left w:w="38" w:type="dxa"/>
              <w:bottom w:w="28" w:type="dxa"/>
              <w:right w:w="38" w:type="dxa"/>
            </w:tcMar>
            <w:vAlign w:val="center"/>
          </w:tcPr>
          <w:p w14:paraId="12BD33FD" w14:textId="77777777" w:rsidR="00D60D5E" w:rsidRDefault="00891EF0">
            <w:pPr>
              <w:spacing w:after="0" w:line="240" w:lineRule="auto"/>
            </w:pPr>
            <w:r>
              <w:rPr>
                <w:rFonts w:eastAsia="Aptos"/>
                <w:sz w:val="17"/>
              </w:rPr>
              <w:t>Lays BBQ Chips 10oz</w:t>
            </w:r>
          </w:p>
        </w:tc>
        <w:tc>
          <w:tcPr>
            <w:tcW w:w="630" w:type="dxa"/>
            <w:tcMar>
              <w:top w:w="28" w:type="dxa"/>
              <w:left w:w="38" w:type="dxa"/>
              <w:bottom w:w="28" w:type="dxa"/>
              <w:right w:w="38" w:type="dxa"/>
            </w:tcMar>
            <w:vAlign w:val="center"/>
          </w:tcPr>
          <w:p w14:paraId="7F8039E3" w14:textId="77777777" w:rsidR="00D60D5E" w:rsidRDefault="00891EF0">
            <w:pPr>
              <w:spacing w:after="0" w:line="240" w:lineRule="auto"/>
              <w:jc w:val="center"/>
            </w:pPr>
            <w:r>
              <w:rPr>
                <w:rFonts w:eastAsia="Aptos"/>
                <w:b/>
                <w:sz w:val="17"/>
              </w:rPr>
              <w:t>6.46</w:t>
            </w:r>
          </w:p>
        </w:tc>
        <w:tc>
          <w:tcPr>
            <w:tcW w:w="540" w:type="dxa"/>
            <w:tcMar>
              <w:top w:w="28" w:type="dxa"/>
              <w:left w:w="38" w:type="dxa"/>
              <w:bottom w:w="28" w:type="dxa"/>
              <w:right w:w="38" w:type="dxa"/>
            </w:tcMar>
            <w:vAlign w:val="center"/>
          </w:tcPr>
          <w:p w14:paraId="7539B6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1BEC4D" w14:textId="77777777" w:rsidR="00D60D5E" w:rsidRDefault="00D60D5E">
            <w:pPr>
              <w:jc w:val="center"/>
            </w:pPr>
          </w:p>
        </w:tc>
      </w:tr>
      <w:tr w:rsidR="00D60D5E" w14:paraId="40E75E51" w14:textId="77777777" w:rsidTr="000617E0">
        <w:trPr>
          <w:cantSplit/>
          <w:jc w:val="center"/>
        </w:trPr>
        <w:tc>
          <w:tcPr>
            <w:tcW w:w="677" w:type="dxa"/>
            <w:tcMar>
              <w:top w:w="28" w:type="dxa"/>
              <w:left w:w="38" w:type="dxa"/>
              <w:bottom w:w="28" w:type="dxa"/>
              <w:right w:w="38" w:type="dxa"/>
            </w:tcMar>
            <w:vAlign w:val="center"/>
          </w:tcPr>
          <w:p w14:paraId="29109530" w14:textId="77777777" w:rsidR="00D60D5E" w:rsidRDefault="00891EF0">
            <w:pPr>
              <w:spacing w:after="0" w:line="240" w:lineRule="auto"/>
              <w:jc w:val="center"/>
            </w:pPr>
            <w:r>
              <w:rPr>
                <w:rFonts w:eastAsia="Aptos"/>
                <w:color w:val="6A7075"/>
                <w:sz w:val="17"/>
              </w:rPr>
              <w:t>180-215</w:t>
            </w:r>
          </w:p>
        </w:tc>
        <w:tc>
          <w:tcPr>
            <w:tcW w:w="2648" w:type="dxa"/>
            <w:tcMar>
              <w:top w:w="28" w:type="dxa"/>
              <w:left w:w="38" w:type="dxa"/>
              <w:bottom w:w="28" w:type="dxa"/>
              <w:right w:w="38" w:type="dxa"/>
            </w:tcMar>
            <w:vAlign w:val="center"/>
          </w:tcPr>
          <w:p w14:paraId="7C3814E5" w14:textId="77777777" w:rsidR="00D60D5E" w:rsidRDefault="00891EF0">
            <w:pPr>
              <w:spacing w:after="0" w:line="240" w:lineRule="auto"/>
            </w:pPr>
            <w:r>
              <w:rPr>
                <w:rFonts w:eastAsia="Aptos"/>
                <w:sz w:val="17"/>
              </w:rPr>
              <w:t>Ruffles Chips Orig 15oz</w:t>
            </w:r>
          </w:p>
        </w:tc>
        <w:tc>
          <w:tcPr>
            <w:tcW w:w="630" w:type="dxa"/>
            <w:tcMar>
              <w:top w:w="28" w:type="dxa"/>
              <w:left w:w="38" w:type="dxa"/>
              <w:bottom w:w="28" w:type="dxa"/>
              <w:right w:w="38" w:type="dxa"/>
            </w:tcMar>
            <w:vAlign w:val="center"/>
          </w:tcPr>
          <w:p w14:paraId="0E8699D1" w14:textId="77777777" w:rsidR="00D60D5E" w:rsidRDefault="00891EF0">
            <w:pPr>
              <w:spacing w:after="0" w:line="240" w:lineRule="auto"/>
              <w:jc w:val="center"/>
            </w:pPr>
            <w:r>
              <w:rPr>
                <w:rFonts w:eastAsia="Aptos"/>
                <w:b/>
                <w:sz w:val="17"/>
              </w:rPr>
              <w:t>13.39</w:t>
            </w:r>
          </w:p>
        </w:tc>
        <w:tc>
          <w:tcPr>
            <w:tcW w:w="540" w:type="dxa"/>
            <w:tcMar>
              <w:top w:w="28" w:type="dxa"/>
              <w:left w:w="38" w:type="dxa"/>
              <w:bottom w:w="28" w:type="dxa"/>
              <w:right w:w="38" w:type="dxa"/>
            </w:tcMar>
            <w:vAlign w:val="center"/>
          </w:tcPr>
          <w:p w14:paraId="5CC7AD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669176" w14:textId="77777777" w:rsidR="00D60D5E" w:rsidRDefault="00D60D5E">
            <w:pPr>
              <w:jc w:val="center"/>
            </w:pPr>
          </w:p>
        </w:tc>
      </w:tr>
      <w:tr w:rsidR="00D60D5E" w14:paraId="5F686D8B" w14:textId="77777777" w:rsidTr="000617E0">
        <w:trPr>
          <w:cantSplit/>
          <w:jc w:val="center"/>
        </w:trPr>
        <w:tc>
          <w:tcPr>
            <w:tcW w:w="677" w:type="dxa"/>
            <w:tcMar>
              <w:top w:w="28" w:type="dxa"/>
              <w:left w:w="38" w:type="dxa"/>
              <w:bottom w:w="28" w:type="dxa"/>
              <w:right w:w="38" w:type="dxa"/>
            </w:tcMar>
            <w:vAlign w:val="center"/>
          </w:tcPr>
          <w:p w14:paraId="071A2C69" w14:textId="77777777" w:rsidR="00D60D5E" w:rsidRDefault="00891EF0">
            <w:pPr>
              <w:spacing w:after="0" w:line="240" w:lineRule="auto"/>
              <w:jc w:val="center"/>
            </w:pPr>
            <w:r>
              <w:rPr>
                <w:rFonts w:eastAsia="Aptos"/>
                <w:color w:val="6A7075"/>
                <w:sz w:val="17"/>
              </w:rPr>
              <w:t>180-216</w:t>
            </w:r>
          </w:p>
        </w:tc>
        <w:tc>
          <w:tcPr>
            <w:tcW w:w="2648" w:type="dxa"/>
            <w:tcMar>
              <w:top w:w="28" w:type="dxa"/>
              <w:left w:w="38" w:type="dxa"/>
              <w:bottom w:w="28" w:type="dxa"/>
              <w:right w:w="38" w:type="dxa"/>
            </w:tcMar>
            <w:vAlign w:val="center"/>
          </w:tcPr>
          <w:p w14:paraId="1226699A" w14:textId="77777777" w:rsidR="00D60D5E" w:rsidRDefault="00891EF0">
            <w:pPr>
              <w:spacing w:after="0" w:line="240" w:lineRule="auto"/>
            </w:pPr>
            <w:r>
              <w:rPr>
                <w:rFonts w:eastAsia="Aptos"/>
                <w:sz w:val="17"/>
              </w:rPr>
              <w:t>Doritos Nacho Cheese Chips 13oz</w:t>
            </w:r>
          </w:p>
        </w:tc>
        <w:tc>
          <w:tcPr>
            <w:tcW w:w="630" w:type="dxa"/>
            <w:tcMar>
              <w:top w:w="28" w:type="dxa"/>
              <w:left w:w="38" w:type="dxa"/>
              <w:bottom w:w="28" w:type="dxa"/>
              <w:right w:w="38" w:type="dxa"/>
            </w:tcMar>
            <w:vAlign w:val="center"/>
          </w:tcPr>
          <w:p w14:paraId="66ADE7EC" w14:textId="77777777" w:rsidR="00D60D5E" w:rsidRDefault="00891EF0">
            <w:pPr>
              <w:spacing w:after="0" w:line="240" w:lineRule="auto"/>
              <w:jc w:val="center"/>
            </w:pPr>
            <w:r>
              <w:rPr>
                <w:rFonts w:eastAsia="Aptos"/>
                <w:b/>
                <w:sz w:val="17"/>
              </w:rPr>
              <w:t>9.39</w:t>
            </w:r>
          </w:p>
        </w:tc>
        <w:tc>
          <w:tcPr>
            <w:tcW w:w="540" w:type="dxa"/>
            <w:tcMar>
              <w:top w:w="28" w:type="dxa"/>
              <w:left w:w="38" w:type="dxa"/>
              <w:bottom w:w="28" w:type="dxa"/>
              <w:right w:w="38" w:type="dxa"/>
            </w:tcMar>
            <w:vAlign w:val="center"/>
          </w:tcPr>
          <w:p w14:paraId="38A744A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02183C" w14:textId="77777777" w:rsidR="00D60D5E" w:rsidRDefault="00D60D5E">
            <w:pPr>
              <w:jc w:val="center"/>
            </w:pPr>
          </w:p>
        </w:tc>
      </w:tr>
      <w:tr w:rsidR="00D60D5E" w14:paraId="338AF8E3" w14:textId="77777777" w:rsidTr="000617E0">
        <w:trPr>
          <w:cantSplit/>
          <w:jc w:val="center"/>
        </w:trPr>
        <w:tc>
          <w:tcPr>
            <w:tcW w:w="677" w:type="dxa"/>
            <w:tcMar>
              <w:top w:w="28" w:type="dxa"/>
              <w:left w:w="38" w:type="dxa"/>
              <w:bottom w:w="28" w:type="dxa"/>
              <w:right w:w="38" w:type="dxa"/>
            </w:tcMar>
            <w:vAlign w:val="center"/>
          </w:tcPr>
          <w:p w14:paraId="443F4CBB" w14:textId="77777777" w:rsidR="00D60D5E" w:rsidRDefault="00891EF0">
            <w:pPr>
              <w:spacing w:after="0" w:line="240" w:lineRule="auto"/>
              <w:jc w:val="center"/>
            </w:pPr>
            <w:r>
              <w:rPr>
                <w:rFonts w:eastAsia="Aptos"/>
                <w:color w:val="6A7075"/>
                <w:sz w:val="17"/>
              </w:rPr>
              <w:t>180-220</w:t>
            </w:r>
          </w:p>
        </w:tc>
        <w:tc>
          <w:tcPr>
            <w:tcW w:w="2648" w:type="dxa"/>
            <w:tcMar>
              <w:top w:w="28" w:type="dxa"/>
              <w:left w:w="38" w:type="dxa"/>
              <w:bottom w:w="28" w:type="dxa"/>
              <w:right w:w="38" w:type="dxa"/>
            </w:tcMar>
            <w:vAlign w:val="center"/>
          </w:tcPr>
          <w:p w14:paraId="4B6F769A" w14:textId="77777777" w:rsidR="00D60D5E" w:rsidRDefault="00891EF0">
            <w:pPr>
              <w:spacing w:after="0" w:line="240" w:lineRule="auto"/>
            </w:pPr>
            <w:r>
              <w:rPr>
                <w:rFonts w:eastAsia="Aptos"/>
                <w:sz w:val="17"/>
              </w:rPr>
              <w:t>Doritos Cool Ranch 11oz</w:t>
            </w:r>
          </w:p>
        </w:tc>
        <w:tc>
          <w:tcPr>
            <w:tcW w:w="630" w:type="dxa"/>
            <w:tcMar>
              <w:top w:w="28" w:type="dxa"/>
              <w:left w:w="38" w:type="dxa"/>
              <w:bottom w:w="28" w:type="dxa"/>
              <w:right w:w="38" w:type="dxa"/>
            </w:tcMar>
            <w:vAlign w:val="center"/>
          </w:tcPr>
          <w:p w14:paraId="0E25D587" w14:textId="77777777" w:rsidR="00D60D5E" w:rsidRDefault="00891EF0">
            <w:pPr>
              <w:spacing w:after="0" w:line="240" w:lineRule="auto"/>
              <w:jc w:val="center"/>
            </w:pPr>
            <w:r>
              <w:rPr>
                <w:rFonts w:eastAsia="Aptos"/>
                <w:b/>
                <w:sz w:val="17"/>
              </w:rPr>
              <w:t>7.59</w:t>
            </w:r>
          </w:p>
        </w:tc>
        <w:tc>
          <w:tcPr>
            <w:tcW w:w="540" w:type="dxa"/>
            <w:tcMar>
              <w:top w:w="28" w:type="dxa"/>
              <w:left w:w="38" w:type="dxa"/>
              <w:bottom w:w="28" w:type="dxa"/>
              <w:right w:w="38" w:type="dxa"/>
            </w:tcMar>
            <w:vAlign w:val="center"/>
          </w:tcPr>
          <w:p w14:paraId="5C7D5EE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ADB87A" w14:textId="77777777" w:rsidR="00D60D5E" w:rsidRDefault="00D60D5E">
            <w:pPr>
              <w:jc w:val="center"/>
            </w:pPr>
          </w:p>
        </w:tc>
      </w:tr>
      <w:tr w:rsidR="00D60D5E" w14:paraId="169303A0" w14:textId="77777777" w:rsidTr="000617E0">
        <w:trPr>
          <w:cantSplit/>
          <w:jc w:val="center"/>
        </w:trPr>
        <w:tc>
          <w:tcPr>
            <w:tcW w:w="677" w:type="dxa"/>
            <w:tcMar>
              <w:top w:w="28" w:type="dxa"/>
              <w:left w:w="38" w:type="dxa"/>
              <w:bottom w:w="28" w:type="dxa"/>
              <w:right w:w="38" w:type="dxa"/>
            </w:tcMar>
            <w:vAlign w:val="center"/>
          </w:tcPr>
          <w:p w14:paraId="757AEAC3" w14:textId="77777777" w:rsidR="00D60D5E" w:rsidRDefault="00891EF0">
            <w:pPr>
              <w:spacing w:after="0" w:line="240" w:lineRule="auto"/>
              <w:jc w:val="center"/>
            </w:pPr>
            <w:r>
              <w:rPr>
                <w:rFonts w:eastAsia="Aptos"/>
                <w:color w:val="6A7075"/>
                <w:sz w:val="17"/>
              </w:rPr>
              <w:t>180-225</w:t>
            </w:r>
          </w:p>
        </w:tc>
        <w:tc>
          <w:tcPr>
            <w:tcW w:w="2648" w:type="dxa"/>
            <w:tcMar>
              <w:top w:w="28" w:type="dxa"/>
              <w:left w:w="38" w:type="dxa"/>
              <w:bottom w:w="28" w:type="dxa"/>
              <w:right w:w="38" w:type="dxa"/>
            </w:tcMar>
            <w:vAlign w:val="center"/>
          </w:tcPr>
          <w:p w14:paraId="078D33ED" w14:textId="77777777" w:rsidR="00D60D5E" w:rsidRDefault="00891EF0">
            <w:pPr>
              <w:spacing w:after="0" w:line="240" w:lineRule="auto"/>
            </w:pPr>
            <w:r>
              <w:rPr>
                <w:rFonts w:eastAsia="Aptos"/>
                <w:sz w:val="17"/>
              </w:rPr>
              <w:t>OLE Tortilla Chips 12oz</w:t>
            </w:r>
          </w:p>
        </w:tc>
        <w:tc>
          <w:tcPr>
            <w:tcW w:w="630" w:type="dxa"/>
            <w:tcMar>
              <w:top w:w="28" w:type="dxa"/>
              <w:left w:w="38" w:type="dxa"/>
              <w:bottom w:w="28" w:type="dxa"/>
              <w:right w:w="38" w:type="dxa"/>
            </w:tcMar>
            <w:vAlign w:val="center"/>
          </w:tcPr>
          <w:p w14:paraId="4F0DD2F4"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6062BB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CF378D" w14:textId="77777777" w:rsidR="00D60D5E" w:rsidRDefault="00D60D5E">
            <w:pPr>
              <w:jc w:val="center"/>
            </w:pPr>
          </w:p>
        </w:tc>
      </w:tr>
      <w:tr w:rsidR="00D60D5E" w14:paraId="525F3586" w14:textId="77777777" w:rsidTr="000617E0">
        <w:trPr>
          <w:cantSplit/>
          <w:jc w:val="center"/>
        </w:trPr>
        <w:tc>
          <w:tcPr>
            <w:tcW w:w="677" w:type="dxa"/>
            <w:tcMar>
              <w:top w:w="28" w:type="dxa"/>
              <w:left w:w="38" w:type="dxa"/>
              <w:bottom w:w="28" w:type="dxa"/>
              <w:right w:w="38" w:type="dxa"/>
            </w:tcMar>
            <w:vAlign w:val="center"/>
          </w:tcPr>
          <w:p w14:paraId="20FEDE14" w14:textId="77777777" w:rsidR="00D60D5E" w:rsidRDefault="00891EF0">
            <w:pPr>
              <w:spacing w:after="0" w:line="240" w:lineRule="auto"/>
              <w:jc w:val="center"/>
            </w:pPr>
            <w:r>
              <w:rPr>
                <w:rFonts w:eastAsia="Aptos"/>
                <w:color w:val="6A7075"/>
                <w:sz w:val="17"/>
              </w:rPr>
              <w:t>180-226</w:t>
            </w:r>
          </w:p>
        </w:tc>
        <w:tc>
          <w:tcPr>
            <w:tcW w:w="2648" w:type="dxa"/>
            <w:tcMar>
              <w:top w:w="28" w:type="dxa"/>
              <w:left w:w="38" w:type="dxa"/>
              <w:bottom w:w="28" w:type="dxa"/>
              <w:right w:w="38" w:type="dxa"/>
            </w:tcMar>
            <w:vAlign w:val="center"/>
          </w:tcPr>
          <w:p w14:paraId="6C9A6DA5" w14:textId="77777777" w:rsidR="00D60D5E" w:rsidRDefault="00891EF0">
            <w:pPr>
              <w:spacing w:after="0" w:line="240" w:lineRule="auto"/>
            </w:pPr>
            <w:r>
              <w:rPr>
                <w:rFonts w:eastAsia="Aptos"/>
                <w:sz w:val="17"/>
              </w:rPr>
              <w:t>Sea Salt Chips 5oz  *</w:t>
            </w:r>
          </w:p>
        </w:tc>
        <w:tc>
          <w:tcPr>
            <w:tcW w:w="630" w:type="dxa"/>
            <w:tcMar>
              <w:top w:w="28" w:type="dxa"/>
              <w:left w:w="38" w:type="dxa"/>
              <w:bottom w:w="28" w:type="dxa"/>
              <w:right w:w="38" w:type="dxa"/>
            </w:tcMar>
            <w:vAlign w:val="center"/>
          </w:tcPr>
          <w:p w14:paraId="7B6D3E9C"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2907E7A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4DAFD4" w14:textId="77777777" w:rsidR="00D60D5E" w:rsidRDefault="00D60D5E">
            <w:pPr>
              <w:jc w:val="center"/>
            </w:pPr>
          </w:p>
        </w:tc>
      </w:tr>
      <w:tr w:rsidR="00D60D5E" w14:paraId="09609E34" w14:textId="77777777" w:rsidTr="000617E0">
        <w:trPr>
          <w:cantSplit/>
          <w:jc w:val="center"/>
        </w:trPr>
        <w:tc>
          <w:tcPr>
            <w:tcW w:w="677" w:type="dxa"/>
            <w:tcMar>
              <w:top w:w="28" w:type="dxa"/>
              <w:left w:w="38" w:type="dxa"/>
              <w:bottom w:w="28" w:type="dxa"/>
              <w:right w:w="38" w:type="dxa"/>
            </w:tcMar>
            <w:vAlign w:val="center"/>
          </w:tcPr>
          <w:p w14:paraId="299549E5" w14:textId="77777777" w:rsidR="00D60D5E" w:rsidRDefault="00891EF0">
            <w:pPr>
              <w:spacing w:after="0" w:line="240" w:lineRule="auto"/>
              <w:jc w:val="center"/>
            </w:pPr>
            <w:r>
              <w:rPr>
                <w:rFonts w:eastAsia="Aptos"/>
                <w:color w:val="6A7075"/>
                <w:sz w:val="17"/>
              </w:rPr>
              <w:t>180-230</w:t>
            </w:r>
          </w:p>
        </w:tc>
        <w:tc>
          <w:tcPr>
            <w:tcW w:w="2648" w:type="dxa"/>
            <w:tcMar>
              <w:top w:w="28" w:type="dxa"/>
              <w:left w:w="38" w:type="dxa"/>
              <w:bottom w:w="28" w:type="dxa"/>
              <w:right w:w="38" w:type="dxa"/>
            </w:tcMar>
            <w:vAlign w:val="center"/>
          </w:tcPr>
          <w:p w14:paraId="5F40A577" w14:textId="77777777" w:rsidR="00D60D5E" w:rsidRDefault="00891EF0">
            <w:pPr>
              <w:spacing w:after="0" w:line="240" w:lineRule="auto"/>
            </w:pPr>
            <w:r>
              <w:rPr>
                <w:rFonts w:eastAsia="Aptos"/>
                <w:sz w:val="17"/>
              </w:rPr>
              <w:t>Tostitos Tortilla Chips 18oz</w:t>
            </w:r>
          </w:p>
        </w:tc>
        <w:tc>
          <w:tcPr>
            <w:tcW w:w="630" w:type="dxa"/>
            <w:tcMar>
              <w:top w:w="28" w:type="dxa"/>
              <w:left w:w="38" w:type="dxa"/>
              <w:bottom w:w="28" w:type="dxa"/>
              <w:right w:w="38" w:type="dxa"/>
            </w:tcMar>
            <w:vAlign w:val="center"/>
          </w:tcPr>
          <w:p w14:paraId="4E18A6D0" w14:textId="77777777" w:rsidR="00D60D5E" w:rsidRDefault="00891EF0">
            <w:pPr>
              <w:spacing w:after="0" w:line="240" w:lineRule="auto"/>
              <w:jc w:val="center"/>
            </w:pPr>
            <w:r>
              <w:rPr>
                <w:rFonts w:eastAsia="Aptos"/>
                <w:b/>
                <w:sz w:val="17"/>
              </w:rPr>
              <w:t>12.89</w:t>
            </w:r>
          </w:p>
        </w:tc>
        <w:tc>
          <w:tcPr>
            <w:tcW w:w="540" w:type="dxa"/>
            <w:tcMar>
              <w:top w:w="28" w:type="dxa"/>
              <w:left w:w="38" w:type="dxa"/>
              <w:bottom w:w="28" w:type="dxa"/>
              <w:right w:w="38" w:type="dxa"/>
            </w:tcMar>
            <w:vAlign w:val="center"/>
          </w:tcPr>
          <w:p w14:paraId="22C4589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86BF2A" w14:textId="77777777" w:rsidR="00D60D5E" w:rsidRDefault="00D60D5E">
            <w:pPr>
              <w:jc w:val="center"/>
            </w:pPr>
          </w:p>
        </w:tc>
      </w:tr>
      <w:tr w:rsidR="00D60D5E" w14:paraId="7ABB1040" w14:textId="77777777" w:rsidTr="000617E0">
        <w:trPr>
          <w:cantSplit/>
          <w:jc w:val="center"/>
        </w:trPr>
        <w:tc>
          <w:tcPr>
            <w:tcW w:w="677" w:type="dxa"/>
            <w:tcMar>
              <w:top w:w="28" w:type="dxa"/>
              <w:left w:w="38" w:type="dxa"/>
              <w:bottom w:w="28" w:type="dxa"/>
              <w:right w:w="38" w:type="dxa"/>
            </w:tcMar>
            <w:vAlign w:val="center"/>
          </w:tcPr>
          <w:p w14:paraId="5AA1F29A" w14:textId="77777777" w:rsidR="00D60D5E" w:rsidRDefault="00891EF0">
            <w:pPr>
              <w:spacing w:after="0" w:line="240" w:lineRule="auto"/>
              <w:jc w:val="center"/>
            </w:pPr>
            <w:r>
              <w:rPr>
                <w:rFonts w:eastAsia="Aptos"/>
                <w:color w:val="6A7075"/>
                <w:sz w:val="17"/>
              </w:rPr>
              <w:lastRenderedPageBreak/>
              <w:t>180-235</w:t>
            </w:r>
          </w:p>
        </w:tc>
        <w:tc>
          <w:tcPr>
            <w:tcW w:w="2648" w:type="dxa"/>
            <w:tcMar>
              <w:top w:w="28" w:type="dxa"/>
              <w:left w:w="38" w:type="dxa"/>
              <w:bottom w:w="28" w:type="dxa"/>
              <w:right w:w="38" w:type="dxa"/>
            </w:tcMar>
            <w:vAlign w:val="center"/>
          </w:tcPr>
          <w:p w14:paraId="11E4E340" w14:textId="77777777" w:rsidR="00D60D5E" w:rsidRDefault="00891EF0">
            <w:pPr>
              <w:spacing w:after="0" w:line="240" w:lineRule="auto"/>
            </w:pPr>
            <w:r>
              <w:rPr>
                <w:rFonts w:eastAsia="Aptos"/>
                <w:sz w:val="17"/>
              </w:rPr>
              <w:t>Sunchips Multigrain Original 7oz</w:t>
            </w:r>
          </w:p>
        </w:tc>
        <w:tc>
          <w:tcPr>
            <w:tcW w:w="630" w:type="dxa"/>
            <w:tcMar>
              <w:top w:w="28" w:type="dxa"/>
              <w:left w:w="38" w:type="dxa"/>
              <w:bottom w:w="28" w:type="dxa"/>
              <w:right w:w="38" w:type="dxa"/>
            </w:tcMar>
            <w:vAlign w:val="center"/>
          </w:tcPr>
          <w:p w14:paraId="14EED7E8"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29DDA7F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81698D" w14:textId="77777777" w:rsidR="00D60D5E" w:rsidRDefault="00D60D5E">
            <w:pPr>
              <w:jc w:val="center"/>
            </w:pPr>
          </w:p>
        </w:tc>
      </w:tr>
      <w:tr w:rsidR="00D60D5E" w14:paraId="3248F0CA" w14:textId="77777777" w:rsidTr="000617E0">
        <w:trPr>
          <w:cantSplit/>
          <w:jc w:val="center"/>
        </w:trPr>
        <w:tc>
          <w:tcPr>
            <w:tcW w:w="677" w:type="dxa"/>
            <w:tcMar>
              <w:top w:w="28" w:type="dxa"/>
              <w:left w:w="38" w:type="dxa"/>
              <w:bottom w:w="28" w:type="dxa"/>
              <w:right w:w="38" w:type="dxa"/>
            </w:tcMar>
            <w:vAlign w:val="center"/>
          </w:tcPr>
          <w:p w14:paraId="756B52C5" w14:textId="77777777" w:rsidR="00D60D5E" w:rsidRDefault="00891EF0">
            <w:pPr>
              <w:spacing w:after="0" w:line="240" w:lineRule="auto"/>
              <w:jc w:val="center"/>
            </w:pPr>
            <w:r>
              <w:rPr>
                <w:rFonts w:eastAsia="Aptos"/>
                <w:color w:val="6A7075"/>
                <w:sz w:val="17"/>
              </w:rPr>
              <w:t>180-240</w:t>
            </w:r>
          </w:p>
        </w:tc>
        <w:tc>
          <w:tcPr>
            <w:tcW w:w="2648" w:type="dxa"/>
            <w:tcMar>
              <w:top w:w="28" w:type="dxa"/>
              <w:left w:w="38" w:type="dxa"/>
              <w:bottom w:w="28" w:type="dxa"/>
              <w:right w:w="38" w:type="dxa"/>
            </w:tcMar>
            <w:vAlign w:val="center"/>
          </w:tcPr>
          <w:p w14:paraId="31534295" w14:textId="77777777" w:rsidR="00D60D5E" w:rsidRDefault="00891EF0">
            <w:pPr>
              <w:spacing w:after="0" w:line="240" w:lineRule="auto"/>
            </w:pPr>
            <w:r>
              <w:rPr>
                <w:rFonts w:eastAsia="Aptos"/>
                <w:sz w:val="17"/>
              </w:rPr>
              <w:t>Roll Gold Pretzels 16oz</w:t>
            </w:r>
          </w:p>
        </w:tc>
        <w:tc>
          <w:tcPr>
            <w:tcW w:w="630" w:type="dxa"/>
            <w:tcMar>
              <w:top w:w="28" w:type="dxa"/>
              <w:left w:w="38" w:type="dxa"/>
              <w:bottom w:w="28" w:type="dxa"/>
              <w:right w:w="38" w:type="dxa"/>
            </w:tcMar>
            <w:vAlign w:val="center"/>
          </w:tcPr>
          <w:p w14:paraId="622E2113"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1EB7B2A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84DF8A8" w14:textId="77777777" w:rsidR="00D60D5E" w:rsidRDefault="00D60D5E">
            <w:pPr>
              <w:jc w:val="center"/>
            </w:pPr>
          </w:p>
        </w:tc>
      </w:tr>
      <w:tr w:rsidR="00D60D5E" w14:paraId="0D0D9D09" w14:textId="77777777" w:rsidTr="000617E0">
        <w:trPr>
          <w:cantSplit/>
          <w:jc w:val="center"/>
        </w:trPr>
        <w:tc>
          <w:tcPr>
            <w:tcW w:w="677" w:type="dxa"/>
            <w:tcMar>
              <w:top w:w="28" w:type="dxa"/>
              <w:left w:w="38" w:type="dxa"/>
              <w:bottom w:w="28" w:type="dxa"/>
              <w:right w:w="38" w:type="dxa"/>
            </w:tcMar>
            <w:vAlign w:val="center"/>
          </w:tcPr>
          <w:p w14:paraId="334A5238" w14:textId="77777777" w:rsidR="00D60D5E" w:rsidRDefault="00891EF0">
            <w:pPr>
              <w:spacing w:after="0" w:line="240" w:lineRule="auto"/>
              <w:jc w:val="center"/>
            </w:pPr>
            <w:r>
              <w:rPr>
                <w:rFonts w:eastAsia="Aptos"/>
                <w:color w:val="6A7075"/>
                <w:sz w:val="17"/>
              </w:rPr>
              <w:t>180-245</w:t>
            </w:r>
          </w:p>
        </w:tc>
        <w:tc>
          <w:tcPr>
            <w:tcW w:w="2648" w:type="dxa"/>
            <w:tcMar>
              <w:top w:w="28" w:type="dxa"/>
              <w:left w:w="38" w:type="dxa"/>
              <w:bottom w:w="28" w:type="dxa"/>
              <w:right w:w="38" w:type="dxa"/>
            </w:tcMar>
            <w:vAlign w:val="center"/>
          </w:tcPr>
          <w:p w14:paraId="45410A35" w14:textId="77777777" w:rsidR="00D60D5E" w:rsidRDefault="00891EF0">
            <w:pPr>
              <w:spacing w:after="0" w:line="240" w:lineRule="auto"/>
            </w:pPr>
            <w:r>
              <w:rPr>
                <w:rFonts w:eastAsia="Aptos"/>
                <w:sz w:val="17"/>
              </w:rPr>
              <w:t>Microwave Popcorn 9.8oz 3pk</w:t>
            </w:r>
          </w:p>
        </w:tc>
        <w:tc>
          <w:tcPr>
            <w:tcW w:w="630" w:type="dxa"/>
            <w:tcMar>
              <w:top w:w="28" w:type="dxa"/>
              <w:left w:w="38" w:type="dxa"/>
              <w:bottom w:w="28" w:type="dxa"/>
              <w:right w:w="38" w:type="dxa"/>
            </w:tcMar>
            <w:vAlign w:val="center"/>
          </w:tcPr>
          <w:p w14:paraId="6B316140" w14:textId="77777777" w:rsidR="00D60D5E" w:rsidRDefault="00891EF0">
            <w:pPr>
              <w:spacing w:after="0" w:line="240" w:lineRule="auto"/>
              <w:jc w:val="center"/>
            </w:pPr>
            <w:r>
              <w:rPr>
                <w:rFonts w:eastAsia="Aptos"/>
                <w:b/>
                <w:sz w:val="17"/>
              </w:rPr>
              <w:t>5.89</w:t>
            </w:r>
          </w:p>
        </w:tc>
        <w:tc>
          <w:tcPr>
            <w:tcW w:w="540" w:type="dxa"/>
            <w:tcMar>
              <w:top w:w="28" w:type="dxa"/>
              <w:left w:w="38" w:type="dxa"/>
              <w:bottom w:w="28" w:type="dxa"/>
              <w:right w:w="38" w:type="dxa"/>
            </w:tcMar>
            <w:vAlign w:val="center"/>
          </w:tcPr>
          <w:p w14:paraId="606CD7D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A091FE" w14:textId="77777777" w:rsidR="00D60D5E" w:rsidRDefault="00D60D5E">
            <w:pPr>
              <w:jc w:val="center"/>
            </w:pPr>
          </w:p>
        </w:tc>
      </w:tr>
      <w:tr w:rsidR="00D60D5E" w14:paraId="04AD1053" w14:textId="77777777" w:rsidTr="000617E0">
        <w:trPr>
          <w:cantSplit/>
          <w:jc w:val="center"/>
        </w:trPr>
        <w:tc>
          <w:tcPr>
            <w:tcW w:w="677" w:type="dxa"/>
            <w:tcMar>
              <w:top w:w="28" w:type="dxa"/>
              <w:left w:w="38" w:type="dxa"/>
              <w:bottom w:w="28" w:type="dxa"/>
              <w:right w:w="38" w:type="dxa"/>
            </w:tcMar>
            <w:vAlign w:val="center"/>
          </w:tcPr>
          <w:p w14:paraId="5E4E1AFD" w14:textId="77777777" w:rsidR="00D60D5E" w:rsidRDefault="00891EF0">
            <w:pPr>
              <w:spacing w:after="0" w:line="240" w:lineRule="auto"/>
              <w:jc w:val="center"/>
            </w:pPr>
            <w:r>
              <w:rPr>
                <w:rFonts w:eastAsia="Aptos"/>
                <w:color w:val="6A7075"/>
                <w:sz w:val="17"/>
              </w:rPr>
              <w:t>180-250</w:t>
            </w:r>
          </w:p>
        </w:tc>
        <w:tc>
          <w:tcPr>
            <w:tcW w:w="2648" w:type="dxa"/>
            <w:tcMar>
              <w:top w:w="28" w:type="dxa"/>
              <w:left w:w="38" w:type="dxa"/>
              <w:bottom w:w="28" w:type="dxa"/>
              <w:right w:w="38" w:type="dxa"/>
            </w:tcMar>
            <w:vAlign w:val="center"/>
          </w:tcPr>
          <w:p w14:paraId="756E4901" w14:textId="77777777" w:rsidR="00D60D5E" w:rsidRDefault="00891EF0">
            <w:pPr>
              <w:spacing w:after="0" w:line="240" w:lineRule="auto"/>
            </w:pPr>
            <w:r>
              <w:rPr>
                <w:rFonts w:eastAsia="Aptos"/>
                <w:sz w:val="17"/>
              </w:rPr>
              <w:t>Microwave Popcorn Buttered 9.8oz 3pk</w:t>
            </w:r>
          </w:p>
        </w:tc>
        <w:tc>
          <w:tcPr>
            <w:tcW w:w="630" w:type="dxa"/>
            <w:tcMar>
              <w:top w:w="28" w:type="dxa"/>
              <w:left w:w="38" w:type="dxa"/>
              <w:bottom w:w="28" w:type="dxa"/>
              <w:right w:w="38" w:type="dxa"/>
            </w:tcMar>
            <w:vAlign w:val="center"/>
          </w:tcPr>
          <w:p w14:paraId="22F39730"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75FBCE9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31AC55" w14:textId="77777777" w:rsidR="00D60D5E" w:rsidRDefault="00D60D5E">
            <w:pPr>
              <w:jc w:val="center"/>
            </w:pPr>
          </w:p>
        </w:tc>
      </w:tr>
      <w:tr w:rsidR="00D60D5E" w14:paraId="3A3BA77A" w14:textId="77777777" w:rsidTr="000617E0">
        <w:trPr>
          <w:cantSplit/>
          <w:jc w:val="center"/>
        </w:trPr>
        <w:tc>
          <w:tcPr>
            <w:tcW w:w="677" w:type="dxa"/>
            <w:tcMar>
              <w:top w:w="28" w:type="dxa"/>
              <w:left w:w="38" w:type="dxa"/>
              <w:bottom w:w="28" w:type="dxa"/>
              <w:right w:w="38" w:type="dxa"/>
            </w:tcMar>
            <w:vAlign w:val="center"/>
          </w:tcPr>
          <w:p w14:paraId="7E57F2A7" w14:textId="77777777" w:rsidR="00D60D5E" w:rsidRDefault="00891EF0">
            <w:pPr>
              <w:spacing w:after="0" w:line="240" w:lineRule="auto"/>
              <w:jc w:val="center"/>
            </w:pPr>
            <w:r>
              <w:rPr>
                <w:rFonts w:eastAsia="Aptos"/>
                <w:color w:val="6A7075"/>
                <w:sz w:val="17"/>
              </w:rPr>
              <w:t>180-255</w:t>
            </w:r>
          </w:p>
        </w:tc>
        <w:tc>
          <w:tcPr>
            <w:tcW w:w="2648" w:type="dxa"/>
            <w:tcMar>
              <w:top w:w="28" w:type="dxa"/>
              <w:left w:w="38" w:type="dxa"/>
              <w:bottom w:w="28" w:type="dxa"/>
              <w:right w:w="38" w:type="dxa"/>
            </w:tcMar>
            <w:vAlign w:val="center"/>
          </w:tcPr>
          <w:p w14:paraId="0F04DAD8" w14:textId="77777777" w:rsidR="00D60D5E" w:rsidRDefault="00891EF0">
            <w:pPr>
              <w:spacing w:after="0" w:line="240" w:lineRule="auto"/>
            </w:pPr>
            <w:r>
              <w:rPr>
                <w:rFonts w:eastAsia="Aptos"/>
                <w:sz w:val="17"/>
              </w:rPr>
              <w:t>Popcorn Regular Stove Top Style 4.5oz</w:t>
            </w:r>
          </w:p>
        </w:tc>
        <w:tc>
          <w:tcPr>
            <w:tcW w:w="630" w:type="dxa"/>
            <w:tcMar>
              <w:top w:w="28" w:type="dxa"/>
              <w:left w:w="38" w:type="dxa"/>
              <w:bottom w:w="28" w:type="dxa"/>
              <w:right w:w="38" w:type="dxa"/>
            </w:tcMar>
            <w:vAlign w:val="center"/>
          </w:tcPr>
          <w:p w14:paraId="484C52C8"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331092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E3763C" w14:textId="77777777" w:rsidR="00D60D5E" w:rsidRDefault="00D60D5E">
            <w:pPr>
              <w:jc w:val="center"/>
            </w:pPr>
          </w:p>
        </w:tc>
      </w:tr>
      <w:tr w:rsidR="00D60D5E" w14:paraId="30DFC1DD" w14:textId="77777777" w:rsidTr="000617E0">
        <w:trPr>
          <w:cantSplit/>
          <w:jc w:val="center"/>
        </w:trPr>
        <w:tc>
          <w:tcPr>
            <w:tcW w:w="677" w:type="dxa"/>
            <w:tcMar>
              <w:top w:w="28" w:type="dxa"/>
              <w:left w:w="38" w:type="dxa"/>
              <w:bottom w:w="28" w:type="dxa"/>
              <w:right w:w="38" w:type="dxa"/>
            </w:tcMar>
            <w:vAlign w:val="center"/>
          </w:tcPr>
          <w:p w14:paraId="1D94B855" w14:textId="77777777" w:rsidR="00D60D5E" w:rsidRDefault="00891EF0">
            <w:pPr>
              <w:spacing w:after="0" w:line="240" w:lineRule="auto"/>
              <w:jc w:val="center"/>
            </w:pPr>
            <w:r>
              <w:rPr>
                <w:rFonts w:eastAsia="Aptos"/>
                <w:color w:val="6A7075"/>
                <w:sz w:val="17"/>
              </w:rPr>
              <w:t>180-260</w:t>
            </w:r>
          </w:p>
        </w:tc>
        <w:tc>
          <w:tcPr>
            <w:tcW w:w="2648" w:type="dxa"/>
            <w:tcMar>
              <w:top w:w="28" w:type="dxa"/>
              <w:left w:w="38" w:type="dxa"/>
              <w:bottom w:w="28" w:type="dxa"/>
              <w:right w:w="38" w:type="dxa"/>
            </w:tcMar>
            <w:vAlign w:val="center"/>
          </w:tcPr>
          <w:p w14:paraId="6D705384" w14:textId="77777777" w:rsidR="00D60D5E" w:rsidRDefault="00891EF0">
            <w:pPr>
              <w:spacing w:after="0" w:line="240" w:lineRule="auto"/>
            </w:pPr>
            <w:r>
              <w:rPr>
                <w:rFonts w:eastAsia="Aptos"/>
                <w:sz w:val="17"/>
              </w:rPr>
              <w:t>Goldfish Original 6oz</w:t>
            </w:r>
          </w:p>
        </w:tc>
        <w:tc>
          <w:tcPr>
            <w:tcW w:w="630" w:type="dxa"/>
            <w:tcMar>
              <w:top w:w="28" w:type="dxa"/>
              <w:left w:w="38" w:type="dxa"/>
              <w:bottom w:w="28" w:type="dxa"/>
              <w:right w:w="38" w:type="dxa"/>
            </w:tcMar>
            <w:vAlign w:val="center"/>
          </w:tcPr>
          <w:p w14:paraId="0940E977"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1A492D1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544B77" w14:textId="77777777" w:rsidR="00D60D5E" w:rsidRDefault="00D60D5E">
            <w:pPr>
              <w:jc w:val="center"/>
            </w:pPr>
          </w:p>
        </w:tc>
      </w:tr>
      <w:tr w:rsidR="00D60D5E" w14:paraId="40A70CE0" w14:textId="77777777" w:rsidTr="000617E0">
        <w:trPr>
          <w:cantSplit/>
          <w:jc w:val="center"/>
        </w:trPr>
        <w:tc>
          <w:tcPr>
            <w:tcW w:w="677" w:type="dxa"/>
            <w:tcMar>
              <w:top w:w="28" w:type="dxa"/>
              <w:left w:w="38" w:type="dxa"/>
              <w:bottom w:w="28" w:type="dxa"/>
              <w:right w:w="38" w:type="dxa"/>
            </w:tcMar>
            <w:vAlign w:val="center"/>
          </w:tcPr>
          <w:p w14:paraId="131D0684" w14:textId="77777777" w:rsidR="00D60D5E" w:rsidRDefault="00891EF0">
            <w:pPr>
              <w:spacing w:after="0" w:line="240" w:lineRule="auto"/>
              <w:jc w:val="center"/>
            </w:pPr>
            <w:r>
              <w:rPr>
                <w:rFonts w:eastAsia="Aptos"/>
                <w:color w:val="6A7075"/>
                <w:sz w:val="17"/>
              </w:rPr>
              <w:t>180-265</w:t>
            </w:r>
          </w:p>
        </w:tc>
        <w:tc>
          <w:tcPr>
            <w:tcW w:w="2648" w:type="dxa"/>
            <w:tcMar>
              <w:top w:w="28" w:type="dxa"/>
              <w:left w:w="38" w:type="dxa"/>
              <w:bottom w:w="28" w:type="dxa"/>
              <w:right w:w="38" w:type="dxa"/>
            </w:tcMar>
            <w:vAlign w:val="center"/>
          </w:tcPr>
          <w:p w14:paraId="5B8FB784" w14:textId="77777777" w:rsidR="00D60D5E" w:rsidRDefault="00891EF0">
            <w:pPr>
              <w:spacing w:after="0" w:line="240" w:lineRule="auto"/>
            </w:pPr>
            <w:r>
              <w:rPr>
                <w:rFonts w:eastAsia="Aptos"/>
                <w:sz w:val="17"/>
              </w:rPr>
              <w:t>Walnut Pieces 2.3oz</w:t>
            </w:r>
          </w:p>
        </w:tc>
        <w:tc>
          <w:tcPr>
            <w:tcW w:w="630" w:type="dxa"/>
            <w:tcMar>
              <w:top w:w="28" w:type="dxa"/>
              <w:left w:w="38" w:type="dxa"/>
              <w:bottom w:w="28" w:type="dxa"/>
              <w:right w:w="38" w:type="dxa"/>
            </w:tcMar>
            <w:vAlign w:val="center"/>
          </w:tcPr>
          <w:p w14:paraId="33801A52" w14:textId="77777777" w:rsidR="00D60D5E" w:rsidRDefault="00891EF0">
            <w:pPr>
              <w:spacing w:after="0" w:line="240" w:lineRule="auto"/>
              <w:jc w:val="center"/>
            </w:pPr>
            <w:r>
              <w:rPr>
                <w:rFonts w:eastAsia="Aptos"/>
                <w:b/>
                <w:sz w:val="17"/>
              </w:rPr>
              <w:t>4.60</w:t>
            </w:r>
          </w:p>
        </w:tc>
        <w:tc>
          <w:tcPr>
            <w:tcW w:w="540" w:type="dxa"/>
            <w:tcMar>
              <w:top w:w="28" w:type="dxa"/>
              <w:left w:w="38" w:type="dxa"/>
              <w:bottom w:w="28" w:type="dxa"/>
              <w:right w:w="38" w:type="dxa"/>
            </w:tcMar>
            <w:vAlign w:val="center"/>
          </w:tcPr>
          <w:p w14:paraId="547E8D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0E60DF" w14:textId="77777777" w:rsidR="00D60D5E" w:rsidRDefault="00D60D5E">
            <w:pPr>
              <w:jc w:val="center"/>
            </w:pPr>
          </w:p>
        </w:tc>
      </w:tr>
      <w:tr w:rsidR="00D60D5E" w14:paraId="4D68901C" w14:textId="77777777" w:rsidTr="000617E0">
        <w:trPr>
          <w:cantSplit/>
          <w:jc w:val="center"/>
        </w:trPr>
        <w:tc>
          <w:tcPr>
            <w:tcW w:w="677" w:type="dxa"/>
            <w:tcMar>
              <w:top w:w="28" w:type="dxa"/>
              <w:left w:w="38" w:type="dxa"/>
              <w:bottom w:w="28" w:type="dxa"/>
              <w:right w:w="38" w:type="dxa"/>
            </w:tcMar>
            <w:vAlign w:val="center"/>
          </w:tcPr>
          <w:p w14:paraId="63A5BA40" w14:textId="77777777" w:rsidR="00D60D5E" w:rsidRDefault="00891EF0">
            <w:pPr>
              <w:spacing w:after="0" w:line="240" w:lineRule="auto"/>
              <w:jc w:val="center"/>
            </w:pPr>
            <w:r>
              <w:rPr>
                <w:rFonts w:eastAsia="Aptos"/>
                <w:color w:val="6A7075"/>
                <w:sz w:val="17"/>
              </w:rPr>
              <w:t>180-270</w:t>
            </w:r>
          </w:p>
        </w:tc>
        <w:tc>
          <w:tcPr>
            <w:tcW w:w="2648" w:type="dxa"/>
            <w:tcMar>
              <w:top w:w="28" w:type="dxa"/>
              <w:left w:w="38" w:type="dxa"/>
              <w:bottom w:w="28" w:type="dxa"/>
              <w:right w:w="38" w:type="dxa"/>
            </w:tcMar>
            <w:vAlign w:val="center"/>
          </w:tcPr>
          <w:p w14:paraId="67E71106" w14:textId="77777777" w:rsidR="00D60D5E" w:rsidRDefault="00891EF0">
            <w:pPr>
              <w:spacing w:after="0" w:line="240" w:lineRule="auto"/>
            </w:pPr>
            <w:r>
              <w:rPr>
                <w:rFonts w:eastAsia="Aptos"/>
                <w:sz w:val="17"/>
              </w:rPr>
              <w:t>Walnut Halves 2.25oz</w:t>
            </w:r>
          </w:p>
        </w:tc>
        <w:tc>
          <w:tcPr>
            <w:tcW w:w="630" w:type="dxa"/>
            <w:tcMar>
              <w:top w:w="28" w:type="dxa"/>
              <w:left w:w="38" w:type="dxa"/>
              <w:bottom w:w="28" w:type="dxa"/>
              <w:right w:w="38" w:type="dxa"/>
            </w:tcMar>
            <w:vAlign w:val="center"/>
          </w:tcPr>
          <w:p w14:paraId="268502F9"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57CFE4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8188C3" w14:textId="77777777" w:rsidR="00D60D5E" w:rsidRDefault="00D60D5E">
            <w:pPr>
              <w:jc w:val="center"/>
            </w:pPr>
          </w:p>
        </w:tc>
      </w:tr>
      <w:tr w:rsidR="00D60D5E" w14:paraId="044BEF4A" w14:textId="77777777" w:rsidTr="000617E0">
        <w:trPr>
          <w:cantSplit/>
          <w:jc w:val="center"/>
        </w:trPr>
        <w:tc>
          <w:tcPr>
            <w:tcW w:w="677" w:type="dxa"/>
            <w:tcMar>
              <w:top w:w="28" w:type="dxa"/>
              <w:left w:w="38" w:type="dxa"/>
              <w:bottom w:w="28" w:type="dxa"/>
              <w:right w:w="38" w:type="dxa"/>
            </w:tcMar>
            <w:vAlign w:val="center"/>
          </w:tcPr>
          <w:p w14:paraId="3F6D51E5" w14:textId="77777777" w:rsidR="00D60D5E" w:rsidRDefault="00891EF0">
            <w:pPr>
              <w:spacing w:after="0" w:line="240" w:lineRule="auto"/>
              <w:jc w:val="center"/>
            </w:pPr>
            <w:r>
              <w:rPr>
                <w:rFonts w:eastAsia="Aptos"/>
                <w:color w:val="6A7075"/>
                <w:sz w:val="17"/>
              </w:rPr>
              <w:t>180-275</w:t>
            </w:r>
          </w:p>
        </w:tc>
        <w:tc>
          <w:tcPr>
            <w:tcW w:w="2648" w:type="dxa"/>
            <w:tcMar>
              <w:top w:w="28" w:type="dxa"/>
              <w:left w:w="38" w:type="dxa"/>
              <w:bottom w:w="28" w:type="dxa"/>
              <w:right w:w="38" w:type="dxa"/>
            </w:tcMar>
            <w:vAlign w:val="center"/>
          </w:tcPr>
          <w:p w14:paraId="5FEBA238" w14:textId="77777777" w:rsidR="00D60D5E" w:rsidRDefault="00891EF0">
            <w:pPr>
              <w:spacing w:after="0" w:line="240" w:lineRule="auto"/>
            </w:pPr>
            <w:r>
              <w:rPr>
                <w:rFonts w:eastAsia="Aptos"/>
                <w:sz w:val="17"/>
              </w:rPr>
              <w:t>Almond Honey Roasted 6oz</w:t>
            </w:r>
          </w:p>
        </w:tc>
        <w:tc>
          <w:tcPr>
            <w:tcW w:w="630" w:type="dxa"/>
            <w:tcMar>
              <w:top w:w="28" w:type="dxa"/>
              <w:left w:w="38" w:type="dxa"/>
              <w:bottom w:w="28" w:type="dxa"/>
              <w:right w:w="38" w:type="dxa"/>
            </w:tcMar>
            <w:vAlign w:val="center"/>
          </w:tcPr>
          <w:p w14:paraId="6DBB2AFD" w14:textId="77777777" w:rsidR="00D60D5E" w:rsidRDefault="00891EF0">
            <w:pPr>
              <w:spacing w:after="0" w:line="240" w:lineRule="auto"/>
              <w:jc w:val="center"/>
            </w:pPr>
            <w:r>
              <w:rPr>
                <w:rFonts w:eastAsia="Aptos"/>
                <w:b/>
                <w:sz w:val="17"/>
              </w:rPr>
              <w:t>8.39</w:t>
            </w:r>
          </w:p>
        </w:tc>
        <w:tc>
          <w:tcPr>
            <w:tcW w:w="540" w:type="dxa"/>
            <w:tcMar>
              <w:top w:w="28" w:type="dxa"/>
              <w:left w:w="38" w:type="dxa"/>
              <w:bottom w:w="28" w:type="dxa"/>
              <w:right w:w="38" w:type="dxa"/>
            </w:tcMar>
            <w:vAlign w:val="center"/>
          </w:tcPr>
          <w:p w14:paraId="406D14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B00F69" w14:textId="77777777" w:rsidR="00D60D5E" w:rsidRDefault="00D60D5E">
            <w:pPr>
              <w:jc w:val="center"/>
            </w:pPr>
          </w:p>
        </w:tc>
      </w:tr>
      <w:tr w:rsidR="00D60D5E" w14:paraId="7743D447" w14:textId="77777777" w:rsidTr="000617E0">
        <w:trPr>
          <w:cantSplit/>
          <w:jc w:val="center"/>
        </w:trPr>
        <w:tc>
          <w:tcPr>
            <w:tcW w:w="677" w:type="dxa"/>
            <w:tcMar>
              <w:top w:w="28" w:type="dxa"/>
              <w:left w:w="38" w:type="dxa"/>
              <w:bottom w:w="28" w:type="dxa"/>
              <w:right w:w="38" w:type="dxa"/>
            </w:tcMar>
            <w:vAlign w:val="center"/>
          </w:tcPr>
          <w:p w14:paraId="70278993" w14:textId="77777777" w:rsidR="00D60D5E" w:rsidRDefault="00891EF0">
            <w:pPr>
              <w:spacing w:after="0" w:line="240" w:lineRule="auto"/>
              <w:jc w:val="center"/>
            </w:pPr>
            <w:r>
              <w:rPr>
                <w:rFonts w:eastAsia="Aptos"/>
                <w:color w:val="6A7075"/>
                <w:sz w:val="17"/>
              </w:rPr>
              <w:t>180-280</w:t>
            </w:r>
          </w:p>
        </w:tc>
        <w:tc>
          <w:tcPr>
            <w:tcW w:w="2648" w:type="dxa"/>
            <w:tcMar>
              <w:top w:w="28" w:type="dxa"/>
              <w:left w:w="38" w:type="dxa"/>
              <w:bottom w:w="28" w:type="dxa"/>
              <w:right w:w="38" w:type="dxa"/>
            </w:tcMar>
            <w:vAlign w:val="center"/>
          </w:tcPr>
          <w:p w14:paraId="37D5C63D" w14:textId="77777777" w:rsidR="00D60D5E" w:rsidRDefault="00891EF0">
            <w:pPr>
              <w:spacing w:after="0" w:line="240" w:lineRule="auto"/>
            </w:pPr>
            <w:r>
              <w:rPr>
                <w:rFonts w:eastAsia="Aptos"/>
                <w:sz w:val="17"/>
              </w:rPr>
              <w:t>Almond Slivered 6oz</w:t>
            </w:r>
          </w:p>
        </w:tc>
        <w:tc>
          <w:tcPr>
            <w:tcW w:w="630" w:type="dxa"/>
            <w:tcMar>
              <w:top w:w="28" w:type="dxa"/>
              <w:left w:w="38" w:type="dxa"/>
              <w:bottom w:w="28" w:type="dxa"/>
              <w:right w:w="38" w:type="dxa"/>
            </w:tcMar>
            <w:vAlign w:val="center"/>
          </w:tcPr>
          <w:p w14:paraId="1F22D320" w14:textId="77777777" w:rsidR="00D60D5E" w:rsidRDefault="00891EF0">
            <w:pPr>
              <w:spacing w:after="0" w:line="240" w:lineRule="auto"/>
              <w:jc w:val="center"/>
            </w:pPr>
            <w:r>
              <w:rPr>
                <w:rFonts w:eastAsia="Aptos"/>
                <w:b/>
                <w:sz w:val="17"/>
              </w:rPr>
              <w:t>10.95</w:t>
            </w:r>
          </w:p>
        </w:tc>
        <w:tc>
          <w:tcPr>
            <w:tcW w:w="540" w:type="dxa"/>
            <w:tcMar>
              <w:top w:w="28" w:type="dxa"/>
              <w:left w:w="38" w:type="dxa"/>
              <w:bottom w:w="28" w:type="dxa"/>
              <w:right w:w="38" w:type="dxa"/>
            </w:tcMar>
            <w:vAlign w:val="center"/>
          </w:tcPr>
          <w:p w14:paraId="160A389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2A852D" w14:textId="77777777" w:rsidR="00D60D5E" w:rsidRDefault="00D60D5E">
            <w:pPr>
              <w:jc w:val="center"/>
            </w:pPr>
          </w:p>
        </w:tc>
      </w:tr>
      <w:tr w:rsidR="00D60D5E" w14:paraId="7CAEA536" w14:textId="77777777" w:rsidTr="000617E0">
        <w:trPr>
          <w:cantSplit/>
          <w:jc w:val="center"/>
        </w:trPr>
        <w:tc>
          <w:tcPr>
            <w:tcW w:w="677" w:type="dxa"/>
            <w:tcMar>
              <w:top w:w="28" w:type="dxa"/>
              <w:left w:w="38" w:type="dxa"/>
              <w:bottom w:w="28" w:type="dxa"/>
              <w:right w:w="38" w:type="dxa"/>
            </w:tcMar>
            <w:vAlign w:val="center"/>
          </w:tcPr>
          <w:p w14:paraId="0033AC32" w14:textId="77777777" w:rsidR="00D60D5E" w:rsidRDefault="00891EF0">
            <w:pPr>
              <w:spacing w:after="0" w:line="240" w:lineRule="auto"/>
              <w:jc w:val="center"/>
            </w:pPr>
            <w:r>
              <w:rPr>
                <w:rFonts w:eastAsia="Aptos"/>
                <w:color w:val="6A7075"/>
                <w:sz w:val="17"/>
              </w:rPr>
              <w:t>180-285</w:t>
            </w:r>
          </w:p>
        </w:tc>
        <w:tc>
          <w:tcPr>
            <w:tcW w:w="2648" w:type="dxa"/>
            <w:tcMar>
              <w:top w:w="28" w:type="dxa"/>
              <w:left w:w="38" w:type="dxa"/>
              <w:bottom w:w="28" w:type="dxa"/>
              <w:right w:w="38" w:type="dxa"/>
            </w:tcMar>
            <w:vAlign w:val="center"/>
          </w:tcPr>
          <w:p w14:paraId="5961AC24" w14:textId="77777777" w:rsidR="00D60D5E" w:rsidRDefault="00891EF0">
            <w:pPr>
              <w:spacing w:after="0" w:line="240" w:lineRule="auto"/>
            </w:pPr>
            <w:r>
              <w:rPr>
                <w:rFonts w:eastAsia="Aptos"/>
                <w:sz w:val="17"/>
              </w:rPr>
              <w:t>Macadamias Whole 6.5oz</w:t>
            </w:r>
          </w:p>
        </w:tc>
        <w:tc>
          <w:tcPr>
            <w:tcW w:w="630" w:type="dxa"/>
            <w:tcMar>
              <w:top w:w="28" w:type="dxa"/>
              <w:left w:w="38" w:type="dxa"/>
              <w:bottom w:w="28" w:type="dxa"/>
              <w:right w:w="38" w:type="dxa"/>
            </w:tcMar>
            <w:vAlign w:val="center"/>
          </w:tcPr>
          <w:p w14:paraId="1315C0D7"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4493BF3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1B62EA" w14:textId="77777777" w:rsidR="00D60D5E" w:rsidRDefault="00D60D5E">
            <w:pPr>
              <w:jc w:val="center"/>
            </w:pPr>
          </w:p>
        </w:tc>
      </w:tr>
      <w:tr w:rsidR="00D60D5E" w14:paraId="1796AE71" w14:textId="77777777" w:rsidTr="000617E0">
        <w:trPr>
          <w:cantSplit/>
          <w:jc w:val="center"/>
        </w:trPr>
        <w:tc>
          <w:tcPr>
            <w:tcW w:w="677" w:type="dxa"/>
            <w:tcMar>
              <w:top w:w="28" w:type="dxa"/>
              <w:left w:w="38" w:type="dxa"/>
              <w:bottom w:w="28" w:type="dxa"/>
              <w:right w:w="38" w:type="dxa"/>
            </w:tcMar>
            <w:vAlign w:val="center"/>
          </w:tcPr>
          <w:p w14:paraId="530512B6" w14:textId="77777777" w:rsidR="00D60D5E" w:rsidRDefault="00891EF0">
            <w:pPr>
              <w:spacing w:after="0" w:line="240" w:lineRule="auto"/>
              <w:jc w:val="center"/>
            </w:pPr>
            <w:r>
              <w:rPr>
                <w:rFonts w:eastAsia="Aptos"/>
                <w:color w:val="6A7075"/>
                <w:sz w:val="17"/>
              </w:rPr>
              <w:t>180-290</w:t>
            </w:r>
          </w:p>
        </w:tc>
        <w:tc>
          <w:tcPr>
            <w:tcW w:w="2648" w:type="dxa"/>
            <w:tcMar>
              <w:top w:w="28" w:type="dxa"/>
              <w:left w:w="38" w:type="dxa"/>
              <w:bottom w:w="28" w:type="dxa"/>
              <w:right w:w="38" w:type="dxa"/>
            </w:tcMar>
            <w:vAlign w:val="center"/>
          </w:tcPr>
          <w:p w14:paraId="04ABA0F8" w14:textId="77777777" w:rsidR="00D60D5E" w:rsidRDefault="00891EF0">
            <w:pPr>
              <w:spacing w:after="0" w:line="240" w:lineRule="auto"/>
            </w:pPr>
            <w:r>
              <w:rPr>
                <w:rFonts w:eastAsia="Aptos"/>
                <w:sz w:val="17"/>
              </w:rPr>
              <w:t>Cheetos Flaming Hot 9 oz</w:t>
            </w:r>
          </w:p>
        </w:tc>
        <w:tc>
          <w:tcPr>
            <w:tcW w:w="630" w:type="dxa"/>
            <w:tcMar>
              <w:top w:w="28" w:type="dxa"/>
              <w:left w:w="38" w:type="dxa"/>
              <w:bottom w:w="28" w:type="dxa"/>
              <w:right w:w="38" w:type="dxa"/>
            </w:tcMar>
            <w:vAlign w:val="center"/>
          </w:tcPr>
          <w:p w14:paraId="474AFD32"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22E03C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785D0E" w14:textId="77777777" w:rsidR="00D60D5E" w:rsidRDefault="00D60D5E">
            <w:pPr>
              <w:jc w:val="center"/>
            </w:pPr>
          </w:p>
        </w:tc>
      </w:tr>
      <w:tr w:rsidR="00D60D5E" w14:paraId="65C5D696" w14:textId="77777777" w:rsidTr="000617E0">
        <w:trPr>
          <w:cantSplit/>
          <w:jc w:val="center"/>
        </w:trPr>
        <w:tc>
          <w:tcPr>
            <w:tcW w:w="677" w:type="dxa"/>
            <w:tcMar>
              <w:top w:w="28" w:type="dxa"/>
              <w:left w:w="38" w:type="dxa"/>
              <w:bottom w:w="28" w:type="dxa"/>
              <w:right w:w="38" w:type="dxa"/>
            </w:tcMar>
            <w:vAlign w:val="center"/>
          </w:tcPr>
          <w:p w14:paraId="0AAEDC0D" w14:textId="77777777" w:rsidR="00D60D5E" w:rsidRDefault="00891EF0">
            <w:pPr>
              <w:spacing w:after="0" w:line="240" w:lineRule="auto"/>
              <w:jc w:val="center"/>
            </w:pPr>
            <w:r>
              <w:rPr>
                <w:rFonts w:eastAsia="Aptos"/>
                <w:color w:val="6A7075"/>
                <w:sz w:val="17"/>
              </w:rPr>
              <w:t>180-295</w:t>
            </w:r>
          </w:p>
        </w:tc>
        <w:tc>
          <w:tcPr>
            <w:tcW w:w="2648" w:type="dxa"/>
            <w:tcMar>
              <w:top w:w="28" w:type="dxa"/>
              <w:left w:w="38" w:type="dxa"/>
              <w:bottom w:w="28" w:type="dxa"/>
              <w:right w:w="38" w:type="dxa"/>
            </w:tcMar>
            <w:vAlign w:val="center"/>
          </w:tcPr>
          <w:p w14:paraId="713C9EA2" w14:textId="77777777" w:rsidR="00D60D5E" w:rsidRDefault="00891EF0">
            <w:pPr>
              <w:spacing w:after="0" w:line="240" w:lineRule="auto"/>
            </w:pPr>
            <w:r>
              <w:rPr>
                <w:rFonts w:eastAsia="Aptos"/>
                <w:sz w:val="17"/>
              </w:rPr>
              <w:t>Snickers Crunches Candy Miniature or Traypak</w:t>
            </w:r>
          </w:p>
        </w:tc>
        <w:tc>
          <w:tcPr>
            <w:tcW w:w="630" w:type="dxa"/>
            <w:tcMar>
              <w:top w:w="28" w:type="dxa"/>
              <w:left w:w="38" w:type="dxa"/>
              <w:bottom w:w="28" w:type="dxa"/>
              <w:right w:w="38" w:type="dxa"/>
            </w:tcMar>
            <w:vAlign w:val="center"/>
          </w:tcPr>
          <w:p w14:paraId="3D9EAABB" w14:textId="77777777" w:rsidR="00D60D5E" w:rsidRDefault="00891EF0">
            <w:pPr>
              <w:spacing w:after="0" w:line="240" w:lineRule="auto"/>
              <w:jc w:val="center"/>
            </w:pPr>
            <w:r>
              <w:rPr>
                <w:rFonts w:eastAsia="Aptos"/>
                <w:b/>
                <w:sz w:val="17"/>
              </w:rPr>
              <w:t>8.49</w:t>
            </w:r>
          </w:p>
        </w:tc>
        <w:tc>
          <w:tcPr>
            <w:tcW w:w="540" w:type="dxa"/>
            <w:tcMar>
              <w:top w:w="28" w:type="dxa"/>
              <w:left w:w="38" w:type="dxa"/>
              <w:bottom w:w="28" w:type="dxa"/>
              <w:right w:w="38" w:type="dxa"/>
            </w:tcMar>
            <w:vAlign w:val="center"/>
          </w:tcPr>
          <w:p w14:paraId="0B08A7C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18F041" w14:textId="77777777" w:rsidR="00D60D5E" w:rsidRDefault="00D60D5E">
            <w:pPr>
              <w:jc w:val="center"/>
            </w:pPr>
          </w:p>
        </w:tc>
      </w:tr>
      <w:tr w:rsidR="00D60D5E" w14:paraId="7F21B1F9" w14:textId="77777777" w:rsidTr="000617E0">
        <w:trPr>
          <w:cantSplit/>
          <w:jc w:val="center"/>
        </w:trPr>
        <w:tc>
          <w:tcPr>
            <w:tcW w:w="677" w:type="dxa"/>
            <w:tcMar>
              <w:top w:w="28" w:type="dxa"/>
              <w:left w:w="38" w:type="dxa"/>
              <w:bottom w:w="28" w:type="dxa"/>
              <w:right w:w="38" w:type="dxa"/>
            </w:tcMar>
            <w:vAlign w:val="center"/>
          </w:tcPr>
          <w:p w14:paraId="71C624B0" w14:textId="77777777" w:rsidR="00D60D5E" w:rsidRDefault="00891EF0">
            <w:pPr>
              <w:spacing w:after="0" w:line="240" w:lineRule="auto"/>
              <w:jc w:val="center"/>
            </w:pPr>
            <w:r>
              <w:rPr>
                <w:rFonts w:eastAsia="Aptos"/>
                <w:color w:val="6A7075"/>
                <w:sz w:val="17"/>
              </w:rPr>
              <w:t>180-300</w:t>
            </w:r>
          </w:p>
        </w:tc>
        <w:tc>
          <w:tcPr>
            <w:tcW w:w="2648" w:type="dxa"/>
            <w:tcMar>
              <w:top w:w="28" w:type="dxa"/>
              <w:left w:w="38" w:type="dxa"/>
              <w:bottom w:w="28" w:type="dxa"/>
              <w:right w:w="38" w:type="dxa"/>
            </w:tcMar>
            <w:vAlign w:val="center"/>
          </w:tcPr>
          <w:p w14:paraId="597A58DD" w14:textId="77777777" w:rsidR="00D60D5E" w:rsidRDefault="00891EF0">
            <w:pPr>
              <w:spacing w:after="0" w:line="240" w:lineRule="auto"/>
            </w:pPr>
            <w:r>
              <w:rPr>
                <w:rFonts w:eastAsia="Aptos"/>
                <w:sz w:val="17"/>
              </w:rPr>
              <w:t>Dips Onion Potato Chip 8.5oz (Non-Ref) FritoLay</w:t>
            </w:r>
          </w:p>
        </w:tc>
        <w:tc>
          <w:tcPr>
            <w:tcW w:w="630" w:type="dxa"/>
            <w:tcMar>
              <w:top w:w="28" w:type="dxa"/>
              <w:left w:w="38" w:type="dxa"/>
              <w:bottom w:w="28" w:type="dxa"/>
              <w:right w:w="38" w:type="dxa"/>
            </w:tcMar>
            <w:vAlign w:val="center"/>
          </w:tcPr>
          <w:p w14:paraId="45B009E6"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0D78A0D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BE0063" w14:textId="77777777" w:rsidR="00D60D5E" w:rsidRDefault="00D60D5E">
            <w:pPr>
              <w:jc w:val="center"/>
            </w:pPr>
          </w:p>
        </w:tc>
      </w:tr>
      <w:tr w:rsidR="00D60D5E" w14:paraId="6AF52F35" w14:textId="77777777" w:rsidTr="000617E0">
        <w:trPr>
          <w:cantSplit/>
          <w:jc w:val="center"/>
        </w:trPr>
        <w:tc>
          <w:tcPr>
            <w:tcW w:w="677" w:type="dxa"/>
            <w:tcMar>
              <w:top w:w="28" w:type="dxa"/>
              <w:left w:w="38" w:type="dxa"/>
              <w:bottom w:w="28" w:type="dxa"/>
              <w:right w:w="38" w:type="dxa"/>
            </w:tcMar>
            <w:vAlign w:val="center"/>
          </w:tcPr>
          <w:p w14:paraId="4AB59FC2" w14:textId="77777777" w:rsidR="00D60D5E" w:rsidRDefault="00891EF0">
            <w:pPr>
              <w:spacing w:after="0" w:line="240" w:lineRule="auto"/>
              <w:jc w:val="center"/>
            </w:pPr>
            <w:r>
              <w:rPr>
                <w:rFonts w:eastAsia="Aptos"/>
                <w:color w:val="6A7075"/>
                <w:sz w:val="17"/>
              </w:rPr>
              <w:t>180-305</w:t>
            </w:r>
          </w:p>
        </w:tc>
        <w:tc>
          <w:tcPr>
            <w:tcW w:w="2648" w:type="dxa"/>
            <w:tcMar>
              <w:top w:w="28" w:type="dxa"/>
              <w:left w:w="38" w:type="dxa"/>
              <w:bottom w:w="28" w:type="dxa"/>
              <w:right w:w="38" w:type="dxa"/>
            </w:tcMar>
            <w:vAlign w:val="center"/>
          </w:tcPr>
          <w:p w14:paraId="34BEAA85" w14:textId="77777777" w:rsidR="00D60D5E" w:rsidRDefault="00891EF0">
            <w:pPr>
              <w:spacing w:after="0" w:line="240" w:lineRule="auto"/>
            </w:pPr>
            <w:r>
              <w:rPr>
                <w:rFonts w:eastAsia="Aptos"/>
                <w:sz w:val="17"/>
              </w:rPr>
              <w:t>Dips Mild Cheddar 9oz (Non-Ref) FritoLay</w:t>
            </w:r>
          </w:p>
        </w:tc>
        <w:tc>
          <w:tcPr>
            <w:tcW w:w="630" w:type="dxa"/>
            <w:tcMar>
              <w:top w:w="28" w:type="dxa"/>
              <w:left w:w="38" w:type="dxa"/>
              <w:bottom w:w="28" w:type="dxa"/>
              <w:right w:w="38" w:type="dxa"/>
            </w:tcMar>
            <w:vAlign w:val="center"/>
          </w:tcPr>
          <w:p w14:paraId="11A09061" w14:textId="77777777" w:rsidR="00D60D5E" w:rsidRDefault="00891EF0">
            <w:pPr>
              <w:spacing w:after="0" w:line="240" w:lineRule="auto"/>
              <w:jc w:val="center"/>
            </w:pPr>
            <w:r>
              <w:rPr>
                <w:rFonts w:eastAsia="Aptos"/>
                <w:b/>
                <w:sz w:val="17"/>
              </w:rPr>
              <w:t>6.95</w:t>
            </w:r>
          </w:p>
        </w:tc>
        <w:tc>
          <w:tcPr>
            <w:tcW w:w="540" w:type="dxa"/>
            <w:tcMar>
              <w:top w:w="28" w:type="dxa"/>
              <w:left w:w="38" w:type="dxa"/>
              <w:bottom w:w="28" w:type="dxa"/>
              <w:right w:w="38" w:type="dxa"/>
            </w:tcMar>
            <w:vAlign w:val="center"/>
          </w:tcPr>
          <w:p w14:paraId="57CF87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8CE334" w14:textId="77777777" w:rsidR="00D60D5E" w:rsidRDefault="00D60D5E">
            <w:pPr>
              <w:jc w:val="center"/>
            </w:pPr>
          </w:p>
        </w:tc>
      </w:tr>
      <w:tr w:rsidR="00D60D5E" w14:paraId="3EC68468" w14:textId="77777777" w:rsidTr="000617E0">
        <w:trPr>
          <w:cantSplit/>
          <w:jc w:val="center"/>
        </w:trPr>
        <w:tc>
          <w:tcPr>
            <w:tcW w:w="677" w:type="dxa"/>
            <w:tcMar>
              <w:top w:w="28" w:type="dxa"/>
              <w:left w:w="38" w:type="dxa"/>
              <w:bottom w:w="28" w:type="dxa"/>
              <w:right w:w="38" w:type="dxa"/>
            </w:tcMar>
            <w:vAlign w:val="center"/>
          </w:tcPr>
          <w:p w14:paraId="5B2104FB" w14:textId="77777777" w:rsidR="00D60D5E" w:rsidRDefault="00891EF0">
            <w:pPr>
              <w:spacing w:after="0" w:line="240" w:lineRule="auto"/>
              <w:jc w:val="center"/>
            </w:pPr>
            <w:r>
              <w:rPr>
                <w:rFonts w:eastAsia="Aptos"/>
                <w:color w:val="6A7075"/>
                <w:sz w:val="17"/>
              </w:rPr>
              <w:t>180-310</w:t>
            </w:r>
          </w:p>
        </w:tc>
        <w:tc>
          <w:tcPr>
            <w:tcW w:w="2648" w:type="dxa"/>
            <w:tcMar>
              <w:top w:w="28" w:type="dxa"/>
              <w:left w:w="38" w:type="dxa"/>
              <w:bottom w:w="28" w:type="dxa"/>
              <w:right w:w="38" w:type="dxa"/>
            </w:tcMar>
            <w:vAlign w:val="center"/>
          </w:tcPr>
          <w:p w14:paraId="1CC8ED6C" w14:textId="77777777" w:rsidR="00D60D5E" w:rsidRDefault="00891EF0">
            <w:pPr>
              <w:spacing w:after="0" w:line="240" w:lineRule="auto"/>
            </w:pPr>
            <w:r>
              <w:rPr>
                <w:rFonts w:eastAsia="Aptos"/>
                <w:sz w:val="17"/>
              </w:rPr>
              <w:t>Dips Deals Guacamole 12oz (Refrigerated)</w:t>
            </w:r>
          </w:p>
        </w:tc>
        <w:tc>
          <w:tcPr>
            <w:tcW w:w="630" w:type="dxa"/>
            <w:tcMar>
              <w:top w:w="28" w:type="dxa"/>
              <w:left w:w="38" w:type="dxa"/>
              <w:bottom w:w="28" w:type="dxa"/>
              <w:right w:w="38" w:type="dxa"/>
            </w:tcMar>
            <w:vAlign w:val="center"/>
          </w:tcPr>
          <w:p w14:paraId="634912B6"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055FBF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328935" w14:textId="77777777" w:rsidR="00D60D5E" w:rsidRDefault="00D60D5E">
            <w:pPr>
              <w:jc w:val="center"/>
            </w:pPr>
          </w:p>
        </w:tc>
      </w:tr>
      <w:tr w:rsidR="00D60D5E" w14:paraId="1E1D827F" w14:textId="77777777" w:rsidTr="000617E0">
        <w:trPr>
          <w:cantSplit/>
          <w:jc w:val="center"/>
        </w:trPr>
        <w:tc>
          <w:tcPr>
            <w:tcW w:w="677" w:type="dxa"/>
            <w:tcMar>
              <w:top w:w="28" w:type="dxa"/>
              <w:left w:w="38" w:type="dxa"/>
              <w:bottom w:w="28" w:type="dxa"/>
              <w:right w:w="38" w:type="dxa"/>
            </w:tcMar>
            <w:vAlign w:val="center"/>
          </w:tcPr>
          <w:p w14:paraId="60D24E90" w14:textId="77777777" w:rsidR="00D60D5E" w:rsidRDefault="00891EF0">
            <w:pPr>
              <w:spacing w:after="0" w:line="240" w:lineRule="auto"/>
              <w:jc w:val="center"/>
            </w:pPr>
            <w:r>
              <w:rPr>
                <w:rFonts w:eastAsia="Aptos"/>
                <w:color w:val="6A7075"/>
                <w:sz w:val="17"/>
              </w:rPr>
              <w:t>180-315</w:t>
            </w:r>
          </w:p>
        </w:tc>
        <w:tc>
          <w:tcPr>
            <w:tcW w:w="2648" w:type="dxa"/>
            <w:tcMar>
              <w:top w:w="28" w:type="dxa"/>
              <w:left w:w="38" w:type="dxa"/>
              <w:bottom w:w="28" w:type="dxa"/>
              <w:right w:w="38" w:type="dxa"/>
            </w:tcMar>
            <w:vAlign w:val="center"/>
          </w:tcPr>
          <w:p w14:paraId="7F1CE0C5" w14:textId="77777777" w:rsidR="00D60D5E" w:rsidRDefault="00891EF0">
            <w:pPr>
              <w:spacing w:after="0" w:line="240" w:lineRule="auto"/>
            </w:pPr>
            <w:r>
              <w:rPr>
                <w:rFonts w:eastAsia="Aptos"/>
                <w:sz w:val="17"/>
              </w:rPr>
              <w:t>Dips Deans French Onion 8oz (Refrigerated)</w:t>
            </w:r>
          </w:p>
        </w:tc>
        <w:tc>
          <w:tcPr>
            <w:tcW w:w="630" w:type="dxa"/>
            <w:tcMar>
              <w:top w:w="28" w:type="dxa"/>
              <w:left w:w="38" w:type="dxa"/>
              <w:bottom w:w="28" w:type="dxa"/>
              <w:right w:w="38" w:type="dxa"/>
            </w:tcMar>
            <w:vAlign w:val="center"/>
          </w:tcPr>
          <w:p w14:paraId="11E7EC71" w14:textId="77777777" w:rsidR="00D60D5E" w:rsidRDefault="00891EF0">
            <w:pPr>
              <w:spacing w:after="0" w:line="240" w:lineRule="auto"/>
              <w:jc w:val="center"/>
            </w:pPr>
            <w:r>
              <w:rPr>
                <w:rFonts w:eastAsia="Aptos"/>
                <w:b/>
                <w:sz w:val="17"/>
              </w:rPr>
              <w:t>3.35</w:t>
            </w:r>
          </w:p>
        </w:tc>
        <w:tc>
          <w:tcPr>
            <w:tcW w:w="540" w:type="dxa"/>
            <w:tcMar>
              <w:top w:w="28" w:type="dxa"/>
              <w:left w:w="38" w:type="dxa"/>
              <w:bottom w:w="28" w:type="dxa"/>
              <w:right w:w="38" w:type="dxa"/>
            </w:tcMar>
            <w:vAlign w:val="center"/>
          </w:tcPr>
          <w:p w14:paraId="09665CB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0035D2" w14:textId="77777777" w:rsidR="00D60D5E" w:rsidRDefault="00D60D5E">
            <w:pPr>
              <w:jc w:val="center"/>
            </w:pPr>
          </w:p>
        </w:tc>
      </w:tr>
      <w:tr w:rsidR="00D60D5E" w14:paraId="27B9A420" w14:textId="77777777" w:rsidTr="000617E0">
        <w:trPr>
          <w:cantSplit/>
          <w:jc w:val="center"/>
        </w:trPr>
        <w:tc>
          <w:tcPr>
            <w:tcW w:w="677" w:type="dxa"/>
            <w:tcMar>
              <w:top w:w="28" w:type="dxa"/>
              <w:left w:w="38" w:type="dxa"/>
              <w:bottom w:w="28" w:type="dxa"/>
              <w:right w:w="38" w:type="dxa"/>
            </w:tcMar>
            <w:vAlign w:val="center"/>
          </w:tcPr>
          <w:p w14:paraId="6D24075E" w14:textId="77777777" w:rsidR="00D60D5E" w:rsidRDefault="00891EF0">
            <w:pPr>
              <w:spacing w:after="0" w:line="240" w:lineRule="auto"/>
              <w:jc w:val="center"/>
            </w:pPr>
            <w:r>
              <w:rPr>
                <w:rFonts w:eastAsia="Aptos"/>
                <w:color w:val="6A7075"/>
                <w:sz w:val="17"/>
              </w:rPr>
              <w:t>180-320</w:t>
            </w:r>
          </w:p>
        </w:tc>
        <w:tc>
          <w:tcPr>
            <w:tcW w:w="2648" w:type="dxa"/>
            <w:tcMar>
              <w:top w:w="28" w:type="dxa"/>
              <w:left w:w="38" w:type="dxa"/>
              <w:bottom w:w="28" w:type="dxa"/>
              <w:right w:w="38" w:type="dxa"/>
            </w:tcMar>
            <w:vAlign w:val="center"/>
          </w:tcPr>
          <w:p w14:paraId="1A3B9B0F" w14:textId="77777777" w:rsidR="00D60D5E" w:rsidRDefault="00891EF0">
            <w:pPr>
              <w:spacing w:after="0" w:line="240" w:lineRule="auto"/>
            </w:pPr>
            <w:r>
              <w:rPr>
                <w:rFonts w:eastAsia="Aptos"/>
                <w:sz w:val="17"/>
              </w:rPr>
              <w:t>Dips Deans Ranch 8oz (Refrigerated)</w:t>
            </w:r>
          </w:p>
        </w:tc>
        <w:tc>
          <w:tcPr>
            <w:tcW w:w="630" w:type="dxa"/>
            <w:tcMar>
              <w:top w:w="28" w:type="dxa"/>
              <w:left w:w="38" w:type="dxa"/>
              <w:bottom w:w="28" w:type="dxa"/>
              <w:right w:w="38" w:type="dxa"/>
            </w:tcMar>
            <w:vAlign w:val="center"/>
          </w:tcPr>
          <w:p w14:paraId="7BB8564D" w14:textId="77777777" w:rsidR="00D60D5E" w:rsidRDefault="00891EF0">
            <w:pPr>
              <w:spacing w:after="0" w:line="240" w:lineRule="auto"/>
              <w:jc w:val="center"/>
            </w:pPr>
            <w:r>
              <w:rPr>
                <w:rFonts w:eastAsia="Aptos"/>
                <w:b/>
                <w:sz w:val="17"/>
              </w:rPr>
              <w:t>3.20</w:t>
            </w:r>
          </w:p>
        </w:tc>
        <w:tc>
          <w:tcPr>
            <w:tcW w:w="540" w:type="dxa"/>
            <w:tcMar>
              <w:top w:w="28" w:type="dxa"/>
              <w:left w:w="38" w:type="dxa"/>
              <w:bottom w:w="28" w:type="dxa"/>
              <w:right w:w="38" w:type="dxa"/>
            </w:tcMar>
            <w:vAlign w:val="center"/>
          </w:tcPr>
          <w:p w14:paraId="69D3CF9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CFCB5D" w14:textId="77777777" w:rsidR="00D60D5E" w:rsidRDefault="00D60D5E">
            <w:pPr>
              <w:jc w:val="center"/>
            </w:pPr>
          </w:p>
        </w:tc>
      </w:tr>
      <w:tr w:rsidR="00D60D5E" w14:paraId="4A9F5E5E" w14:textId="77777777" w:rsidTr="000617E0">
        <w:trPr>
          <w:cantSplit/>
          <w:jc w:val="center"/>
        </w:trPr>
        <w:tc>
          <w:tcPr>
            <w:tcW w:w="677" w:type="dxa"/>
            <w:tcMar>
              <w:top w:w="28" w:type="dxa"/>
              <w:left w:w="38" w:type="dxa"/>
              <w:bottom w:w="28" w:type="dxa"/>
              <w:right w:w="38" w:type="dxa"/>
            </w:tcMar>
            <w:vAlign w:val="center"/>
          </w:tcPr>
          <w:p w14:paraId="17DA247D" w14:textId="77777777" w:rsidR="00D60D5E" w:rsidRDefault="00891EF0">
            <w:pPr>
              <w:spacing w:after="0" w:line="240" w:lineRule="auto"/>
              <w:jc w:val="center"/>
            </w:pPr>
            <w:r>
              <w:rPr>
                <w:rFonts w:eastAsia="Aptos"/>
                <w:color w:val="6A7075"/>
                <w:sz w:val="17"/>
              </w:rPr>
              <w:t>180-325</w:t>
            </w:r>
          </w:p>
        </w:tc>
        <w:tc>
          <w:tcPr>
            <w:tcW w:w="2648" w:type="dxa"/>
            <w:tcMar>
              <w:top w:w="28" w:type="dxa"/>
              <w:left w:w="38" w:type="dxa"/>
              <w:bottom w:w="28" w:type="dxa"/>
              <w:right w:w="38" w:type="dxa"/>
            </w:tcMar>
            <w:vAlign w:val="center"/>
          </w:tcPr>
          <w:p w14:paraId="26B6801E" w14:textId="77777777" w:rsidR="00D60D5E" w:rsidRDefault="00891EF0">
            <w:pPr>
              <w:spacing w:after="0" w:line="240" w:lineRule="auto"/>
            </w:pPr>
            <w:r>
              <w:rPr>
                <w:rFonts w:eastAsia="Aptos"/>
                <w:sz w:val="17"/>
              </w:rPr>
              <w:t>Dips Deans Green Onion 8oz (Refrigerated)</w:t>
            </w:r>
          </w:p>
        </w:tc>
        <w:tc>
          <w:tcPr>
            <w:tcW w:w="630" w:type="dxa"/>
            <w:tcMar>
              <w:top w:w="28" w:type="dxa"/>
              <w:left w:w="38" w:type="dxa"/>
              <w:bottom w:w="28" w:type="dxa"/>
              <w:right w:w="38" w:type="dxa"/>
            </w:tcMar>
            <w:vAlign w:val="center"/>
          </w:tcPr>
          <w:p w14:paraId="425DB4EC" w14:textId="77777777" w:rsidR="00D60D5E" w:rsidRDefault="00891EF0">
            <w:pPr>
              <w:spacing w:after="0" w:line="240" w:lineRule="auto"/>
              <w:jc w:val="center"/>
            </w:pPr>
            <w:r>
              <w:rPr>
                <w:rFonts w:eastAsia="Aptos"/>
                <w:b/>
                <w:sz w:val="17"/>
              </w:rPr>
              <w:t>7.59</w:t>
            </w:r>
          </w:p>
        </w:tc>
        <w:tc>
          <w:tcPr>
            <w:tcW w:w="540" w:type="dxa"/>
            <w:tcMar>
              <w:top w:w="28" w:type="dxa"/>
              <w:left w:w="38" w:type="dxa"/>
              <w:bottom w:w="28" w:type="dxa"/>
              <w:right w:w="38" w:type="dxa"/>
            </w:tcMar>
            <w:vAlign w:val="center"/>
          </w:tcPr>
          <w:p w14:paraId="1FF29A2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108A88" w14:textId="77777777" w:rsidR="00D60D5E" w:rsidRDefault="00D60D5E">
            <w:pPr>
              <w:jc w:val="center"/>
            </w:pPr>
          </w:p>
        </w:tc>
      </w:tr>
      <w:tr w:rsidR="00D60D5E" w14:paraId="4D1895B7" w14:textId="77777777" w:rsidTr="000617E0">
        <w:trPr>
          <w:cantSplit/>
          <w:jc w:val="center"/>
        </w:trPr>
        <w:tc>
          <w:tcPr>
            <w:tcW w:w="677" w:type="dxa"/>
            <w:tcMar>
              <w:top w:w="28" w:type="dxa"/>
              <w:left w:w="38" w:type="dxa"/>
              <w:bottom w:w="28" w:type="dxa"/>
              <w:right w:w="38" w:type="dxa"/>
            </w:tcMar>
            <w:vAlign w:val="center"/>
          </w:tcPr>
          <w:p w14:paraId="5EF4299E" w14:textId="77777777" w:rsidR="00D60D5E" w:rsidRDefault="00891EF0">
            <w:pPr>
              <w:spacing w:after="0" w:line="240" w:lineRule="auto"/>
              <w:jc w:val="center"/>
            </w:pPr>
            <w:r>
              <w:rPr>
                <w:rFonts w:eastAsia="Aptos"/>
                <w:color w:val="6A7075"/>
                <w:sz w:val="17"/>
              </w:rPr>
              <w:t>180-330</w:t>
            </w:r>
          </w:p>
        </w:tc>
        <w:tc>
          <w:tcPr>
            <w:tcW w:w="2648" w:type="dxa"/>
            <w:tcMar>
              <w:top w:w="28" w:type="dxa"/>
              <w:left w:w="38" w:type="dxa"/>
              <w:bottom w:w="28" w:type="dxa"/>
              <w:right w:w="38" w:type="dxa"/>
            </w:tcMar>
            <w:vAlign w:val="center"/>
          </w:tcPr>
          <w:p w14:paraId="57ED7AB3" w14:textId="77777777" w:rsidR="00D60D5E" w:rsidRDefault="00891EF0">
            <w:pPr>
              <w:spacing w:after="0" w:line="240" w:lineRule="auto"/>
            </w:pPr>
            <w:r>
              <w:rPr>
                <w:rFonts w:eastAsia="Aptos"/>
                <w:sz w:val="17"/>
              </w:rPr>
              <w:t>Hummus Classic 10 oz</w:t>
            </w:r>
          </w:p>
        </w:tc>
        <w:tc>
          <w:tcPr>
            <w:tcW w:w="630" w:type="dxa"/>
            <w:tcMar>
              <w:top w:w="28" w:type="dxa"/>
              <w:left w:w="38" w:type="dxa"/>
              <w:bottom w:w="28" w:type="dxa"/>
              <w:right w:w="38" w:type="dxa"/>
            </w:tcMar>
            <w:vAlign w:val="center"/>
          </w:tcPr>
          <w:p w14:paraId="4C88F8DF"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3DC066A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2F77EE" w14:textId="77777777" w:rsidR="00D60D5E" w:rsidRDefault="00D60D5E">
            <w:pPr>
              <w:jc w:val="center"/>
            </w:pPr>
          </w:p>
        </w:tc>
      </w:tr>
      <w:tr w:rsidR="00D60D5E" w14:paraId="37B0B11E" w14:textId="77777777" w:rsidTr="000617E0">
        <w:trPr>
          <w:cantSplit/>
          <w:jc w:val="center"/>
        </w:trPr>
        <w:tc>
          <w:tcPr>
            <w:tcW w:w="677" w:type="dxa"/>
            <w:tcMar>
              <w:top w:w="28" w:type="dxa"/>
              <w:left w:w="38" w:type="dxa"/>
              <w:bottom w:w="28" w:type="dxa"/>
              <w:right w:w="38" w:type="dxa"/>
            </w:tcMar>
            <w:vAlign w:val="center"/>
          </w:tcPr>
          <w:p w14:paraId="4334666C" w14:textId="77777777" w:rsidR="00D60D5E" w:rsidRDefault="00891EF0">
            <w:pPr>
              <w:spacing w:after="0" w:line="240" w:lineRule="auto"/>
              <w:jc w:val="center"/>
            </w:pPr>
            <w:r>
              <w:rPr>
                <w:rFonts w:eastAsia="Aptos"/>
                <w:color w:val="6A7075"/>
                <w:sz w:val="17"/>
              </w:rPr>
              <w:t>180-335</w:t>
            </w:r>
          </w:p>
        </w:tc>
        <w:tc>
          <w:tcPr>
            <w:tcW w:w="2648" w:type="dxa"/>
            <w:tcMar>
              <w:top w:w="28" w:type="dxa"/>
              <w:left w:w="38" w:type="dxa"/>
              <w:bottom w:w="28" w:type="dxa"/>
              <w:right w:w="38" w:type="dxa"/>
            </w:tcMar>
            <w:vAlign w:val="center"/>
          </w:tcPr>
          <w:p w14:paraId="4C4A0803" w14:textId="77777777" w:rsidR="00D60D5E" w:rsidRDefault="00891EF0">
            <w:pPr>
              <w:spacing w:after="0" w:line="240" w:lineRule="auto"/>
            </w:pPr>
            <w:r>
              <w:rPr>
                <w:rFonts w:eastAsia="Aptos"/>
                <w:sz w:val="17"/>
              </w:rPr>
              <w:t>Hummus Greek Olive 10 oz</w:t>
            </w:r>
          </w:p>
        </w:tc>
        <w:tc>
          <w:tcPr>
            <w:tcW w:w="630" w:type="dxa"/>
            <w:tcMar>
              <w:top w:w="28" w:type="dxa"/>
              <w:left w:w="38" w:type="dxa"/>
              <w:bottom w:w="28" w:type="dxa"/>
              <w:right w:w="38" w:type="dxa"/>
            </w:tcMar>
            <w:vAlign w:val="center"/>
          </w:tcPr>
          <w:p w14:paraId="4F223F91" w14:textId="77777777" w:rsidR="00D60D5E" w:rsidRDefault="00891EF0">
            <w:pPr>
              <w:spacing w:after="0" w:line="240" w:lineRule="auto"/>
              <w:jc w:val="center"/>
            </w:pPr>
            <w:r>
              <w:rPr>
                <w:rFonts w:eastAsia="Aptos"/>
                <w:b/>
                <w:sz w:val="17"/>
              </w:rPr>
              <w:t>7.25</w:t>
            </w:r>
          </w:p>
        </w:tc>
        <w:tc>
          <w:tcPr>
            <w:tcW w:w="540" w:type="dxa"/>
            <w:tcMar>
              <w:top w:w="28" w:type="dxa"/>
              <w:left w:w="38" w:type="dxa"/>
              <w:bottom w:w="28" w:type="dxa"/>
              <w:right w:w="38" w:type="dxa"/>
            </w:tcMar>
            <w:vAlign w:val="center"/>
          </w:tcPr>
          <w:p w14:paraId="6FED8DC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648E38" w14:textId="77777777" w:rsidR="00D60D5E" w:rsidRDefault="00D60D5E">
            <w:pPr>
              <w:jc w:val="center"/>
            </w:pPr>
          </w:p>
        </w:tc>
      </w:tr>
      <w:tr w:rsidR="00D60D5E" w14:paraId="76F9A88C" w14:textId="77777777" w:rsidTr="000617E0">
        <w:trPr>
          <w:cantSplit/>
          <w:jc w:val="center"/>
        </w:trPr>
        <w:tc>
          <w:tcPr>
            <w:tcW w:w="677" w:type="dxa"/>
            <w:tcMar>
              <w:top w:w="28" w:type="dxa"/>
              <w:left w:w="38" w:type="dxa"/>
              <w:bottom w:w="28" w:type="dxa"/>
              <w:right w:w="38" w:type="dxa"/>
            </w:tcMar>
            <w:vAlign w:val="center"/>
          </w:tcPr>
          <w:p w14:paraId="10879D46" w14:textId="77777777" w:rsidR="00D60D5E" w:rsidRDefault="00891EF0">
            <w:pPr>
              <w:spacing w:after="0" w:line="240" w:lineRule="auto"/>
              <w:jc w:val="center"/>
            </w:pPr>
            <w:r>
              <w:rPr>
                <w:rFonts w:eastAsia="Aptos"/>
                <w:color w:val="6A7075"/>
                <w:sz w:val="17"/>
              </w:rPr>
              <w:t>180-340</w:t>
            </w:r>
          </w:p>
        </w:tc>
        <w:tc>
          <w:tcPr>
            <w:tcW w:w="2648" w:type="dxa"/>
            <w:tcMar>
              <w:top w:w="28" w:type="dxa"/>
              <w:left w:w="38" w:type="dxa"/>
              <w:bottom w:w="28" w:type="dxa"/>
              <w:right w:w="38" w:type="dxa"/>
            </w:tcMar>
            <w:vAlign w:val="center"/>
          </w:tcPr>
          <w:p w14:paraId="3DA943F2" w14:textId="77777777" w:rsidR="00D60D5E" w:rsidRDefault="00891EF0">
            <w:pPr>
              <w:spacing w:after="0" w:line="240" w:lineRule="auto"/>
            </w:pPr>
            <w:r>
              <w:rPr>
                <w:rFonts w:eastAsia="Aptos"/>
                <w:sz w:val="17"/>
              </w:rPr>
              <w:t>Hummus Spicy Three Pepper 7oz</w:t>
            </w:r>
          </w:p>
        </w:tc>
        <w:tc>
          <w:tcPr>
            <w:tcW w:w="630" w:type="dxa"/>
            <w:tcMar>
              <w:top w:w="28" w:type="dxa"/>
              <w:left w:w="38" w:type="dxa"/>
              <w:bottom w:w="28" w:type="dxa"/>
              <w:right w:w="38" w:type="dxa"/>
            </w:tcMar>
            <w:vAlign w:val="center"/>
          </w:tcPr>
          <w:p w14:paraId="21A079A0" w14:textId="77777777" w:rsidR="00D60D5E" w:rsidRDefault="00891EF0">
            <w:pPr>
              <w:spacing w:after="0" w:line="240" w:lineRule="auto"/>
              <w:jc w:val="center"/>
            </w:pPr>
            <w:r>
              <w:rPr>
                <w:rFonts w:eastAsia="Aptos"/>
                <w:b/>
                <w:sz w:val="17"/>
              </w:rPr>
              <w:t>7.15</w:t>
            </w:r>
          </w:p>
        </w:tc>
        <w:tc>
          <w:tcPr>
            <w:tcW w:w="540" w:type="dxa"/>
            <w:tcMar>
              <w:top w:w="28" w:type="dxa"/>
              <w:left w:w="38" w:type="dxa"/>
              <w:bottom w:w="28" w:type="dxa"/>
              <w:right w:w="38" w:type="dxa"/>
            </w:tcMar>
            <w:vAlign w:val="center"/>
          </w:tcPr>
          <w:p w14:paraId="2466B96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E2984E" w14:textId="77777777" w:rsidR="00D60D5E" w:rsidRDefault="00D60D5E">
            <w:pPr>
              <w:jc w:val="center"/>
            </w:pPr>
          </w:p>
        </w:tc>
      </w:tr>
      <w:tr w:rsidR="00D60D5E" w14:paraId="07A3D9D2" w14:textId="77777777" w:rsidTr="000617E0">
        <w:trPr>
          <w:cantSplit/>
          <w:jc w:val="center"/>
        </w:trPr>
        <w:tc>
          <w:tcPr>
            <w:tcW w:w="677" w:type="dxa"/>
            <w:tcMar>
              <w:top w:w="28" w:type="dxa"/>
              <w:left w:w="38" w:type="dxa"/>
              <w:bottom w:w="28" w:type="dxa"/>
              <w:right w:w="38" w:type="dxa"/>
            </w:tcMar>
            <w:vAlign w:val="center"/>
          </w:tcPr>
          <w:p w14:paraId="62C3F63F" w14:textId="77777777" w:rsidR="00D60D5E" w:rsidRDefault="00891EF0">
            <w:pPr>
              <w:spacing w:after="0" w:line="240" w:lineRule="auto"/>
              <w:jc w:val="center"/>
            </w:pPr>
            <w:r>
              <w:rPr>
                <w:rFonts w:eastAsia="Aptos"/>
                <w:color w:val="6A7075"/>
                <w:sz w:val="17"/>
              </w:rPr>
              <w:t>180-345</w:t>
            </w:r>
          </w:p>
        </w:tc>
        <w:tc>
          <w:tcPr>
            <w:tcW w:w="2648" w:type="dxa"/>
            <w:tcMar>
              <w:top w:w="28" w:type="dxa"/>
              <w:left w:w="38" w:type="dxa"/>
              <w:bottom w:w="28" w:type="dxa"/>
              <w:right w:w="38" w:type="dxa"/>
            </w:tcMar>
            <w:vAlign w:val="center"/>
          </w:tcPr>
          <w:p w14:paraId="12CAC49A" w14:textId="77777777" w:rsidR="00D60D5E" w:rsidRDefault="00891EF0">
            <w:pPr>
              <w:spacing w:after="0" w:line="240" w:lineRule="auto"/>
            </w:pPr>
            <w:r>
              <w:rPr>
                <w:rFonts w:eastAsia="Aptos"/>
                <w:sz w:val="17"/>
              </w:rPr>
              <w:t>Hummus Roasted Garlic 10oz</w:t>
            </w:r>
          </w:p>
        </w:tc>
        <w:tc>
          <w:tcPr>
            <w:tcW w:w="630" w:type="dxa"/>
            <w:tcMar>
              <w:top w:w="28" w:type="dxa"/>
              <w:left w:w="38" w:type="dxa"/>
              <w:bottom w:w="28" w:type="dxa"/>
              <w:right w:w="38" w:type="dxa"/>
            </w:tcMar>
            <w:vAlign w:val="center"/>
          </w:tcPr>
          <w:p w14:paraId="07E50923" w14:textId="77777777" w:rsidR="00D60D5E" w:rsidRDefault="00891EF0">
            <w:pPr>
              <w:spacing w:after="0" w:line="240" w:lineRule="auto"/>
              <w:jc w:val="center"/>
            </w:pPr>
            <w:r>
              <w:rPr>
                <w:rFonts w:eastAsia="Aptos"/>
                <w:b/>
                <w:sz w:val="17"/>
              </w:rPr>
              <w:t>7.15</w:t>
            </w:r>
          </w:p>
        </w:tc>
        <w:tc>
          <w:tcPr>
            <w:tcW w:w="540" w:type="dxa"/>
            <w:tcMar>
              <w:top w:w="28" w:type="dxa"/>
              <w:left w:w="38" w:type="dxa"/>
              <w:bottom w:w="28" w:type="dxa"/>
              <w:right w:w="38" w:type="dxa"/>
            </w:tcMar>
            <w:vAlign w:val="center"/>
          </w:tcPr>
          <w:p w14:paraId="789C383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2662AA" w14:textId="77777777" w:rsidR="00D60D5E" w:rsidRDefault="00D60D5E">
            <w:pPr>
              <w:jc w:val="center"/>
            </w:pPr>
          </w:p>
        </w:tc>
      </w:tr>
      <w:tr w:rsidR="00D60D5E" w14:paraId="0AF8636A" w14:textId="77777777" w:rsidTr="000617E0">
        <w:trPr>
          <w:cantSplit/>
          <w:jc w:val="center"/>
        </w:trPr>
        <w:tc>
          <w:tcPr>
            <w:tcW w:w="677" w:type="dxa"/>
            <w:shd w:val="clear" w:color="auto" w:fill="D9EAF7"/>
            <w:tcMar>
              <w:top w:w="28" w:type="dxa"/>
              <w:left w:w="38" w:type="dxa"/>
              <w:bottom w:w="28" w:type="dxa"/>
              <w:right w:w="38" w:type="dxa"/>
            </w:tcMar>
            <w:vAlign w:val="center"/>
          </w:tcPr>
          <w:p w14:paraId="33E7FA66" w14:textId="77777777" w:rsidR="00D60D5E" w:rsidRDefault="00891EF0">
            <w:pPr>
              <w:spacing w:after="0" w:line="240" w:lineRule="auto"/>
              <w:jc w:val="center"/>
            </w:pPr>
            <w:r>
              <w:rPr>
                <w:rFonts w:eastAsia="Aptos"/>
                <w:b/>
                <w:color w:val="2F4F8F"/>
                <w:sz w:val="18"/>
              </w:rPr>
              <w:t>185-</w:t>
            </w:r>
          </w:p>
        </w:tc>
        <w:tc>
          <w:tcPr>
            <w:tcW w:w="2648" w:type="dxa"/>
            <w:shd w:val="clear" w:color="auto" w:fill="D9EAF7"/>
            <w:tcMar>
              <w:top w:w="28" w:type="dxa"/>
              <w:left w:w="38" w:type="dxa"/>
              <w:bottom w:w="28" w:type="dxa"/>
              <w:right w:w="38" w:type="dxa"/>
            </w:tcMar>
            <w:vAlign w:val="center"/>
          </w:tcPr>
          <w:p w14:paraId="657DDBDE" w14:textId="77777777" w:rsidR="00D60D5E" w:rsidRDefault="00891EF0">
            <w:pPr>
              <w:spacing w:after="0" w:line="240" w:lineRule="auto"/>
            </w:pPr>
            <w:r>
              <w:rPr>
                <w:rFonts w:eastAsia="Aptos"/>
                <w:b/>
                <w:color w:val="2F4F8F"/>
                <w:sz w:val="18"/>
              </w:rPr>
              <w:t>DELI CHEESES</w:t>
            </w:r>
          </w:p>
        </w:tc>
        <w:tc>
          <w:tcPr>
            <w:tcW w:w="630" w:type="dxa"/>
            <w:shd w:val="clear" w:color="auto" w:fill="D9EAF7"/>
            <w:tcMar>
              <w:top w:w="28" w:type="dxa"/>
              <w:left w:w="38" w:type="dxa"/>
              <w:bottom w:w="28" w:type="dxa"/>
              <w:right w:w="38" w:type="dxa"/>
            </w:tcMar>
            <w:vAlign w:val="center"/>
          </w:tcPr>
          <w:p w14:paraId="2868B20F"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5383BE31"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024485A" w14:textId="77777777" w:rsidR="00D60D5E" w:rsidRDefault="00D60D5E">
            <w:pPr>
              <w:jc w:val="center"/>
            </w:pPr>
          </w:p>
        </w:tc>
      </w:tr>
      <w:tr w:rsidR="00D60D5E" w14:paraId="2C9919C4" w14:textId="77777777" w:rsidTr="000617E0">
        <w:trPr>
          <w:cantSplit/>
          <w:jc w:val="center"/>
        </w:trPr>
        <w:tc>
          <w:tcPr>
            <w:tcW w:w="677" w:type="dxa"/>
            <w:tcMar>
              <w:top w:w="28" w:type="dxa"/>
              <w:left w:w="38" w:type="dxa"/>
              <w:bottom w:w="28" w:type="dxa"/>
              <w:right w:w="38" w:type="dxa"/>
            </w:tcMar>
            <w:vAlign w:val="center"/>
          </w:tcPr>
          <w:p w14:paraId="760A8E41" w14:textId="77777777" w:rsidR="00D60D5E" w:rsidRDefault="00891EF0">
            <w:pPr>
              <w:spacing w:after="0" w:line="240" w:lineRule="auto"/>
              <w:jc w:val="center"/>
            </w:pPr>
            <w:r>
              <w:rPr>
                <w:rFonts w:eastAsia="Aptos"/>
                <w:color w:val="6A7075"/>
                <w:sz w:val="17"/>
              </w:rPr>
              <w:t>185-105</w:t>
            </w:r>
          </w:p>
        </w:tc>
        <w:tc>
          <w:tcPr>
            <w:tcW w:w="2648" w:type="dxa"/>
            <w:tcMar>
              <w:top w:w="28" w:type="dxa"/>
              <w:left w:w="38" w:type="dxa"/>
              <w:bottom w:w="28" w:type="dxa"/>
              <w:right w:w="38" w:type="dxa"/>
            </w:tcMar>
            <w:vAlign w:val="center"/>
          </w:tcPr>
          <w:p w14:paraId="0E005D67" w14:textId="77777777" w:rsidR="00D60D5E" w:rsidRDefault="00891EF0">
            <w:pPr>
              <w:spacing w:after="0" w:line="240" w:lineRule="auto"/>
            </w:pPr>
            <w:r>
              <w:rPr>
                <w:rFonts w:eastAsia="Aptos"/>
                <w:sz w:val="17"/>
              </w:rPr>
              <w:t>Brie</w:t>
            </w:r>
          </w:p>
        </w:tc>
        <w:tc>
          <w:tcPr>
            <w:tcW w:w="630" w:type="dxa"/>
            <w:tcMar>
              <w:top w:w="28" w:type="dxa"/>
              <w:left w:w="38" w:type="dxa"/>
              <w:bottom w:w="28" w:type="dxa"/>
              <w:right w:w="38" w:type="dxa"/>
            </w:tcMar>
            <w:vAlign w:val="center"/>
          </w:tcPr>
          <w:p w14:paraId="3F0BDE1B" w14:textId="77777777" w:rsidR="00D60D5E" w:rsidRDefault="00891EF0">
            <w:pPr>
              <w:spacing w:after="0" w:line="240" w:lineRule="auto"/>
              <w:jc w:val="center"/>
            </w:pPr>
            <w:r>
              <w:rPr>
                <w:rFonts w:eastAsia="Aptos"/>
                <w:b/>
                <w:sz w:val="17"/>
              </w:rPr>
              <w:t>15.39</w:t>
            </w:r>
          </w:p>
        </w:tc>
        <w:tc>
          <w:tcPr>
            <w:tcW w:w="540" w:type="dxa"/>
            <w:tcMar>
              <w:top w:w="28" w:type="dxa"/>
              <w:left w:w="38" w:type="dxa"/>
              <w:bottom w:w="28" w:type="dxa"/>
              <w:right w:w="38" w:type="dxa"/>
            </w:tcMar>
            <w:vAlign w:val="center"/>
          </w:tcPr>
          <w:p w14:paraId="455499A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997B8CB" w14:textId="77777777" w:rsidR="00D60D5E" w:rsidRDefault="00D60D5E">
            <w:pPr>
              <w:jc w:val="center"/>
            </w:pPr>
          </w:p>
        </w:tc>
      </w:tr>
      <w:tr w:rsidR="00D60D5E" w14:paraId="3EE2EDE8" w14:textId="77777777" w:rsidTr="000617E0">
        <w:trPr>
          <w:cantSplit/>
          <w:jc w:val="center"/>
        </w:trPr>
        <w:tc>
          <w:tcPr>
            <w:tcW w:w="677" w:type="dxa"/>
            <w:tcMar>
              <w:top w:w="28" w:type="dxa"/>
              <w:left w:w="38" w:type="dxa"/>
              <w:bottom w:w="28" w:type="dxa"/>
              <w:right w:w="38" w:type="dxa"/>
            </w:tcMar>
            <w:vAlign w:val="center"/>
          </w:tcPr>
          <w:p w14:paraId="087E3BC3" w14:textId="77777777" w:rsidR="00D60D5E" w:rsidRDefault="00891EF0">
            <w:pPr>
              <w:spacing w:after="0" w:line="240" w:lineRule="auto"/>
              <w:jc w:val="center"/>
            </w:pPr>
            <w:r>
              <w:rPr>
                <w:rFonts w:eastAsia="Aptos"/>
                <w:color w:val="6A7075"/>
                <w:sz w:val="17"/>
              </w:rPr>
              <w:t>185-110</w:t>
            </w:r>
          </w:p>
        </w:tc>
        <w:tc>
          <w:tcPr>
            <w:tcW w:w="2648" w:type="dxa"/>
            <w:tcMar>
              <w:top w:w="28" w:type="dxa"/>
              <w:left w:w="38" w:type="dxa"/>
              <w:bottom w:w="28" w:type="dxa"/>
              <w:right w:w="38" w:type="dxa"/>
            </w:tcMar>
            <w:vAlign w:val="center"/>
          </w:tcPr>
          <w:p w14:paraId="6DC76D39" w14:textId="77777777" w:rsidR="00D60D5E" w:rsidRDefault="00891EF0">
            <w:pPr>
              <w:spacing w:after="0" w:line="240" w:lineRule="auto"/>
            </w:pPr>
            <w:r>
              <w:rPr>
                <w:rFonts w:eastAsia="Aptos"/>
                <w:sz w:val="17"/>
              </w:rPr>
              <w:t>Pepper Jack lb</w:t>
            </w:r>
          </w:p>
        </w:tc>
        <w:tc>
          <w:tcPr>
            <w:tcW w:w="630" w:type="dxa"/>
            <w:tcMar>
              <w:top w:w="28" w:type="dxa"/>
              <w:left w:w="38" w:type="dxa"/>
              <w:bottom w:w="28" w:type="dxa"/>
              <w:right w:w="38" w:type="dxa"/>
            </w:tcMar>
            <w:vAlign w:val="center"/>
          </w:tcPr>
          <w:p w14:paraId="16B60531"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5FF1E86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E6E0C83" w14:textId="77777777" w:rsidR="00D60D5E" w:rsidRDefault="00D60D5E">
            <w:pPr>
              <w:jc w:val="center"/>
            </w:pPr>
          </w:p>
        </w:tc>
      </w:tr>
      <w:tr w:rsidR="00D60D5E" w14:paraId="6F7AA079" w14:textId="77777777" w:rsidTr="000617E0">
        <w:trPr>
          <w:cantSplit/>
          <w:jc w:val="center"/>
        </w:trPr>
        <w:tc>
          <w:tcPr>
            <w:tcW w:w="677" w:type="dxa"/>
            <w:tcMar>
              <w:top w:w="28" w:type="dxa"/>
              <w:left w:w="38" w:type="dxa"/>
              <w:bottom w:w="28" w:type="dxa"/>
              <w:right w:w="38" w:type="dxa"/>
            </w:tcMar>
            <w:vAlign w:val="center"/>
          </w:tcPr>
          <w:p w14:paraId="22CDC1D6" w14:textId="77777777" w:rsidR="00D60D5E" w:rsidRDefault="00891EF0">
            <w:pPr>
              <w:spacing w:after="0" w:line="240" w:lineRule="auto"/>
              <w:jc w:val="center"/>
            </w:pPr>
            <w:r>
              <w:rPr>
                <w:rFonts w:eastAsia="Aptos"/>
                <w:color w:val="6A7075"/>
                <w:sz w:val="17"/>
              </w:rPr>
              <w:t>185-115</w:t>
            </w:r>
          </w:p>
        </w:tc>
        <w:tc>
          <w:tcPr>
            <w:tcW w:w="2648" w:type="dxa"/>
            <w:tcMar>
              <w:top w:w="28" w:type="dxa"/>
              <w:left w:w="38" w:type="dxa"/>
              <w:bottom w:w="28" w:type="dxa"/>
              <w:right w:w="38" w:type="dxa"/>
            </w:tcMar>
            <w:vAlign w:val="center"/>
          </w:tcPr>
          <w:p w14:paraId="4A91FF71" w14:textId="77777777" w:rsidR="00D60D5E" w:rsidRDefault="00891EF0">
            <w:pPr>
              <w:spacing w:after="0" w:line="240" w:lineRule="auto"/>
            </w:pPr>
            <w:r>
              <w:rPr>
                <w:rFonts w:eastAsia="Aptos"/>
                <w:sz w:val="17"/>
              </w:rPr>
              <w:t>Provolone Stella lb</w:t>
            </w:r>
          </w:p>
        </w:tc>
        <w:tc>
          <w:tcPr>
            <w:tcW w:w="630" w:type="dxa"/>
            <w:tcMar>
              <w:top w:w="28" w:type="dxa"/>
              <w:left w:w="38" w:type="dxa"/>
              <w:bottom w:w="28" w:type="dxa"/>
              <w:right w:w="38" w:type="dxa"/>
            </w:tcMar>
            <w:vAlign w:val="center"/>
          </w:tcPr>
          <w:p w14:paraId="5E015D94" w14:textId="77777777" w:rsidR="00D60D5E" w:rsidRDefault="00891EF0">
            <w:pPr>
              <w:spacing w:after="0" w:line="240" w:lineRule="auto"/>
              <w:jc w:val="center"/>
            </w:pPr>
            <w:r>
              <w:rPr>
                <w:rFonts w:eastAsia="Aptos"/>
                <w:b/>
                <w:sz w:val="17"/>
              </w:rPr>
              <w:t>11.99</w:t>
            </w:r>
          </w:p>
        </w:tc>
        <w:tc>
          <w:tcPr>
            <w:tcW w:w="540" w:type="dxa"/>
            <w:tcMar>
              <w:top w:w="28" w:type="dxa"/>
              <w:left w:w="38" w:type="dxa"/>
              <w:bottom w:w="28" w:type="dxa"/>
              <w:right w:w="38" w:type="dxa"/>
            </w:tcMar>
            <w:vAlign w:val="center"/>
          </w:tcPr>
          <w:p w14:paraId="756FD43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E2C95C5" w14:textId="77777777" w:rsidR="00D60D5E" w:rsidRDefault="00D60D5E">
            <w:pPr>
              <w:jc w:val="center"/>
            </w:pPr>
          </w:p>
        </w:tc>
      </w:tr>
      <w:tr w:rsidR="00D60D5E" w14:paraId="02D68F35" w14:textId="77777777" w:rsidTr="000617E0">
        <w:trPr>
          <w:cantSplit/>
          <w:jc w:val="center"/>
        </w:trPr>
        <w:tc>
          <w:tcPr>
            <w:tcW w:w="677" w:type="dxa"/>
            <w:tcMar>
              <w:top w:w="28" w:type="dxa"/>
              <w:left w:w="38" w:type="dxa"/>
              <w:bottom w:w="28" w:type="dxa"/>
              <w:right w:w="38" w:type="dxa"/>
            </w:tcMar>
            <w:vAlign w:val="center"/>
          </w:tcPr>
          <w:p w14:paraId="4E6B301A" w14:textId="77777777" w:rsidR="00D60D5E" w:rsidRDefault="00891EF0">
            <w:pPr>
              <w:spacing w:after="0" w:line="240" w:lineRule="auto"/>
              <w:jc w:val="center"/>
            </w:pPr>
            <w:r>
              <w:rPr>
                <w:rFonts w:eastAsia="Aptos"/>
                <w:color w:val="6A7075"/>
                <w:sz w:val="17"/>
              </w:rPr>
              <w:t>185-120</w:t>
            </w:r>
          </w:p>
        </w:tc>
        <w:tc>
          <w:tcPr>
            <w:tcW w:w="2648" w:type="dxa"/>
            <w:tcMar>
              <w:top w:w="28" w:type="dxa"/>
              <w:left w:w="38" w:type="dxa"/>
              <w:bottom w:w="28" w:type="dxa"/>
              <w:right w:w="38" w:type="dxa"/>
            </w:tcMar>
            <w:vAlign w:val="center"/>
          </w:tcPr>
          <w:p w14:paraId="01212FE3" w14:textId="77777777" w:rsidR="00D60D5E" w:rsidRDefault="00891EF0">
            <w:pPr>
              <w:spacing w:after="0" w:line="240" w:lineRule="auto"/>
            </w:pPr>
            <w:r>
              <w:rPr>
                <w:rFonts w:eastAsia="Aptos"/>
                <w:sz w:val="17"/>
              </w:rPr>
              <w:t>Havarti lb.</w:t>
            </w:r>
          </w:p>
        </w:tc>
        <w:tc>
          <w:tcPr>
            <w:tcW w:w="630" w:type="dxa"/>
            <w:tcMar>
              <w:top w:w="28" w:type="dxa"/>
              <w:left w:w="38" w:type="dxa"/>
              <w:bottom w:w="28" w:type="dxa"/>
              <w:right w:w="38" w:type="dxa"/>
            </w:tcMar>
            <w:vAlign w:val="center"/>
          </w:tcPr>
          <w:p w14:paraId="7136D427" w14:textId="77777777" w:rsidR="00D60D5E" w:rsidRDefault="00891EF0">
            <w:pPr>
              <w:spacing w:after="0" w:line="240" w:lineRule="auto"/>
              <w:jc w:val="center"/>
            </w:pPr>
            <w:r>
              <w:rPr>
                <w:rFonts w:eastAsia="Aptos"/>
                <w:b/>
                <w:sz w:val="17"/>
              </w:rPr>
              <w:t>13.45</w:t>
            </w:r>
          </w:p>
        </w:tc>
        <w:tc>
          <w:tcPr>
            <w:tcW w:w="540" w:type="dxa"/>
            <w:tcMar>
              <w:top w:w="28" w:type="dxa"/>
              <w:left w:w="38" w:type="dxa"/>
              <w:bottom w:w="28" w:type="dxa"/>
              <w:right w:w="38" w:type="dxa"/>
            </w:tcMar>
            <w:vAlign w:val="center"/>
          </w:tcPr>
          <w:p w14:paraId="5F75E1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51BD43" w14:textId="77777777" w:rsidR="00D60D5E" w:rsidRDefault="00D60D5E">
            <w:pPr>
              <w:jc w:val="center"/>
            </w:pPr>
          </w:p>
        </w:tc>
      </w:tr>
      <w:tr w:rsidR="00D60D5E" w14:paraId="3962F45C" w14:textId="77777777" w:rsidTr="000617E0">
        <w:trPr>
          <w:cantSplit/>
          <w:jc w:val="center"/>
        </w:trPr>
        <w:tc>
          <w:tcPr>
            <w:tcW w:w="677" w:type="dxa"/>
            <w:tcMar>
              <w:top w:w="28" w:type="dxa"/>
              <w:left w:w="38" w:type="dxa"/>
              <w:bottom w:w="28" w:type="dxa"/>
              <w:right w:w="38" w:type="dxa"/>
            </w:tcMar>
            <w:vAlign w:val="center"/>
          </w:tcPr>
          <w:p w14:paraId="7C408BE3" w14:textId="77777777" w:rsidR="00D60D5E" w:rsidRDefault="00891EF0">
            <w:pPr>
              <w:spacing w:after="0" w:line="240" w:lineRule="auto"/>
              <w:jc w:val="center"/>
            </w:pPr>
            <w:r>
              <w:rPr>
                <w:rFonts w:eastAsia="Aptos"/>
                <w:color w:val="6A7075"/>
                <w:sz w:val="17"/>
              </w:rPr>
              <w:t>185-125</w:t>
            </w:r>
          </w:p>
        </w:tc>
        <w:tc>
          <w:tcPr>
            <w:tcW w:w="2648" w:type="dxa"/>
            <w:tcMar>
              <w:top w:w="28" w:type="dxa"/>
              <w:left w:w="38" w:type="dxa"/>
              <w:bottom w:w="28" w:type="dxa"/>
              <w:right w:w="38" w:type="dxa"/>
            </w:tcMar>
            <w:vAlign w:val="center"/>
          </w:tcPr>
          <w:p w14:paraId="5343870A" w14:textId="77777777" w:rsidR="00D60D5E" w:rsidRDefault="00891EF0">
            <w:pPr>
              <w:spacing w:after="0" w:line="240" w:lineRule="auto"/>
            </w:pPr>
            <w:r>
              <w:rPr>
                <w:rFonts w:eastAsia="Aptos"/>
                <w:sz w:val="17"/>
              </w:rPr>
              <w:t>Havarti W/Dill LB</w:t>
            </w:r>
          </w:p>
        </w:tc>
        <w:tc>
          <w:tcPr>
            <w:tcW w:w="630" w:type="dxa"/>
            <w:tcMar>
              <w:top w:w="28" w:type="dxa"/>
              <w:left w:w="38" w:type="dxa"/>
              <w:bottom w:w="28" w:type="dxa"/>
              <w:right w:w="38" w:type="dxa"/>
            </w:tcMar>
            <w:vAlign w:val="center"/>
          </w:tcPr>
          <w:p w14:paraId="60A07A0D" w14:textId="77777777" w:rsidR="00D60D5E" w:rsidRDefault="00891EF0">
            <w:pPr>
              <w:spacing w:after="0" w:line="240" w:lineRule="auto"/>
              <w:jc w:val="center"/>
            </w:pPr>
            <w:r>
              <w:rPr>
                <w:rFonts w:eastAsia="Aptos"/>
                <w:b/>
                <w:sz w:val="17"/>
              </w:rPr>
              <w:t>14.50</w:t>
            </w:r>
          </w:p>
        </w:tc>
        <w:tc>
          <w:tcPr>
            <w:tcW w:w="540" w:type="dxa"/>
            <w:tcMar>
              <w:top w:w="28" w:type="dxa"/>
              <w:left w:w="38" w:type="dxa"/>
              <w:bottom w:w="28" w:type="dxa"/>
              <w:right w:w="38" w:type="dxa"/>
            </w:tcMar>
            <w:vAlign w:val="center"/>
          </w:tcPr>
          <w:p w14:paraId="0777226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06EE565" w14:textId="77777777" w:rsidR="00D60D5E" w:rsidRDefault="00D60D5E">
            <w:pPr>
              <w:jc w:val="center"/>
            </w:pPr>
          </w:p>
        </w:tc>
      </w:tr>
      <w:tr w:rsidR="00D60D5E" w14:paraId="0270FC23" w14:textId="77777777" w:rsidTr="000617E0">
        <w:trPr>
          <w:cantSplit/>
          <w:jc w:val="center"/>
        </w:trPr>
        <w:tc>
          <w:tcPr>
            <w:tcW w:w="677" w:type="dxa"/>
            <w:tcMar>
              <w:top w:w="28" w:type="dxa"/>
              <w:left w:w="38" w:type="dxa"/>
              <w:bottom w:w="28" w:type="dxa"/>
              <w:right w:w="38" w:type="dxa"/>
            </w:tcMar>
            <w:vAlign w:val="center"/>
          </w:tcPr>
          <w:p w14:paraId="24454EC2" w14:textId="77777777" w:rsidR="00D60D5E" w:rsidRDefault="00891EF0">
            <w:pPr>
              <w:spacing w:after="0" w:line="240" w:lineRule="auto"/>
              <w:jc w:val="center"/>
            </w:pPr>
            <w:r>
              <w:rPr>
                <w:rFonts w:eastAsia="Aptos"/>
                <w:color w:val="6A7075"/>
                <w:sz w:val="17"/>
              </w:rPr>
              <w:t>185-130</w:t>
            </w:r>
          </w:p>
        </w:tc>
        <w:tc>
          <w:tcPr>
            <w:tcW w:w="2648" w:type="dxa"/>
            <w:tcMar>
              <w:top w:w="28" w:type="dxa"/>
              <w:left w:w="38" w:type="dxa"/>
              <w:bottom w:w="28" w:type="dxa"/>
              <w:right w:w="38" w:type="dxa"/>
            </w:tcMar>
            <w:vAlign w:val="center"/>
          </w:tcPr>
          <w:p w14:paraId="11EB258C" w14:textId="77777777" w:rsidR="00D60D5E" w:rsidRDefault="00891EF0">
            <w:pPr>
              <w:spacing w:after="0" w:line="240" w:lineRule="auto"/>
            </w:pPr>
            <w:r>
              <w:rPr>
                <w:rFonts w:eastAsia="Aptos"/>
                <w:sz w:val="17"/>
              </w:rPr>
              <w:t>Swiss LB</w:t>
            </w:r>
          </w:p>
        </w:tc>
        <w:tc>
          <w:tcPr>
            <w:tcW w:w="630" w:type="dxa"/>
            <w:tcMar>
              <w:top w:w="28" w:type="dxa"/>
              <w:left w:w="38" w:type="dxa"/>
              <w:bottom w:w="28" w:type="dxa"/>
              <w:right w:w="38" w:type="dxa"/>
            </w:tcMar>
            <w:vAlign w:val="center"/>
          </w:tcPr>
          <w:p w14:paraId="050C20C3" w14:textId="77777777" w:rsidR="00D60D5E" w:rsidRDefault="00891EF0">
            <w:pPr>
              <w:spacing w:after="0" w:line="240" w:lineRule="auto"/>
              <w:jc w:val="center"/>
            </w:pPr>
            <w:r>
              <w:rPr>
                <w:rFonts w:eastAsia="Aptos"/>
                <w:b/>
                <w:sz w:val="17"/>
              </w:rPr>
              <w:t>14.80</w:t>
            </w:r>
          </w:p>
        </w:tc>
        <w:tc>
          <w:tcPr>
            <w:tcW w:w="540" w:type="dxa"/>
            <w:tcMar>
              <w:top w:w="28" w:type="dxa"/>
              <w:left w:w="38" w:type="dxa"/>
              <w:bottom w:w="28" w:type="dxa"/>
              <w:right w:w="38" w:type="dxa"/>
            </w:tcMar>
            <w:vAlign w:val="center"/>
          </w:tcPr>
          <w:p w14:paraId="3D51957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DDF8151" w14:textId="77777777" w:rsidR="00D60D5E" w:rsidRDefault="00D60D5E">
            <w:pPr>
              <w:jc w:val="center"/>
            </w:pPr>
          </w:p>
        </w:tc>
      </w:tr>
      <w:tr w:rsidR="00D60D5E" w14:paraId="3D114FDB" w14:textId="77777777" w:rsidTr="000617E0">
        <w:trPr>
          <w:cantSplit/>
          <w:jc w:val="center"/>
        </w:trPr>
        <w:tc>
          <w:tcPr>
            <w:tcW w:w="677" w:type="dxa"/>
            <w:tcMar>
              <w:top w:w="28" w:type="dxa"/>
              <w:left w:w="38" w:type="dxa"/>
              <w:bottom w:w="28" w:type="dxa"/>
              <w:right w:w="38" w:type="dxa"/>
            </w:tcMar>
            <w:vAlign w:val="center"/>
          </w:tcPr>
          <w:p w14:paraId="438579FF" w14:textId="77777777" w:rsidR="00D60D5E" w:rsidRDefault="00891EF0">
            <w:pPr>
              <w:spacing w:after="0" w:line="240" w:lineRule="auto"/>
              <w:jc w:val="center"/>
            </w:pPr>
            <w:r>
              <w:rPr>
                <w:rFonts w:eastAsia="Aptos"/>
                <w:color w:val="6A7075"/>
                <w:sz w:val="17"/>
              </w:rPr>
              <w:t>185-133</w:t>
            </w:r>
          </w:p>
        </w:tc>
        <w:tc>
          <w:tcPr>
            <w:tcW w:w="2648" w:type="dxa"/>
            <w:tcMar>
              <w:top w:w="28" w:type="dxa"/>
              <w:left w:w="38" w:type="dxa"/>
              <w:bottom w:w="28" w:type="dxa"/>
              <w:right w:w="38" w:type="dxa"/>
            </w:tcMar>
            <w:vAlign w:val="center"/>
          </w:tcPr>
          <w:p w14:paraId="72A5F6B7" w14:textId="77777777" w:rsidR="00D60D5E" w:rsidRDefault="00891EF0">
            <w:pPr>
              <w:spacing w:after="0" w:line="240" w:lineRule="auto"/>
            </w:pPr>
            <w:r>
              <w:rPr>
                <w:rFonts w:eastAsia="Aptos"/>
                <w:sz w:val="17"/>
              </w:rPr>
              <w:t>American Cheese LB</w:t>
            </w:r>
          </w:p>
        </w:tc>
        <w:tc>
          <w:tcPr>
            <w:tcW w:w="630" w:type="dxa"/>
            <w:tcMar>
              <w:top w:w="28" w:type="dxa"/>
              <w:left w:w="38" w:type="dxa"/>
              <w:bottom w:w="28" w:type="dxa"/>
              <w:right w:w="38" w:type="dxa"/>
            </w:tcMar>
            <w:vAlign w:val="center"/>
          </w:tcPr>
          <w:p w14:paraId="63F6BB78" w14:textId="77777777" w:rsidR="00D60D5E" w:rsidRDefault="00891EF0">
            <w:pPr>
              <w:spacing w:after="0" w:line="240" w:lineRule="auto"/>
              <w:jc w:val="center"/>
            </w:pPr>
            <w:r>
              <w:rPr>
                <w:rFonts w:eastAsia="Aptos"/>
                <w:b/>
                <w:sz w:val="17"/>
              </w:rPr>
              <w:t>8.55</w:t>
            </w:r>
          </w:p>
        </w:tc>
        <w:tc>
          <w:tcPr>
            <w:tcW w:w="540" w:type="dxa"/>
            <w:tcMar>
              <w:top w:w="28" w:type="dxa"/>
              <w:left w:w="38" w:type="dxa"/>
              <w:bottom w:w="28" w:type="dxa"/>
              <w:right w:w="38" w:type="dxa"/>
            </w:tcMar>
            <w:vAlign w:val="center"/>
          </w:tcPr>
          <w:p w14:paraId="0B82E78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7F7EB79" w14:textId="77777777" w:rsidR="00D60D5E" w:rsidRDefault="00D60D5E">
            <w:pPr>
              <w:jc w:val="center"/>
            </w:pPr>
          </w:p>
        </w:tc>
      </w:tr>
      <w:tr w:rsidR="00D60D5E" w14:paraId="22FDE366" w14:textId="77777777" w:rsidTr="000617E0">
        <w:trPr>
          <w:cantSplit/>
          <w:jc w:val="center"/>
        </w:trPr>
        <w:tc>
          <w:tcPr>
            <w:tcW w:w="677" w:type="dxa"/>
            <w:tcMar>
              <w:top w:w="28" w:type="dxa"/>
              <w:left w:w="38" w:type="dxa"/>
              <w:bottom w:w="28" w:type="dxa"/>
              <w:right w:w="38" w:type="dxa"/>
            </w:tcMar>
            <w:vAlign w:val="center"/>
          </w:tcPr>
          <w:p w14:paraId="5C3168A9" w14:textId="77777777" w:rsidR="00D60D5E" w:rsidRDefault="00891EF0">
            <w:pPr>
              <w:spacing w:after="0" w:line="240" w:lineRule="auto"/>
              <w:jc w:val="center"/>
            </w:pPr>
            <w:r>
              <w:rPr>
                <w:rFonts w:eastAsia="Aptos"/>
                <w:color w:val="6A7075"/>
                <w:sz w:val="17"/>
              </w:rPr>
              <w:t>185-135</w:t>
            </w:r>
          </w:p>
        </w:tc>
        <w:tc>
          <w:tcPr>
            <w:tcW w:w="2648" w:type="dxa"/>
            <w:tcMar>
              <w:top w:w="28" w:type="dxa"/>
              <w:left w:w="38" w:type="dxa"/>
              <w:bottom w:w="28" w:type="dxa"/>
              <w:right w:w="38" w:type="dxa"/>
            </w:tcMar>
            <w:vAlign w:val="center"/>
          </w:tcPr>
          <w:p w14:paraId="6E890F02" w14:textId="77777777" w:rsidR="00D60D5E" w:rsidRDefault="00891EF0">
            <w:pPr>
              <w:spacing w:after="0" w:line="240" w:lineRule="auto"/>
            </w:pPr>
            <w:r>
              <w:rPr>
                <w:rFonts w:eastAsia="Aptos"/>
                <w:sz w:val="17"/>
              </w:rPr>
              <w:t>Jarlsberg lb.</w:t>
            </w:r>
          </w:p>
        </w:tc>
        <w:tc>
          <w:tcPr>
            <w:tcW w:w="630" w:type="dxa"/>
            <w:tcMar>
              <w:top w:w="28" w:type="dxa"/>
              <w:left w:w="38" w:type="dxa"/>
              <w:bottom w:w="28" w:type="dxa"/>
              <w:right w:w="38" w:type="dxa"/>
            </w:tcMar>
            <w:vAlign w:val="center"/>
          </w:tcPr>
          <w:p w14:paraId="1B11A3FC"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0ECCAF8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D766B43" w14:textId="77777777" w:rsidR="00D60D5E" w:rsidRDefault="00D60D5E">
            <w:pPr>
              <w:jc w:val="center"/>
            </w:pPr>
          </w:p>
        </w:tc>
      </w:tr>
      <w:tr w:rsidR="00D60D5E" w14:paraId="7906836C" w14:textId="77777777" w:rsidTr="000617E0">
        <w:trPr>
          <w:cantSplit/>
          <w:jc w:val="center"/>
        </w:trPr>
        <w:tc>
          <w:tcPr>
            <w:tcW w:w="677" w:type="dxa"/>
            <w:tcMar>
              <w:top w:w="28" w:type="dxa"/>
              <w:left w:w="38" w:type="dxa"/>
              <w:bottom w:w="28" w:type="dxa"/>
              <w:right w:w="38" w:type="dxa"/>
            </w:tcMar>
            <w:vAlign w:val="center"/>
          </w:tcPr>
          <w:p w14:paraId="010995C7" w14:textId="77777777" w:rsidR="00D60D5E" w:rsidRDefault="00891EF0">
            <w:pPr>
              <w:spacing w:after="0" w:line="240" w:lineRule="auto"/>
              <w:jc w:val="center"/>
            </w:pPr>
            <w:r>
              <w:rPr>
                <w:rFonts w:eastAsia="Aptos"/>
                <w:color w:val="6A7075"/>
                <w:sz w:val="17"/>
              </w:rPr>
              <w:t>185-140</w:t>
            </w:r>
          </w:p>
        </w:tc>
        <w:tc>
          <w:tcPr>
            <w:tcW w:w="2648" w:type="dxa"/>
            <w:tcMar>
              <w:top w:w="28" w:type="dxa"/>
              <w:left w:w="38" w:type="dxa"/>
              <w:bottom w:w="28" w:type="dxa"/>
              <w:right w:w="38" w:type="dxa"/>
            </w:tcMar>
            <w:vAlign w:val="center"/>
          </w:tcPr>
          <w:p w14:paraId="67C39EF9" w14:textId="77777777" w:rsidR="00D60D5E" w:rsidRDefault="00891EF0">
            <w:pPr>
              <w:spacing w:after="0" w:line="240" w:lineRule="auto"/>
            </w:pPr>
            <w:r>
              <w:rPr>
                <w:rFonts w:eastAsia="Aptos"/>
                <w:sz w:val="17"/>
              </w:rPr>
              <w:t>Mozzarella lb. (Stella)</w:t>
            </w:r>
          </w:p>
        </w:tc>
        <w:tc>
          <w:tcPr>
            <w:tcW w:w="630" w:type="dxa"/>
            <w:tcMar>
              <w:top w:w="28" w:type="dxa"/>
              <w:left w:w="38" w:type="dxa"/>
              <w:bottom w:w="28" w:type="dxa"/>
              <w:right w:w="38" w:type="dxa"/>
            </w:tcMar>
            <w:vAlign w:val="center"/>
          </w:tcPr>
          <w:p w14:paraId="56B6B2B0" w14:textId="77777777" w:rsidR="00D60D5E" w:rsidRDefault="00891EF0">
            <w:pPr>
              <w:spacing w:after="0" w:line="240" w:lineRule="auto"/>
              <w:jc w:val="center"/>
            </w:pPr>
            <w:r>
              <w:rPr>
                <w:rFonts w:eastAsia="Aptos"/>
                <w:b/>
                <w:sz w:val="17"/>
              </w:rPr>
              <w:t>12.95</w:t>
            </w:r>
          </w:p>
        </w:tc>
        <w:tc>
          <w:tcPr>
            <w:tcW w:w="540" w:type="dxa"/>
            <w:tcMar>
              <w:top w:w="28" w:type="dxa"/>
              <w:left w:w="38" w:type="dxa"/>
              <w:bottom w:w="28" w:type="dxa"/>
              <w:right w:w="38" w:type="dxa"/>
            </w:tcMar>
            <w:vAlign w:val="center"/>
          </w:tcPr>
          <w:p w14:paraId="39F1F5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5F9C94" w14:textId="77777777" w:rsidR="00D60D5E" w:rsidRDefault="00D60D5E">
            <w:pPr>
              <w:jc w:val="center"/>
            </w:pPr>
          </w:p>
        </w:tc>
      </w:tr>
      <w:tr w:rsidR="00D60D5E" w14:paraId="2474964F" w14:textId="77777777" w:rsidTr="000617E0">
        <w:trPr>
          <w:cantSplit/>
          <w:jc w:val="center"/>
        </w:trPr>
        <w:tc>
          <w:tcPr>
            <w:tcW w:w="677" w:type="dxa"/>
            <w:tcMar>
              <w:top w:w="28" w:type="dxa"/>
              <w:left w:w="38" w:type="dxa"/>
              <w:bottom w:w="28" w:type="dxa"/>
              <w:right w:w="38" w:type="dxa"/>
            </w:tcMar>
            <w:vAlign w:val="center"/>
          </w:tcPr>
          <w:p w14:paraId="09ECC624" w14:textId="77777777" w:rsidR="00D60D5E" w:rsidRDefault="00891EF0">
            <w:pPr>
              <w:spacing w:after="0" w:line="240" w:lineRule="auto"/>
              <w:jc w:val="center"/>
            </w:pPr>
            <w:r>
              <w:rPr>
                <w:rFonts w:eastAsia="Aptos"/>
                <w:color w:val="6A7075"/>
                <w:sz w:val="17"/>
              </w:rPr>
              <w:t>185-145</w:t>
            </w:r>
          </w:p>
        </w:tc>
        <w:tc>
          <w:tcPr>
            <w:tcW w:w="2648" w:type="dxa"/>
            <w:tcMar>
              <w:top w:w="28" w:type="dxa"/>
              <w:left w:w="38" w:type="dxa"/>
              <w:bottom w:w="28" w:type="dxa"/>
              <w:right w:w="38" w:type="dxa"/>
            </w:tcMar>
            <w:vAlign w:val="center"/>
          </w:tcPr>
          <w:p w14:paraId="5B7A08F3" w14:textId="77777777" w:rsidR="00D60D5E" w:rsidRDefault="00891EF0">
            <w:pPr>
              <w:spacing w:after="0" w:line="240" w:lineRule="auto"/>
            </w:pPr>
            <w:r>
              <w:rPr>
                <w:rFonts w:eastAsia="Aptos"/>
                <w:sz w:val="17"/>
              </w:rPr>
              <w:t>Gorgonzola lb</w:t>
            </w:r>
          </w:p>
        </w:tc>
        <w:tc>
          <w:tcPr>
            <w:tcW w:w="630" w:type="dxa"/>
            <w:tcMar>
              <w:top w:w="28" w:type="dxa"/>
              <w:left w:w="38" w:type="dxa"/>
              <w:bottom w:w="28" w:type="dxa"/>
              <w:right w:w="38" w:type="dxa"/>
            </w:tcMar>
            <w:vAlign w:val="center"/>
          </w:tcPr>
          <w:p w14:paraId="73B6431E"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3239C4D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D4252EF" w14:textId="77777777" w:rsidR="00D60D5E" w:rsidRDefault="00D60D5E">
            <w:pPr>
              <w:jc w:val="center"/>
            </w:pPr>
          </w:p>
        </w:tc>
      </w:tr>
      <w:tr w:rsidR="00D60D5E" w14:paraId="4DB39233" w14:textId="77777777" w:rsidTr="000617E0">
        <w:trPr>
          <w:cantSplit/>
          <w:jc w:val="center"/>
        </w:trPr>
        <w:tc>
          <w:tcPr>
            <w:tcW w:w="677" w:type="dxa"/>
            <w:tcMar>
              <w:top w:w="28" w:type="dxa"/>
              <w:left w:w="38" w:type="dxa"/>
              <w:bottom w:w="28" w:type="dxa"/>
              <w:right w:w="38" w:type="dxa"/>
            </w:tcMar>
            <w:vAlign w:val="center"/>
          </w:tcPr>
          <w:p w14:paraId="27B7155D" w14:textId="77777777" w:rsidR="00D60D5E" w:rsidRDefault="00891EF0">
            <w:pPr>
              <w:spacing w:after="0" w:line="240" w:lineRule="auto"/>
              <w:jc w:val="center"/>
            </w:pPr>
            <w:r>
              <w:rPr>
                <w:rFonts w:eastAsia="Aptos"/>
                <w:color w:val="6A7075"/>
                <w:sz w:val="17"/>
              </w:rPr>
              <w:t>185-150</w:t>
            </w:r>
          </w:p>
        </w:tc>
        <w:tc>
          <w:tcPr>
            <w:tcW w:w="2648" w:type="dxa"/>
            <w:tcMar>
              <w:top w:w="28" w:type="dxa"/>
              <w:left w:w="38" w:type="dxa"/>
              <w:bottom w:w="28" w:type="dxa"/>
              <w:right w:w="38" w:type="dxa"/>
            </w:tcMar>
            <w:vAlign w:val="center"/>
          </w:tcPr>
          <w:p w14:paraId="35BB6142" w14:textId="77777777" w:rsidR="00D60D5E" w:rsidRDefault="00891EF0">
            <w:pPr>
              <w:spacing w:after="0" w:line="240" w:lineRule="auto"/>
            </w:pPr>
            <w:r>
              <w:rPr>
                <w:rFonts w:eastAsia="Aptos"/>
                <w:sz w:val="17"/>
              </w:rPr>
              <w:t>Muenster lb.</w:t>
            </w:r>
          </w:p>
        </w:tc>
        <w:tc>
          <w:tcPr>
            <w:tcW w:w="630" w:type="dxa"/>
            <w:tcMar>
              <w:top w:w="28" w:type="dxa"/>
              <w:left w:w="38" w:type="dxa"/>
              <w:bottom w:w="28" w:type="dxa"/>
              <w:right w:w="38" w:type="dxa"/>
            </w:tcMar>
            <w:vAlign w:val="center"/>
          </w:tcPr>
          <w:p w14:paraId="708EFDF6" w14:textId="77777777" w:rsidR="00D60D5E" w:rsidRDefault="00891EF0">
            <w:pPr>
              <w:spacing w:after="0" w:line="240" w:lineRule="auto"/>
              <w:jc w:val="center"/>
            </w:pPr>
            <w:r>
              <w:rPr>
                <w:rFonts w:eastAsia="Aptos"/>
                <w:b/>
                <w:sz w:val="17"/>
              </w:rPr>
              <w:t>10.50</w:t>
            </w:r>
          </w:p>
        </w:tc>
        <w:tc>
          <w:tcPr>
            <w:tcW w:w="540" w:type="dxa"/>
            <w:tcMar>
              <w:top w:w="28" w:type="dxa"/>
              <w:left w:w="38" w:type="dxa"/>
              <w:bottom w:w="28" w:type="dxa"/>
              <w:right w:w="38" w:type="dxa"/>
            </w:tcMar>
            <w:vAlign w:val="center"/>
          </w:tcPr>
          <w:p w14:paraId="38B1B02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3C02762" w14:textId="77777777" w:rsidR="00D60D5E" w:rsidRDefault="00D60D5E">
            <w:pPr>
              <w:jc w:val="center"/>
            </w:pPr>
          </w:p>
        </w:tc>
      </w:tr>
      <w:tr w:rsidR="00D60D5E" w14:paraId="45EBDA96" w14:textId="77777777" w:rsidTr="000617E0">
        <w:trPr>
          <w:cantSplit/>
          <w:jc w:val="center"/>
        </w:trPr>
        <w:tc>
          <w:tcPr>
            <w:tcW w:w="677" w:type="dxa"/>
            <w:tcMar>
              <w:top w:w="28" w:type="dxa"/>
              <w:left w:w="38" w:type="dxa"/>
              <w:bottom w:w="28" w:type="dxa"/>
              <w:right w:w="38" w:type="dxa"/>
            </w:tcMar>
            <w:vAlign w:val="center"/>
          </w:tcPr>
          <w:p w14:paraId="7CFC7FD2" w14:textId="77777777" w:rsidR="00D60D5E" w:rsidRDefault="00891EF0">
            <w:pPr>
              <w:spacing w:after="0" w:line="240" w:lineRule="auto"/>
              <w:jc w:val="center"/>
            </w:pPr>
            <w:r>
              <w:rPr>
                <w:rFonts w:eastAsia="Aptos"/>
                <w:color w:val="6A7075"/>
                <w:sz w:val="17"/>
              </w:rPr>
              <w:t>185-155</w:t>
            </w:r>
          </w:p>
        </w:tc>
        <w:tc>
          <w:tcPr>
            <w:tcW w:w="2648" w:type="dxa"/>
            <w:tcMar>
              <w:top w:w="28" w:type="dxa"/>
              <w:left w:w="38" w:type="dxa"/>
              <w:bottom w:w="28" w:type="dxa"/>
              <w:right w:w="38" w:type="dxa"/>
            </w:tcMar>
            <w:vAlign w:val="center"/>
          </w:tcPr>
          <w:p w14:paraId="7DC09E8F" w14:textId="77777777" w:rsidR="00D60D5E" w:rsidRDefault="00891EF0">
            <w:pPr>
              <w:spacing w:after="0" w:line="240" w:lineRule="auto"/>
            </w:pPr>
            <w:r>
              <w:rPr>
                <w:rFonts w:eastAsia="Aptos"/>
                <w:sz w:val="17"/>
              </w:rPr>
              <w:t>Saga Bleu lb.</w:t>
            </w:r>
          </w:p>
        </w:tc>
        <w:tc>
          <w:tcPr>
            <w:tcW w:w="630" w:type="dxa"/>
            <w:tcMar>
              <w:top w:w="28" w:type="dxa"/>
              <w:left w:w="38" w:type="dxa"/>
              <w:bottom w:w="28" w:type="dxa"/>
              <w:right w:w="38" w:type="dxa"/>
            </w:tcMar>
            <w:vAlign w:val="center"/>
          </w:tcPr>
          <w:p w14:paraId="618FDD24" w14:textId="77777777" w:rsidR="00D60D5E" w:rsidRDefault="00891EF0">
            <w:pPr>
              <w:spacing w:after="0" w:line="240" w:lineRule="auto"/>
              <w:jc w:val="center"/>
            </w:pPr>
            <w:r>
              <w:rPr>
                <w:rFonts w:eastAsia="Aptos"/>
                <w:b/>
                <w:sz w:val="17"/>
              </w:rPr>
              <w:t>23.70</w:t>
            </w:r>
          </w:p>
        </w:tc>
        <w:tc>
          <w:tcPr>
            <w:tcW w:w="540" w:type="dxa"/>
            <w:tcMar>
              <w:top w:w="28" w:type="dxa"/>
              <w:left w:w="38" w:type="dxa"/>
              <w:bottom w:w="28" w:type="dxa"/>
              <w:right w:w="38" w:type="dxa"/>
            </w:tcMar>
            <w:vAlign w:val="center"/>
          </w:tcPr>
          <w:p w14:paraId="67239E6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C806D3E" w14:textId="77777777" w:rsidR="00D60D5E" w:rsidRDefault="00D60D5E">
            <w:pPr>
              <w:jc w:val="center"/>
            </w:pPr>
          </w:p>
        </w:tc>
      </w:tr>
      <w:tr w:rsidR="00D60D5E" w14:paraId="08A1D292" w14:textId="77777777" w:rsidTr="000617E0">
        <w:trPr>
          <w:cantSplit/>
          <w:jc w:val="center"/>
        </w:trPr>
        <w:tc>
          <w:tcPr>
            <w:tcW w:w="677" w:type="dxa"/>
            <w:tcMar>
              <w:top w:w="28" w:type="dxa"/>
              <w:left w:w="38" w:type="dxa"/>
              <w:bottom w:w="28" w:type="dxa"/>
              <w:right w:w="38" w:type="dxa"/>
            </w:tcMar>
            <w:vAlign w:val="center"/>
          </w:tcPr>
          <w:p w14:paraId="042D7806" w14:textId="77777777" w:rsidR="00D60D5E" w:rsidRDefault="00891EF0">
            <w:pPr>
              <w:spacing w:after="0" w:line="240" w:lineRule="auto"/>
              <w:jc w:val="center"/>
            </w:pPr>
            <w:r>
              <w:rPr>
                <w:rFonts w:eastAsia="Aptos"/>
                <w:color w:val="6A7075"/>
                <w:sz w:val="17"/>
              </w:rPr>
              <w:t>185-160</w:t>
            </w:r>
          </w:p>
        </w:tc>
        <w:tc>
          <w:tcPr>
            <w:tcW w:w="2648" w:type="dxa"/>
            <w:tcMar>
              <w:top w:w="28" w:type="dxa"/>
              <w:left w:w="38" w:type="dxa"/>
              <w:bottom w:w="28" w:type="dxa"/>
              <w:right w:w="38" w:type="dxa"/>
            </w:tcMar>
            <w:vAlign w:val="center"/>
          </w:tcPr>
          <w:p w14:paraId="5F623540" w14:textId="77777777" w:rsidR="00D60D5E" w:rsidRDefault="00891EF0">
            <w:pPr>
              <w:spacing w:after="0" w:line="240" w:lineRule="auto"/>
            </w:pPr>
            <w:r>
              <w:rPr>
                <w:rFonts w:eastAsia="Aptos"/>
                <w:sz w:val="17"/>
              </w:rPr>
              <w:t>Stilton lb.</w:t>
            </w:r>
          </w:p>
        </w:tc>
        <w:tc>
          <w:tcPr>
            <w:tcW w:w="630" w:type="dxa"/>
            <w:tcMar>
              <w:top w:w="28" w:type="dxa"/>
              <w:left w:w="38" w:type="dxa"/>
              <w:bottom w:w="28" w:type="dxa"/>
              <w:right w:w="38" w:type="dxa"/>
            </w:tcMar>
            <w:vAlign w:val="center"/>
          </w:tcPr>
          <w:p w14:paraId="55A1C57F" w14:textId="77777777" w:rsidR="00D60D5E" w:rsidRDefault="00891EF0">
            <w:pPr>
              <w:spacing w:after="0" w:line="240" w:lineRule="auto"/>
              <w:jc w:val="center"/>
            </w:pPr>
            <w:r>
              <w:rPr>
                <w:rFonts w:eastAsia="Aptos"/>
                <w:b/>
                <w:sz w:val="17"/>
              </w:rPr>
              <w:t>22.80</w:t>
            </w:r>
          </w:p>
        </w:tc>
        <w:tc>
          <w:tcPr>
            <w:tcW w:w="540" w:type="dxa"/>
            <w:tcMar>
              <w:top w:w="28" w:type="dxa"/>
              <w:left w:w="38" w:type="dxa"/>
              <w:bottom w:w="28" w:type="dxa"/>
              <w:right w:w="38" w:type="dxa"/>
            </w:tcMar>
            <w:vAlign w:val="center"/>
          </w:tcPr>
          <w:p w14:paraId="3A226C8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5AA7D9D" w14:textId="77777777" w:rsidR="00D60D5E" w:rsidRDefault="00D60D5E">
            <w:pPr>
              <w:jc w:val="center"/>
            </w:pPr>
          </w:p>
        </w:tc>
      </w:tr>
      <w:tr w:rsidR="00D60D5E" w14:paraId="1E6CD131" w14:textId="77777777" w:rsidTr="000617E0">
        <w:trPr>
          <w:cantSplit/>
          <w:jc w:val="center"/>
        </w:trPr>
        <w:tc>
          <w:tcPr>
            <w:tcW w:w="677" w:type="dxa"/>
            <w:tcMar>
              <w:top w:w="28" w:type="dxa"/>
              <w:left w:w="38" w:type="dxa"/>
              <w:bottom w:w="28" w:type="dxa"/>
              <w:right w:w="38" w:type="dxa"/>
            </w:tcMar>
            <w:vAlign w:val="center"/>
          </w:tcPr>
          <w:p w14:paraId="4317D90C" w14:textId="77777777" w:rsidR="00D60D5E" w:rsidRDefault="00891EF0">
            <w:pPr>
              <w:spacing w:after="0" w:line="240" w:lineRule="auto"/>
              <w:jc w:val="center"/>
            </w:pPr>
            <w:r>
              <w:rPr>
                <w:rFonts w:eastAsia="Aptos"/>
                <w:color w:val="6A7075"/>
                <w:sz w:val="17"/>
              </w:rPr>
              <w:t>185-165</w:t>
            </w:r>
          </w:p>
        </w:tc>
        <w:tc>
          <w:tcPr>
            <w:tcW w:w="2648" w:type="dxa"/>
            <w:tcMar>
              <w:top w:w="28" w:type="dxa"/>
              <w:left w:w="38" w:type="dxa"/>
              <w:bottom w:w="28" w:type="dxa"/>
              <w:right w:w="38" w:type="dxa"/>
            </w:tcMar>
            <w:vAlign w:val="center"/>
          </w:tcPr>
          <w:p w14:paraId="04EE6912" w14:textId="77777777" w:rsidR="00D60D5E" w:rsidRDefault="00891EF0">
            <w:pPr>
              <w:spacing w:after="0" w:line="240" w:lineRule="auto"/>
            </w:pPr>
            <w:r>
              <w:rPr>
                <w:rFonts w:eastAsia="Aptos"/>
                <w:sz w:val="17"/>
              </w:rPr>
              <w:t>Gruyere lb.</w:t>
            </w:r>
          </w:p>
        </w:tc>
        <w:tc>
          <w:tcPr>
            <w:tcW w:w="630" w:type="dxa"/>
            <w:tcMar>
              <w:top w:w="28" w:type="dxa"/>
              <w:left w:w="38" w:type="dxa"/>
              <w:bottom w:w="28" w:type="dxa"/>
              <w:right w:w="38" w:type="dxa"/>
            </w:tcMar>
            <w:vAlign w:val="center"/>
          </w:tcPr>
          <w:p w14:paraId="4941847F" w14:textId="77777777" w:rsidR="00D60D5E" w:rsidRDefault="00891EF0">
            <w:pPr>
              <w:spacing w:after="0" w:line="240" w:lineRule="auto"/>
              <w:jc w:val="center"/>
            </w:pPr>
            <w:r>
              <w:rPr>
                <w:rFonts w:eastAsia="Aptos"/>
                <w:b/>
                <w:sz w:val="17"/>
              </w:rPr>
              <w:t>27.90</w:t>
            </w:r>
          </w:p>
        </w:tc>
        <w:tc>
          <w:tcPr>
            <w:tcW w:w="540" w:type="dxa"/>
            <w:tcMar>
              <w:top w:w="28" w:type="dxa"/>
              <w:left w:w="38" w:type="dxa"/>
              <w:bottom w:w="28" w:type="dxa"/>
              <w:right w:w="38" w:type="dxa"/>
            </w:tcMar>
            <w:vAlign w:val="center"/>
          </w:tcPr>
          <w:p w14:paraId="7184D56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FFAAA88" w14:textId="77777777" w:rsidR="00D60D5E" w:rsidRDefault="00D60D5E">
            <w:pPr>
              <w:jc w:val="center"/>
            </w:pPr>
          </w:p>
        </w:tc>
      </w:tr>
      <w:tr w:rsidR="00D60D5E" w14:paraId="444C9894" w14:textId="77777777" w:rsidTr="000617E0">
        <w:trPr>
          <w:cantSplit/>
          <w:jc w:val="center"/>
        </w:trPr>
        <w:tc>
          <w:tcPr>
            <w:tcW w:w="677" w:type="dxa"/>
            <w:tcMar>
              <w:top w:w="28" w:type="dxa"/>
              <w:left w:w="38" w:type="dxa"/>
              <w:bottom w:w="28" w:type="dxa"/>
              <w:right w:w="38" w:type="dxa"/>
            </w:tcMar>
            <w:vAlign w:val="center"/>
          </w:tcPr>
          <w:p w14:paraId="4FA1F79A" w14:textId="77777777" w:rsidR="00D60D5E" w:rsidRDefault="00891EF0">
            <w:pPr>
              <w:spacing w:after="0" w:line="240" w:lineRule="auto"/>
              <w:jc w:val="center"/>
            </w:pPr>
            <w:r>
              <w:rPr>
                <w:rFonts w:eastAsia="Aptos"/>
                <w:color w:val="6A7075"/>
                <w:sz w:val="17"/>
              </w:rPr>
              <w:t>185-170</w:t>
            </w:r>
          </w:p>
        </w:tc>
        <w:tc>
          <w:tcPr>
            <w:tcW w:w="2648" w:type="dxa"/>
            <w:tcMar>
              <w:top w:w="28" w:type="dxa"/>
              <w:left w:w="38" w:type="dxa"/>
              <w:bottom w:w="28" w:type="dxa"/>
              <w:right w:w="38" w:type="dxa"/>
            </w:tcMar>
            <w:vAlign w:val="center"/>
          </w:tcPr>
          <w:p w14:paraId="13A4AEA2" w14:textId="77777777" w:rsidR="00D60D5E" w:rsidRDefault="00891EF0">
            <w:pPr>
              <w:spacing w:after="0" w:line="240" w:lineRule="auto"/>
            </w:pPr>
            <w:r>
              <w:rPr>
                <w:rFonts w:eastAsia="Aptos"/>
                <w:sz w:val="17"/>
              </w:rPr>
              <w:t>Parmesan lb. (Stella)</w:t>
            </w:r>
          </w:p>
        </w:tc>
        <w:tc>
          <w:tcPr>
            <w:tcW w:w="630" w:type="dxa"/>
            <w:tcMar>
              <w:top w:w="28" w:type="dxa"/>
              <w:left w:w="38" w:type="dxa"/>
              <w:bottom w:w="28" w:type="dxa"/>
              <w:right w:w="38" w:type="dxa"/>
            </w:tcMar>
            <w:vAlign w:val="center"/>
          </w:tcPr>
          <w:p w14:paraId="2FCC2E9B" w14:textId="77777777" w:rsidR="00D60D5E" w:rsidRDefault="00891EF0">
            <w:pPr>
              <w:spacing w:after="0" w:line="240" w:lineRule="auto"/>
              <w:jc w:val="center"/>
            </w:pPr>
            <w:r>
              <w:rPr>
                <w:rFonts w:eastAsia="Aptos"/>
                <w:b/>
                <w:sz w:val="17"/>
              </w:rPr>
              <w:t>13.80</w:t>
            </w:r>
          </w:p>
        </w:tc>
        <w:tc>
          <w:tcPr>
            <w:tcW w:w="540" w:type="dxa"/>
            <w:tcMar>
              <w:top w:w="28" w:type="dxa"/>
              <w:left w:w="38" w:type="dxa"/>
              <w:bottom w:w="28" w:type="dxa"/>
              <w:right w:w="38" w:type="dxa"/>
            </w:tcMar>
            <w:vAlign w:val="center"/>
          </w:tcPr>
          <w:p w14:paraId="4724BB2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72CFF57" w14:textId="77777777" w:rsidR="00D60D5E" w:rsidRDefault="00D60D5E">
            <w:pPr>
              <w:jc w:val="center"/>
            </w:pPr>
          </w:p>
        </w:tc>
      </w:tr>
      <w:tr w:rsidR="00D60D5E" w14:paraId="0F606EC3" w14:textId="77777777" w:rsidTr="000617E0">
        <w:trPr>
          <w:cantSplit/>
          <w:jc w:val="center"/>
        </w:trPr>
        <w:tc>
          <w:tcPr>
            <w:tcW w:w="677" w:type="dxa"/>
            <w:tcMar>
              <w:top w:w="28" w:type="dxa"/>
              <w:left w:w="38" w:type="dxa"/>
              <w:bottom w:w="28" w:type="dxa"/>
              <w:right w:w="38" w:type="dxa"/>
            </w:tcMar>
            <w:vAlign w:val="center"/>
          </w:tcPr>
          <w:p w14:paraId="498635CA" w14:textId="77777777" w:rsidR="00D60D5E" w:rsidRDefault="00891EF0">
            <w:pPr>
              <w:spacing w:after="0" w:line="240" w:lineRule="auto"/>
              <w:jc w:val="center"/>
            </w:pPr>
            <w:r>
              <w:rPr>
                <w:rFonts w:eastAsia="Aptos"/>
                <w:color w:val="6A7075"/>
                <w:sz w:val="17"/>
              </w:rPr>
              <w:t>185-175</w:t>
            </w:r>
          </w:p>
        </w:tc>
        <w:tc>
          <w:tcPr>
            <w:tcW w:w="2648" w:type="dxa"/>
            <w:tcMar>
              <w:top w:w="28" w:type="dxa"/>
              <w:left w:w="38" w:type="dxa"/>
              <w:bottom w:w="28" w:type="dxa"/>
              <w:right w:w="38" w:type="dxa"/>
            </w:tcMar>
            <w:vAlign w:val="center"/>
          </w:tcPr>
          <w:p w14:paraId="3CCA5FEC" w14:textId="77777777" w:rsidR="00D60D5E" w:rsidRDefault="00891EF0">
            <w:pPr>
              <w:spacing w:after="0" w:line="240" w:lineRule="auto"/>
            </w:pPr>
            <w:r>
              <w:rPr>
                <w:rFonts w:eastAsia="Aptos"/>
                <w:sz w:val="17"/>
              </w:rPr>
              <w:t>Port Salut lb.</w:t>
            </w:r>
          </w:p>
        </w:tc>
        <w:tc>
          <w:tcPr>
            <w:tcW w:w="630" w:type="dxa"/>
            <w:tcMar>
              <w:top w:w="28" w:type="dxa"/>
              <w:left w:w="38" w:type="dxa"/>
              <w:bottom w:w="28" w:type="dxa"/>
              <w:right w:w="38" w:type="dxa"/>
            </w:tcMar>
            <w:vAlign w:val="center"/>
          </w:tcPr>
          <w:p w14:paraId="3ACEBCE6" w14:textId="77777777" w:rsidR="00D60D5E" w:rsidRDefault="00891EF0">
            <w:pPr>
              <w:spacing w:after="0" w:line="240" w:lineRule="auto"/>
              <w:jc w:val="center"/>
            </w:pPr>
            <w:r>
              <w:rPr>
                <w:rFonts w:eastAsia="Aptos"/>
                <w:b/>
                <w:sz w:val="17"/>
              </w:rPr>
              <w:t>25.90</w:t>
            </w:r>
          </w:p>
        </w:tc>
        <w:tc>
          <w:tcPr>
            <w:tcW w:w="540" w:type="dxa"/>
            <w:tcMar>
              <w:top w:w="28" w:type="dxa"/>
              <w:left w:w="38" w:type="dxa"/>
              <w:bottom w:w="28" w:type="dxa"/>
              <w:right w:w="38" w:type="dxa"/>
            </w:tcMar>
            <w:vAlign w:val="center"/>
          </w:tcPr>
          <w:p w14:paraId="2831871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F1763E8" w14:textId="77777777" w:rsidR="00D60D5E" w:rsidRDefault="00D60D5E">
            <w:pPr>
              <w:jc w:val="center"/>
            </w:pPr>
          </w:p>
        </w:tc>
      </w:tr>
      <w:tr w:rsidR="00D60D5E" w14:paraId="483F6758" w14:textId="77777777" w:rsidTr="000617E0">
        <w:trPr>
          <w:cantSplit/>
          <w:jc w:val="center"/>
        </w:trPr>
        <w:tc>
          <w:tcPr>
            <w:tcW w:w="677" w:type="dxa"/>
            <w:tcMar>
              <w:top w:w="28" w:type="dxa"/>
              <w:left w:w="38" w:type="dxa"/>
              <w:bottom w:w="28" w:type="dxa"/>
              <w:right w:w="38" w:type="dxa"/>
            </w:tcMar>
            <w:vAlign w:val="center"/>
          </w:tcPr>
          <w:p w14:paraId="0185DA27" w14:textId="77777777" w:rsidR="00D60D5E" w:rsidRDefault="00891EF0">
            <w:pPr>
              <w:spacing w:after="0" w:line="240" w:lineRule="auto"/>
              <w:jc w:val="center"/>
            </w:pPr>
            <w:r>
              <w:rPr>
                <w:rFonts w:eastAsia="Aptos"/>
                <w:color w:val="6A7075"/>
                <w:sz w:val="17"/>
              </w:rPr>
              <w:t>185-180</w:t>
            </w:r>
          </w:p>
        </w:tc>
        <w:tc>
          <w:tcPr>
            <w:tcW w:w="2648" w:type="dxa"/>
            <w:tcMar>
              <w:top w:w="28" w:type="dxa"/>
              <w:left w:w="38" w:type="dxa"/>
              <w:bottom w:w="28" w:type="dxa"/>
              <w:right w:w="38" w:type="dxa"/>
            </w:tcMar>
            <w:vAlign w:val="center"/>
          </w:tcPr>
          <w:p w14:paraId="070EBD33" w14:textId="77777777" w:rsidR="00D60D5E" w:rsidRDefault="00891EF0">
            <w:pPr>
              <w:spacing w:after="0" w:line="240" w:lineRule="auto"/>
            </w:pPr>
            <w:r>
              <w:rPr>
                <w:rFonts w:eastAsia="Aptos"/>
                <w:sz w:val="17"/>
              </w:rPr>
              <w:t>Cambazola lb.</w:t>
            </w:r>
          </w:p>
        </w:tc>
        <w:tc>
          <w:tcPr>
            <w:tcW w:w="630" w:type="dxa"/>
            <w:tcMar>
              <w:top w:w="28" w:type="dxa"/>
              <w:left w:w="38" w:type="dxa"/>
              <w:bottom w:w="28" w:type="dxa"/>
              <w:right w:w="38" w:type="dxa"/>
            </w:tcMar>
            <w:vAlign w:val="center"/>
          </w:tcPr>
          <w:p w14:paraId="5B7CF564" w14:textId="77777777" w:rsidR="00D60D5E" w:rsidRDefault="00891EF0">
            <w:pPr>
              <w:spacing w:after="0" w:line="240" w:lineRule="auto"/>
              <w:jc w:val="center"/>
            </w:pPr>
            <w:r>
              <w:rPr>
                <w:rFonts w:eastAsia="Aptos"/>
                <w:b/>
                <w:sz w:val="17"/>
              </w:rPr>
              <w:t>24.50</w:t>
            </w:r>
          </w:p>
        </w:tc>
        <w:tc>
          <w:tcPr>
            <w:tcW w:w="540" w:type="dxa"/>
            <w:tcMar>
              <w:top w:w="28" w:type="dxa"/>
              <w:left w:w="38" w:type="dxa"/>
              <w:bottom w:w="28" w:type="dxa"/>
              <w:right w:w="38" w:type="dxa"/>
            </w:tcMar>
            <w:vAlign w:val="center"/>
          </w:tcPr>
          <w:p w14:paraId="63DED49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68E32CA" w14:textId="77777777" w:rsidR="00D60D5E" w:rsidRDefault="00D60D5E">
            <w:pPr>
              <w:jc w:val="center"/>
            </w:pPr>
          </w:p>
        </w:tc>
      </w:tr>
      <w:tr w:rsidR="00D60D5E" w14:paraId="2B187FD0" w14:textId="77777777" w:rsidTr="000617E0">
        <w:trPr>
          <w:cantSplit/>
          <w:jc w:val="center"/>
        </w:trPr>
        <w:tc>
          <w:tcPr>
            <w:tcW w:w="677" w:type="dxa"/>
            <w:tcMar>
              <w:top w:w="28" w:type="dxa"/>
              <w:left w:w="38" w:type="dxa"/>
              <w:bottom w:w="28" w:type="dxa"/>
              <w:right w:w="38" w:type="dxa"/>
            </w:tcMar>
            <w:vAlign w:val="center"/>
          </w:tcPr>
          <w:p w14:paraId="436C6D77" w14:textId="77777777" w:rsidR="00D60D5E" w:rsidRDefault="00891EF0">
            <w:pPr>
              <w:spacing w:after="0" w:line="240" w:lineRule="auto"/>
              <w:jc w:val="center"/>
            </w:pPr>
            <w:r>
              <w:rPr>
                <w:rFonts w:eastAsia="Aptos"/>
                <w:color w:val="6A7075"/>
                <w:sz w:val="17"/>
              </w:rPr>
              <w:t>185-185</w:t>
            </w:r>
          </w:p>
        </w:tc>
        <w:tc>
          <w:tcPr>
            <w:tcW w:w="2648" w:type="dxa"/>
            <w:tcMar>
              <w:top w:w="28" w:type="dxa"/>
              <w:left w:w="38" w:type="dxa"/>
              <w:bottom w:w="28" w:type="dxa"/>
              <w:right w:w="38" w:type="dxa"/>
            </w:tcMar>
            <w:vAlign w:val="center"/>
          </w:tcPr>
          <w:p w14:paraId="31B0478C" w14:textId="77777777" w:rsidR="00D60D5E" w:rsidRDefault="00891EF0">
            <w:pPr>
              <w:spacing w:after="0" w:line="240" w:lineRule="auto"/>
            </w:pPr>
            <w:r>
              <w:rPr>
                <w:rFonts w:eastAsia="Aptos"/>
                <w:sz w:val="17"/>
              </w:rPr>
              <w:t>Camembert lb.</w:t>
            </w:r>
          </w:p>
        </w:tc>
        <w:tc>
          <w:tcPr>
            <w:tcW w:w="630" w:type="dxa"/>
            <w:tcMar>
              <w:top w:w="28" w:type="dxa"/>
              <w:left w:w="38" w:type="dxa"/>
              <w:bottom w:w="28" w:type="dxa"/>
              <w:right w:w="38" w:type="dxa"/>
            </w:tcMar>
            <w:vAlign w:val="center"/>
          </w:tcPr>
          <w:p w14:paraId="52B58D1E" w14:textId="77777777" w:rsidR="00D60D5E" w:rsidRDefault="00891EF0">
            <w:pPr>
              <w:spacing w:after="0" w:line="240" w:lineRule="auto"/>
              <w:jc w:val="center"/>
            </w:pPr>
            <w:r>
              <w:rPr>
                <w:rFonts w:eastAsia="Aptos"/>
                <w:b/>
                <w:sz w:val="17"/>
              </w:rPr>
              <w:t>19.70</w:t>
            </w:r>
          </w:p>
        </w:tc>
        <w:tc>
          <w:tcPr>
            <w:tcW w:w="540" w:type="dxa"/>
            <w:tcMar>
              <w:top w:w="28" w:type="dxa"/>
              <w:left w:w="38" w:type="dxa"/>
              <w:bottom w:w="28" w:type="dxa"/>
              <w:right w:w="38" w:type="dxa"/>
            </w:tcMar>
            <w:vAlign w:val="center"/>
          </w:tcPr>
          <w:p w14:paraId="19F387C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EAC8289" w14:textId="77777777" w:rsidR="00D60D5E" w:rsidRDefault="00D60D5E">
            <w:pPr>
              <w:jc w:val="center"/>
            </w:pPr>
          </w:p>
        </w:tc>
      </w:tr>
      <w:tr w:rsidR="00D60D5E" w14:paraId="28A28141" w14:textId="77777777" w:rsidTr="000617E0">
        <w:trPr>
          <w:cantSplit/>
          <w:jc w:val="center"/>
        </w:trPr>
        <w:tc>
          <w:tcPr>
            <w:tcW w:w="677" w:type="dxa"/>
            <w:tcMar>
              <w:top w:w="28" w:type="dxa"/>
              <w:left w:w="38" w:type="dxa"/>
              <w:bottom w:w="28" w:type="dxa"/>
              <w:right w:w="38" w:type="dxa"/>
            </w:tcMar>
            <w:vAlign w:val="center"/>
          </w:tcPr>
          <w:p w14:paraId="65EC1152" w14:textId="77777777" w:rsidR="00D60D5E" w:rsidRDefault="00891EF0">
            <w:pPr>
              <w:spacing w:after="0" w:line="240" w:lineRule="auto"/>
              <w:jc w:val="center"/>
            </w:pPr>
            <w:r>
              <w:rPr>
                <w:rFonts w:eastAsia="Aptos"/>
                <w:color w:val="6A7075"/>
                <w:sz w:val="17"/>
              </w:rPr>
              <w:t>185-190</w:t>
            </w:r>
          </w:p>
        </w:tc>
        <w:tc>
          <w:tcPr>
            <w:tcW w:w="2648" w:type="dxa"/>
            <w:tcMar>
              <w:top w:w="28" w:type="dxa"/>
              <w:left w:w="38" w:type="dxa"/>
              <w:bottom w:w="28" w:type="dxa"/>
              <w:right w:w="38" w:type="dxa"/>
            </w:tcMar>
            <w:vAlign w:val="center"/>
          </w:tcPr>
          <w:p w14:paraId="2C6170EC" w14:textId="77777777" w:rsidR="00D60D5E" w:rsidRDefault="00891EF0">
            <w:pPr>
              <w:spacing w:after="0" w:line="240" w:lineRule="auto"/>
            </w:pPr>
            <w:r>
              <w:rPr>
                <w:rFonts w:eastAsia="Aptos"/>
                <w:sz w:val="17"/>
              </w:rPr>
              <w:t>Anchor Cheddar lb.</w:t>
            </w:r>
          </w:p>
        </w:tc>
        <w:tc>
          <w:tcPr>
            <w:tcW w:w="630" w:type="dxa"/>
            <w:tcMar>
              <w:top w:w="28" w:type="dxa"/>
              <w:left w:w="38" w:type="dxa"/>
              <w:bottom w:w="28" w:type="dxa"/>
              <w:right w:w="38" w:type="dxa"/>
            </w:tcMar>
            <w:vAlign w:val="center"/>
          </w:tcPr>
          <w:p w14:paraId="3135EA6C" w14:textId="77777777" w:rsidR="00D60D5E" w:rsidRDefault="00891EF0">
            <w:pPr>
              <w:spacing w:after="0" w:line="240" w:lineRule="auto"/>
              <w:jc w:val="center"/>
            </w:pPr>
            <w:r>
              <w:rPr>
                <w:rFonts w:eastAsia="Aptos"/>
                <w:b/>
                <w:sz w:val="17"/>
              </w:rPr>
              <w:t>10.75</w:t>
            </w:r>
          </w:p>
        </w:tc>
        <w:tc>
          <w:tcPr>
            <w:tcW w:w="540" w:type="dxa"/>
            <w:tcMar>
              <w:top w:w="28" w:type="dxa"/>
              <w:left w:w="38" w:type="dxa"/>
              <w:bottom w:w="28" w:type="dxa"/>
              <w:right w:w="38" w:type="dxa"/>
            </w:tcMar>
            <w:vAlign w:val="center"/>
          </w:tcPr>
          <w:p w14:paraId="7C6EFF2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93F9E23" w14:textId="77777777" w:rsidR="00D60D5E" w:rsidRDefault="00D60D5E">
            <w:pPr>
              <w:jc w:val="center"/>
            </w:pPr>
          </w:p>
        </w:tc>
      </w:tr>
      <w:tr w:rsidR="00D60D5E" w14:paraId="648230DE" w14:textId="77777777" w:rsidTr="000617E0">
        <w:trPr>
          <w:cantSplit/>
          <w:jc w:val="center"/>
        </w:trPr>
        <w:tc>
          <w:tcPr>
            <w:tcW w:w="677" w:type="dxa"/>
            <w:tcMar>
              <w:top w:w="28" w:type="dxa"/>
              <w:left w:w="38" w:type="dxa"/>
              <w:bottom w:w="28" w:type="dxa"/>
              <w:right w:w="38" w:type="dxa"/>
            </w:tcMar>
            <w:vAlign w:val="center"/>
          </w:tcPr>
          <w:p w14:paraId="7D455A99" w14:textId="77777777" w:rsidR="00D60D5E" w:rsidRDefault="00891EF0">
            <w:pPr>
              <w:spacing w:after="0" w:line="240" w:lineRule="auto"/>
              <w:jc w:val="center"/>
            </w:pPr>
            <w:r>
              <w:rPr>
                <w:rFonts w:eastAsia="Aptos"/>
                <w:color w:val="6A7075"/>
                <w:sz w:val="17"/>
              </w:rPr>
              <w:t>185-195</w:t>
            </w:r>
          </w:p>
        </w:tc>
        <w:tc>
          <w:tcPr>
            <w:tcW w:w="2648" w:type="dxa"/>
            <w:tcMar>
              <w:top w:w="28" w:type="dxa"/>
              <w:left w:w="38" w:type="dxa"/>
              <w:bottom w:w="28" w:type="dxa"/>
              <w:right w:w="38" w:type="dxa"/>
            </w:tcMar>
            <w:vAlign w:val="center"/>
          </w:tcPr>
          <w:p w14:paraId="68B1A46E" w14:textId="77777777" w:rsidR="00D60D5E" w:rsidRDefault="00891EF0">
            <w:pPr>
              <w:spacing w:after="0" w:line="240" w:lineRule="auto"/>
            </w:pPr>
            <w:r>
              <w:rPr>
                <w:rFonts w:eastAsia="Aptos"/>
                <w:sz w:val="17"/>
              </w:rPr>
              <w:t>Anchor Cheddar White lb.</w:t>
            </w:r>
          </w:p>
        </w:tc>
        <w:tc>
          <w:tcPr>
            <w:tcW w:w="630" w:type="dxa"/>
            <w:tcMar>
              <w:top w:w="28" w:type="dxa"/>
              <w:left w:w="38" w:type="dxa"/>
              <w:bottom w:w="28" w:type="dxa"/>
              <w:right w:w="38" w:type="dxa"/>
            </w:tcMar>
            <w:vAlign w:val="center"/>
          </w:tcPr>
          <w:p w14:paraId="01FDEBC1" w14:textId="77777777" w:rsidR="00D60D5E" w:rsidRDefault="00891EF0">
            <w:pPr>
              <w:spacing w:after="0" w:line="240" w:lineRule="auto"/>
              <w:jc w:val="center"/>
            </w:pPr>
            <w:r>
              <w:rPr>
                <w:rFonts w:eastAsia="Aptos"/>
                <w:b/>
                <w:sz w:val="17"/>
              </w:rPr>
              <w:t>10.75</w:t>
            </w:r>
          </w:p>
        </w:tc>
        <w:tc>
          <w:tcPr>
            <w:tcW w:w="540" w:type="dxa"/>
            <w:tcMar>
              <w:top w:w="28" w:type="dxa"/>
              <w:left w:w="38" w:type="dxa"/>
              <w:bottom w:w="28" w:type="dxa"/>
              <w:right w:w="38" w:type="dxa"/>
            </w:tcMar>
            <w:vAlign w:val="center"/>
          </w:tcPr>
          <w:p w14:paraId="0549EBC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FE738FD" w14:textId="77777777" w:rsidR="00D60D5E" w:rsidRDefault="00D60D5E">
            <w:pPr>
              <w:jc w:val="center"/>
            </w:pPr>
          </w:p>
        </w:tc>
      </w:tr>
      <w:tr w:rsidR="00D60D5E" w14:paraId="308CBB5A" w14:textId="77777777" w:rsidTr="000617E0">
        <w:trPr>
          <w:cantSplit/>
          <w:jc w:val="center"/>
        </w:trPr>
        <w:tc>
          <w:tcPr>
            <w:tcW w:w="677" w:type="dxa"/>
            <w:tcMar>
              <w:top w:w="28" w:type="dxa"/>
              <w:left w:w="38" w:type="dxa"/>
              <w:bottom w:w="28" w:type="dxa"/>
              <w:right w:w="38" w:type="dxa"/>
            </w:tcMar>
            <w:vAlign w:val="center"/>
          </w:tcPr>
          <w:p w14:paraId="7199A603" w14:textId="77777777" w:rsidR="00D60D5E" w:rsidRDefault="00891EF0">
            <w:pPr>
              <w:spacing w:after="0" w:line="240" w:lineRule="auto"/>
              <w:jc w:val="center"/>
            </w:pPr>
            <w:r>
              <w:rPr>
                <w:rFonts w:eastAsia="Aptos"/>
                <w:color w:val="6A7075"/>
                <w:sz w:val="17"/>
              </w:rPr>
              <w:t>185-200</w:t>
            </w:r>
          </w:p>
        </w:tc>
        <w:tc>
          <w:tcPr>
            <w:tcW w:w="2648" w:type="dxa"/>
            <w:tcMar>
              <w:top w:w="28" w:type="dxa"/>
              <w:left w:w="38" w:type="dxa"/>
              <w:bottom w:w="28" w:type="dxa"/>
              <w:right w:w="38" w:type="dxa"/>
            </w:tcMar>
            <w:vAlign w:val="center"/>
          </w:tcPr>
          <w:p w14:paraId="2E82BA7A" w14:textId="77777777" w:rsidR="00D60D5E" w:rsidRDefault="00891EF0">
            <w:pPr>
              <w:spacing w:after="0" w:line="240" w:lineRule="auto"/>
            </w:pPr>
            <w:r>
              <w:rPr>
                <w:rFonts w:eastAsia="Aptos"/>
                <w:sz w:val="17"/>
              </w:rPr>
              <w:t>Smoked Cheddar lb</w:t>
            </w:r>
          </w:p>
        </w:tc>
        <w:tc>
          <w:tcPr>
            <w:tcW w:w="630" w:type="dxa"/>
            <w:tcMar>
              <w:top w:w="28" w:type="dxa"/>
              <w:left w:w="38" w:type="dxa"/>
              <w:bottom w:w="28" w:type="dxa"/>
              <w:right w:w="38" w:type="dxa"/>
            </w:tcMar>
            <w:vAlign w:val="center"/>
          </w:tcPr>
          <w:p w14:paraId="683897AF" w14:textId="77777777" w:rsidR="00D60D5E" w:rsidRDefault="00891EF0">
            <w:pPr>
              <w:spacing w:after="0" w:line="240" w:lineRule="auto"/>
              <w:jc w:val="center"/>
            </w:pPr>
            <w:r>
              <w:rPr>
                <w:rFonts w:eastAsia="Aptos"/>
                <w:b/>
                <w:sz w:val="17"/>
              </w:rPr>
              <w:t>16.10</w:t>
            </w:r>
          </w:p>
        </w:tc>
        <w:tc>
          <w:tcPr>
            <w:tcW w:w="540" w:type="dxa"/>
            <w:tcMar>
              <w:top w:w="28" w:type="dxa"/>
              <w:left w:w="38" w:type="dxa"/>
              <w:bottom w:w="28" w:type="dxa"/>
              <w:right w:w="38" w:type="dxa"/>
            </w:tcMar>
            <w:vAlign w:val="center"/>
          </w:tcPr>
          <w:p w14:paraId="5E200BB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E6E179E" w14:textId="77777777" w:rsidR="00D60D5E" w:rsidRDefault="00D60D5E">
            <w:pPr>
              <w:jc w:val="center"/>
            </w:pPr>
          </w:p>
        </w:tc>
      </w:tr>
      <w:tr w:rsidR="00D60D5E" w14:paraId="0006200B" w14:textId="77777777" w:rsidTr="000617E0">
        <w:trPr>
          <w:cantSplit/>
          <w:jc w:val="center"/>
        </w:trPr>
        <w:tc>
          <w:tcPr>
            <w:tcW w:w="677" w:type="dxa"/>
            <w:tcMar>
              <w:top w:w="28" w:type="dxa"/>
              <w:left w:w="38" w:type="dxa"/>
              <w:bottom w:w="28" w:type="dxa"/>
              <w:right w:w="38" w:type="dxa"/>
            </w:tcMar>
            <w:vAlign w:val="center"/>
          </w:tcPr>
          <w:p w14:paraId="21FC32F4" w14:textId="77777777" w:rsidR="00D60D5E" w:rsidRDefault="00891EF0">
            <w:pPr>
              <w:spacing w:after="0" w:line="240" w:lineRule="auto"/>
              <w:jc w:val="center"/>
            </w:pPr>
            <w:r>
              <w:rPr>
                <w:rFonts w:eastAsia="Aptos"/>
                <w:color w:val="6A7075"/>
                <w:sz w:val="17"/>
              </w:rPr>
              <w:t>185-205</w:t>
            </w:r>
          </w:p>
        </w:tc>
        <w:tc>
          <w:tcPr>
            <w:tcW w:w="2648" w:type="dxa"/>
            <w:tcMar>
              <w:top w:w="28" w:type="dxa"/>
              <w:left w:w="38" w:type="dxa"/>
              <w:bottom w:w="28" w:type="dxa"/>
              <w:right w:w="38" w:type="dxa"/>
            </w:tcMar>
            <w:vAlign w:val="center"/>
          </w:tcPr>
          <w:p w14:paraId="633B8A83" w14:textId="77777777" w:rsidR="00D60D5E" w:rsidRDefault="00891EF0">
            <w:pPr>
              <w:spacing w:after="0" w:line="240" w:lineRule="auto"/>
            </w:pPr>
            <w:r>
              <w:rPr>
                <w:rFonts w:eastAsia="Aptos"/>
                <w:sz w:val="17"/>
              </w:rPr>
              <w:t>Gouda lb</w:t>
            </w:r>
          </w:p>
        </w:tc>
        <w:tc>
          <w:tcPr>
            <w:tcW w:w="630" w:type="dxa"/>
            <w:tcMar>
              <w:top w:w="28" w:type="dxa"/>
              <w:left w:w="38" w:type="dxa"/>
              <w:bottom w:w="28" w:type="dxa"/>
              <w:right w:w="38" w:type="dxa"/>
            </w:tcMar>
            <w:vAlign w:val="center"/>
          </w:tcPr>
          <w:p w14:paraId="7E3DB58D" w14:textId="77777777" w:rsidR="00D60D5E" w:rsidRDefault="00891EF0">
            <w:pPr>
              <w:spacing w:after="0" w:line="240" w:lineRule="auto"/>
              <w:jc w:val="center"/>
            </w:pPr>
            <w:r>
              <w:rPr>
                <w:rFonts w:eastAsia="Aptos"/>
                <w:b/>
                <w:sz w:val="17"/>
              </w:rPr>
              <w:t>21.50</w:t>
            </w:r>
          </w:p>
        </w:tc>
        <w:tc>
          <w:tcPr>
            <w:tcW w:w="540" w:type="dxa"/>
            <w:tcMar>
              <w:top w:w="28" w:type="dxa"/>
              <w:left w:w="38" w:type="dxa"/>
              <w:bottom w:w="28" w:type="dxa"/>
              <w:right w:w="38" w:type="dxa"/>
            </w:tcMar>
            <w:vAlign w:val="center"/>
          </w:tcPr>
          <w:p w14:paraId="206AECF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1128F09" w14:textId="77777777" w:rsidR="00D60D5E" w:rsidRDefault="00D60D5E">
            <w:pPr>
              <w:jc w:val="center"/>
            </w:pPr>
          </w:p>
        </w:tc>
      </w:tr>
      <w:tr w:rsidR="00D60D5E" w14:paraId="106E06BC" w14:textId="77777777" w:rsidTr="000617E0">
        <w:trPr>
          <w:cantSplit/>
          <w:jc w:val="center"/>
        </w:trPr>
        <w:tc>
          <w:tcPr>
            <w:tcW w:w="677" w:type="dxa"/>
            <w:tcMar>
              <w:top w:w="28" w:type="dxa"/>
              <w:left w:w="38" w:type="dxa"/>
              <w:bottom w:w="28" w:type="dxa"/>
              <w:right w:w="38" w:type="dxa"/>
            </w:tcMar>
            <w:vAlign w:val="center"/>
          </w:tcPr>
          <w:p w14:paraId="0607FC53" w14:textId="77777777" w:rsidR="00D60D5E" w:rsidRDefault="00891EF0">
            <w:pPr>
              <w:spacing w:after="0" w:line="240" w:lineRule="auto"/>
              <w:jc w:val="center"/>
            </w:pPr>
            <w:r>
              <w:rPr>
                <w:rFonts w:eastAsia="Aptos"/>
                <w:color w:val="6A7075"/>
                <w:sz w:val="17"/>
              </w:rPr>
              <w:t>185-210</w:t>
            </w:r>
          </w:p>
        </w:tc>
        <w:tc>
          <w:tcPr>
            <w:tcW w:w="2648" w:type="dxa"/>
            <w:tcMar>
              <w:top w:w="28" w:type="dxa"/>
              <w:left w:w="38" w:type="dxa"/>
              <w:bottom w:w="28" w:type="dxa"/>
              <w:right w:w="38" w:type="dxa"/>
            </w:tcMar>
            <w:vAlign w:val="center"/>
          </w:tcPr>
          <w:p w14:paraId="7B67A3B6" w14:textId="77777777" w:rsidR="00D60D5E" w:rsidRDefault="00891EF0">
            <w:pPr>
              <w:spacing w:after="0" w:line="240" w:lineRule="auto"/>
            </w:pPr>
            <w:r>
              <w:rPr>
                <w:rFonts w:eastAsia="Aptos"/>
                <w:sz w:val="17"/>
              </w:rPr>
              <w:t>Smoked Gouda lb</w:t>
            </w:r>
          </w:p>
        </w:tc>
        <w:tc>
          <w:tcPr>
            <w:tcW w:w="630" w:type="dxa"/>
            <w:tcMar>
              <w:top w:w="28" w:type="dxa"/>
              <w:left w:w="38" w:type="dxa"/>
              <w:bottom w:w="28" w:type="dxa"/>
              <w:right w:w="38" w:type="dxa"/>
            </w:tcMar>
            <w:vAlign w:val="center"/>
          </w:tcPr>
          <w:p w14:paraId="52008761" w14:textId="77777777" w:rsidR="00D60D5E" w:rsidRDefault="00891EF0">
            <w:pPr>
              <w:spacing w:after="0" w:line="240" w:lineRule="auto"/>
              <w:jc w:val="center"/>
            </w:pPr>
            <w:r>
              <w:rPr>
                <w:rFonts w:eastAsia="Aptos"/>
                <w:b/>
                <w:sz w:val="17"/>
              </w:rPr>
              <w:t>12.85</w:t>
            </w:r>
          </w:p>
        </w:tc>
        <w:tc>
          <w:tcPr>
            <w:tcW w:w="540" w:type="dxa"/>
            <w:tcMar>
              <w:top w:w="28" w:type="dxa"/>
              <w:left w:w="38" w:type="dxa"/>
              <w:bottom w:w="28" w:type="dxa"/>
              <w:right w:w="38" w:type="dxa"/>
            </w:tcMar>
            <w:vAlign w:val="center"/>
          </w:tcPr>
          <w:p w14:paraId="79566B3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35C8BDB" w14:textId="77777777" w:rsidR="00D60D5E" w:rsidRDefault="00D60D5E">
            <w:pPr>
              <w:jc w:val="center"/>
            </w:pPr>
          </w:p>
        </w:tc>
      </w:tr>
      <w:tr w:rsidR="00D60D5E" w14:paraId="3D70C2AF" w14:textId="77777777" w:rsidTr="000617E0">
        <w:trPr>
          <w:cantSplit/>
          <w:jc w:val="center"/>
        </w:trPr>
        <w:tc>
          <w:tcPr>
            <w:tcW w:w="677" w:type="dxa"/>
            <w:tcMar>
              <w:top w:w="28" w:type="dxa"/>
              <w:left w:w="38" w:type="dxa"/>
              <w:bottom w:w="28" w:type="dxa"/>
              <w:right w:w="38" w:type="dxa"/>
            </w:tcMar>
            <w:vAlign w:val="center"/>
          </w:tcPr>
          <w:p w14:paraId="68051A49" w14:textId="77777777" w:rsidR="00D60D5E" w:rsidRDefault="00891EF0">
            <w:pPr>
              <w:spacing w:after="0" w:line="240" w:lineRule="auto"/>
              <w:jc w:val="center"/>
            </w:pPr>
            <w:r>
              <w:rPr>
                <w:rFonts w:eastAsia="Aptos"/>
                <w:color w:val="6A7075"/>
                <w:sz w:val="17"/>
              </w:rPr>
              <w:t>185-215</w:t>
            </w:r>
          </w:p>
        </w:tc>
        <w:tc>
          <w:tcPr>
            <w:tcW w:w="2648" w:type="dxa"/>
            <w:tcMar>
              <w:top w:w="28" w:type="dxa"/>
              <w:left w:w="38" w:type="dxa"/>
              <w:bottom w:w="28" w:type="dxa"/>
              <w:right w:w="38" w:type="dxa"/>
            </w:tcMar>
            <w:vAlign w:val="center"/>
          </w:tcPr>
          <w:p w14:paraId="26CE4102" w14:textId="77777777" w:rsidR="00D60D5E" w:rsidRDefault="00891EF0">
            <w:pPr>
              <w:spacing w:after="0" w:line="240" w:lineRule="auto"/>
            </w:pPr>
            <w:r>
              <w:rPr>
                <w:rFonts w:eastAsia="Aptos"/>
                <w:sz w:val="17"/>
              </w:rPr>
              <w:t>Huntsman lb - N/A</w:t>
            </w:r>
          </w:p>
        </w:tc>
        <w:tc>
          <w:tcPr>
            <w:tcW w:w="630" w:type="dxa"/>
            <w:tcMar>
              <w:top w:w="28" w:type="dxa"/>
              <w:left w:w="38" w:type="dxa"/>
              <w:bottom w:w="28" w:type="dxa"/>
              <w:right w:w="38" w:type="dxa"/>
            </w:tcMar>
            <w:vAlign w:val="center"/>
          </w:tcPr>
          <w:p w14:paraId="51A09F13" w14:textId="77777777" w:rsidR="00D60D5E" w:rsidRDefault="00891EF0">
            <w:pPr>
              <w:spacing w:after="0" w:line="240" w:lineRule="auto"/>
              <w:jc w:val="center"/>
            </w:pPr>
            <w:r>
              <w:rPr>
                <w:rFonts w:eastAsia="Aptos"/>
                <w:b/>
                <w:sz w:val="17"/>
              </w:rPr>
              <w:t>13.07</w:t>
            </w:r>
          </w:p>
        </w:tc>
        <w:tc>
          <w:tcPr>
            <w:tcW w:w="540" w:type="dxa"/>
            <w:tcMar>
              <w:top w:w="28" w:type="dxa"/>
              <w:left w:w="38" w:type="dxa"/>
              <w:bottom w:w="28" w:type="dxa"/>
              <w:right w:w="38" w:type="dxa"/>
            </w:tcMar>
            <w:vAlign w:val="center"/>
          </w:tcPr>
          <w:p w14:paraId="1A03825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3ABB5F9" w14:textId="77777777" w:rsidR="00D60D5E" w:rsidRDefault="00D60D5E">
            <w:pPr>
              <w:jc w:val="center"/>
            </w:pPr>
          </w:p>
        </w:tc>
      </w:tr>
      <w:tr w:rsidR="00D60D5E" w14:paraId="27076740" w14:textId="77777777" w:rsidTr="000617E0">
        <w:trPr>
          <w:cantSplit/>
          <w:jc w:val="center"/>
        </w:trPr>
        <w:tc>
          <w:tcPr>
            <w:tcW w:w="677" w:type="dxa"/>
            <w:tcMar>
              <w:top w:w="28" w:type="dxa"/>
              <w:left w:w="38" w:type="dxa"/>
              <w:bottom w:w="28" w:type="dxa"/>
              <w:right w:w="38" w:type="dxa"/>
            </w:tcMar>
            <w:vAlign w:val="center"/>
          </w:tcPr>
          <w:p w14:paraId="29E99A61" w14:textId="77777777" w:rsidR="00D60D5E" w:rsidRDefault="00891EF0">
            <w:pPr>
              <w:spacing w:after="0" w:line="240" w:lineRule="auto"/>
              <w:jc w:val="center"/>
            </w:pPr>
            <w:r>
              <w:rPr>
                <w:rFonts w:eastAsia="Aptos"/>
                <w:color w:val="6A7075"/>
                <w:sz w:val="17"/>
              </w:rPr>
              <w:t>185-220</w:t>
            </w:r>
          </w:p>
        </w:tc>
        <w:tc>
          <w:tcPr>
            <w:tcW w:w="2648" w:type="dxa"/>
            <w:tcMar>
              <w:top w:w="28" w:type="dxa"/>
              <w:left w:w="38" w:type="dxa"/>
              <w:bottom w:w="28" w:type="dxa"/>
              <w:right w:w="38" w:type="dxa"/>
            </w:tcMar>
            <w:vAlign w:val="center"/>
          </w:tcPr>
          <w:p w14:paraId="01D436CF" w14:textId="77777777" w:rsidR="00D60D5E" w:rsidRDefault="00891EF0">
            <w:pPr>
              <w:spacing w:after="0" w:line="240" w:lineRule="auto"/>
            </w:pPr>
            <w:r>
              <w:rPr>
                <w:rFonts w:eastAsia="Aptos"/>
                <w:sz w:val="17"/>
              </w:rPr>
              <w:t>Edam lb</w:t>
            </w:r>
          </w:p>
        </w:tc>
        <w:tc>
          <w:tcPr>
            <w:tcW w:w="630" w:type="dxa"/>
            <w:tcMar>
              <w:top w:w="28" w:type="dxa"/>
              <w:left w:w="38" w:type="dxa"/>
              <w:bottom w:w="28" w:type="dxa"/>
              <w:right w:w="38" w:type="dxa"/>
            </w:tcMar>
            <w:vAlign w:val="center"/>
          </w:tcPr>
          <w:p w14:paraId="4547662F" w14:textId="77777777" w:rsidR="00D60D5E" w:rsidRDefault="00891EF0">
            <w:pPr>
              <w:spacing w:after="0" w:line="240" w:lineRule="auto"/>
              <w:jc w:val="center"/>
            </w:pPr>
            <w:r>
              <w:rPr>
                <w:rFonts w:eastAsia="Aptos"/>
                <w:b/>
                <w:sz w:val="17"/>
              </w:rPr>
              <w:t>16.80</w:t>
            </w:r>
          </w:p>
        </w:tc>
        <w:tc>
          <w:tcPr>
            <w:tcW w:w="540" w:type="dxa"/>
            <w:tcMar>
              <w:top w:w="28" w:type="dxa"/>
              <w:left w:w="38" w:type="dxa"/>
              <w:bottom w:w="28" w:type="dxa"/>
              <w:right w:w="38" w:type="dxa"/>
            </w:tcMar>
            <w:vAlign w:val="center"/>
          </w:tcPr>
          <w:p w14:paraId="5F2801C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CD80A14" w14:textId="77777777" w:rsidR="00D60D5E" w:rsidRDefault="00D60D5E">
            <w:pPr>
              <w:jc w:val="center"/>
            </w:pPr>
          </w:p>
        </w:tc>
      </w:tr>
      <w:tr w:rsidR="00D60D5E" w14:paraId="202014F4" w14:textId="77777777" w:rsidTr="000617E0">
        <w:trPr>
          <w:cantSplit/>
          <w:jc w:val="center"/>
        </w:trPr>
        <w:tc>
          <w:tcPr>
            <w:tcW w:w="677" w:type="dxa"/>
            <w:tcMar>
              <w:top w:w="28" w:type="dxa"/>
              <w:left w:w="38" w:type="dxa"/>
              <w:bottom w:w="28" w:type="dxa"/>
              <w:right w:w="38" w:type="dxa"/>
            </w:tcMar>
            <w:vAlign w:val="center"/>
          </w:tcPr>
          <w:p w14:paraId="6210CEC0" w14:textId="77777777" w:rsidR="00D60D5E" w:rsidRDefault="00891EF0">
            <w:pPr>
              <w:spacing w:after="0" w:line="240" w:lineRule="auto"/>
              <w:jc w:val="center"/>
            </w:pPr>
            <w:r>
              <w:rPr>
                <w:rFonts w:eastAsia="Aptos"/>
                <w:color w:val="6A7075"/>
                <w:sz w:val="17"/>
              </w:rPr>
              <w:t>185-225</w:t>
            </w:r>
          </w:p>
        </w:tc>
        <w:tc>
          <w:tcPr>
            <w:tcW w:w="2648" w:type="dxa"/>
            <w:tcMar>
              <w:top w:w="28" w:type="dxa"/>
              <w:left w:w="38" w:type="dxa"/>
              <w:bottom w:w="28" w:type="dxa"/>
              <w:right w:w="38" w:type="dxa"/>
            </w:tcMar>
            <w:vAlign w:val="center"/>
          </w:tcPr>
          <w:p w14:paraId="39D8870C" w14:textId="77777777" w:rsidR="00D60D5E" w:rsidRDefault="00891EF0">
            <w:pPr>
              <w:spacing w:after="0" w:line="240" w:lineRule="auto"/>
            </w:pPr>
            <w:r>
              <w:rPr>
                <w:rFonts w:eastAsia="Aptos"/>
                <w:sz w:val="17"/>
              </w:rPr>
              <w:t>Roquefort lb</w:t>
            </w:r>
          </w:p>
        </w:tc>
        <w:tc>
          <w:tcPr>
            <w:tcW w:w="630" w:type="dxa"/>
            <w:tcMar>
              <w:top w:w="28" w:type="dxa"/>
              <w:left w:w="38" w:type="dxa"/>
              <w:bottom w:w="28" w:type="dxa"/>
              <w:right w:w="38" w:type="dxa"/>
            </w:tcMar>
            <w:vAlign w:val="center"/>
          </w:tcPr>
          <w:p w14:paraId="42C1B565" w14:textId="77777777" w:rsidR="00D60D5E" w:rsidRDefault="00891EF0">
            <w:pPr>
              <w:spacing w:after="0" w:line="240" w:lineRule="auto"/>
              <w:jc w:val="center"/>
            </w:pPr>
            <w:r>
              <w:rPr>
                <w:rFonts w:eastAsia="Aptos"/>
                <w:b/>
                <w:sz w:val="17"/>
              </w:rPr>
              <w:t>37.50</w:t>
            </w:r>
          </w:p>
        </w:tc>
        <w:tc>
          <w:tcPr>
            <w:tcW w:w="540" w:type="dxa"/>
            <w:tcMar>
              <w:top w:w="28" w:type="dxa"/>
              <w:left w:w="38" w:type="dxa"/>
              <w:bottom w:w="28" w:type="dxa"/>
              <w:right w:w="38" w:type="dxa"/>
            </w:tcMar>
            <w:vAlign w:val="center"/>
          </w:tcPr>
          <w:p w14:paraId="1C58BBF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32F7ECC" w14:textId="77777777" w:rsidR="00D60D5E" w:rsidRDefault="00D60D5E">
            <w:pPr>
              <w:jc w:val="center"/>
            </w:pPr>
          </w:p>
        </w:tc>
      </w:tr>
      <w:tr w:rsidR="00D60D5E" w14:paraId="7E6DDD33" w14:textId="77777777" w:rsidTr="000617E0">
        <w:trPr>
          <w:cantSplit/>
          <w:jc w:val="center"/>
        </w:trPr>
        <w:tc>
          <w:tcPr>
            <w:tcW w:w="677" w:type="dxa"/>
            <w:tcMar>
              <w:top w:w="28" w:type="dxa"/>
              <w:left w:w="38" w:type="dxa"/>
              <w:bottom w:w="28" w:type="dxa"/>
              <w:right w:w="38" w:type="dxa"/>
            </w:tcMar>
            <w:vAlign w:val="center"/>
          </w:tcPr>
          <w:p w14:paraId="09D09B00" w14:textId="77777777" w:rsidR="00D60D5E" w:rsidRDefault="00891EF0">
            <w:pPr>
              <w:spacing w:after="0" w:line="240" w:lineRule="auto"/>
              <w:jc w:val="center"/>
            </w:pPr>
            <w:r>
              <w:rPr>
                <w:rFonts w:eastAsia="Aptos"/>
                <w:color w:val="6A7075"/>
                <w:sz w:val="17"/>
              </w:rPr>
              <w:t>185-230</w:t>
            </w:r>
          </w:p>
        </w:tc>
        <w:tc>
          <w:tcPr>
            <w:tcW w:w="2648" w:type="dxa"/>
            <w:tcMar>
              <w:top w:w="28" w:type="dxa"/>
              <w:left w:w="38" w:type="dxa"/>
              <w:bottom w:w="28" w:type="dxa"/>
              <w:right w:w="38" w:type="dxa"/>
            </w:tcMar>
            <w:vAlign w:val="center"/>
          </w:tcPr>
          <w:p w14:paraId="22D717FB" w14:textId="77777777" w:rsidR="00D60D5E" w:rsidRDefault="00891EF0">
            <w:pPr>
              <w:spacing w:after="0" w:line="240" w:lineRule="auto"/>
            </w:pPr>
            <w:r>
              <w:rPr>
                <w:rFonts w:eastAsia="Aptos"/>
                <w:sz w:val="17"/>
              </w:rPr>
              <w:t>Black Diamond Extra Old Cheddar lb</w:t>
            </w:r>
          </w:p>
        </w:tc>
        <w:tc>
          <w:tcPr>
            <w:tcW w:w="630" w:type="dxa"/>
            <w:tcMar>
              <w:top w:w="28" w:type="dxa"/>
              <w:left w:w="38" w:type="dxa"/>
              <w:bottom w:w="28" w:type="dxa"/>
              <w:right w:w="38" w:type="dxa"/>
            </w:tcMar>
            <w:vAlign w:val="center"/>
          </w:tcPr>
          <w:p w14:paraId="30BFCEE0" w14:textId="77777777" w:rsidR="00D60D5E" w:rsidRDefault="00891EF0">
            <w:pPr>
              <w:spacing w:after="0" w:line="240" w:lineRule="auto"/>
              <w:jc w:val="center"/>
            </w:pPr>
            <w:r>
              <w:rPr>
                <w:rFonts w:eastAsia="Aptos"/>
                <w:b/>
                <w:sz w:val="17"/>
              </w:rPr>
              <w:t>21.70</w:t>
            </w:r>
          </w:p>
        </w:tc>
        <w:tc>
          <w:tcPr>
            <w:tcW w:w="540" w:type="dxa"/>
            <w:tcMar>
              <w:top w:w="28" w:type="dxa"/>
              <w:left w:w="38" w:type="dxa"/>
              <w:bottom w:w="28" w:type="dxa"/>
              <w:right w:w="38" w:type="dxa"/>
            </w:tcMar>
            <w:vAlign w:val="center"/>
          </w:tcPr>
          <w:p w14:paraId="4970474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36B822D" w14:textId="77777777" w:rsidR="00D60D5E" w:rsidRDefault="00D60D5E">
            <w:pPr>
              <w:jc w:val="center"/>
            </w:pPr>
          </w:p>
        </w:tc>
      </w:tr>
      <w:tr w:rsidR="00D60D5E" w14:paraId="769B42D1" w14:textId="77777777" w:rsidTr="000617E0">
        <w:trPr>
          <w:cantSplit/>
          <w:jc w:val="center"/>
        </w:trPr>
        <w:tc>
          <w:tcPr>
            <w:tcW w:w="677" w:type="dxa"/>
            <w:tcMar>
              <w:top w:w="28" w:type="dxa"/>
              <w:left w:w="38" w:type="dxa"/>
              <w:bottom w:w="28" w:type="dxa"/>
              <w:right w:w="38" w:type="dxa"/>
            </w:tcMar>
            <w:vAlign w:val="center"/>
          </w:tcPr>
          <w:p w14:paraId="57CBDA3F" w14:textId="77777777" w:rsidR="00D60D5E" w:rsidRDefault="00891EF0">
            <w:pPr>
              <w:spacing w:after="0" w:line="240" w:lineRule="auto"/>
              <w:jc w:val="center"/>
            </w:pPr>
            <w:r>
              <w:rPr>
                <w:rFonts w:eastAsia="Aptos"/>
                <w:color w:val="6A7075"/>
                <w:sz w:val="17"/>
              </w:rPr>
              <w:t>185-235</w:t>
            </w:r>
          </w:p>
        </w:tc>
        <w:tc>
          <w:tcPr>
            <w:tcW w:w="2648" w:type="dxa"/>
            <w:tcMar>
              <w:top w:w="28" w:type="dxa"/>
              <w:left w:w="38" w:type="dxa"/>
              <w:bottom w:w="28" w:type="dxa"/>
              <w:right w:w="38" w:type="dxa"/>
            </w:tcMar>
            <w:vAlign w:val="center"/>
          </w:tcPr>
          <w:p w14:paraId="4280924E" w14:textId="77777777" w:rsidR="00D60D5E" w:rsidRDefault="00891EF0">
            <w:pPr>
              <w:spacing w:after="0" w:line="240" w:lineRule="auto"/>
            </w:pPr>
            <w:r>
              <w:rPr>
                <w:rFonts w:eastAsia="Aptos"/>
                <w:sz w:val="17"/>
              </w:rPr>
              <w:t>Wensleydale W/Cranberry lb</w:t>
            </w:r>
          </w:p>
        </w:tc>
        <w:tc>
          <w:tcPr>
            <w:tcW w:w="630" w:type="dxa"/>
            <w:tcMar>
              <w:top w:w="28" w:type="dxa"/>
              <w:left w:w="38" w:type="dxa"/>
              <w:bottom w:w="28" w:type="dxa"/>
              <w:right w:w="38" w:type="dxa"/>
            </w:tcMar>
            <w:vAlign w:val="center"/>
          </w:tcPr>
          <w:p w14:paraId="597997FF" w14:textId="77777777" w:rsidR="00D60D5E" w:rsidRDefault="00891EF0">
            <w:pPr>
              <w:spacing w:after="0" w:line="240" w:lineRule="auto"/>
              <w:jc w:val="center"/>
            </w:pPr>
            <w:r>
              <w:rPr>
                <w:rFonts w:eastAsia="Aptos"/>
                <w:b/>
                <w:sz w:val="17"/>
              </w:rPr>
              <w:t>22.90</w:t>
            </w:r>
          </w:p>
        </w:tc>
        <w:tc>
          <w:tcPr>
            <w:tcW w:w="540" w:type="dxa"/>
            <w:tcMar>
              <w:top w:w="28" w:type="dxa"/>
              <w:left w:w="38" w:type="dxa"/>
              <w:bottom w:w="28" w:type="dxa"/>
              <w:right w:w="38" w:type="dxa"/>
            </w:tcMar>
            <w:vAlign w:val="center"/>
          </w:tcPr>
          <w:p w14:paraId="28C8ED6D"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F4935A1" w14:textId="77777777" w:rsidR="00D60D5E" w:rsidRDefault="00D60D5E">
            <w:pPr>
              <w:jc w:val="center"/>
            </w:pPr>
          </w:p>
        </w:tc>
      </w:tr>
      <w:tr w:rsidR="00D60D5E" w14:paraId="4530D1A2" w14:textId="77777777" w:rsidTr="000617E0">
        <w:trPr>
          <w:cantSplit/>
          <w:jc w:val="center"/>
        </w:trPr>
        <w:tc>
          <w:tcPr>
            <w:tcW w:w="677" w:type="dxa"/>
            <w:tcMar>
              <w:top w:w="28" w:type="dxa"/>
              <w:left w:w="38" w:type="dxa"/>
              <w:bottom w:w="28" w:type="dxa"/>
              <w:right w:w="38" w:type="dxa"/>
            </w:tcMar>
            <w:vAlign w:val="center"/>
          </w:tcPr>
          <w:p w14:paraId="3D5F4A41" w14:textId="77777777" w:rsidR="00D60D5E" w:rsidRDefault="00891EF0">
            <w:pPr>
              <w:spacing w:after="0" w:line="240" w:lineRule="auto"/>
              <w:jc w:val="center"/>
            </w:pPr>
            <w:r>
              <w:rPr>
                <w:rFonts w:eastAsia="Aptos"/>
                <w:color w:val="6A7075"/>
                <w:sz w:val="17"/>
              </w:rPr>
              <w:t>185-240</w:t>
            </w:r>
          </w:p>
        </w:tc>
        <w:tc>
          <w:tcPr>
            <w:tcW w:w="2648" w:type="dxa"/>
            <w:tcMar>
              <w:top w:w="28" w:type="dxa"/>
              <w:left w:w="38" w:type="dxa"/>
              <w:bottom w:w="28" w:type="dxa"/>
              <w:right w:w="38" w:type="dxa"/>
            </w:tcMar>
            <w:vAlign w:val="center"/>
          </w:tcPr>
          <w:p w14:paraId="0BB0830C" w14:textId="77777777" w:rsidR="00D60D5E" w:rsidRDefault="00891EF0">
            <w:pPr>
              <w:spacing w:after="0" w:line="240" w:lineRule="auto"/>
            </w:pPr>
            <w:r>
              <w:rPr>
                <w:rFonts w:eastAsia="Aptos"/>
                <w:sz w:val="17"/>
              </w:rPr>
              <w:t>Wensleydale W/Red Wine</w:t>
            </w:r>
          </w:p>
        </w:tc>
        <w:tc>
          <w:tcPr>
            <w:tcW w:w="630" w:type="dxa"/>
            <w:tcMar>
              <w:top w:w="28" w:type="dxa"/>
              <w:left w:w="38" w:type="dxa"/>
              <w:bottom w:w="28" w:type="dxa"/>
              <w:right w:w="38" w:type="dxa"/>
            </w:tcMar>
            <w:vAlign w:val="center"/>
          </w:tcPr>
          <w:p w14:paraId="0DA01843" w14:textId="77777777" w:rsidR="00D60D5E" w:rsidRDefault="00891EF0">
            <w:pPr>
              <w:spacing w:after="0" w:line="240" w:lineRule="auto"/>
              <w:jc w:val="center"/>
            </w:pPr>
            <w:r>
              <w:rPr>
                <w:rFonts w:eastAsia="Aptos"/>
                <w:b/>
                <w:sz w:val="17"/>
              </w:rPr>
              <w:t>18.80</w:t>
            </w:r>
          </w:p>
        </w:tc>
        <w:tc>
          <w:tcPr>
            <w:tcW w:w="540" w:type="dxa"/>
            <w:tcMar>
              <w:top w:w="28" w:type="dxa"/>
              <w:left w:w="38" w:type="dxa"/>
              <w:bottom w:w="28" w:type="dxa"/>
              <w:right w:w="38" w:type="dxa"/>
            </w:tcMar>
            <w:vAlign w:val="center"/>
          </w:tcPr>
          <w:p w14:paraId="51CF7EF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04654D2" w14:textId="77777777" w:rsidR="00D60D5E" w:rsidRDefault="00D60D5E">
            <w:pPr>
              <w:jc w:val="center"/>
            </w:pPr>
          </w:p>
        </w:tc>
      </w:tr>
      <w:tr w:rsidR="00D60D5E" w14:paraId="51270867" w14:textId="77777777" w:rsidTr="000617E0">
        <w:trPr>
          <w:cantSplit/>
          <w:jc w:val="center"/>
        </w:trPr>
        <w:tc>
          <w:tcPr>
            <w:tcW w:w="677" w:type="dxa"/>
            <w:tcMar>
              <w:top w:w="28" w:type="dxa"/>
              <w:left w:w="38" w:type="dxa"/>
              <w:bottom w:w="28" w:type="dxa"/>
              <w:right w:w="38" w:type="dxa"/>
            </w:tcMar>
            <w:vAlign w:val="center"/>
          </w:tcPr>
          <w:p w14:paraId="7CE7096B" w14:textId="77777777" w:rsidR="00D60D5E" w:rsidRDefault="00891EF0">
            <w:pPr>
              <w:spacing w:after="0" w:line="240" w:lineRule="auto"/>
              <w:jc w:val="center"/>
            </w:pPr>
            <w:r>
              <w:rPr>
                <w:rFonts w:eastAsia="Aptos"/>
                <w:color w:val="6A7075"/>
                <w:sz w:val="17"/>
              </w:rPr>
              <w:t>185-245</w:t>
            </w:r>
          </w:p>
        </w:tc>
        <w:tc>
          <w:tcPr>
            <w:tcW w:w="2648" w:type="dxa"/>
            <w:tcMar>
              <w:top w:w="28" w:type="dxa"/>
              <w:left w:w="38" w:type="dxa"/>
              <w:bottom w:w="28" w:type="dxa"/>
              <w:right w:w="38" w:type="dxa"/>
            </w:tcMar>
            <w:vAlign w:val="center"/>
          </w:tcPr>
          <w:p w14:paraId="46613858" w14:textId="77777777" w:rsidR="00D60D5E" w:rsidRDefault="00891EF0">
            <w:pPr>
              <w:spacing w:after="0" w:line="240" w:lineRule="auto"/>
            </w:pPr>
            <w:r>
              <w:rPr>
                <w:rFonts w:eastAsia="Aptos"/>
                <w:sz w:val="17"/>
              </w:rPr>
              <w:t>Stilton W/Apricots lb</w:t>
            </w:r>
          </w:p>
        </w:tc>
        <w:tc>
          <w:tcPr>
            <w:tcW w:w="630" w:type="dxa"/>
            <w:tcMar>
              <w:top w:w="28" w:type="dxa"/>
              <w:left w:w="38" w:type="dxa"/>
              <w:bottom w:w="28" w:type="dxa"/>
              <w:right w:w="38" w:type="dxa"/>
            </w:tcMar>
            <w:vAlign w:val="center"/>
          </w:tcPr>
          <w:p w14:paraId="1ABB6628" w14:textId="77777777" w:rsidR="00D60D5E" w:rsidRDefault="00891EF0">
            <w:pPr>
              <w:spacing w:after="0" w:line="240" w:lineRule="auto"/>
              <w:jc w:val="center"/>
            </w:pPr>
            <w:r>
              <w:rPr>
                <w:rFonts w:eastAsia="Aptos"/>
                <w:b/>
                <w:sz w:val="17"/>
              </w:rPr>
              <w:t>23.20</w:t>
            </w:r>
          </w:p>
        </w:tc>
        <w:tc>
          <w:tcPr>
            <w:tcW w:w="540" w:type="dxa"/>
            <w:tcMar>
              <w:top w:w="28" w:type="dxa"/>
              <w:left w:w="38" w:type="dxa"/>
              <w:bottom w:w="28" w:type="dxa"/>
              <w:right w:w="38" w:type="dxa"/>
            </w:tcMar>
            <w:vAlign w:val="center"/>
          </w:tcPr>
          <w:p w14:paraId="224ACC5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A8F2910" w14:textId="77777777" w:rsidR="00D60D5E" w:rsidRDefault="00D60D5E">
            <w:pPr>
              <w:jc w:val="center"/>
            </w:pPr>
          </w:p>
        </w:tc>
      </w:tr>
      <w:tr w:rsidR="00D60D5E" w14:paraId="43A15266" w14:textId="77777777" w:rsidTr="000617E0">
        <w:trPr>
          <w:cantSplit/>
          <w:jc w:val="center"/>
        </w:trPr>
        <w:tc>
          <w:tcPr>
            <w:tcW w:w="677" w:type="dxa"/>
            <w:shd w:val="clear" w:color="auto" w:fill="D9EAF7"/>
            <w:tcMar>
              <w:top w:w="28" w:type="dxa"/>
              <w:left w:w="38" w:type="dxa"/>
              <w:bottom w:w="28" w:type="dxa"/>
              <w:right w:w="38" w:type="dxa"/>
            </w:tcMar>
            <w:vAlign w:val="center"/>
          </w:tcPr>
          <w:p w14:paraId="617A3D18" w14:textId="77777777" w:rsidR="00D60D5E" w:rsidRDefault="00891EF0">
            <w:pPr>
              <w:spacing w:after="0" w:line="240" w:lineRule="auto"/>
              <w:jc w:val="center"/>
            </w:pPr>
            <w:r>
              <w:rPr>
                <w:rFonts w:eastAsia="Aptos"/>
                <w:b/>
                <w:color w:val="76A943"/>
                <w:sz w:val="18"/>
              </w:rPr>
              <w:t>190-</w:t>
            </w:r>
          </w:p>
        </w:tc>
        <w:tc>
          <w:tcPr>
            <w:tcW w:w="2648" w:type="dxa"/>
            <w:shd w:val="clear" w:color="auto" w:fill="D9EAF7"/>
            <w:tcMar>
              <w:top w:w="28" w:type="dxa"/>
              <w:left w:w="38" w:type="dxa"/>
              <w:bottom w:w="28" w:type="dxa"/>
              <w:right w:w="38" w:type="dxa"/>
            </w:tcMar>
            <w:vAlign w:val="center"/>
          </w:tcPr>
          <w:p w14:paraId="2986AE37" w14:textId="77777777" w:rsidR="00D60D5E" w:rsidRDefault="00891EF0">
            <w:pPr>
              <w:spacing w:after="0" w:line="240" w:lineRule="auto"/>
            </w:pPr>
            <w:r>
              <w:rPr>
                <w:rFonts w:eastAsia="Aptos"/>
                <w:b/>
                <w:color w:val="76A943"/>
                <w:sz w:val="18"/>
              </w:rPr>
              <w:t>DELI MEATS</w:t>
            </w:r>
          </w:p>
        </w:tc>
        <w:tc>
          <w:tcPr>
            <w:tcW w:w="630" w:type="dxa"/>
            <w:shd w:val="clear" w:color="auto" w:fill="D9EAF7"/>
            <w:tcMar>
              <w:top w:w="28" w:type="dxa"/>
              <w:left w:w="38" w:type="dxa"/>
              <w:bottom w:w="28" w:type="dxa"/>
              <w:right w:w="38" w:type="dxa"/>
            </w:tcMar>
            <w:vAlign w:val="center"/>
          </w:tcPr>
          <w:p w14:paraId="2ED64E6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E8B41EC"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6F6CFFE1" w14:textId="77777777" w:rsidR="00D60D5E" w:rsidRDefault="00D60D5E">
            <w:pPr>
              <w:jc w:val="center"/>
            </w:pPr>
          </w:p>
        </w:tc>
      </w:tr>
      <w:tr w:rsidR="00D60D5E" w14:paraId="284BC340" w14:textId="77777777" w:rsidTr="000617E0">
        <w:trPr>
          <w:cantSplit/>
          <w:jc w:val="center"/>
        </w:trPr>
        <w:tc>
          <w:tcPr>
            <w:tcW w:w="677" w:type="dxa"/>
            <w:tcMar>
              <w:top w:w="28" w:type="dxa"/>
              <w:left w:w="38" w:type="dxa"/>
              <w:bottom w:w="28" w:type="dxa"/>
              <w:right w:w="38" w:type="dxa"/>
            </w:tcMar>
            <w:vAlign w:val="center"/>
          </w:tcPr>
          <w:p w14:paraId="1EE2F00B" w14:textId="77777777" w:rsidR="00D60D5E" w:rsidRDefault="00891EF0">
            <w:pPr>
              <w:spacing w:after="0" w:line="240" w:lineRule="auto"/>
              <w:jc w:val="center"/>
            </w:pPr>
            <w:r>
              <w:rPr>
                <w:rFonts w:eastAsia="Aptos"/>
                <w:color w:val="6A7075"/>
                <w:sz w:val="17"/>
              </w:rPr>
              <w:t>190-105</w:t>
            </w:r>
          </w:p>
        </w:tc>
        <w:tc>
          <w:tcPr>
            <w:tcW w:w="2648" w:type="dxa"/>
            <w:tcMar>
              <w:top w:w="28" w:type="dxa"/>
              <w:left w:w="38" w:type="dxa"/>
              <w:bottom w:w="28" w:type="dxa"/>
              <w:right w:w="38" w:type="dxa"/>
            </w:tcMar>
            <w:vAlign w:val="center"/>
          </w:tcPr>
          <w:p w14:paraId="031F9970" w14:textId="77777777" w:rsidR="00D60D5E" w:rsidRDefault="00891EF0">
            <w:pPr>
              <w:spacing w:after="0" w:line="240" w:lineRule="auto"/>
            </w:pPr>
            <w:r>
              <w:rPr>
                <w:rFonts w:eastAsia="Aptos"/>
                <w:sz w:val="17"/>
              </w:rPr>
              <w:t>Canadian Bacon Chunk / Sliced</w:t>
            </w:r>
          </w:p>
        </w:tc>
        <w:tc>
          <w:tcPr>
            <w:tcW w:w="630" w:type="dxa"/>
            <w:tcMar>
              <w:top w:w="28" w:type="dxa"/>
              <w:left w:w="38" w:type="dxa"/>
              <w:bottom w:w="28" w:type="dxa"/>
              <w:right w:w="38" w:type="dxa"/>
            </w:tcMar>
            <w:vAlign w:val="center"/>
          </w:tcPr>
          <w:p w14:paraId="6E4DFD14" w14:textId="77777777" w:rsidR="00D60D5E" w:rsidRDefault="00891EF0">
            <w:pPr>
              <w:spacing w:after="0" w:line="240" w:lineRule="auto"/>
              <w:jc w:val="center"/>
            </w:pPr>
            <w:r>
              <w:rPr>
                <w:rFonts w:eastAsia="Aptos"/>
                <w:b/>
                <w:sz w:val="17"/>
              </w:rPr>
              <w:t>13.29</w:t>
            </w:r>
          </w:p>
        </w:tc>
        <w:tc>
          <w:tcPr>
            <w:tcW w:w="540" w:type="dxa"/>
            <w:tcMar>
              <w:top w:w="28" w:type="dxa"/>
              <w:left w:w="38" w:type="dxa"/>
              <w:bottom w:w="28" w:type="dxa"/>
              <w:right w:w="38" w:type="dxa"/>
            </w:tcMar>
            <w:vAlign w:val="center"/>
          </w:tcPr>
          <w:p w14:paraId="40F2EC9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26B453B" w14:textId="77777777" w:rsidR="00D60D5E" w:rsidRDefault="00D60D5E">
            <w:pPr>
              <w:jc w:val="center"/>
            </w:pPr>
          </w:p>
        </w:tc>
      </w:tr>
      <w:tr w:rsidR="00D60D5E" w14:paraId="2616437F" w14:textId="77777777" w:rsidTr="000617E0">
        <w:trPr>
          <w:cantSplit/>
          <w:jc w:val="center"/>
        </w:trPr>
        <w:tc>
          <w:tcPr>
            <w:tcW w:w="677" w:type="dxa"/>
            <w:tcMar>
              <w:top w:w="28" w:type="dxa"/>
              <w:left w:w="38" w:type="dxa"/>
              <w:bottom w:w="28" w:type="dxa"/>
              <w:right w:w="38" w:type="dxa"/>
            </w:tcMar>
            <w:vAlign w:val="center"/>
          </w:tcPr>
          <w:p w14:paraId="7D8E276B" w14:textId="77777777" w:rsidR="00D60D5E" w:rsidRDefault="00891EF0">
            <w:pPr>
              <w:spacing w:after="0" w:line="240" w:lineRule="auto"/>
              <w:jc w:val="center"/>
            </w:pPr>
            <w:r>
              <w:rPr>
                <w:rFonts w:eastAsia="Aptos"/>
                <w:color w:val="6A7075"/>
                <w:sz w:val="17"/>
              </w:rPr>
              <w:lastRenderedPageBreak/>
              <w:t>190-110</w:t>
            </w:r>
          </w:p>
        </w:tc>
        <w:tc>
          <w:tcPr>
            <w:tcW w:w="2648" w:type="dxa"/>
            <w:tcMar>
              <w:top w:w="28" w:type="dxa"/>
              <w:left w:w="38" w:type="dxa"/>
              <w:bottom w:w="28" w:type="dxa"/>
              <w:right w:w="38" w:type="dxa"/>
            </w:tcMar>
            <w:vAlign w:val="center"/>
          </w:tcPr>
          <w:p w14:paraId="518B246A" w14:textId="77777777" w:rsidR="00D60D5E" w:rsidRDefault="00891EF0">
            <w:pPr>
              <w:spacing w:after="0" w:line="240" w:lineRule="auto"/>
            </w:pPr>
            <w:r>
              <w:rPr>
                <w:rFonts w:eastAsia="Aptos"/>
                <w:sz w:val="17"/>
              </w:rPr>
              <w:t>Roast Beef Chunk/sliced lb</w:t>
            </w:r>
          </w:p>
        </w:tc>
        <w:tc>
          <w:tcPr>
            <w:tcW w:w="630" w:type="dxa"/>
            <w:tcMar>
              <w:top w:w="28" w:type="dxa"/>
              <w:left w:w="38" w:type="dxa"/>
              <w:bottom w:w="28" w:type="dxa"/>
              <w:right w:w="38" w:type="dxa"/>
            </w:tcMar>
            <w:vAlign w:val="center"/>
          </w:tcPr>
          <w:p w14:paraId="6200C9C0" w14:textId="77777777" w:rsidR="00D60D5E" w:rsidRDefault="00891EF0">
            <w:pPr>
              <w:spacing w:after="0" w:line="240" w:lineRule="auto"/>
              <w:jc w:val="center"/>
            </w:pPr>
            <w:r>
              <w:rPr>
                <w:rFonts w:eastAsia="Aptos"/>
                <w:b/>
                <w:sz w:val="17"/>
              </w:rPr>
              <w:t>12.29</w:t>
            </w:r>
          </w:p>
        </w:tc>
        <w:tc>
          <w:tcPr>
            <w:tcW w:w="540" w:type="dxa"/>
            <w:tcMar>
              <w:top w:w="28" w:type="dxa"/>
              <w:left w:w="38" w:type="dxa"/>
              <w:bottom w:w="28" w:type="dxa"/>
              <w:right w:w="38" w:type="dxa"/>
            </w:tcMar>
            <w:vAlign w:val="center"/>
          </w:tcPr>
          <w:p w14:paraId="5348C36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97C7160" w14:textId="77777777" w:rsidR="00D60D5E" w:rsidRDefault="00D60D5E">
            <w:pPr>
              <w:jc w:val="center"/>
            </w:pPr>
          </w:p>
        </w:tc>
      </w:tr>
      <w:tr w:rsidR="00D60D5E" w14:paraId="383D9E4C" w14:textId="77777777" w:rsidTr="000617E0">
        <w:trPr>
          <w:cantSplit/>
          <w:jc w:val="center"/>
        </w:trPr>
        <w:tc>
          <w:tcPr>
            <w:tcW w:w="677" w:type="dxa"/>
            <w:tcMar>
              <w:top w:w="28" w:type="dxa"/>
              <w:left w:w="38" w:type="dxa"/>
              <w:bottom w:w="28" w:type="dxa"/>
              <w:right w:w="38" w:type="dxa"/>
            </w:tcMar>
            <w:vAlign w:val="center"/>
          </w:tcPr>
          <w:p w14:paraId="3F282DE3" w14:textId="77777777" w:rsidR="00D60D5E" w:rsidRDefault="00891EF0">
            <w:pPr>
              <w:spacing w:after="0" w:line="240" w:lineRule="auto"/>
              <w:jc w:val="center"/>
            </w:pPr>
            <w:r>
              <w:rPr>
                <w:rFonts w:eastAsia="Aptos"/>
                <w:color w:val="6A7075"/>
                <w:sz w:val="17"/>
              </w:rPr>
              <w:t>190-115</w:t>
            </w:r>
          </w:p>
        </w:tc>
        <w:tc>
          <w:tcPr>
            <w:tcW w:w="2648" w:type="dxa"/>
            <w:tcMar>
              <w:top w:w="28" w:type="dxa"/>
              <w:left w:w="38" w:type="dxa"/>
              <w:bottom w:w="28" w:type="dxa"/>
              <w:right w:w="38" w:type="dxa"/>
            </w:tcMar>
            <w:vAlign w:val="center"/>
          </w:tcPr>
          <w:p w14:paraId="037533A3" w14:textId="77777777" w:rsidR="00D60D5E" w:rsidRDefault="00891EF0">
            <w:pPr>
              <w:spacing w:after="0" w:line="240" w:lineRule="auto"/>
            </w:pPr>
            <w:r>
              <w:rPr>
                <w:rFonts w:eastAsia="Aptos"/>
                <w:sz w:val="17"/>
              </w:rPr>
              <w:t>Buffet Ham Chunk /sliced lb</w:t>
            </w:r>
          </w:p>
        </w:tc>
        <w:tc>
          <w:tcPr>
            <w:tcW w:w="630" w:type="dxa"/>
            <w:tcMar>
              <w:top w:w="28" w:type="dxa"/>
              <w:left w:w="38" w:type="dxa"/>
              <w:bottom w:w="28" w:type="dxa"/>
              <w:right w:w="38" w:type="dxa"/>
            </w:tcMar>
            <w:vAlign w:val="center"/>
          </w:tcPr>
          <w:p w14:paraId="424AA358" w14:textId="77777777" w:rsidR="00D60D5E" w:rsidRDefault="00891EF0">
            <w:pPr>
              <w:spacing w:after="0" w:line="240" w:lineRule="auto"/>
              <w:jc w:val="center"/>
            </w:pPr>
            <w:r>
              <w:rPr>
                <w:rFonts w:eastAsia="Aptos"/>
                <w:b/>
                <w:sz w:val="17"/>
              </w:rPr>
              <w:t>11.59</w:t>
            </w:r>
          </w:p>
        </w:tc>
        <w:tc>
          <w:tcPr>
            <w:tcW w:w="540" w:type="dxa"/>
            <w:tcMar>
              <w:top w:w="28" w:type="dxa"/>
              <w:left w:w="38" w:type="dxa"/>
              <w:bottom w:w="28" w:type="dxa"/>
              <w:right w:w="38" w:type="dxa"/>
            </w:tcMar>
            <w:vAlign w:val="center"/>
          </w:tcPr>
          <w:p w14:paraId="44694A7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65AE631" w14:textId="77777777" w:rsidR="00D60D5E" w:rsidRDefault="00D60D5E">
            <w:pPr>
              <w:jc w:val="center"/>
            </w:pPr>
          </w:p>
        </w:tc>
      </w:tr>
      <w:tr w:rsidR="00D60D5E" w14:paraId="22B1FA88" w14:textId="77777777" w:rsidTr="000617E0">
        <w:trPr>
          <w:cantSplit/>
          <w:jc w:val="center"/>
        </w:trPr>
        <w:tc>
          <w:tcPr>
            <w:tcW w:w="677" w:type="dxa"/>
            <w:tcMar>
              <w:top w:w="28" w:type="dxa"/>
              <w:left w:w="38" w:type="dxa"/>
              <w:bottom w:w="28" w:type="dxa"/>
              <w:right w:w="38" w:type="dxa"/>
            </w:tcMar>
            <w:vAlign w:val="center"/>
          </w:tcPr>
          <w:p w14:paraId="2EEEA1CD" w14:textId="77777777" w:rsidR="00D60D5E" w:rsidRDefault="00891EF0">
            <w:pPr>
              <w:spacing w:after="0" w:line="240" w:lineRule="auto"/>
              <w:jc w:val="center"/>
            </w:pPr>
            <w:r>
              <w:rPr>
                <w:rFonts w:eastAsia="Aptos"/>
                <w:color w:val="6A7075"/>
                <w:sz w:val="17"/>
              </w:rPr>
              <w:t>190-120</w:t>
            </w:r>
          </w:p>
        </w:tc>
        <w:tc>
          <w:tcPr>
            <w:tcW w:w="2648" w:type="dxa"/>
            <w:tcMar>
              <w:top w:w="28" w:type="dxa"/>
              <w:left w:w="38" w:type="dxa"/>
              <w:bottom w:w="28" w:type="dxa"/>
              <w:right w:w="38" w:type="dxa"/>
            </w:tcMar>
            <w:vAlign w:val="center"/>
          </w:tcPr>
          <w:p w14:paraId="13C2074C" w14:textId="77777777" w:rsidR="00D60D5E" w:rsidRDefault="00891EF0">
            <w:pPr>
              <w:spacing w:after="0" w:line="240" w:lineRule="auto"/>
            </w:pPr>
            <w:r>
              <w:rPr>
                <w:rFonts w:eastAsia="Aptos"/>
                <w:sz w:val="17"/>
              </w:rPr>
              <w:t>Honey Ham Chunk/sliced lb</w:t>
            </w:r>
          </w:p>
        </w:tc>
        <w:tc>
          <w:tcPr>
            <w:tcW w:w="630" w:type="dxa"/>
            <w:tcMar>
              <w:top w:w="28" w:type="dxa"/>
              <w:left w:w="38" w:type="dxa"/>
              <w:bottom w:w="28" w:type="dxa"/>
              <w:right w:w="38" w:type="dxa"/>
            </w:tcMar>
            <w:vAlign w:val="center"/>
          </w:tcPr>
          <w:p w14:paraId="159EAF93" w14:textId="77777777" w:rsidR="00D60D5E" w:rsidRDefault="00891EF0">
            <w:pPr>
              <w:spacing w:after="0" w:line="240" w:lineRule="auto"/>
              <w:jc w:val="center"/>
            </w:pPr>
            <w:r>
              <w:rPr>
                <w:rFonts w:eastAsia="Aptos"/>
                <w:b/>
                <w:sz w:val="17"/>
              </w:rPr>
              <w:t>11.59</w:t>
            </w:r>
          </w:p>
        </w:tc>
        <w:tc>
          <w:tcPr>
            <w:tcW w:w="540" w:type="dxa"/>
            <w:tcMar>
              <w:top w:w="28" w:type="dxa"/>
              <w:left w:w="38" w:type="dxa"/>
              <w:bottom w:w="28" w:type="dxa"/>
              <w:right w:w="38" w:type="dxa"/>
            </w:tcMar>
            <w:vAlign w:val="center"/>
          </w:tcPr>
          <w:p w14:paraId="03C26064"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2F88277" w14:textId="77777777" w:rsidR="00D60D5E" w:rsidRDefault="00D60D5E">
            <w:pPr>
              <w:jc w:val="center"/>
            </w:pPr>
          </w:p>
        </w:tc>
      </w:tr>
      <w:tr w:rsidR="00D60D5E" w14:paraId="10CE4F12" w14:textId="77777777" w:rsidTr="000617E0">
        <w:trPr>
          <w:cantSplit/>
          <w:jc w:val="center"/>
        </w:trPr>
        <w:tc>
          <w:tcPr>
            <w:tcW w:w="677" w:type="dxa"/>
            <w:tcMar>
              <w:top w:w="28" w:type="dxa"/>
              <w:left w:w="38" w:type="dxa"/>
              <w:bottom w:w="28" w:type="dxa"/>
              <w:right w:w="38" w:type="dxa"/>
            </w:tcMar>
            <w:vAlign w:val="center"/>
          </w:tcPr>
          <w:p w14:paraId="20E4EB15" w14:textId="77777777" w:rsidR="00D60D5E" w:rsidRDefault="00891EF0">
            <w:pPr>
              <w:spacing w:after="0" w:line="240" w:lineRule="auto"/>
              <w:jc w:val="center"/>
            </w:pPr>
            <w:r>
              <w:rPr>
                <w:rFonts w:eastAsia="Aptos"/>
                <w:color w:val="6A7075"/>
                <w:sz w:val="17"/>
              </w:rPr>
              <w:t>190-125</w:t>
            </w:r>
          </w:p>
        </w:tc>
        <w:tc>
          <w:tcPr>
            <w:tcW w:w="2648" w:type="dxa"/>
            <w:tcMar>
              <w:top w:w="28" w:type="dxa"/>
              <w:left w:w="38" w:type="dxa"/>
              <w:bottom w:w="28" w:type="dxa"/>
              <w:right w:w="38" w:type="dxa"/>
            </w:tcMar>
            <w:vAlign w:val="center"/>
          </w:tcPr>
          <w:p w14:paraId="091B3689" w14:textId="77777777" w:rsidR="00D60D5E" w:rsidRDefault="00891EF0">
            <w:pPr>
              <w:spacing w:after="0" w:line="240" w:lineRule="auto"/>
            </w:pPr>
            <w:r>
              <w:rPr>
                <w:rFonts w:eastAsia="Aptos"/>
                <w:sz w:val="17"/>
              </w:rPr>
              <w:t>Smoked Virginia Ham lb</w:t>
            </w:r>
          </w:p>
        </w:tc>
        <w:tc>
          <w:tcPr>
            <w:tcW w:w="630" w:type="dxa"/>
            <w:tcMar>
              <w:top w:w="28" w:type="dxa"/>
              <w:left w:w="38" w:type="dxa"/>
              <w:bottom w:w="28" w:type="dxa"/>
              <w:right w:w="38" w:type="dxa"/>
            </w:tcMar>
            <w:vAlign w:val="center"/>
          </w:tcPr>
          <w:p w14:paraId="7407D832"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6BFDD95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488D7E0" w14:textId="77777777" w:rsidR="00D60D5E" w:rsidRDefault="00D60D5E">
            <w:pPr>
              <w:jc w:val="center"/>
            </w:pPr>
          </w:p>
        </w:tc>
      </w:tr>
      <w:tr w:rsidR="00D60D5E" w14:paraId="4FF56216" w14:textId="77777777" w:rsidTr="000617E0">
        <w:trPr>
          <w:cantSplit/>
          <w:jc w:val="center"/>
        </w:trPr>
        <w:tc>
          <w:tcPr>
            <w:tcW w:w="677" w:type="dxa"/>
            <w:tcMar>
              <w:top w:w="28" w:type="dxa"/>
              <w:left w:w="38" w:type="dxa"/>
              <w:bottom w:w="28" w:type="dxa"/>
              <w:right w:w="38" w:type="dxa"/>
            </w:tcMar>
            <w:vAlign w:val="center"/>
          </w:tcPr>
          <w:p w14:paraId="55BC1CD6" w14:textId="77777777" w:rsidR="00D60D5E" w:rsidRDefault="00891EF0">
            <w:pPr>
              <w:spacing w:after="0" w:line="240" w:lineRule="auto"/>
              <w:jc w:val="center"/>
            </w:pPr>
            <w:r>
              <w:rPr>
                <w:rFonts w:eastAsia="Aptos"/>
                <w:color w:val="6A7075"/>
                <w:sz w:val="17"/>
              </w:rPr>
              <w:t>190-126</w:t>
            </w:r>
          </w:p>
        </w:tc>
        <w:tc>
          <w:tcPr>
            <w:tcW w:w="2648" w:type="dxa"/>
            <w:tcMar>
              <w:top w:w="28" w:type="dxa"/>
              <w:left w:w="38" w:type="dxa"/>
              <w:bottom w:w="28" w:type="dxa"/>
              <w:right w:w="38" w:type="dxa"/>
            </w:tcMar>
            <w:vAlign w:val="center"/>
          </w:tcPr>
          <w:p w14:paraId="2CAB1988" w14:textId="77777777" w:rsidR="00D60D5E" w:rsidRDefault="00891EF0">
            <w:pPr>
              <w:spacing w:after="0" w:line="240" w:lineRule="auto"/>
            </w:pPr>
            <w:r>
              <w:rPr>
                <w:rFonts w:eastAsia="Aptos"/>
                <w:sz w:val="17"/>
              </w:rPr>
              <w:t>Cure Ham lb</w:t>
            </w:r>
          </w:p>
        </w:tc>
        <w:tc>
          <w:tcPr>
            <w:tcW w:w="630" w:type="dxa"/>
            <w:tcMar>
              <w:top w:w="28" w:type="dxa"/>
              <w:left w:w="38" w:type="dxa"/>
              <w:bottom w:w="28" w:type="dxa"/>
              <w:right w:w="38" w:type="dxa"/>
            </w:tcMar>
            <w:vAlign w:val="center"/>
          </w:tcPr>
          <w:p w14:paraId="3AFF3D70" w14:textId="77777777" w:rsidR="00D60D5E" w:rsidRDefault="00891EF0">
            <w:pPr>
              <w:spacing w:after="0" w:line="240" w:lineRule="auto"/>
              <w:jc w:val="center"/>
            </w:pPr>
            <w:r>
              <w:rPr>
                <w:rFonts w:eastAsia="Aptos"/>
                <w:b/>
                <w:sz w:val="17"/>
              </w:rPr>
              <w:t>11.15</w:t>
            </w:r>
          </w:p>
        </w:tc>
        <w:tc>
          <w:tcPr>
            <w:tcW w:w="540" w:type="dxa"/>
            <w:tcMar>
              <w:top w:w="28" w:type="dxa"/>
              <w:left w:w="38" w:type="dxa"/>
              <w:bottom w:w="28" w:type="dxa"/>
              <w:right w:w="38" w:type="dxa"/>
            </w:tcMar>
            <w:vAlign w:val="center"/>
          </w:tcPr>
          <w:p w14:paraId="6CE4D304"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1803EC9" w14:textId="77777777" w:rsidR="00D60D5E" w:rsidRDefault="00D60D5E">
            <w:pPr>
              <w:jc w:val="center"/>
            </w:pPr>
          </w:p>
        </w:tc>
      </w:tr>
      <w:tr w:rsidR="00D60D5E" w14:paraId="0B0AF06C" w14:textId="77777777" w:rsidTr="000617E0">
        <w:trPr>
          <w:cantSplit/>
          <w:jc w:val="center"/>
        </w:trPr>
        <w:tc>
          <w:tcPr>
            <w:tcW w:w="677" w:type="dxa"/>
            <w:tcMar>
              <w:top w:w="28" w:type="dxa"/>
              <w:left w:w="38" w:type="dxa"/>
              <w:bottom w:w="28" w:type="dxa"/>
              <w:right w:w="38" w:type="dxa"/>
            </w:tcMar>
            <w:vAlign w:val="center"/>
          </w:tcPr>
          <w:p w14:paraId="13C0C142" w14:textId="77777777" w:rsidR="00D60D5E" w:rsidRDefault="00891EF0">
            <w:pPr>
              <w:spacing w:after="0" w:line="240" w:lineRule="auto"/>
              <w:jc w:val="center"/>
            </w:pPr>
            <w:r>
              <w:rPr>
                <w:rFonts w:eastAsia="Aptos"/>
                <w:color w:val="6A7075"/>
                <w:sz w:val="17"/>
              </w:rPr>
              <w:t>190-130</w:t>
            </w:r>
          </w:p>
        </w:tc>
        <w:tc>
          <w:tcPr>
            <w:tcW w:w="2648" w:type="dxa"/>
            <w:tcMar>
              <w:top w:w="28" w:type="dxa"/>
              <w:left w:w="38" w:type="dxa"/>
              <w:bottom w:w="28" w:type="dxa"/>
              <w:right w:w="38" w:type="dxa"/>
            </w:tcMar>
            <w:vAlign w:val="center"/>
          </w:tcPr>
          <w:p w14:paraId="64C2BD97" w14:textId="77777777" w:rsidR="00D60D5E" w:rsidRDefault="00891EF0">
            <w:pPr>
              <w:spacing w:after="0" w:line="240" w:lineRule="auto"/>
            </w:pPr>
            <w:r>
              <w:rPr>
                <w:rFonts w:eastAsia="Aptos"/>
                <w:sz w:val="17"/>
              </w:rPr>
              <w:t>Smoked Salmon 4oz Sailor's Ketch LB</w:t>
            </w:r>
          </w:p>
        </w:tc>
        <w:tc>
          <w:tcPr>
            <w:tcW w:w="630" w:type="dxa"/>
            <w:tcMar>
              <w:top w:w="28" w:type="dxa"/>
              <w:left w:w="38" w:type="dxa"/>
              <w:bottom w:w="28" w:type="dxa"/>
              <w:right w:w="38" w:type="dxa"/>
            </w:tcMar>
            <w:vAlign w:val="center"/>
          </w:tcPr>
          <w:p w14:paraId="1DF0480A" w14:textId="77777777" w:rsidR="00D60D5E" w:rsidRDefault="00891EF0">
            <w:pPr>
              <w:spacing w:after="0" w:line="240" w:lineRule="auto"/>
              <w:jc w:val="center"/>
            </w:pPr>
            <w:r>
              <w:rPr>
                <w:rFonts w:eastAsia="Aptos"/>
                <w:b/>
                <w:sz w:val="17"/>
              </w:rPr>
              <w:t>35.29</w:t>
            </w:r>
          </w:p>
        </w:tc>
        <w:tc>
          <w:tcPr>
            <w:tcW w:w="540" w:type="dxa"/>
            <w:tcMar>
              <w:top w:w="28" w:type="dxa"/>
              <w:left w:w="38" w:type="dxa"/>
              <w:bottom w:w="28" w:type="dxa"/>
              <w:right w:w="38" w:type="dxa"/>
            </w:tcMar>
            <w:vAlign w:val="center"/>
          </w:tcPr>
          <w:p w14:paraId="2608569D"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8EF9A9B" w14:textId="77777777" w:rsidR="00D60D5E" w:rsidRDefault="00D60D5E">
            <w:pPr>
              <w:jc w:val="center"/>
            </w:pPr>
          </w:p>
        </w:tc>
      </w:tr>
      <w:tr w:rsidR="00D60D5E" w14:paraId="4121D52A" w14:textId="77777777" w:rsidTr="000617E0">
        <w:trPr>
          <w:cantSplit/>
          <w:jc w:val="center"/>
        </w:trPr>
        <w:tc>
          <w:tcPr>
            <w:tcW w:w="677" w:type="dxa"/>
            <w:tcMar>
              <w:top w:w="28" w:type="dxa"/>
              <w:left w:w="38" w:type="dxa"/>
              <w:bottom w:w="28" w:type="dxa"/>
              <w:right w:w="38" w:type="dxa"/>
            </w:tcMar>
            <w:vAlign w:val="center"/>
          </w:tcPr>
          <w:p w14:paraId="3DB616FB" w14:textId="77777777" w:rsidR="00D60D5E" w:rsidRDefault="00891EF0">
            <w:pPr>
              <w:spacing w:after="0" w:line="240" w:lineRule="auto"/>
              <w:jc w:val="center"/>
            </w:pPr>
            <w:r>
              <w:rPr>
                <w:rFonts w:eastAsia="Aptos"/>
                <w:color w:val="6A7075"/>
                <w:sz w:val="17"/>
              </w:rPr>
              <w:t>190-135</w:t>
            </w:r>
          </w:p>
        </w:tc>
        <w:tc>
          <w:tcPr>
            <w:tcW w:w="2648" w:type="dxa"/>
            <w:tcMar>
              <w:top w:w="28" w:type="dxa"/>
              <w:left w:w="38" w:type="dxa"/>
              <w:bottom w:w="28" w:type="dxa"/>
              <w:right w:w="38" w:type="dxa"/>
            </w:tcMar>
            <w:vAlign w:val="center"/>
          </w:tcPr>
          <w:p w14:paraId="0D9C7A6C" w14:textId="77777777" w:rsidR="00D60D5E" w:rsidRDefault="00891EF0">
            <w:pPr>
              <w:spacing w:after="0" w:line="240" w:lineRule="auto"/>
            </w:pPr>
            <w:r>
              <w:rPr>
                <w:rFonts w:eastAsia="Aptos"/>
                <w:sz w:val="17"/>
              </w:rPr>
              <w:t>Prosciutto Dan Sliced lb. (AFD 186215)</w:t>
            </w:r>
          </w:p>
        </w:tc>
        <w:tc>
          <w:tcPr>
            <w:tcW w:w="630" w:type="dxa"/>
            <w:tcMar>
              <w:top w:w="28" w:type="dxa"/>
              <w:left w:w="38" w:type="dxa"/>
              <w:bottom w:w="28" w:type="dxa"/>
              <w:right w:w="38" w:type="dxa"/>
            </w:tcMar>
            <w:vAlign w:val="center"/>
          </w:tcPr>
          <w:p w14:paraId="47112F8A" w14:textId="77777777" w:rsidR="00D60D5E" w:rsidRDefault="00891EF0">
            <w:pPr>
              <w:spacing w:after="0" w:line="240" w:lineRule="auto"/>
              <w:jc w:val="center"/>
            </w:pPr>
            <w:r>
              <w:rPr>
                <w:rFonts w:eastAsia="Aptos"/>
                <w:b/>
                <w:sz w:val="17"/>
              </w:rPr>
              <w:t>28.59</w:t>
            </w:r>
          </w:p>
        </w:tc>
        <w:tc>
          <w:tcPr>
            <w:tcW w:w="540" w:type="dxa"/>
            <w:tcMar>
              <w:top w:w="28" w:type="dxa"/>
              <w:left w:w="38" w:type="dxa"/>
              <w:bottom w:w="28" w:type="dxa"/>
              <w:right w:w="38" w:type="dxa"/>
            </w:tcMar>
            <w:vAlign w:val="center"/>
          </w:tcPr>
          <w:p w14:paraId="7959A4B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F10C350" w14:textId="77777777" w:rsidR="00D60D5E" w:rsidRDefault="00D60D5E">
            <w:pPr>
              <w:jc w:val="center"/>
            </w:pPr>
          </w:p>
        </w:tc>
      </w:tr>
      <w:tr w:rsidR="00D60D5E" w14:paraId="094B47A6" w14:textId="77777777" w:rsidTr="000617E0">
        <w:trPr>
          <w:cantSplit/>
          <w:jc w:val="center"/>
        </w:trPr>
        <w:tc>
          <w:tcPr>
            <w:tcW w:w="677" w:type="dxa"/>
            <w:tcMar>
              <w:top w:w="28" w:type="dxa"/>
              <w:left w:w="38" w:type="dxa"/>
              <w:bottom w:w="28" w:type="dxa"/>
              <w:right w:w="38" w:type="dxa"/>
            </w:tcMar>
            <w:vAlign w:val="center"/>
          </w:tcPr>
          <w:p w14:paraId="49FB84E6" w14:textId="77777777" w:rsidR="00D60D5E" w:rsidRDefault="00891EF0">
            <w:pPr>
              <w:spacing w:after="0" w:line="240" w:lineRule="auto"/>
              <w:jc w:val="center"/>
            </w:pPr>
            <w:r>
              <w:rPr>
                <w:rFonts w:eastAsia="Aptos"/>
                <w:color w:val="6A7075"/>
                <w:sz w:val="17"/>
              </w:rPr>
              <w:t>190-140</w:t>
            </w:r>
          </w:p>
        </w:tc>
        <w:tc>
          <w:tcPr>
            <w:tcW w:w="2648" w:type="dxa"/>
            <w:tcMar>
              <w:top w:w="28" w:type="dxa"/>
              <w:left w:w="38" w:type="dxa"/>
              <w:bottom w:w="28" w:type="dxa"/>
              <w:right w:w="38" w:type="dxa"/>
            </w:tcMar>
            <w:vAlign w:val="center"/>
          </w:tcPr>
          <w:p w14:paraId="512640D3" w14:textId="77777777" w:rsidR="00D60D5E" w:rsidRDefault="00891EF0">
            <w:pPr>
              <w:spacing w:after="0" w:line="240" w:lineRule="auto"/>
            </w:pPr>
            <w:r>
              <w:rPr>
                <w:rFonts w:eastAsia="Aptos"/>
                <w:sz w:val="17"/>
              </w:rPr>
              <w:t>Pepperoni Whole/sliced lb</w:t>
            </w:r>
          </w:p>
        </w:tc>
        <w:tc>
          <w:tcPr>
            <w:tcW w:w="630" w:type="dxa"/>
            <w:tcMar>
              <w:top w:w="28" w:type="dxa"/>
              <w:left w:w="38" w:type="dxa"/>
              <w:bottom w:w="28" w:type="dxa"/>
              <w:right w:w="38" w:type="dxa"/>
            </w:tcMar>
            <w:vAlign w:val="center"/>
          </w:tcPr>
          <w:p w14:paraId="4391AD41" w14:textId="77777777" w:rsidR="00D60D5E" w:rsidRDefault="00891EF0">
            <w:pPr>
              <w:spacing w:after="0" w:line="240" w:lineRule="auto"/>
              <w:jc w:val="center"/>
            </w:pPr>
            <w:r>
              <w:rPr>
                <w:rFonts w:eastAsia="Aptos"/>
                <w:b/>
                <w:sz w:val="17"/>
              </w:rPr>
              <w:t>10.55</w:t>
            </w:r>
          </w:p>
        </w:tc>
        <w:tc>
          <w:tcPr>
            <w:tcW w:w="540" w:type="dxa"/>
            <w:tcMar>
              <w:top w:w="28" w:type="dxa"/>
              <w:left w:w="38" w:type="dxa"/>
              <w:bottom w:w="28" w:type="dxa"/>
              <w:right w:w="38" w:type="dxa"/>
            </w:tcMar>
            <w:vAlign w:val="center"/>
          </w:tcPr>
          <w:p w14:paraId="46B05ED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7336233" w14:textId="77777777" w:rsidR="00D60D5E" w:rsidRDefault="00D60D5E">
            <w:pPr>
              <w:jc w:val="center"/>
            </w:pPr>
          </w:p>
        </w:tc>
      </w:tr>
      <w:tr w:rsidR="00D60D5E" w14:paraId="19BCF0B4" w14:textId="77777777" w:rsidTr="000617E0">
        <w:trPr>
          <w:cantSplit/>
          <w:jc w:val="center"/>
        </w:trPr>
        <w:tc>
          <w:tcPr>
            <w:tcW w:w="677" w:type="dxa"/>
            <w:tcMar>
              <w:top w:w="28" w:type="dxa"/>
              <w:left w:w="38" w:type="dxa"/>
              <w:bottom w:w="28" w:type="dxa"/>
              <w:right w:w="38" w:type="dxa"/>
            </w:tcMar>
            <w:vAlign w:val="center"/>
          </w:tcPr>
          <w:p w14:paraId="28086E5E" w14:textId="77777777" w:rsidR="00D60D5E" w:rsidRDefault="00891EF0">
            <w:pPr>
              <w:spacing w:after="0" w:line="240" w:lineRule="auto"/>
              <w:jc w:val="center"/>
            </w:pPr>
            <w:r>
              <w:rPr>
                <w:rFonts w:eastAsia="Aptos"/>
                <w:color w:val="6A7075"/>
                <w:sz w:val="17"/>
              </w:rPr>
              <w:t>190-145</w:t>
            </w:r>
          </w:p>
        </w:tc>
        <w:tc>
          <w:tcPr>
            <w:tcW w:w="2648" w:type="dxa"/>
            <w:tcMar>
              <w:top w:w="28" w:type="dxa"/>
              <w:left w:w="38" w:type="dxa"/>
              <w:bottom w:w="28" w:type="dxa"/>
              <w:right w:w="38" w:type="dxa"/>
            </w:tcMar>
            <w:vAlign w:val="center"/>
          </w:tcPr>
          <w:p w14:paraId="667ED56D" w14:textId="77777777" w:rsidR="00D60D5E" w:rsidRDefault="00891EF0">
            <w:pPr>
              <w:spacing w:after="0" w:line="240" w:lineRule="auto"/>
            </w:pPr>
            <w:r>
              <w:rPr>
                <w:rFonts w:eastAsia="Aptos"/>
                <w:sz w:val="17"/>
              </w:rPr>
              <w:t>Salami Genoa Chunk/sliced lb</w:t>
            </w:r>
          </w:p>
        </w:tc>
        <w:tc>
          <w:tcPr>
            <w:tcW w:w="630" w:type="dxa"/>
            <w:tcMar>
              <w:top w:w="28" w:type="dxa"/>
              <w:left w:w="38" w:type="dxa"/>
              <w:bottom w:w="28" w:type="dxa"/>
              <w:right w:w="38" w:type="dxa"/>
            </w:tcMar>
            <w:vAlign w:val="center"/>
          </w:tcPr>
          <w:p w14:paraId="2ACEA92A" w14:textId="77777777" w:rsidR="00D60D5E" w:rsidRDefault="00891EF0">
            <w:pPr>
              <w:spacing w:after="0" w:line="240" w:lineRule="auto"/>
              <w:jc w:val="center"/>
            </w:pPr>
            <w:r>
              <w:rPr>
                <w:rFonts w:eastAsia="Aptos"/>
                <w:b/>
                <w:sz w:val="17"/>
              </w:rPr>
              <w:t>8.80</w:t>
            </w:r>
          </w:p>
        </w:tc>
        <w:tc>
          <w:tcPr>
            <w:tcW w:w="540" w:type="dxa"/>
            <w:tcMar>
              <w:top w:w="28" w:type="dxa"/>
              <w:left w:w="38" w:type="dxa"/>
              <w:bottom w:w="28" w:type="dxa"/>
              <w:right w:w="38" w:type="dxa"/>
            </w:tcMar>
            <w:vAlign w:val="center"/>
          </w:tcPr>
          <w:p w14:paraId="553C7FA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CFB24BC" w14:textId="77777777" w:rsidR="00D60D5E" w:rsidRDefault="00D60D5E">
            <w:pPr>
              <w:jc w:val="center"/>
            </w:pPr>
          </w:p>
        </w:tc>
      </w:tr>
      <w:tr w:rsidR="00D60D5E" w14:paraId="0C1B6E78" w14:textId="77777777" w:rsidTr="000617E0">
        <w:trPr>
          <w:cantSplit/>
          <w:jc w:val="center"/>
        </w:trPr>
        <w:tc>
          <w:tcPr>
            <w:tcW w:w="677" w:type="dxa"/>
            <w:tcMar>
              <w:top w:w="28" w:type="dxa"/>
              <w:left w:w="38" w:type="dxa"/>
              <w:bottom w:w="28" w:type="dxa"/>
              <w:right w:w="38" w:type="dxa"/>
            </w:tcMar>
            <w:vAlign w:val="center"/>
          </w:tcPr>
          <w:p w14:paraId="006AE9E8" w14:textId="77777777" w:rsidR="00D60D5E" w:rsidRDefault="00891EF0">
            <w:pPr>
              <w:spacing w:after="0" w:line="240" w:lineRule="auto"/>
              <w:jc w:val="center"/>
            </w:pPr>
            <w:r>
              <w:rPr>
                <w:rFonts w:eastAsia="Aptos"/>
                <w:color w:val="6A7075"/>
                <w:sz w:val="17"/>
              </w:rPr>
              <w:t>190-150</w:t>
            </w:r>
          </w:p>
        </w:tc>
        <w:tc>
          <w:tcPr>
            <w:tcW w:w="2648" w:type="dxa"/>
            <w:tcMar>
              <w:top w:w="28" w:type="dxa"/>
              <w:left w:w="38" w:type="dxa"/>
              <w:bottom w:w="28" w:type="dxa"/>
              <w:right w:w="38" w:type="dxa"/>
            </w:tcMar>
            <w:vAlign w:val="center"/>
          </w:tcPr>
          <w:p w14:paraId="209C2BD2" w14:textId="77777777" w:rsidR="00D60D5E" w:rsidRDefault="00891EF0">
            <w:pPr>
              <w:spacing w:after="0" w:line="240" w:lineRule="auto"/>
            </w:pPr>
            <w:r>
              <w:rPr>
                <w:rFonts w:eastAsia="Aptos"/>
                <w:sz w:val="17"/>
              </w:rPr>
              <w:t>Salami Hard Chunk/sliced lb (Crendo)</w:t>
            </w:r>
          </w:p>
        </w:tc>
        <w:tc>
          <w:tcPr>
            <w:tcW w:w="630" w:type="dxa"/>
            <w:tcMar>
              <w:top w:w="28" w:type="dxa"/>
              <w:left w:w="38" w:type="dxa"/>
              <w:bottom w:w="28" w:type="dxa"/>
              <w:right w:w="38" w:type="dxa"/>
            </w:tcMar>
            <w:vAlign w:val="center"/>
          </w:tcPr>
          <w:p w14:paraId="2249D628" w14:textId="77777777" w:rsidR="00D60D5E" w:rsidRDefault="00891EF0">
            <w:pPr>
              <w:spacing w:after="0" w:line="240" w:lineRule="auto"/>
              <w:jc w:val="center"/>
            </w:pPr>
            <w:r>
              <w:rPr>
                <w:rFonts w:eastAsia="Aptos"/>
                <w:b/>
                <w:sz w:val="17"/>
              </w:rPr>
              <w:t>8.69</w:t>
            </w:r>
          </w:p>
        </w:tc>
        <w:tc>
          <w:tcPr>
            <w:tcW w:w="540" w:type="dxa"/>
            <w:tcMar>
              <w:top w:w="28" w:type="dxa"/>
              <w:left w:w="38" w:type="dxa"/>
              <w:bottom w:w="28" w:type="dxa"/>
              <w:right w:w="38" w:type="dxa"/>
            </w:tcMar>
            <w:vAlign w:val="center"/>
          </w:tcPr>
          <w:p w14:paraId="05A98AB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43B904B" w14:textId="77777777" w:rsidR="00D60D5E" w:rsidRDefault="00D60D5E">
            <w:pPr>
              <w:jc w:val="center"/>
            </w:pPr>
          </w:p>
        </w:tc>
      </w:tr>
      <w:tr w:rsidR="00D60D5E" w14:paraId="6BF8C727" w14:textId="77777777" w:rsidTr="000617E0">
        <w:trPr>
          <w:cantSplit/>
          <w:jc w:val="center"/>
        </w:trPr>
        <w:tc>
          <w:tcPr>
            <w:tcW w:w="677" w:type="dxa"/>
            <w:tcMar>
              <w:top w:w="28" w:type="dxa"/>
              <w:left w:w="38" w:type="dxa"/>
              <w:bottom w:w="28" w:type="dxa"/>
              <w:right w:w="38" w:type="dxa"/>
            </w:tcMar>
            <w:vAlign w:val="center"/>
          </w:tcPr>
          <w:p w14:paraId="1369ABE4" w14:textId="77777777" w:rsidR="00D60D5E" w:rsidRDefault="00891EF0">
            <w:pPr>
              <w:spacing w:after="0" w:line="240" w:lineRule="auto"/>
              <w:jc w:val="center"/>
            </w:pPr>
            <w:r>
              <w:rPr>
                <w:rFonts w:eastAsia="Aptos"/>
                <w:color w:val="6A7075"/>
                <w:sz w:val="17"/>
              </w:rPr>
              <w:t>190-155</w:t>
            </w:r>
          </w:p>
        </w:tc>
        <w:tc>
          <w:tcPr>
            <w:tcW w:w="2648" w:type="dxa"/>
            <w:tcMar>
              <w:top w:w="28" w:type="dxa"/>
              <w:left w:w="38" w:type="dxa"/>
              <w:bottom w:w="28" w:type="dxa"/>
              <w:right w:w="38" w:type="dxa"/>
            </w:tcMar>
            <w:vAlign w:val="center"/>
          </w:tcPr>
          <w:p w14:paraId="57F40971" w14:textId="77777777" w:rsidR="00D60D5E" w:rsidRDefault="00891EF0">
            <w:pPr>
              <w:spacing w:after="0" w:line="240" w:lineRule="auto"/>
            </w:pPr>
            <w:r>
              <w:rPr>
                <w:rFonts w:eastAsia="Aptos"/>
                <w:sz w:val="17"/>
              </w:rPr>
              <w:t>Turkey Honey Roasted Chunk/sliced lb</w:t>
            </w:r>
          </w:p>
        </w:tc>
        <w:tc>
          <w:tcPr>
            <w:tcW w:w="630" w:type="dxa"/>
            <w:tcMar>
              <w:top w:w="28" w:type="dxa"/>
              <w:left w:w="38" w:type="dxa"/>
              <w:bottom w:w="28" w:type="dxa"/>
              <w:right w:w="38" w:type="dxa"/>
            </w:tcMar>
            <w:vAlign w:val="center"/>
          </w:tcPr>
          <w:p w14:paraId="481B160F" w14:textId="77777777" w:rsidR="00D60D5E" w:rsidRDefault="00891EF0">
            <w:pPr>
              <w:spacing w:after="0" w:line="240" w:lineRule="auto"/>
              <w:jc w:val="center"/>
            </w:pPr>
            <w:r>
              <w:rPr>
                <w:rFonts w:eastAsia="Aptos"/>
                <w:b/>
                <w:sz w:val="17"/>
              </w:rPr>
              <w:t>11.15</w:t>
            </w:r>
          </w:p>
        </w:tc>
        <w:tc>
          <w:tcPr>
            <w:tcW w:w="540" w:type="dxa"/>
            <w:tcMar>
              <w:top w:w="28" w:type="dxa"/>
              <w:left w:w="38" w:type="dxa"/>
              <w:bottom w:w="28" w:type="dxa"/>
              <w:right w:w="38" w:type="dxa"/>
            </w:tcMar>
            <w:vAlign w:val="center"/>
          </w:tcPr>
          <w:p w14:paraId="522A076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16ADEF9" w14:textId="77777777" w:rsidR="00D60D5E" w:rsidRDefault="00D60D5E">
            <w:pPr>
              <w:jc w:val="center"/>
            </w:pPr>
          </w:p>
        </w:tc>
      </w:tr>
      <w:tr w:rsidR="00D60D5E" w14:paraId="7FF59852" w14:textId="77777777" w:rsidTr="000617E0">
        <w:trPr>
          <w:cantSplit/>
          <w:jc w:val="center"/>
        </w:trPr>
        <w:tc>
          <w:tcPr>
            <w:tcW w:w="677" w:type="dxa"/>
            <w:tcMar>
              <w:top w:w="28" w:type="dxa"/>
              <w:left w:w="38" w:type="dxa"/>
              <w:bottom w:w="28" w:type="dxa"/>
              <w:right w:w="38" w:type="dxa"/>
            </w:tcMar>
            <w:vAlign w:val="center"/>
          </w:tcPr>
          <w:p w14:paraId="41FD150F" w14:textId="77777777" w:rsidR="00D60D5E" w:rsidRDefault="00891EF0">
            <w:pPr>
              <w:spacing w:after="0" w:line="240" w:lineRule="auto"/>
              <w:jc w:val="center"/>
            </w:pPr>
            <w:r>
              <w:rPr>
                <w:rFonts w:eastAsia="Aptos"/>
                <w:color w:val="6A7075"/>
                <w:sz w:val="17"/>
              </w:rPr>
              <w:t>190-160</w:t>
            </w:r>
          </w:p>
        </w:tc>
        <w:tc>
          <w:tcPr>
            <w:tcW w:w="2648" w:type="dxa"/>
            <w:tcMar>
              <w:top w:w="28" w:type="dxa"/>
              <w:left w:w="38" w:type="dxa"/>
              <w:bottom w:w="28" w:type="dxa"/>
              <w:right w:w="38" w:type="dxa"/>
            </w:tcMar>
            <w:vAlign w:val="center"/>
          </w:tcPr>
          <w:p w14:paraId="251DBDE3" w14:textId="77777777" w:rsidR="00D60D5E" w:rsidRDefault="00891EF0">
            <w:pPr>
              <w:spacing w:after="0" w:line="240" w:lineRule="auto"/>
            </w:pPr>
            <w:r>
              <w:rPr>
                <w:rFonts w:eastAsia="Aptos"/>
                <w:sz w:val="17"/>
              </w:rPr>
              <w:t>Turkey Oven Roasted Chunk/sliced lb.</w:t>
            </w:r>
          </w:p>
        </w:tc>
        <w:tc>
          <w:tcPr>
            <w:tcW w:w="630" w:type="dxa"/>
            <w:tcMar>
              <w:top w:w="28" w:type="dxa"/>
              <w:left w:w="38" w:type="dxa"/>
              <w:bottom w:w="28" w:type="dxa"/>
              <w:right w:w="38" w:type="dxa"/>
            </w:tcMar>
            <w:vAlign w:val="center"/>
          </w:tcPr>
          <w:p w14:paraId="010A745A" w14:textId="77777777" w:rsidR="00D60D5E" w:rsidRDefault="00891EF0">
            <w:pPr>
              <w:spacing w:after="0" w:line="240" w:lineRule="auto"/>
              <w:jc w:val="center"/>
            </w:pPr>
            <w:r>
              <w:rPr>
                <w:rFonts w:eastAsia="Aptos"/>
                <w:b/>
                <w:sz w:val="17"/>
              </w:rPr>
              <w:t>11.39</w:t>
            </w:r>
          </w:p>
        </w:tc>
        <w:tc>
          <w:tcPr>
            <w:tcW w:w="540" w:type="dxa"/>
            <w:tcMar>
              <w:top w:w="28" w:type="dxa"/>
              <w:left w:w="38" w:type="dxa"/>
              <w:bottom w:w="28" w:type="dxa"/>
              <w:right w:w="38" w:type="dxa"/>
            </w:tcMar>
            <w:vAlign w:val="center"/>
          </w:tcPr>
          <w:p w14:paraId="091E4DB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A98B8C7" w14:textId="77777777" w:rsidR="00D60D5E" w:rsidRDefault="00D60D5E">
            <w:pPr>
              <w:jc w:val="center"/>
            </w:pPr>
          </w:p>
        </w:tc>
      </w:tr>
      <w:tr w:rsidR="00D60D5E" w14:paraId="279FA963" w14:textId="77777777" w:rsidTr="000617E0">
        <w:trPr>
          <w:cantSplit/>
          <w:jc w:val="center"/>
        </w:trPr>
        <w:tc>
          <w:tcPr>
            <w:tcW w:w="677" w:type="dxa"/>
            <w:tcMar>
              <w:top w:w="28" w:type="dxa"/>
              <w:left w:w="38" w:type="dxa"/>
              <w:bottom w:w="28" w:type="dxa"/>
              <w:right w:w="38" w:type="dxa"/>
            </w:tcMar>
            <w:vAlign w:val="center"/>
          </w:tcPr>
          <w:p w14:paraId="0BE18B36" w14:textId="77777777" w:rsidR="00D60D5E" w:rsidRDefault="00891EF0">
            <w:pPr>
              <w:spacing w:after="0" w:line="240" w:lineRule="auto"/>
              <w:jc w:val="center"/>
            </w:pPr>
            <w:r>
              <w:rPr>
                <w:rFonts w:eastAsia="Aptos"/>
                <w:color w:val="6A7075"/>
                <w:sz w:val="17"/>
              </w:rPr>
              <w:t>190-165</w:t>
            </w:r>
          </w:p>
        </w:tc>
        <w:tc>
          <w:tcPr>
            <w:tcW w:w="2648" w:type="dxa"/>
            <w:tcMar>
              <w:top w:w="28" w:type="dxa"/>
              <w:left w:w="38" w:type="dxa"/>
              <w:bottom w:w="28" w:type="dxa"/>
              <w:right w:w="38" w:type="dxa"/>
            </w:tcMar>
            <w:vAlign w:val="center"/>
          </w:tcPr>
          <w:p w14:paraId="66A64F30" w14:textId="77777777" w:rsidR="00D60D5E" w:rsidRDefault="00891EF0">
            <w:pPr>
              <w:spacing w:after="0" w:line="240" w:lineRule="auto"/>
            </w:pPr>
            <w:r>
              <w:rPr>
                <w:rFonts w:eastAsia="Aptos"/>
                <w:sz w:val="17"/>
              </w:rPr>
              <w:t>Turkey Smoked Chunk/sliced (Butterball)</w:t>
            </w:r>
          </w:p>
        </w:tc>
        <w:tc>
          <w:tcPr>
            <w:tcW w:w="630" w:type="dxa"/>
            <w:tcMar>
              <w:top w:w="28" w:type="dxa"/>
              <w:left w:w="38" w:type="dxa"/>
              <w:bottom w:w="28" w:type="dxa"/>
              <w:right w:w="38" w:type="dxa"/>
            </w:tcMar>
            <w:vAlign w:val="center"/>
          </w:tcPr>
          <w:p w14:paraId="1538C399" w14:textId="77777777" w:rsidR="00D60D5E" w:rsidRDefault="00891EF0">
            <w:pPr>
              <w:spacing w:after="0" w:line="240" w:lineRule="auto"/>
              <w:jc w:val="center"/>
            </w:pPr>
            <w:r>
              <w:rPr>
                <w:rFonts w:eastAsia="Aptos"/>
                <w:b/>
                <w:sz w:val="17"/>
              </w:rPr>
              <w:t>10.59</w:t>
            </w:r>
          </w:p>
        </w:tc>
        <w:tc>
          <w:tcPr>
            <w:tcW w:w="540" w:type="dxa"/>
            <w:tcMar>
              <w:top w:w="28" w:type="dxa"/>
              <w:left w:w="38" w:type="dxa"/>
              <w:bottom w:w="28" w:type="dxa"/>
              <w:right w:w="38" w:type="dxa"/>
            </w:tcMar>
            <w:vAlign w:val="center"/>
          </w:tcPr>
          <w:p w14:paraId="3DB4924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35CBBDB" w14:textId="77777777" w:rsidR="00D60D5E" w:rsidRDefault="00D60D5E">
            <w:pPr>
              <w:jc w:val="center"/>
            </w:pPr>
          </w:p>
        </w:tc>
      </w:tr>
      <w:tr w:rsidR="00D60D5E" w14:paraId="5F101B3F" w14:textId="77777777" w:rsidTr="000617E0">
        <w:trPr>
          <w:cantSplit/>
          <w:jc w:val="center"/>
        </w:trPr>
        <w:tc>
          <w:tcPr>
            <w:tcW w:w="677" w:type="dxa"/>
            <w:tcMar>
              <w:top w:w="28" w:type="dxa"/>
              <w:left w:w="38" w:type="dxa"/>
              <w:bottom w:w="28" w:type="dxa"/>
              <w:right w:w="38" w:type="dxa"/>
            </w:tcMar>
            <w:vAlign w:val="center"/>
          </w:tcPr>
          <w:p w14:paraId="3331F2DD" w14:textId="77777777" w:rsidR="00D60D5E" w:rsidRDefault="00891EF0">
            <w:pPr>
              <w:spacing w:after="0" w:line="240" w:lineRule="auto"/>
              <w:jc w:val="center"/>
            </w:pPr>
            <w:r>
              <w:rPr>
                <w:rFonts w:eastAsia="Aptos"/>
                <w:color w:val="6A7075"/>
                <w:sz w:val="17"/>
              </w:rPr>
              <w:t>190-170</w:t>
            </w:r>
          </w:p>
        </w:tc>
        <w:tc>
          <w:tcPr>
            <w:tcW w:w="2648" w:type="dxa"/>
            <w:tcMar>
              <w:top w:w="28" w:type="dxa"/>
              <w:left w:w="38" w:type="dxa"/>
              <w:bottom w:w="28" w:type="dxa"/>
              <w:right w:w="38" w:type="dxa"/>
            </w:tcMar>
            <w:vAlign w:val="center"/>
          </w:tcPr>
          <w:p w14:paraId="1E3ECF18" w14:textId="77777777" w:rsidR="00D60D5E" w:rsidRDefault="00891EF0">
            <w:pPr>
              <w:spacing w:after="0" w:line="240" w:lineRule="auto"/>
            </w:pPr>
            <w:r>
              <w:rPr>
                <w:rFonts w:eastAsia="Aptos"/>
                <w:sz w:val="17"/>
              </w:rPr>
              <w:t>Turkey Pastrami Chunk / Sliced (HSUKL)</w:t>
            </w:r>
          </w:p>
        </w:tc>
        <w:tc>
          <w:tcPr>
            <w:tcW w:w="630" w:type="dxa"/>
            <w:tcMar>
              <w:top w:w="28" w:type="dxa"/>
              <w:left w:w="38" w:type="dxa"/>
              <w:bottom w:w="28" w:type="dxa"/>
              <w:right w:w="38" w:type="dxa"/>
            </w:tcMar>
            <w:vAlign w:val="center"/>
          </w:tcPr>
          <w:p w14:paraId="6A9B9825" w14:textId="77777777" w:rsidR="00D60D5E" w:rsidRDefault="00891EF0">
            <w:pPr>
              <w:spacing w:after="0" w:line="240" w:lineRule="auto"/>
              <w:jc w:val="center"/>
            </w:pPr>
            <w:r>
              <w:rPr>
                <w:rFonts w:eastAsia="Aptos"/>
                <w:b/>
                <w:sz w:val="17"/>
              </w:rPr>
              <w:t>8.75</w:t>
            </w:r>
          </w:p>
        </w:tc>
        <w:tc>
          <w:tcPr>
            <w:tcW w:w="540" w:type="dxa"/>
            <w:tcMar>
              <w:top w:w="28" w:type="dxa"/>
              <w:left w:w="38" w:type="dxa"/>
              <w:bottom w:w="28" w:type="dxa"/>
              <w:right w:w="38" w:type="dxa"/>
            </w:tcMar>
            <w:vAlign w:val="center"/>
          </w:tcPr>
          <w:p w14:paraId="6E28A7C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8B912B9" w14:textId="77777777" w:rsidR="00D60D5E" w:rsidRDefault="00D60D5E">
            <w:pPr>
              <w:jc w:val="center"/>
            </w:pPr>
          </w:p>
        </w:tc>
      </w:tr>
      <w:tr w:rsidR="00D60D5E" w14:paraId="294C7A95" w14:textId="77777777" w:rsidTr="000617E0">
        <w:trPr>
          <w:cantSplit/>
          <w:jc w:val="center"/>
        </w:trPr>
        <w:tc>
          <w:tcPr>
            <w:tcW w:w="677" w:type="dxa"/>
            <w:tcMar>
              <w:top w:w="28" w:type="dxa"/>
              <w:left w:w="38" w:type="dxa"/>
              <w:bottom w:w="28" w:type="dxa"/>
              <w:right w:w="38" w:type="dxa"/>
            </w:tcMar>
            <w:vAlign w:val="center"/>
          </w:tcPr>
          <w:p w14:paraId="07F22A24" w14:textId="77777777" w:rsidR="00D60D5E" w:rsidRDefault="00891EF0">
            <w:pPr>
              <w:spacing w:after="0" w:line="240" w:lineRule="auto"/>
              <w:jc w:val="center"/>
            </w:pPr>
            <w:r>
              <w:rPr>
                <w:rFonts w:eastAsia="Aptos"/>
                <w:color w:val="6A7075"/>
                <w:sz w:val="17"/>
              </w:rPr>
              <w:t>190-175</w:t>
            </w:r>
          </w:p>
        </w:tc>
        <w:tc>
          <w:tcPr>
            <w:tcW w:w="2648" w:type="dxa"/>
            <w:tcMar>
              <w:top w:w="28" w:type="dxa"/>
              <w:left w:w="38" w:type="dxa"/>
              <w:bottom w:w="28" w:type="dxa"/>
              <w:right w:w="38" w:type="dxa"/>
            </w:tcMar>
            <w:vAlign w:val="center"/>
          </w:tcPr>
          <w:p w14:paraId="704749EB" w14:textId="77777777" w:rsidR="00D60D5E" w:rsidRDefault="00891EF0">
            <w:pPr>
              <w:spacing w:after="0" w:line="240" w:lineRule="auto"/>
            </w:pPr>
            <w:r>
              <w:rPr>
                <w:rFonts w:eastAsia="Aptos"/>
                <w:sz w:val="17"/>
              </w:rPr>
              <w:t>Deli Turkey Breast Sliced</w:t>
            </w:r>
          </w:p>
        </w:tc>
        <w:tc>
          <w:tcPr>
            <w:tcW w:w="630" w:type="dxa"/>
            <w:tcMar>
              <w:top w:w="28" w:type="dxa"/>
              <w:left w:w="38" w:type="dxa"/>
              <w:bottom w:w="28" w:type="dxa"/>
              <w:right w:w="38" w:type="dxa"/>
            </w:tcMar>
            <w:vAlign w:val="center"/>
          </w:tcPr>
          <w:p w14:paraId="79EBA7F7" w14:textId="77777777" w:rsidR="00D60D5E" w:rsidRDefault="00891EF0">
            <w:pPr>
              <w:spacing w:after="0" w:line="240" w:lineRule="auto"/>
              <w:jc w:val="center"/>
            </w:pPr>
            <w:r>
              <w:rPr>
                <w:rFonts w:eastAsia="Aptos"/>
                <w:b/>
                <w:sz w:val="17"/>
              </w:rPr>
              <w:t>11.15</w:t>
            </w:r>
          </w:p>
        </w:tc>
        <w:tc>
          <w:tcPr>
            <w:tcW w:w="540" w:type="dxa"/>
            <w:tcMar>
              <w:top w:w="28" w:type="dxa"/>
              <w:left w:w="38" w:type="dxa"/>
              <w:bottom w:w="28" w:type="dxa"/>
              <w:right w:w="38" w:type="dxa"/>
            </w:tcMar>
            <w:vAlign w:val="center"/>
          </w:tcPr>
          <w:p w14:paraId="6097A8A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52D636F" w14:textId="77777777" w:rsidR="00D60D5E" w:rsidRDefault="00D60D5E">
            <w:pPr>
              <w:jc w:val="center"/>
            </w:pPr>
          </w:p>
        </w:tc>
      </w:tr>
      <w:tr w:rsidR="00D60D5E" w14:paraId="37B4B6A4" w14:textId="77777777" w:rsidTr="000617E0">
        <w:trPr>
          <w:cantSplit/>
          <w:jc w:val="center"/>
        </w:trPr>
        <w:tc>
          <w:tcPr>
            <w:tcW w:w="677" w:type="dxa"/>
            <w:shd w:val="clear" w:color="auto" w:fill="D9EAF7"/>
            <w:tcMar>
              <w:top w:w="28" w:type="dxa"/>
              <w:left w:w="38" w:type="dxa"/>
              <w:bottom w:w="28" w:type="dxa"/>
              <w:right w:w="38" w:type="dxa"/>
            </w:tcMar>
            <w:vAlign w:val="center"/>
          </w:tcPr>
          <w:p w14:paraId="76077720" w14:textId="77777777" w:rsidR="00D60D5E" w:rsidRDefault="00891EF0">
            <w:pPr>
              <w:spacing w:after="0" w:line="240" w:lineRule="auto"/>
              <w:jc w:val="center"/>
            </w:pPr>
            <w:r>
              <w:rPr>
                <w:rFonts w:eastAsia="Aptos"/>
                <w:b/>
                <w:color w:val="2F4F8F"/>
                <w:sz w:val="18"/>
              </w:rPr>
              <w:t>195-</w:t>
            </w:r>
          </w:p>
        </w:tc>
        <w:tc>
          <w:tcPr>
            <w:tcW w:w="2648" w:type="dxa"/>
            <w:shd w:val="clear" w:color="auto" w:fill="D9EAF7"/>
            <w:tcMar>
              <w:top w:w="28" w:type="dxa"/>
              <w:left w:w="38" w:type="dxa"/>
              <w:bottom w:w="28" w:type="dxa"/>
              <w:right w:w="38" w:type="dxa"/>
            </w:tcMar>
            <w:vAlign w:val="center"/>
          </w:tcPr>
          <w:p w14:paraId="1771EE07" w14:textId="77777777" w:rsidR="00D60D5E" w:rsidRDefault="00891EF0">
            <w:pPr>
              <w:spacing w:after="0" w:line="240" w:lineRule="auto"/>
            </w:pPr>
            <w:r>
              <w:rPr>
                <w:rFonts w:eastAsia="Aptos"/>
                <w:b/>
                <w:color w:val="2F4F8F"/>
                <w:sz w:val="18"/>
              </w:rPr>
              <w:t>SEAFOOD - CANNED</w:t>
            </w:r>
          </w:p>
        </w:tc>
        <w:tc>
          <w:tcPr>
            <w:tcW w:w="630" w:type="dxa"/>
            <w:shd w:val="clear" w:color="auto" w:fill="D9EAF7"/>
            <w:tcMar>
              <w:top w:w="28" w:type="dxa"/>
              <w:left w:w="38" w:type="dxa"/>
              <w:bottom w:w="28" w:type="dxa"/>
              <w:right w:w="38" w:type="dxa"/>
            </w:tcMar>
            <w:vAlign w:val="center"/>
          </w:tcPr>
          <w:p w14:paraId="08C54F7F"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4878385"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2DCD4AA0" w14:textId="77777777" w:rsidR="00D60D5E" w:rsidRDefault="00D60D5E">
            <w:pPr>
              <w:jc w:val="center"/>
            </w:pPr>
          </w:p>
        </w:tc>
      </w:tr>
      <w:tr w:rsidR="00D60D5E" w14:paraId="0FA5A8A7" w14:textId="77777777" w:rsidTr="000617E0">
        <w:trPr>
          <w:cantSplit/>
          <w:jc w:val="center"/>
        </w:trPr>
        <w:tc>
          <w:tcPr>
            <w:tcW w:w="677" w:type="dxa"/>
            <w:tcMar>
              <w:top w:w="28" w:type="dxa"/>
              <w:left w:w="38" w:type="dxa"/>
              <w:bottom w:w="28" w:type="dxa"/>
              <w:right w:w="38" w:type="dxa"/>
            </w:tcMar>
            <w:vAlign w:val="center"/>
          </w:tcPr>
          <w:p w14:paraId="2ACF753D" w14:textId="77777777" w:rsidR="00D60D5E" w:rsidRDefault="00891EF0">
            <w:pPr>
              <w:spacing w:after="0" w:line="240" w:lineRule="auto"/>
              <w:jc w:val="center"/>
            </w:pPr>
            <w:r>
              <w:rPr>
                <w:rFonts w:eastAsia="Aptos"/>
                <w:color w:val="6A7075"/>
                <w:sz w:val="17"/>
              </w:rPr>
              <w:t>195-105</w:t>
            </w:r>
          </w:p>
        </w:tc>
        <w:tc>
          <w:tcPr>
            <w:tcW w:w="2648" w:type="dxa"/>
            <w:tcMar>
              <w:top w:w="28" w:type="dxa"/>
              <w:left w:w="38" w:type="dxa"/>
              <w:bottom w:w="28" w:type="dxa"/>
              <w:right w:w="38" w:type="dxa"/>
            </w:tcMar>
            <w:vAlign w:val="center"/>
          </w:tcPr>
          <w:p w14:paraId="73D17FD2" w14:textId="77777777" w:rsidR="00D60D5E" w:rsidRDefault="00891EF0">
            <w:pPr>
              <w:spacing w:after="0" w:line="240" w:lineRule="auto"/>
            </w:pPr>
            <w:r>
              <w:rPr>
                <w:rFonts w:eastAsia="Aptos"/>
                <w:sz w:val="17"/>
              </w:rPr>
              <w:t>Anchovy Fillet Flat 2oz</w:t>
            </w:r>
          </w:p>
        </w:tc>
        <w:tc>
          <w:tcPr>
            <w:tcW w:w="630" w:type="dxa"/>
            <w:tcMar>
              <w:top w:w="28" w:type="dxa"/>
              <w:left w:w="38" w:type="dxa"/>
              <w:bottom w:w="28" w:type="dxa"/>
              <w:right w:w="38" w:type="dxa"/>
            </w:tcMar>
            <w:vAlign w:val="center"/>
          </w:tcPr>
          <w:p w14:paraId="47219340" w14:textId="77777777" w:rsidR="00D60D5E" w:rsidRDefault="00891EF0">
            <w:pPr>
              <w:spacing w:after="0" w:line="240" w:lineRule="auto"/>
              <w:jc w:val="center"/>
            </w:pPr>
            <w:r>
              <w:rPr>
                <w:rFonts w:eastAsia="Aptos"/>
                <w:b/>
                <w:sz w:val="17"/>
              </w:rPr>
              <w:t>4.37</w:t>
            </w:r>
          </w:p>
        </w:tc>
        <w:tc>
          <w:tcPr>
            <w:tcW w:w="540" w:type="dxa"/>
            <w:tcMar>
              <w:top w:w="28" w:type="dxa"/>
              <w:left w:w="38" w:type="dxa"/>
              <w:bottom w:w="28" w:type="dxa"/>
              <w:right w:w="38" w:type="dxa"/>
            </w:tcMar>
            <w:vAlign w:val="center"/>
          </w:tcPr>
          <w:p w14:paraId="6E1AD0B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C708B4" w14:textId="77777777" w:rsidR="00D60D5E" w:rsidRDefault="00D60D5E">
            <w:pPr>
              <w:jc w:val="center"/>
            </w:pPr>
          </w:p>
        </w:tc>
      </w:tr>
      <w:tr w:rsidR="00D60D5E" w14:paraId="68AF31B4" w14:textId="77777777" w:rsidTr="000617E0">
        <w:trPr>
          <w:cantSplit/>
          <w:jc w:val="center"/>
        </w:trPr>
        <w:tc>
          <w:tcPr>
            <w:tcW w:w="677" w:type="dxa"/>
            <w:tcMar>
              <w:top w:w="28" w:type="dxa"/>
              <w:left w:w="38" w:type="dxa"/>
              <w:bottom w:w="28" w:type="dxa"/>
              <w:right w:w="38" w:type="dxa"/>
            </w:tcMar>
            <w:vAlign w:val="center"/>
          </w:tcPr>
          <w:p w14:paraId="6143B82D" w14:textId="77777777" w:rsidR="00D60D5E" w:rsidRDefault="00891EF0">
            <w:pPr>
              <w:spacing w:after="0" w:line="240" w:lineRule="auto"/>
              <w:jc w:val="center"/>
            </w:pPr>
            <w:r>
              <w:rPr>
                <w:rFonts w:eastAsia="Aptos"/>
                <w:color w:val="6A7075"/>
                <w:sz w:val="17"/>
              </w:rPr>
              <w:t>195-110</w:t>
            </w:r>
          </w:p>
        </w:tc>
        <w:tc>
          <w:tcPr>
            <w:tcW w:w="2648" w:type="dxa"/>
            <w:tcMar>
              <w:top w:w="28" w:type="dxa"/>
              <w:left w:w="38" w:type="dxa"/>
              <w:bottom w:w="28" w:type="dxa"/>
              <w:right w:w="38" w:type="dxa"/>
            </w:tcMar>
            <w:vAlign w:val="center"/>
          </w:tcPr>
          <w:p w14:paraId="7DFD884F" w14:textId="77777777" w:rsidR="00D60D5E" w:rsidRDefault="00891EF0">
            <w:pPr>
              <w:spacing w:after="0" w:line="240" w:lineRule="auto"/>
            </w:pPr>
            <w:r>
              <w:rPr>
                <w:rFonts w:eastAsia="Aptos"/>
                <w:sz w:val="17"/>
              </w:rPr>
              <w:t>Anchovy Fillet Rolled 2oz</w:t>
            </w:r>
          </w:p>
        </w:tc>
        <w:tc>
          <w:tcPr>
            <w:tcW w:w="630" w:type="dxa"/>
            <w:tcMar>
              <w:top w:w="28" w:type="dxa"/>
              <w:left w:w="38" w:type="dxa"/>
              <w:bottom w:w="28" w:type="dxa"/>
              <w:right w:w="38" w:type="dxa"/>
            </w:tcMar>
            <w:vAlign w:val="center"/>
          </w:tcPr>
          <w:p w14:paraId="02634978" w14:textId="77777777" w:rsidR="00D60D5E" w:rsidRDefault="00891EF0">
            <w:pPr>
              <w:spacing w:after="0" w:line="240" w:lineRule="auto"/>
              <w:jc w:val="center"/>
            </w:pPr>
            <w:r>
              <w:rPr>
                <w:rFonts w:eastAsia="Aptos"/>
                <w:b/>
                <w:sz w:val="17"/>
              </w:rPr>
              <w:t>4.36</w:t>
            </w:r>
          </w:p>
        </w:tc>
        <w:tc>
          <w:tcPr>
            <w:tcW w:w="540" w:type="dxa"/>
            <w:tcMar>
              <w:top w:w="28" w:type="dxa"/>
              <w:left w:w="38" w:type="dxa"/>
              <w:bottom w:w="28" w:type="dxa"/>
              <w:right w:w="38" w:type="dxa"/>
            </w:tcMar>
            <w:vAlign w:val="center"/>
          </w:tcPr>
          <w:p w14:paraId="360643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52CDD5" w14:textId="77777777" w:rsidR="00D60D5E" w:rsidRDefault="00D60D5E">
            <w:pPr>
              <w:jc w:val="center"/>
            </w:pPr>
          </w:p>
        </w:tc>
      </w:tr>
      <w:tr w:rsidR="00D60D5E" w14:paraId="5E52ABCF" w14:textId="77777777" w:rsidTr="000617E0">
        <w:trPr>
          <w:cantSplit/>
          <w:jc w:val="center"/>
        </w:trPr>
        <w:tc>
          <w:tcPr>
            <w:tcW w:w="677" w:type="dxa"/>
            <w:tcMar>
              <w:top w:w="28" w:type="dxa"/>
              <w:left w:w="38" w:type="dxa"/>
              <w:bottom w:w="28" w:type="dxa"/>
              <w:right w:w="38" w:type="dxa"/>
            </w:tcMar>
            <w:vAlign w:val="center"/>
          </w:tcPr>
          <w:p w14:paraId="2412B19D" w14:textId="77777777" w:rsidR="00D60D5E" w:rsidRDefault="00891EF0">
            <w:pPr>
              <w:spacing w:after="0" w:line="240" w:lineRule="auto"/>
              <w:jc w:val="center"/>
            </w:pPr>
            <w:r>
              <w:rPr>
                <w:rFonts w:eastAsia="Aptos"/>
                <w:color w:val="6A7075"/>
                <w:sz w:val="17"/>
              </w:rPr>
              <w:t>195-115</w:t>
            </w:r>
          </w:p>
        </w:tc>
        <w:tc>
          <w:tcPr>
            <w:tcW w:w="2648" w:type="dxa"/>
            <w:tcMar>
              <w:top w:w="28" w:type="dxa"/>
              <w:left w:w="38" w:type="dxa"/>
              <w:bottom w:w="28" w:type="dxa"/>
              <w:right w:w="38" w:type="dxa"/>
            </w:tcMar>
            <w:vAlign w:val="center"/>
          </w:tcPr>
          <w:p w14:paraId="7C34AB19" w14:textId="77777777" w:rsidR="00D60D5E" w:rsidRDefault="00891EF0">
            <w:pPr>
              <w:spacing w:after="0" w:line="240" w:lineRule="auto"/>
            </w:pPr>
            <w:r>
              <w:rPr>
                <w:rFonts w:eastAsia="Aptos"/>
                <w:sz w:val="17"/>
              </w:rPr>
              <w:t>Clams Baby 10oz</w:t>
            </w:r>
          </w:p>
        </w:tc>
        <w:tc>
          <w:tcPr>
            <w:tcW w:w="630" w:type="dxa"/>
            <w:tcMar>
              <w:top w:w="28" w:type="dxa"/>
              <w:left w:w="38" w:type="dxa"/>
              <w:bottom w:w="28" w:type="dxa"/>
              <w:right w:w="38" w:type="dxa"/>
            </w:tcMar>
            <w:vAlign w:val="center"/>
          </w:tcPr>
          <w:p w14:paraId="0B94E0D6"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698223D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A6E958" w14:textId="77777777" w:rsidR="00D60D5E" w:rsidRDefault="00D60D5E">
            <w:pPr>
              <w:jc w:val="center"/>
            </w:pPr>
          </w:p>
        </w:tc>
      </w:tr>
      <w:tr w:rsidR="00D60D5E" w14:paraId="1A3B4449" w14:textId="77777777" w:rsidTr="000617E0">
        <w:trPr>
          <w:cantSplit/>
          <w:jc w:val="center"/>
        </w:trPr>
        <w:tc>
          <w:tcPr>
            <w:tcW w:w="677" w:type="dxa"/>
            <w:tcMar>
              <w:top w:w="28" w:type="dxa"/>
              <w:left w:w="38" w:type="dxa"/>
              <w:bottom w:w="28" w:type="dxa"/>
              <w:right w:w="38" w:type="dxa"/>
            </w:tcMar>
            <w:vAlign w:val="center"/>
          </w:tcPr>
          <w:p w14:paraId="2496120C" w14:textId="77777777" w:rsidR="00D60D5E" w:rsidRDefault="00891EF0">
            <w:pPr>
              <w:spacing w:after="0" w:line="240" w:lineRule="auto"/>
              <w:jc w:val="center"/>
            </w:pPr>
            <w:r>
              <w:rPr>
                <w:rFonts w:eastAsia="Aptos"/>
                <w:color w:val="6A7075"/>
                <w:sz w:val="17"/>
              </w:rPr>
              <w:t>195-120</w:t>
            </w:r>
          </w:p>
        </w:tc>
        <w:tc>
          <w:tcPr>
            <w:tcW w:w="2648" w:type="dxa"/>
            <w:tcMar>
              <w:top w:w="28" w:type="dxa"/>
              <w:left w:w="38" w:type="dxa"/>
              <w:bottom w:w="28" w:type="dxa"/>
              <w:right w:w="38" w:type="dxa"/>
            </w:tcMar>
            <w:vAlign w:val="center"/>
          </w:tcPr>
          <w:p w14:paraId="2C3F14C7" w14:textId="77777777" w:rsidR="00D60D5E" w:rsidRDefault="00891EF0">
            <w:pPr>
              <w:spacing w:after="0" w:line="240" w:lineRule="auto"/>
            </w:pPr>
            <w:r>
              <w:rPr>
                <w:rFonts w:eastAsia="Aptos"/>
                <w:sz w:val="17"/>
              </w:rPr>
              <w:t>Oyster Smoked 3.75</w:t>
            </w:r>
          </w:p>
        </w:tc>
        <w:tc>
          <w:tcPr>
            <w:tcW w:w="630" w:type="dxa"/>
            <w:tcMar>
              <w:top w:w="28" w:type="dxa"/>
              <w:left w:w="38" w:type="dxa"/>
              <w:bottom w:w="28" w:type="dxa"/>
              <w:right w:w="38" w:type="dxa"/>
            </w:tcMar>
            <w:vAlign w:val="center"/>
          </w:tcPr>
          <w:p w14:paraId="0B0CD589"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0668A7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FF5A61" w14:textId="77777777" w:rsidR="00D60D5E" w:rsidRDefault="00D60D5E">
            <w:pPr>
              <w:jc w:val="center"/>
            </w:pPr>
          </w:p>
        </w:tc>
      </w:tr>
      <w:tr w:rsidR="00D60D5E" w14:paraId="4D937B6A" w14:textId="77777777" w:rsidTr="000617E0">
        <w:trPr>
          <w:cantSplit/>
          <w:jc w:val="center"/>
        </w:trPr>
        <w:tc>
          <w:tcPr>
            <w:tcW w:w="677" w:type="dxa"/>
            <w:tcMar>
              <w:top w:w="28" w:type="dxa"/>
              <w:left w:w="38" w:type="dxa"/>
              <w:bottom w:w="28" w:type="dxa"/>
              <w:right w:w="38" w:type="dxa"/>
            </w:tcMar>
            <w:vAlign w:val="center"/>
          </w:tcPr>
          <w:p w14:paraId="6EB76089" w14:textId="77777777" w:rsidR="00D60D5E" w:rsidRDefault="00891EF0">
            <w:pPr>
              <w:spacing w:after="0" w:line="240" w:lineRule="auto"/>
              <w:jc w:val="center"/>
            </w:pPr>
            <w:r>
              <w:rPr>
                <w:rFonts w:eastAsia="Aptos"/>
                <w:color w:val="6A7075"/>
                <w:sz w:val="17"/>
              </w:rPr>
              <w:t>195-125</w:t>
            </w:r>
          </w:p>
        </w:tc>
        <w:tc>
          <w:tcPr>
            <w:tcW w:w="2648" w:type="dxa"/>
            <w:tcMar>
              <w:top w:w="28" w:type="dxa"/>
              <w:left w:w="38" w:type="dxa"/>
              <w:bottom w:w="28" w:type="dxa"/>
              <w:right w:w="38" w:type="dxa"/>
            </w:tcMar>
            <w:vAlign w:val="center"/>
          </w:tcPr>
          <w:p w14:paraId="0BFF5492" w14:textId="77777777" w:rsidR="00D60D5E" w:rsidRDefault="00891EF0">
            <w:pPr>
              <w:spacing w:after="0" w:line="240" w:lineRule="auto"/>
            </w:pPr>
            <w:r>
              <w:rPr>
                <w:rFonts w:eastAsia="Aptos"/>
                <w:sz w:val="17"/>
              </w:rPr>
              <w:t>Oysters Whole 8 oz</w:t>
            </w:r>
          </w:p>
        </w:tc>
        <w:tc>
          <w:tcPr>
            <w:tcW w:w="630" w:type="dxa"/>
            <w:tcMar>
              <w:top w:w="28" w:type="dxa"/>
              <w:left w:w="38" w:type="dxa"/>
              <w:bottom w:w="28" w:type="dxa"/>
              <w:right w:w="38" w:type="dxa"/>
            </w:tcMar>
            <w:vAlign w:val="center"/>
          </w:tcPr>
          <w:p w14:paraId="5D5C0E9F"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2FA9E2B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6AA6F3" w14:textId="77777777" w:rsidR="00D60D5E" w:rsidRDefault="00D60D5E">
            <w:pPr>
              <w:jc w:val="center"/>
            </w:pPr>
          </w:p>
        </w:tc>
      </w:tr>
      <w:tr w:rsidR="00D60D5E" w14:paraId="49FB3E60" w14:textId="77777777" w:rsidTr="000617E0">
        <w:trPr>
          <w:cantSplit/>
          <w:jc w:val="center"/>
        </w:trPr>
        <w:tc>
          <w:tcPr>
            <w:tcW w:w="677" w:type="dxa"/>
            <w:tcMar>
              <w:top w:w="28" w:type="dxa"/>
              <w:left w:w="38" w:type="dxa"/>
              <w:bottom w:w="28" w:type="dxa"/>
              <w:right w:w="38" w:type="dxa"/>
            </w:tcMar>
            <w:vAlign w:val="center"/>
          </w:tcPr>
          <w:p w14:paraId="2DF261C2" w14:textId="77777777" w:rsidR="00D60D5E" w:rsidRDefault="00891EF0">
            <w:pPr>
              <w:spacing w:after="0" w:line="240" w:lineRule="auto"/>
              <w:jc w:val="center"/>
            </w:pPr>
            <w:r>
              <w:rPr>
                <w:rFonts w:eastAsia="Aptos"/>
                <w:color w:val="6A7075"/>
                <w:sz w:val="17"/>
              </w:rPr>
              <w:t>195-130</w:t>
            </w:r>
          </w:p>
        </w:tc>
        <w:tc>
          <w:tcPr>
            <w:tcW w:w="2648" w:type="dxa"/>
            <w:tcMar>
              <w:top w:w="28" w:type="dxa"/>
              <w:left w:w="38" w:type="dxa"/>
              <w:bottom w:w="28" w:type="dxa"/>
              <w:right w:w="38" w:type="dxa"/>
            </w:tcMar>
            <w:vAlign w:val="center"/>
          </w:tcPr>
          <w:p w14:paraId="469D178F" w14:textId="77777777" w:rsidR="00D60D5E" w:rsidRDefault="00891EF0">
            <w:pPr>
              <w:spacing w:after="0" w:line="240" w:lineRule="auto"/>
            </w:pPr>
            <w:r>
              <w:rPr>
                <w:rFonts w:eastAsia="Aptos"/>
                <w:sz w:val="17"/>
              </w:rPr>
              <w:t>Crab Meat White 6oz</w:t>
            </w:r>
          </w:p>
        </w:tc>
        <w:tc>
          <w:tcPr>
            <w:tcW w:w="630" w:type="dxa"/>
            <w:tcMar>
              <w:top w:w="28" w:type="dxa"/>
              <w:left w:w="38" w:type="dxa"/>
              <w:bottom w:w="28" w:type="dxa"/>
              <w:right w:w="38" w:type="dxa"/>
            </w:tcMar>
            <w:vAlign w:val="center"/>
          </w:tcPr>
          <w:p w14:paraId="139D98C0" w14:textId="77777777" w:rsidR="00D60D5E" w:rsidRDefault="00891EF0">
            <w:pPr>
              <w:spacing w:after="0" w:line="240" w:lineRule="auto"/>
              <w:jc w:val="center"/>
            </w:pPr>
            <w:r>
              <w:rPr>
                <w:rFonts w:eastAsia="Aptos"/>
                <w:b/>
                <w:sz w:val="17"/>
              </w:rPr>
              <w:t>6.65</w:t>
            </w:r>
          </w:p>
        </w:tc>
        <w:tc>
          <w:tcPr>
            <w:tcW w:w="540" w:type="dxa"/>
            <w:tcMar>
              <w:top w:w="28" w:type="dxa"/>
              <w:left w:w="38" w:type="dxa"/>
              <w:bottom w:w="28" w:type="dxa"/>
              <w:right w:w="38" w:type="dxa"/>
            </w:tcMar>
            <w:vAlign w:val="center"/>
          </w:tcPr>
          <w:p w14:paraId="1FF9C2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A31220" w14:textId="77777777" w:rsidR="00D60D5E" w:rsidRDefault="00D60D5E">
            <w:pPr>
              <w:jc w:val="center"/>
            </w:pPr>
          </w:p>
        </w:tc>
      </w:tr>
      <w:tr w:rsidR="00D60D5E" w14:paraId="25DFB99B" w14:textId="77777777" w:rsidTr="000617E0">
        <w:trPr>
          <w:cantSplit/>
          <w:jc w:val="center"/>
        </w:trPr>
        <w:tc>
          <w:tcPr>
            <w:tcW w:w="677" w:type="dxa"/>
            <w:tcMar>
              <w:top w:w="28" w:type="dxa"/>
              <w:left w:w="38" w:type="dxa"/>
              <w:bottom w:w="28" w:type="dxa"/>
              <w:right w:w="38" w:type="dxa"/>
            </w:tcMar>
            <w:vAlign w:val="center"/>
          </w:tcPr>
          <w:p w14:paraId="4694C02B" w14:textId="77777777" w:rsidR="00D60D5E" w:rsidRDefault="00891EF0">
            <w:pPr>
              <w:spacing w:after="0" w:line="240" w:lineRule="auto"/>
              <w:jc w:val="center"/>
            </w:pPr>
            <w:r>
              <w:rPr>
                <w:rFonts w:eastAsia="Aptos"/>
                <w:color w:val="6A7075"/>
                <w:sz w:val="17"/>
              </w:rPr>
              <w:t>195-135</w:t>
            </w:r>
          </w:p>
        </w:tc>
        <w:tc>
          <w:tcPr>
            <w:tcW w:w="2648" w:type="dxa"/>
            <w:tcMar>
              <w:top w:w="28" w:type="dxa"/>
              <w:left w:w="38" w:type="dxa"/>
              <w:bottom w:w="28" w:type="dxa"/>
              <w:right w:w="38" w:type="dxa"/>
            </w:tcMar>
            <w:vAlign w:val="center"/>
          </w:tcPr>
          <w:p w14:paraId="539CFC8C" w14:textId="77777777" w:rsidR="00D60D5E" w:rsidRDefault="00891EF0">
            <w:pPr>
              <w:spacing w:after="0" w:line="240" w:lineRule="auto"/>
            </w:pPr>
            <w:r>
              <w:rPr>
                <w:rFonts w:eastAsia="Aptos"/>
                <w:sz w:val="17"/>
              </w:rPr>
              <w:t>Caviar Black (Lump Fish) 2oz</w:t>
            </w:r>
          </w:p>
        </w:tc>
        <w:tc>
          <w:tcPr>
            <w:tcW w:w="630" w:type="dxa"/>
            <w:tcMar>
              <w:top w:w="28" w:type="dxa"/>
              <w:left w:w="38" w:type="dxa"/>
              <w:bottom w:w="28" w:type="dxa"/>
              <w:right w:w="38" w:type="dxa"/>
            </w:tcMar>
            <w:vAlign w:val="center"/>
          </w:tcPr>
          <w:p w14:paraId="48917946" w14:textId="77777777" w:rsidR="00D60D5E" w:rsidRDefault="00891EF0">
            <w:pPr>
              <w:spacing w:after="0" w:line="240" w:lineRule="auto"/>
              <w:jc w:val="center"/>
            </w:pPr>
            <w:r>
              <w:rPr>
                <w:rFonts w:eastAsia="Aptos"/>
                <w:b/>
                <w:sz w:val="17"/>
              </w:rPr>
              <w:t>16.80</w:t>
            </w:r>
          </w:p>
        </w:tc>
        <w:tc>
          <w:tcPr>
            <w:tcW w:w="540" w:type="dxa"/>
            <w:tcMar>
              <w:top w:w="28" w:type="dxa"/>
              <w:left w:w="38" w:type="dxa"/>
              <w:bottom w:w="28" w:type="dxa"/>
              <w:right w:w="38" w:type="dxa"/>
            </w:tcMar>
            <w:vAlign w:val="center"/>
          </w:tcPr>
          <w:p w14:paraId="0FE65A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224C8F" w14:textId="77777777" w:rsidR="00D60D5E" w:rsidRDefault="00D60D5E">
            <w:pPr>
              <w:jc w:val="center"/>
            </w:pPr>
          </w:p>
        </w:tc>
      </w:tr>
      <w:tr w:rsidR="00D60D5E" w14:paraId="6913D003" w14:textId="77777777" w:rsidTr="000617E0">
        <w:trPr>
          <w:cantSplit/>
          <w:jc w:val="center"/>
        </w:trPr>
        <w:tc>
          <w:tcPr>
            <w:tcW w:w="677" w:type="dxa"/>
            <w:tcMar>
              <w:top w:w="28" w:type="dxa"/>
              <w:left w:w="38" w:type="dxa"/>
              <w:bottom w:w="28" w:type="dxa"/>
              <w:right w:w="38" w:type="dxa"/>
            </w:tcMar>
            <w:vAlign w:val="center"/>
          </w:tcPr>
          <w:p w14:paraId="12E036DE" w14:textId="77777777" w:rsidR="00D60D5E" w:rsidRDefault="00891EF0">
            <w:pPr>
              <w:spacing w:after="0" w:line="240" w:lineRule="auto"/>
              <w:jc w:val="center"/>
            </w:pPr>
            <w:r>
              <w:rPr>
                <w:rFonts w:eastAsia="Aptos"/>
                <w:color w:val="6A7075"/>
                <w:sz w:val="17"/>
              </w:rPr>
              <w:t>195-140</w:t>
            </w:r>
          </w:p>
        </w:tc>
        <w:tc>
          <w:tcPr>
            <w:tcW w:w="2648" w:type="dxa"/>
            <w:tcMar>
              <w:top w:w="28" w:type="dxa"/>
              <w:left w:w="38" w:type="dxa"/>
              <w:bottom w:w="28" w:type="dxa"/>
              <w:right w:w="38" w:type="dxa"/>
            </w:tcMar>
            <w:vAlign w:val="center"/>
          </w:tcPr>
          <w:p w14:paraId="3EA5A808" w14:textId="77777777" w:rsidR="00D60D5E" w:rsidRDefault="00891EF0">
            <w:pPr>
              <w:spacing w:after="0" w:line="240" w:lineRule="auto"/>
            </w:pPr>
            <w:r>
              <w:rPr>
                <w:rFonts w:eastAsia="Aptos"/>
                <w:sz w:val="17"/>
              </w:rPr>
              <w:t>Caviar Red (Lump Fish) 2oz</w:t>
            </w:r>
          </w:p>
        </w:tc>
        <w:tc>
          <w:tcPr>
            <w:tcW w:w="630" w:type="dxa"/>
            <w:tcMar>
              <w:top w:w="28" w:type="dxa"/>
              <w:left w:w="38" w:type="dxa"/>
              <w:bottom w:w="28" w:type="dxa"/>
              <w:right w:w="38" w:type="dxa"/>
            </w:tcMar>
            <w:vAlign w:val="center"/>
          </w:tcPr>
          <w:p w14:paraId="742C1C63" w14:textId="77777777" w:rsidR="00D60D5E" w:rsidRDefault="00891EF0">
            <w:pPr>
              <w:spacing w:after="0" w:line="240" w:lineRule="auto"/>
              <w:jc w:val="center"/>
            </w:pPr>
            <w:r>
              <w:rPr>
                <w:rFonts w:eastAsia="Aptos"/>
                <w:b/>
                <w:sz w:val="17"/>
              </w:rPr>
              <w:t>16.80</w:t>
            </w:r>
          </w:p>
        </w:tc>
        <w:tc>
          <w:tcPr>
            <w:tcW w:w="540" w:type="dxa"/>
            <w:tcMar>
              <w:top w:w="28" w:type="dxa"/>
              <w:left w:w="38" w:type="dxa"/>
              <w:bottom w:w="28" w:type="dxa"/>
              <w:right w:w="38" w:type="dxa"/>
            </w:tcMar>
            <w:vAlign w:val="center"/>
          </w:tcPr>
          <w:p w14:paraId="5B49E7D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510AB0" w14:textId="77777777" w:rsidR="00D60D5E" w:rsidRDefault="00D60D5E">
            <w:pPr>
              <w:jc w:val="center"/>
            </w:pPr>
          </w:p>
        </w:tc>
      </w:tr>
      <w:tr w:rsidR="00D60D5E" w14:paraId="57FE566E" w14:textId="77777777" w:rsidTr="000617E0">
        <w:trPr>
          <w:cantSplit/>
          <w:jc w:val="center"/>
        </w:trPr>
        <w:tc>
          <w:tcPr>
            <w:tcW w:w="677" w:type="dxa"/>
            <w:tcMar>
              <w:top w:w="28" w:type="dxa"/>
              <w:left w:w="38" w:type="dxa"/>
              <w:bottom w:w="28" w:type="dxa"/>
              <w:right w:w="38" w:type="dxa"/>
            </w:tcMar>
            <w:vAlign w:val="center"/>
          </w:tcPr>
          <w:p w14:paraId="381FE745" w14:textId="77777777" w:rsidR="00D60D5E" w:rsidRDefault="00891EF0">
            <w:pPr>
              <w:spacing w:after="0" w:line="240" w:lineRule="auto"/>
              <w:jc w:val="center"/>
            </w:pPr>
            <w:r>
              <w:rPr>
                <w:rFonts w:eastAsia="Aptos"/>
                <w:color w:val="6A7075"/>
                <w:sz w:val="17"/>
              </w:rPr>
              <w:t>195-145</w:t>
            </w:r>
          </w:p>
        </w:tc>
        <w:tc>
          <w:tcPr>
            <w:tcW w:w="2648" w:type="dxa"/>
            <w:tcMar>
              <w:top w:w="28" w:type="dxa"/>
              <w:left w:w="38" w:type="dxa"/>
              <w:bottom w:w="28" w:type="dxa"/>
              <w:right w:w="38" w:type="dxa"/>
            </w:tcMar>
            <w:vAlign w:val="center"/>
          </w:tcPr>
          <w:p w14:paraId="3AF81649" w14:textId="77777777" w:rsidR="00D60D5E" w:rsidRDefault="00891EF0">
            <w:pPr>
              <w:spacing w:after="0" w:line="240" w:lineRule="auto"/>
            </w:pPr>
            <w:r>
              <w:rPr>
                <w:rFonts w:eastAsia="Aptos"/>
                <w:sz w:val="17"/>
              </w:rPr>
              <w:t>Tuna Water /Oil 5oz</w:t>
            </w:r>
          </w:p>
        </w:tc>
        <w:tc>
          <w:tcPr>
            <w:tcW w:w="630" w:type="dxa"/>
            <w:tcMar>
              <w:top w:w="28" w:type="dxa"/>
              <w:left w:w="38" w:type="dxa"/>
              <w:bottom w:w="28" w:type="dxa"/>
              <w:right w:w="38" w:type="dxa"/>
            </w:tcMar>
            <w:vAlign w:val="center"/>
          </w:tcPr>
          <w:p w14:paraId="5A7BCEA7"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5AB3B83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AF87ED" w14:textId="77777777" w:rsidR="00D60D5E" w:rsidRDefault="00D60D5E">
            <w:pPr>
              <w:jc w:val="center"/>
            </w:pPr>
          </w:p>
        </w:tc>
      </w:tr>
      <w:tr w:rsidR="00D60D5E" w14:paraId="7C98E187" w14:textId="77777777" w:rsidTr="000617E0">
        <w:trPr>
          <w:cantSplit/>
          <w:jc w:val="center"/>
        </w:trPr>
        <w:tc>
          <w:tcPr>
            <w:tcW w:w="677" w:type="dxa"/>
            <w:tcMar>
              <w:top w:w="28" w:type="dxa"/>
              <w:left w:w="38" w:type="dxa"/>
              <w:bottom w:w="28" w:type="dxa"/>
              <w:right w:w="38" w:type="dxa"/>
            </w:tcMar>
            <w:vAlign w:val="center"/>
          </w:tcPr>
          <w:p w14:paraId="534690CD" w14:textId="77777777" w:rsidR="00D60D5E" w:rsidRDefault="00891EF0">
            <w:pPr>
              <w:spacing w:after="0" w:line="240" w:lineRule="auto"/>
              <w:jc w:val="center"/>
            </w:pPr>
            <w:r>
              <w:rPr>
                <w:rFonts w:eastAsia="Aptos"/>
                <w:color w:val="6A7075"/>
                <w:sz w:val="17"/>
              </w:rPr>
              <w:t>195-150</w:t>
            </w:r>
          </w:p>
        </w:tc>
        <w:tc>
          <w:tcPr>
            <w:tcW w:w="2648" w:type="dxa"/>
            <w:tcMar>
              <w:top w:w="28" w:type="dxa"/>
              <w:left w:w="38" w:type="dxa"/>
              <w:bottom w:w="28" w:type="dxa"/>
              <w:right w:w="38" w:type="dxa"/>
            </w:tcMar>
            <w:vAlign w:val="center"/>
          </w:tcPr>
          <w:p w14:paraId="552DF651" w14:textId="77777777" w:rsidR="00D60D5E" w:rsidRDefault="00891EF0">
            <w:pPr>
              <w:spacing w:after="0" w:line="240" w:lineRule="auto"/>
            </w:pPr>
            <w:r>
              <w:rPr>
                <w:rFonts w:eastAsia="Aptos"/>
                <w:sz w:val="17"/>
              </w:rPr>
              <w:t>Albacore Tuna Water 5oz</w:t>
            </w:r>
          </w:p>
        </w:tc>
        <w:tc>
          <w:tcPr>
            <w:tcW w:w="630" w:type="dxa"/>
            <w:tcMar>
              <w:top w:w="28" w:type="dxa"/>
              <w:left w:w="38" w:type="dxa"/>
              <w:bottom w:w="28" w:type="dxa"/>
              <w:right w:w="38" w:type="dxa"/>
            </w:tcMar>
            <w:vAlign w:val="center"/>
          </w:tcPr>
          <w:p w14:paraId="5F4F6634" w14:textId="77777777" w:rsidR="00D60D5E" w:rsidRDefault="00891EF0">
            <w:pPr>
              <w:spacing w:after="0" w:line="240" w:lineRule="auto"/>
              <w:jc w:val="center"/>
            </w:pPr>
            <w:r>
              <w:rPr>
                <w:rFonts w:eastAsia="Aptos"/>
                <w:b/>
                <w:sz w:val="17"/>
              </w:rPr>
              <w:t>4.30</w:t>
            </w:r>
          </w:p>
        </w:tc>
        <w:tc>
          <w:tcPr>
            <w:tcW w:w="540" w:type="dxa"/>
            <w:tcMar>
              <w:top w:w="28" w:type="dxa"/>
              <w:left w:w="38" w:type="dxa"/>
              <w:bottom w:w="28" w:type="dxa"/>
              <w:right w:w="38" w:type="dxa"/>
            </w:tcMar>
            <w:vAlign w:val="center"/>
          </w:tcPr>
          <w:p w14:paraId="0410BE7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68CD4E" w14:textId="77777777" w:rsidR="00D60D5E" w:rsidRDefault="00D60D5E">
            <w:pPr>
              <w:jc w:val="center"/>
            </w:pPr>
          </w:p>
        </w:tc>
      </w:tr>
      <w:tr w:rsidR="00D60D5E" w14:paraId="52F5B9CF" w14:textId="77777777" w:rsidTr="000617E0">
        <w:trPr>
          <w:cantSplit/>
          <w:jc w:val="center"/>
        </w:trPr>
        <w:tc>
          <w:tcPr>
            <w:tcW w:w="677" w:type="dxa"/>
            <w:tcMar>
              <w:top w:w="28" w:type="dxa"/>
              <w:left w:w="38" w:type="dxa"/>
              <w:bottom w:w="28" w:type="dxa"/>
              <w:right w:w="38" w:type="dxa"/>
            </w:tcMar>
            <w:vAlign w:val="center"/>
          </w:tcPr>
          <w:p w14:paraId="10110117" w14:textId="77777777" w:rsidR="00D60D5E" w:rsidRDefault="00891EF0">
            <w:pPr>
              <w:spacing w:after="0" w:line="240" w:lineRule="auto"/>
              <w:jc w:val="center"/>
            </w:pPr>
            <w:r>
              <w:rPr>
                <w:rFonts w:eastAsia="Aptos"/>
                <w:color w:val="6A7075"/>
                <w:sz w:val="17"/>
              </w:rPr>
              <w:t>195-155</w:t>
            </w:r>
          </w:p>
        </w:tc>
        <w:tc>
          <w:tcPr>
            <w:tcW w:w="2648" w:type="dxa"/>
            <w:tcMar>
              <w:top w:w="28" w:type="dxa"/>
              <w:left w:w="38" w:type="dxa"/>
              <w:bottom w:w="28" w:type="dxa"/>
              <w:right w:w="38" w:type="dxa"/>
            </w:tcMar>
            <w:vAlign w:val="center"/>
          </w:tcPr>
          <w:p w14:paraId="77638B5F" w14:textId="77777777" w:rsidR="00D60D5E" w:rsidRDefault="00891EF0">
            <w:pPr>
              <w:spacing w:after="0" w:line="240" w:lineRule="auto"/>
            </w:pPr>
            <w:r>
              <w:rPr>
                <w:rFonts w:eastAsia="Aptos"/>
                <w:sz w:val="17"/>
              </w:rPr>
              <w:t>Sardines in Water 3.75oz</w:t>
            </w:r>
          </w:p>
        </w:tc>
        <w:tc>
          <w:tcPr>
            <w:tcW w:w="630" w:type="dxa"/>
            <w:tcMar>
              <w:top w:w="28" w:type="dxa"/>
              <w:left w:w="38" w:type="dxa"/>
              <w:bottom w:w="28" w:type="dxa"/>
              <w:right w:w="38" w:type="dxa"/>
            </w:tcMar>
            <w:vAlign w:val="center"/>
          </w:tcPr>
          <w:p w14:paraId="40E6A84F" w14:textId="77777777" w:rsidR="00D60D5E" w:rsidRDefault="00891EF0">
            <w:pPr>
              <w:spacing w:after="0" w:line="240" w:lineRule="auto"/>
              <w:jc w:val="center"/>
            </w:pPr>
            <w:r>
              <w:rPr>
                <w:rFonts w:eastAsia="Aptos"/>
                <w:b/>
                <w:sz w:val="17"/>
              </w:rPr>
              <w:t>3.15</w:t>
            </w:r>
          </w:p>
        </w:tc>
        <w:tc>
          <w:tcPr>
            <w:tcW w:w="540" w:type="dxa"/>
            <w:tcMar>
              <w:top w:w="28" w:type="dxa"/>
              <w:left w:w="38" w:type="dxa"/>
              <w:bottom w:w="28" w:type="dxa"/>
              <w:right w:w="38" w:type="dxa"/>
            </w:tcMar>
            <w:vAlign w:val="center"/>
          </w:tcPr>
          <w:p w14:paraId="6BD3AE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DFE8E0" w14:textId="77777777" w:rsidR="00D60D5E" w:rsidRDefault="00D60D5E">
            <w:pPr>
              <w:jc w:val="center"/>
            </w:pPr>
          </w:p>
        </w:tc>
      </w:tr>
      <w:tr w:rsidR="00D60D5E" w14:paraId="26234636" w14:textId="77777777" w:rsidTr="000617E0">
        <w:trPr>
          <w:cantSplit/>
          <w:jc w:val="center"/>
        </w:trPr>
        <w:tc>
          <w:tcPr>
            <w:tcW w:w="677" w:type="dxa"/>
            <w:tcMar>
              <w:top w:w="28" w:type="dxa"/>
              <w:left w:w="38" w:type="dxa"/>
              <w:bottom w:w="28" w:type="dxa"/>
              <w:right w:w="38" w:type="dxa"/>
            </w:tcMar>
            <w:vAlign w:val="center"/>
          </w:tcPr>
          <w:p w14:paraId="37E60B46" w14:textId="77777777" w:rsidR="00D60D5E" w:rsidRDefault="00891EF0">
            <w:pPr>
              <w:spacing w:after="0" w:line="240" w:lineRule="auto"/>
              <w:jc w:val="center"/>
            </w:pPr>
            <w:r>
              <w:rPr>
                <w:rFonts w:eastAsia="Aptos"/>
                <w:color w:val="6A7075"/>
                <w:sz w:val="17"/>
              </w:rPr>
              <w:t>195-160</w:t>
            </w:r>
          </w:p>
        </w:tc>
        <w:tc>
          <w:tcPr>
            <w:tcW w:w="2648" w:type="dxa"/>
            <w:tcMar>
              <w:top w:w="28" w:type="dxa"/>
              <w:left w:w="38" w:type="dxa"/>
              <w:bottom w:w="28" w:type="dxa"/>
              <w:right w:w="38" w:type="dxa"/>
            </w:tcMar>
            <w:vAlign w:val="center"/>
          </w:tcPr>
          <w:p w14:paraId="0F4B4470" w14:textId="77777777" w:rsidR="00D60D5E" w:rsidRDefault="00891EF0">
            <w:pPr>
              <w:spacing w:after="0" w:line="240" w:lineRule="auto"/>
            </w:pPr>
            <w:r>
              <w:rPr>
                <w:rFonts w:eastAsia="Aptos"/>
                <w:sz w:val="17"/>
              </w:rPr>
              <w:t>Sardines in Mustard Sauce 3.75oz</w:t>
            </w:r>
          </w:p>
        </w:tc>
        <w:tc>
          <w:tcPr>
            <w:tcW w:w="630" w:type="dxa"/>
            <w:tcMar>
              <w:top w:w="28" w:type="dxa"/>
              <w:left w:w="38" w:type="dxa"/>
              <w:bottom w:w="28" w:type="dxa"/>
              <w:right w:w="38" w:type="dxa"/>
            </w:tcMar>
            <w:vAlign w:val="center"/>
          </w:tcPr>
          <w:p w14:paraId="558D4584" w14:textId="77777777" w:rsidR="00D60D5E" w:rsidRDefault="00891EF0">
            <w:pPr>
              <w:spacing w:after="0" w:line="240" w:lineRule="auto"/>
              <w:jc w:val="center"/>
            </w:pPr>
            <w:r>
              <w:rPr>
                <w:rFonts w:eastAsia="Aptos"/>
                <w:b/>
                <w:sz w:val="17"/>
              </w:rPr>
              <w:t>3.15</w:t>
            </w:r>
          </w:p>
        </w:tc>
        <w:tc>
          <w:tcPr>
            <w:tcW w:w="540" w:type="dxa"/>
            <w:tcMar>
              <w:top w:w="28" w:type="dxa"/>
              <w:left w:w="38" w:type="dxa"/>
              <w:bottom w:w="28" w:type="dxa"/>
              <w:right w:w="38" w:type="dxa"/>
            </w:tcMar>
            <w:vAlign w:val="center"/>
          </w:tcPr>
          <w:p w14:paraId="27B0C8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3F842B1" w14:textId="77777777" w:rsidR="00D60D5E" w:rsidRDefault="00D60D5E">
            <w:pPr>
              <w:jc w:val="center"/>
            </w:pPr>
          </w:p>
        </w:tc>
      </w:tr>
      <w:tr w:rsidR="00D60D5E" w14:paraId="3FA86CAD" w14:textId="77777777" w:rsidTr="000617E0">
        <w:trPr>
          <w:cantSplit/>
          <w:jc w:val="center"/>
        </w:trPr>
        <w:tc>
          <w:tcPr>
            <w:tcW w:w="677" w:type="dxa"/>
            <w:tcMar>
              <w:top w:w="28" w:type="dxa"/>
              <w:left w:w="38" w:type="dxa"/>
              <w:bottom w:w="28" w:type="dxa"/>
              <w:right w:w="38" w:type="dxa"/>
            </w:tcMar>
            <w:vAlign w:val="center"/>
          </w:tcPr>
          <w:p w14:paraId="32494B27" w14:textId="77777777" w:rsidR="00D60D5E" w:rsidRDefault="00891EF0">
            <w:pPr>
              <w:spacing w:after="0" w:line="240" w:lineRule="auto"/>
              <w:jc w:val="center"/>
            </w:pPr>
            <w:r>
              <w:rPr>
                <w:rFonts w:eastAsia="Aptos"/>
                <w:color w:val="6A7075"/>
                <w:sz w:val="17"/>
              </w:rPr>
              <w:t>195-165</w:t>
            </w:r>
          </w:p>
        </w:tc>
        <w:tc>
          <w:tcPr>
            <w:tcW w:w="2648" w:type="dxa"/>
            <w:tcMar>
              <w:top w:w="28" w:type="dxa"/>
              <w:left w:w="38" w:type="dxa"/>
              <w:bottom w:w="28" w:type="dxa"/>
              <w:right w:w="38" w:type="dxa"/>
            </w:tcMar>
            <w:vAlign w:val="center"/>
          </w:tcPr>
          <w:p w14:paraId="40D4E039" w14:textId="77777777" w:rsidR="00D60D5E" w:rsidRDefault="00891EF0">
            <w:pPr>
              <w:spacing w:after="0" w:line="240" w:lineRule="auto"/>
            </w:pPr>
            <w:r>
              <w:rPr>
                <w:rFonts w:eastAsia="Aptos"/>
                <w:sz w:val="17"/>
              </w:rPr>
              <w:t>Sardines in Tabasco Sauce 3.75oz</w:t>
            </w:r>
          </w:p>
        </w:tc>
        <w:tc>
          <w:tcPr>
            <w:tcW w:w="630" w:type="dxa"/>
            <w:tcMar>
              <w:top w:w="28" w:type="dxa"/>
              <w:left w:w="38" w:type="dxa"/>
              <w:bottom w:w="28" w:type="dxa"/>
              <w:right w:w="38" w:type="dxa"/>
            </w:tcMar>
            <w:vAlign w:val="center"/>
          </w:tcPr>
          <w:p w14:paraId="41AAC85E" w14:textId="77777777" w:rsidR="00D60D5E" w:rsidRDefault="00891EF0">
            <w:pPr>
              <w:spacing w:after="0" w:line="240" w:lineRule="auto"/>
              <w:jc w:val="center"/>
            </w:pPr>
            <w:r>
              <w:rPr>
                <w:rFonts w:eastAsia="Aptos"/>
                <w:b/>
                <w:sz w:val="17"/>
              </w:rPr>
              <w:t>3.15</w:t>
            </w:r>
          </w:p>
        </w:tc>
        <w:tc>
          <w:tcPr>
            <w:tcW w:w="540" w:type="dxa"/>
            <w:tcMar>
              <w:top w:w="28" w:type="dxa"/>
              <w:left w:w="38" w:type="dxa"/>
              <w:bottom w:w="28" w:type="dxa"/>
              <w:right w:w="38" w:type="dxa"/>
            </w:tcMar>
            <w:vAlign w:val="center"/>
          </w:tcPr>
          <w:p w14:paraId="4FD599E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7F5338" w14:textId="77777777" w:rsidR="00D60D5E" w:rsidRDefault="00D60D5E">
            <w:pPr>
              <w:jc w:val="center"/>
            </w:pPr>
          </w:p>
        </w:tc>
      </w:tr>
      <w:tr w:rsidR="00D60D5E" w14:paraId="4F012948" w14:textId="77777777" w:rsidTr="000617E0">
        <w:trPr>
          <w:cantSplit/>
          <w:jc w:val="center"/>
        </w:trPr>
        <w:tc>
          <w:tcPr>
            <w:tcW w:w="677" w:type="dxa"/>
            <w:tcMar>
              <w:top w:w="28" w:type="dxa"/>
              <w:left w:w="38" w:type="dxa"/>
              <w:bottom w:w="28" w:type="dxa"/>
              <w:right w:w="38" w:type="dxa"/>
            </w:tcMar>
            <w:vAlign w:val="center"/>
          </w:tcPr>
          <w:p w14:paraId="3B5E00D0" w14:textId="77777777" w:rsidR="00D60D5E" w:rsidRDefault="00891EF0">
            <w:pPr>
              <w:spacing w:after="0" w:line="240" w:lineRule="auto"/>
              <w:jc w:val="center"/>
            </w:pPr>
            <w:r>
              <w:rPr>
                <w:rFonts w:eastAsia="Aptos"/>
                <w:color w:val="6A7075"/>
                <w:sz w:val="17"/>
              </w:rPr>
              <w:t>195-170</w:t>
            </w:r>
          </w:p>
        </w:tc>
        <w:tc>
          <w:tcPr>
            <w:tcW w:w="2648" w:type="dxa"/>
            <w:tcMar>
              <w:top w:w="28" w:type="dxa"/>
              <w:left w:w="38" w:type="dxa"/>
              <w:bottom w:w="28" w:type="dxa"/>
              <w:right w:w="38" w:type="dxa"/>
            </w:tcMar>
            <w:vAlign w:val="center"/>
          </w:tcPr>
          <w:p w14:paraId="20520ED8" w14:textId="77777777" w:rsidR="00D60D5E" w:rsidRDefault="00891EF0">
            <w:pPr>
              <w:spacing w:after="0" w:line="240" w:lineRule="auto"/>
            </w:pPr>
            <w:r>
              <w:rPr>
                <w:rFonts w:eastAsia="Aptos"/>
                <w:sz w:val="17"/>
              </w:rPr>
              <w:t>Sardine in Soy Oil 3.75oz</w:t>
            </w:r>
          </w:p>
        </w:tc>
        <w:tc>
          <w:tcPr>
            <w:tcW w:w="630" w:type="dxa"/>
            <w:tcMar>
              <w:top w:w="28" w:type="dxa"/>
              <w:left w:w="38" w:type="dxa"/>
              <w:bottom w:w="28" w:type="dxa"/>
              <w:right w:w="38" w:type="dxa"/>
            </w:tcMar>
            <w:vAlign w:val="center"/>
          </w:tcPr>
          <w:p w14:paraId="071041CC" w14:textId="77777777" w:rsidR="00D60D5E" w:rsidRDefault="00891EF0">
            <w:pPr>
              <w:spacing w:after="0" w:line="240" w:lineRule="auto"/>
              <w:jc w:val="center"/>
            </w:pPr>
            <w:r>
              <w:rPr>
                <w:rFonts w:eastAsia="Aptos"/>
                <w:b/>
                <w:sz w:val="17"/>
              </w:rPr>
              <w:t>3.15</w:t>
            </w:r>
          </w:p>
        </w:tc>
        <w:tc>
          <w:tcPr>
            <w:tcW w:w="540" w:type="dxa"/>
            <w:tcMar>
              <w:top w:w="28" w:type="dxa"/>
              <w:left w:w="38" w:type="dxa"/>
              <w:bottom w:w="28" w:type="dxa"/>
              <w:right w:w="38" w:type="dxa"/>
            </w:tcMar>
            <w:vAlign w:val="center"/>
          </w:tcPr>
          <w:p w14:paraId="15B8F3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744828" w14:textId="77777777" w:rsidR="00D60D5E" w:rsidRDefault="00D60D5E">
            <w:pPr>
              <w:jc w:val="center"/>
            </w:pPr>
          </w:p>
        </w:tc>
      </w:tr>
      <w:tr w:rsidR="00D60D5E" w14:paraId="5182C2A7" w14:textId="77777777" w:rsidTr="000617E0">
        <w:trPr>
          <w:cantSplit/>
          <w:jc w:val="center"/>
        </w:trPr>
        <w:tc>
          <w:tcPr>
            <w:tcW w:w="677" w:type="dxa"/>
            <w:tcMar>
              <w:top w:w="28" w:type="dxa"/>
              <w:left w:w="38" w:type="dxa"/>
              <w:bottom w:w="28" w:type="dxa"/>
              <w:right w:w="38" w:type="dxa"/>
            </w:tcMar>
            <w:vAlign w:val="center"/>
          </w:tcPr>
          <w:p w14:paraId="7A9987A5" w14:textId="77777777" w:rsidR="00D60D5E" w:rsidRDefault="00891EF0">
            <w:pPr>
              <w:spacing w:after="0" w:line="240" w:lineRule="auto"/>
              <w:jc w:val="center"/>
            </w:pPr>
            <w:r>
              <w:rPr>
                <w:rFonts w:eastAsia="Aptos"/>
                <w:color w:val="6A7075"/>
                <w:sz w:val="17"/>
              </w:rPr>
              <w:t>195-175</w:t>
            </w:r>
          </w:p>
        </w:tc>
        <w:tc>
          <w:tcPr>
            <w:tcW w:w="2648" w:type="dxa"/>
            <w:tcMar>
              <w:top w:w="28" w:type="dxa"/>
              <w:left w:w="38" w:type="dxa"/>
              <w:bottom w:w="28" w:type="dxa"/>
              <w:right w:w="38" w:type="dxa"/>
            </w:tcMar>
            <w:vAlign w:val="center"/>
          </w:tcPr>
          <w:p w14:paraId="6EF5B2A2" w14:textId="77777777" w:rsidR="00D60D5E" w:rsidRDefault="00891EF0">
            <w:pPr>
              <w:spacing w:after="0" w:line="240" w:lineRule="auto"/>
            </w:pPr>
            <w:r>
              <w:rPr>
                <w:rFonts w:eastAsia="Aptos"/>
                <w:sz w:val="17"/>
              </w:rPr>
              <w:t>Shrimps Small 4oz</w:t>
            </w:r>
          </w:p>
        </w:tc>
        <w:tc>
          <w:tcPr>
            <w:tcW w:w="630" w:type="dxa"/>
            <w:tcMar>
              <w:top w:w="28" w:type="dxa"/>
              <w:left w:w="38" w:type="dxa"/>
              <w:bottom w:w="28" w:type="dxa"/>
              <w:right w:w="38" w:type="dxa"/>
            </w:tcMar>
            <w:vAlign w:val="center"/>
          </w:tcPr>
          <w:p w14:paraId="62D2EE0E" w14:textId="77777777" w:rsidR="00D60D5E" w:rsidRDefault="00891EF0">
            <w:pPr>
              <w:spacing w:after="0" w:line="240" w:lineRule="auto"/>
              <w:jc w:val="center"/>
            </w:pPr>
            <w:r>
              <w:rPr>
                <w:rFonts w:eastAsia="Aptos"/>
                <w:b/>
                <w:sz w:val="17"/>
              </w:rPr>
              <w:t>7.50</w:t>
            </w:r>
          </w:p>
        </w:tc>
        <w:tc>
          <w:tcPr>
            <w:tcW w:w="540" w:type="dxa"/>
            <w:tcMar>
              <w:top w:w="28" w:type="dxa"/>
              <w:left w:w="38" w:type="dxa"/>
              <w:bottom w:w="28" w:type="dxa"/>
              <w:right w:w="38" w:type="dxa"/>
            </w:tcMar>
            <w:vAlign w:val="center"/>
          </w:tcPr>
          <w:p w14:paraId="51037D0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DF7B1D" w14:textId="77777777" w:rsidR="00D60D5E" w:rsidRDefault="00D60D5E">
            <w:pPr>
              <w:jc w:val="center"/>
            </w:pPr>
          </w:p>
        </w:tc>
      </w:tr>
      <w:tr w:rsidR="00D60D5E" w14:paraId="705D4B4A" w14:textId="77777777" w:rsidTr="000617E0">
        <w:trPr>
          <w:cantSplit/>
          <w:jc w:val="center"/>
        </w:trPr>
        <w:tc>
          <w:tcPr>
            <w:tcW w:w="677" w:type="dxa"/>
            <w:tcMar>
              <w:top w:w="28" w:type="dxa"/>
              <w:left w:w="38" w:type="dxa"/>
              <w:bottom w:w="28" w:type="dxa"/>
              <w:right w:w="38" w:type="dxa"/>
            </w:tcMar>
            <w:vAlign w:val="center"/>
          </w:tcPr>
          <w:p w14:paraId="20726693" w14:textId="77777777" w:rsidR="00D60D5E" w:rsidRDefault="00891EF0">
            <w:pPr>
              <w:spacing w:after="0" w:line="240" w:lineRule="auto"/>
              <w:jc w:val="center"/>
            </w:pPr>
            <w:r>
              <w:rPr>
                <w:rFonts w:eastAsia="Aptos"/>
                <w:color w:val="6A7075"/>
                <w:sz w:val="17"/>
              </w:rPr>
              <w:t>195-180</w:t>
            </w:r>
          </w:p>
        </w:tc>
        <w:tc>
          <w:tcPr>
            <w:tcW w:w="2648" w:type="dxa"/>
            <w:tcMar>
              <w:top w:w="28" w:type="dxa"/>
              <w:left w:w="38" w:type="dxa"/>
              <w:bottom w:w="28" w:type="dxa"/>
              <w:right w:w="38" w:type="dxa"/>
            </w:tcMar>
            <w:vAlign w:val="center"/>
          </w:tcPr>
          <w:p w14:paraId="5FD5CA13" w14:textId="77777777" w:rsidR="00D60D5E" w:rsidRDefault="00891EF0">
            <w:pPr>
              <w:spacing w:after="0" w:line="240" w:lineRule="auto"/>
            </w:pPr>
            <w:r>
              <w:rPr>
                <w:rFonts w:eastAsia="Aptos"/>
                <w:sz w:val="17"/>
              </w:rPr>
              <w:t>Salmon Red 7.5oz</w:t>
            </w:r>
          </w:p>
        </w:tc>
        <w:tc>
          <w:tcPr>
            <w:tcW w:w="630" w:type="dxa"/>
            <w:tcMar>
              <w:top w:w="28" w:type="dxa"/>
              <w:left w:w="38" w:type="dxa"/>
              <w:bottom w:w="28" w:type="dxa"/>
              <w:right w:w="38" w:type="dxa"/>
            </w:tcMar>
            <w:vAlign w:val="center"/>
          </w:tcPr>
          <w:p w14:paraId="27B62F58" w14:textId="77777777" w:rsidR="00D60D5E" w:rsidRDefault="00891EF0">
            <w:pPr>
              <w:spacing w:after="0" w:line="240" w:lineRule="auto"/>
              <w:jc w:val="center"/>
            </w:pPr>
            <w:r>
              <w:rPr>
                <w:rFonts w:eastAsia="Aptos"/>
                <w:b/>
                <w:sz w:val="17"/>
              </w:rPr>
              <w:t>12.79</w:t>
            </w:r>
          </w:p>
        </w:tc>
        <w:tc>
          <w:tcPr>
            <w:tcW w:w="540" w:type="dxa"/>
            <w:tcMar>
              <w:top w:w="28" w:type="dxa"/>
              <w:left w:w="38" w:type="dxa"/>
              <w:bottom w:w="28" w:type="dxa"/>
              <w:right w:w="38" w:type="dxa"/>
            </w:tcMar>
            <w:vAlign w:val="center"/>
          </w:tcPr>
          <w:p w14:paraId="134300C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81F33E" w14:textId="77777777" w:rsidR="00D60D5E" w:rsidRDefault="00D60D5E">
            <w:pPr>
              <w:jc w:val="center"/>
            </w:pPr>
          </w:p>
        </w:tc>
      </w:tr>
      <w:tr w:rsidR="00D60D5E" w14:paraId="360F80F5" w14:textId="77777777" w:rsidTr="000617E0">
        <w:trPr>
          <w:cantSplit/>
          <w:jc w:val="center"/>
        </w:trPr>
        <w:tc>
          <w:tcPr>
            <w:tcW w:w="677" w:type="dxa"/>
            <w:tcMar>
              <w:top w:w="28" w:type="dxa"/>
              <w:left w:w="38" w:type="dxa"/>
              <w:bottom w:w="28" w:type="dxa"/>
              <w:right w:w="38" w:type="dxa"/>
            </w:tcMar>
            <w:vAlign w:val="center"/>
          </w:tcPr>
          <w:p w14:paraId="461E57CF" w14:textId="77777777" w:rsidR="00D60D5E" w:rsidRDefault="00891EF0">
            <w:pPr>
              <w:spacing w:after="0" w:line="240" w:lineRule="auto"/>
              <w:jc w:val="center"/>
            </w:pPr>
            <w:r>
              <w:rPr>
                <w:rFonts w:eastAsia="Aptos"/>
                <w:color w:val="6A7075"/>
                <w:sz w:val="17"/>
              </w:rPr>
              <w:t>195-185</w:t>
            </w:r>
          </w:p>
        </w:tc>
        <w:tc>
          <w:tcPr>
            <w:tcW w:w="2648" w:type="dxa"/>
            <w:tcMar>
              <w:top w:w="28" w:type="dxa"/>
              <w:left w:w="38" w:type="dxa"/>
              <w:bottom w:w="28" w:type="dxa"/>
              <w:right w:w="38" w:type="dxa"/>
            </w:tcMar>
            <w:vAlign w:val="center"/>
          </w:tcPr>
          <w:p w14:paraId="151B78D8" w14:textId="77777777" w:rsidR="00D60D5E" w:rsidRDefault="00891EF0">
            <w:pPr>
              <w:spacing w:after="0" w:line="240" w:lineRule="auto"/>
            </w:pPr>
            <w:r>
              <w:rPr>
                <w:rFonts w:eastAsia="Aptos"/>
                <w:sz w:val="17"/>
              </w:rPr>
              <w:t>Salmon Pink 7.5oz</w:t>
            </w:r>
          </w:p>
        </w:tc>
        <w:tc>
          <w:tcPr>
            <w:tcW w:w="630" w:type="dxa"/>
            <w:tcMar>
              <w:top w:w="28" w:type="dxa"/>
              <w:left w:w="38" w:type="dxa"/>
              <w:bottom w:w="28" w:type="dxa"/>
              <w:right w:w="38" w:type="dxa"/>
            </w:tcMar>
            <w:vAlign w:val="center"/>
          </w:tcPr>
          <w:p w14:paraId="59F7A55F" w14:textId="77777777" w:rsidR="00D60D5E" w:rsidRDefault="00891EF0">
            <w:pPr>
              <w:spacing w:after="0" w:line="240" w:lineRule="auto"/>
              <w:jc w:val="center"/>
            </w:pPr>
            <w:r>
              <w:rPr>
                <w:rFonts w:eastAsia="Aptos"/>
                <w:b/>
                <w:sz w:val="17"/>
              </w:rPr>
              <w:t>7.80</w:t>
            </w:r>
          </w:p>
        </w:tc>
        <w:tc>
          <w:tcPr>
            <w:tcW w:w="540" w:type="dxa"/>
            <w:tcMar>
              <w:top w:w="28" w:type="dxa"/>
              <w:left w:w="38" w:type="dxa"/>
              <w:bottom w:w="28" w:type="dxa"/>
              <w:right w:w="38" w:type="dxa"/>
            </w:tcMar>
            <w:vAlign w:val="center"/>
          </w:tcPr>
          <w:p w14:paraId="0C90227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876A8E" w14:textId="77777777" w:rsidR="00D60D5E" w:rsidRDefault="00D60D5E">
            <w:pPr>
              <w:jc w:val="center"/>
            </w:pPr>
          </w:p>
        </w:tc>
      </w:tr>
      <w:tr w:rsidR="00D60D5E" w14:paraId="427D26B6" w14:textId="77777777" w:rsidTr="000617E0">
        <w:trPr>
          <w:cantSplit/>
          <w:jc w:val="center"/>
        </w:trPr>
        <w:tc>
          <w:tcPr>
            <w:tcW w:w="677" w:type="dxa"/>
            <w:tcMar>
              <w:top w:w="28" w:type="dxa"/>
              <w:left w:w="38" w:type="dxa"/>
              <w:bottom w:w="28" w:type="dxa"/>
              <w:right w:w="38" w:type="dxa"/>
            </w:tcMar>
            <w:vAlign w:val="center"/>
          </w:tcPr>
          <w:p w14:paraId="0BD319C3" w14:textId="77777777" w:rsidR="00D60D5E" w:rsidRDefault="00891EF0">
            <w:pPr>
              <w:spacing w:after="0" w:line="240" w:lineRule="auto"/>
              <w:jc w:val="center"/>
            </w:pPr>
            <w:r>
              <w:rPr>
                <w:rFonts w:eastAsia="Aptos"/>
                <w:color w:val="6A7075"/>
                <w:sz w:val="17"/>
              </w:rPr>
              <w:t>195-190</w:t>
            </w:r>
          </w:p>
        </w:tc>
        <w:tc>
          <w:tcPr>
            <w:tcW w:w="2648" w:type="dxa"/>
            <w:tcMar>
              <w:top w:w="28" w:type="dxa"/>
              <w:left w:w="38" w:type="dxa"/>
              <w:bottom w:w="28" w:type="dxa"/>
              <w:right w:w="38" w:type="dxa"/>
            </w:tcMar>
            <w:vAlign w:val="center"/>
          </w:tcPr>
          <w:p w14:paraId="3C9010C0" w14:textId="77777777" w:rsidR="00D60D5E" w:rsidRDefault="00891EF0">
            <w:pPr>
              <w:spacing w:after="0" w:line="240" w:lineRule="auto"/>
            </w:pPr>
            <w:r>
              <w:rPr>
                <w:rFonts w:eastAsia="Aptos"/>
                <w:sz w:val="17"/>
              </w:rPr>
              <w:t>Clam Chopped 6.5oz</w:t>
            </w:r>
          </w:p>
        </w:tc>
        <w:tc>
          <w:tcPr>
            <w:tcW w:w="630" w:type="dxa"/>
            <w:tcMar>
              <w:top w:w="28" w:type="dxa"/>
              <w:left w:w="38" w:type="dxa"/>
              <w:bottom w:w="28" w:type="dxa"/>
              <w:right w:w="38" w:type="dxa"/>
            </w:tcMar>
            <w:vAlign w:val="center"/>
          </w:tcPr>
          <w:p w14:paraId="7DDF7774" w14:textId="77777777" w:rsidR="00D60D5E" w:rsidRDefault="00891EF0">
            <w:pPr>
              <w:spacing w:after="0" w:line="240" w:lineRule="auto"/>
              <w:jc w:val="center"/>
            </w:pPr>
            <w:r>
              <w:rPr>
                <w:rFonts w:eastAsia="Aptos"/>
                <w:b/>
                <w:sz w:val="17"/>
              </w:rPr>
              <w:t>2.75</w:t>
            </w:r>
          </w:p>
        </w:tc>
        <w:tc>
          <w:tcPr>
            <w:tcW w:w="540" w:type="dxa"/>
            <w:tcMar>
              <w:top w:w="28" w:type="dxa"/>
              <w:left w:w="38" w:type="dxa"/>
              <w:bottom w:w="28" w:type="dxa"/>
              <w:right w:w="38" w:type="dxa"/>
            </w:tcMar>
            <w:vAlign w:val="center"/>
          </w:tcPr>
          <w:p w14:paraId="00F697F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301408" w14:textId="77777777" w:rsidR="00D60D5E" w:rsidRDefault="00D60D5E">
            <w:pPr>
              <w:jc w:val="center"/>
            </w:pPr>
          </w:p>
        </w:tc>
      </w:tr>
      <w:tr w:rsidR="00D60D5E" w14:paraId="57144DD0" w14:textId="77777777" w:rsidTr="000617E0">
        <w:trPr>
          <w:cantSplit/>
          <w:jc w:val="center"/>
        </w:trPr>
        <w:tc>
          <w:tcPr>
            <w:tcW w:w="677" w:type="dxa"/>
            <w:tcMar>
              <w:top w:w="28" w:type="dxa"/>
              <w:left w:w="38" w:type="dxa"/>
              <w:bottom w:w="28" w:type="dxa"/>
              <w:right w:w="38" w:type="dxa"/>
            </w:tcMar>
            <w:vAlign w:val="center"/>
          </w:tcPr>
          <w:p w14:paraId="5642F51C" w14:textId="77777777" w:rsidR="00D60D5E" w:rsidRDefault="00891EF0">
            <w:pPr>
              <w:spacing w:after="0" w:line="240" w:lineRule="auto"/>
              <w:jc w:val="center"/>
            </w:pPr>
            <w:r>
              <w:rPr>
                <w:rFonts w:eastAsia="Aptos"/>
                <w:color w:val="6A7075"/>
                <w:sz w:val="17"/>
              </w:rPr>
              <w:t>195-195</w:t>
            </w:r>
          </w:p>
        </w:tc>
        <w:tc>
          <w:tcPr>
            <w:tcW w:w="2648" w:type="dxa"/>
            <w:tcMar>
              <w:top w:w="28" w:type="dxa"/>
              <w:left w:w="38" w:type="dxa"/>
              <w:bottom w:w="28" w:type="dxa"/>
              <w:right w:w="38" w:type="dxa"/>
            </w:tcMar>
            <w:vAlign w:val="center"/>
          </w:tcPr>
          <w:p w14:paraId="61C2255C" w14:textId="77777777" w:rsidR="00D60D5E" w:rsidRDefault="00891EF0">
            <w:pPr>
              <w:spacing w:after="0" w:line="240" w:lineRule="auto"/>
            </w:pPr>
            <w:r>
              <w:rPr>
                <w:rFonts w:eastAsia="Aptos"/>
                <w:sz w:val="17"/>
              </w:rPr>
              <w:t>Clam Smoked 3oz</w:t>
            </w:r>
          </w:p>
        </w:tc>
        <w:tc>
          <w:tcPr>
            <w:tcW w:w="630" w:type="dxa"/>
            <w:tcMar>
              <w:top w:w="28" w:type="dxa"/>
              <w:left w:w="38" w:type="dxa"/>
              <w:bottom w:w="28" w:type="dxa"/>
              <w:right w:w="38" w:type="dxa"/>
            </w:tcMar>
            <w:vAlign w:val="center"/>
          </w:tcPr>
          <w:p w14:paraId="702033BA" w14:textId="77777777" w:rsidR="00D60D5E" w:rsidRDefault="00891EF0">
            <w:pPr>
              <w:spacing w:after="0" w:line="240" w:lineRule="auto"/>
              <w:jc w:val="center"/>
            </w:pPr>
            <w:r>
              <w:rPr>
                <w:rFonts w:eastAsia="Aptos"/>
                <w:b/>
                <w:sz w:val="17"/>
              </w:rPr>
              <w:t>3.92</w:t>
            </w:r>
          </w:p>
        </w:tc>
        <w:tc>
          <w:tcPr>
            <w:tcW w:w="540" w:type="dxa"/>
            <w:tcMar>
              <w:top w:w="28" w:type="dxa"/>
              <w:left w:w="38" w:type="dxa"/>
              <w:bottom w:w="28" w:type="dxa"/>
              <w:right w:w="38" w:type="dxa"/>
            </w:tcMar>
            <w:vAlign w:val="center"/>
          </w:tcPr>
          <w:p w14:paraId="1E6D69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7CA6B5" w14:textId="77777777" w:rsidR="00D60D5E" w:rsidRDefault="00D60D5E">
            <w:pPr>
              <w:jc w:val="center"/>
            </w:pPr>
          </w:p>
        </w:tc>
      </w:tr>
      <w:tr w:rsidR="00D60D5E" w14:paraId="60ABD2E8" w14:textId="77777777" w:rsidTr="000617E0">
        <w:trPr>
          <w:cantSplit/>
          <w:jc w:val="center"/>
        </w:trPr>
        <w:tc>
          <w:tcPr>
            <w:tcW w:w="677" w:type="dxa"/>
            <w:tcMar>
              <w:top w:w="28" w:type="dxa"/>
              <w:left w:w="38" w:type="dxa"/>
              <w:bottom w:w="28" w:type="dxa"/>
              <w:right w:w="38" w:type="dxa"/>
            </w:tcMar>
            <w:vAlign w:val="center"/>
          </w:tcPr>
          <w:p w14:paraId="40F9F928" w14:textId="77777777" w:rsidR="00D60D5E" w:rsidRDefault="00891EF0">
            <w:pPr>
              <w:spacing w:after="0" w:line="240" w:lineRule="auto"/>
              <w:jc w:val="center"/>
            </w:pPr>
            <w:r>
              <w:rPr>
                <w:rFonts w:eastAsia="Aptos"/>
                <w:color w:val="6A7075"/>
                <w:sz w:val="17"/>
              </w:rPr>
              <w:t>195-200</w:t>
            </w:r>
          </w:p>
        </w:tc>
        <w:tc>
          <w:tcPr>
            <w:tcW w:w="2648" w:type="dxa"/>
            <w:tcMar>
              <w:top w:w="28" w:type="dxa"/>
              <w:left w:w="38" w:type="dxa"/>
              <w:bottom w:w="28" w:type="dxa"/>
              <w:right w:w="38" w:type="dxa"/>
            </w:tcMar>
            <w:vAlign w:val="center"/>
          </w:tcPr>
          <w:p w14:paraId="50D85024" w14:textId="77777777" w:rsidR="00D60D5E" w:rsidRDefault="00891EF0">
            <w:pPr>
              <w:spacing w:after="0" w:line="240" w:lineRule="auto"/>
            </w:pPr>
            <w:r>
              <w:rPr>
                <w:rFonts w:eastAsia="Aptos"/>
                <w:sz w:val="17"/>
              </w:rPr>
              <w:t>Tuna Solid White Water / Oil 12oz</w:t>
            </w:r>
          </w:p>
        </w:tc>
        <w:tc>
          <w:tcPr>
            <w:tcW w:w="630" w:type="dxa"/>
            <w:tcMar>
              <w:top w:w="28" w:type="dxa"/>
              <w:left w:w="38" w:type="dxa"/>
              <w:bottom w:w="28" w:type="dxa"/>
              <w:right w:w="38" w:type="dxa"/>
            </w:tcMar>
            <w:vAlign w:val="center"/>
          </w:tcPr>
          <w:p w14:paraId="15876267" w14:textId="77777777" w:rsidR="00D60D5E" w:rsidRDefault="00891EF0">
            <w:pPr>
              <w:spacing w:after="0" w:line="240" w:lineRule="auto"/>
              <w:jc w:val="center"/>
            </w:pPr>
            <w:r>
              <w:rPr>
                <w:rFonts w:eastAsia="Aptos"/>
                <w:b/>
                <w:sz w:val="17"/>
              </w:rPr>
              <w:t>7.49</w:t>
            </w:r>
          </w:p>
        </w:tc>
        <w:tc>
          <w:tcPr>
            <w:tcW w:w="540" w:type="dxa"/>
            <w:tcMar>
              <w:top w:w="28" w:type="dxa"/>
              <w:left w:w="38" w:type="dxa"/>
              <w:bottom w:w="28" w:type="dxa"/>
              <w:right w:w="38" w:type="dxa"/>
            </w:tcMar>
            <w:vAlign w:val="center"/>
          </w:tcPr>
          <w:p w14:paraId="05D6BD6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2D8DF6" w14:textId="77777777" w:rsidR="00D60D5E" w:rsidRDefault="00D60D5E">
            <w:pPr>
              <w:jc w:val="center"/>
            </w:pPr>
          </w:p>
        </w:tc>
      </w:tr>
      <w:tr w:rsidR="00D60D5E" w14:paraId="5CC7F832" w14:textId="77777777" w:rsidTr="000617E0">
        <w:trPr>
          <w:cantSplit/>
          <w:jc w:val="center"/>
        </w:trPr>
        <w:tc>
          <w:tcPr>
            <w:tcW w:w="677" w:type="dxa"/>
            <w:tcMar>
              <w:top w:w="28" w:type="dxa"/>
              <w:left w:w="38" w:type="dxa"/>
              <w:bottom w:w="28" w:type="dxa"/>
              <w:right w:w="38" w:type="dxa"/>
            </w:tcMar>
            <w:vAlign w:val="center"/>
          </w:tcPr>
          <w:p w14:paraId="3AC7057E" w14:textId="77777777" w:rsidR="00D60D5E" w:rsidRDefault="00891EF0">
            <w:pPr>
              <w:spacing w:after="0" w:line="240" w:lineRule="auto"/>
              <w:jc w:val="center"/>
            </w:pPr>
            <w:r>
              <w:rPr>
                <w:rFonts w:eastAsia="Aptos"/>
                <w:color w:val="6A7075"/>
                <w:sz w:val="17"/>
              </w:rPr>
              <w:t>195-205</w:t>
            </w:r>
          </w:p>
        </w:tc>
        <w:tc>
          <w:tcPr>
            <w:tcW w:w="2648" w:type="dxa"/>
            <w:tcMar>
              <w:top w:w="28" w:type="dxa"/>
              <w:left w:w="38" w:type="dxa"/>
              <w:bottom w:w="28" w:type="dxa"/>
              <w:right w:w="38" w:type="dxa"/>
            </w:tcMar>
            <w:vAlign w:val="center"/>
          </w:tcPr>
          <w:p w14:paraId="002A8C3E" w14:textId="77777777" w:rsidR="00D60D5E" w:rsidRDefault="00891EF0">
            <w:pPr>
              <w:spacing w:after="0" w:line="240" w:lineRule="auto"/>
            </w:pPr>
            <w:r>
              <w:rPr>
                <w:rFonts w:eastAsia="Aptos"/>
                <w:sz w:val="17"/>
              </w:rPr>
              <w:t>Tuna Water 7oz</w:t>
            </w:r>
          </w:p>
        </w:tc>
        <w:tc>
          <w:tcPr>
            <w:tcW w:w="630" w:type="dxa"/>
            <w:tcMar>
              <w:top w:w="28" w:type="dxa"/>
              <w:left w:w="38" w:type="dxa"/>
              <w:bottom w:w="28" w:type="dxa"/>
              <w:right w:w="38" w:type="dxa"/>
            </w:tcMar>
            <w:vAlign w:val="center"/>
          </w:tcPr>
          <w:p w14:paraId="7B52D55A" w14:textId="77777777" w:rsidR="00D60D5E" w:rsidRDefault="00891EF0">
            <w:pPr>
              <w:spacing w:after="0" w:line="240" w:lineRule="auto"/>
              <w:jc w:val="center"/>
            </w:pPr>
            <w:r>
              <w:rPr>
                <w:rFonts w:eastAsia="Aptos"/>
                <w:b/>
                <w:sz w:val="17"/>
              </w:rPr>
              <w:t>3.20</w:t>
            </w:r>
          </w:p>
        </w:tc>
        <w:tc>
          <w:tcPr>
            <w:tcW w:w="540" w:type="dxa"/>
            <w:tcMar>
              <w:top w:w="28" w:type="dxa"/>
              <w:left w:w="38" w:type="dxa"/>
              <w:bottom w:w="28" w:type="dxa"/>
              <w:right w:w="38" w:type="dxa"/>
            </w:tcMar>
            <w:vAlign w:val="center"/>
          </w:tcPr>
          <w:p w14:paraId="33CFCB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C6200A" w14:textId="77777777" w:rsidR="00D60D5E" w:rsidRDefault="00D60D5E">
            <w:pPr>
              <w:jc w:val="center"/>
            </w:pPr>
          </w:p>
        </w:tc>
      </w:tr>
      <w:tr w:rsidR="00D60D5E" w14:paraId="7FD23C32" w14:textId="77777777" w:rsidTr="000617E0">
        <w:trPr>
          <w:cantSplit/>
          <w:jc w:val="center"/>
        </w:trPr>
        <w:tc>
          <w:tcPr>
            <w:tcW w:w="677" w:type="dxa"/>
            <w:tcMar>
              <w:top w:w="28" w:type="dxa"/>
              <w:left w:w="38" w:type="dxa"/>
              <w:bottom w:w="28" w:type="dxa"/>
              <w:right w:w="38" w:type="dxa"/>
            </w:tcMar>
            <w:vAlign w:val="center"/>
          </w:tcPr>
          <w:p w14:paraId="7E898AD3" w14:textId="77777777" w:rsidR="00D60D5E" w:rsidRDefault="00891EF0">
            <w:pPr>
              <w:spacing w:after="0" w:line="240" w:lineRule="auto"/>
              <w:jc w:val="center"/>
            </w:pPr>
            <w:r>
              <w:rPr>
                <w:rFonts w:eastAsia="Aptos"/>
                <w:color w:val="6A7075"/>
                <w:sz w:val="17"/>
              </w:rPr>
              <w:t>195-210</w:t>
            </w:r>
          </w:p>
        </w:tc>
        <w:tc>
          <w:tcPr>
            <w:tcW w:w="2648" w:type="dxa"/>
            <w:tcMar>
              <w:top w:w="28" w:type="dxa"/>
              <w:left w:w="38" w:type="dxa"/>
              <w:bottom w:w="28" w:type="dxa"/>
              <w:right w:w="38" w:type="dxa"/>
            </w:tcMar>
            <w:vAlign w:val="center"/>
          </w:tcPr>
          <w:p w14:paraId="7D9FB9BC" w14:textId="77777777" w:rsidR="00D60D5E" w:rsidRDefault="00891EF0">
            <w:pPr>
              <w:spacing w:after="0" w:line="240" w:lineRule="auto"/>
            </w:pPr>
            <w:r>
              <w:rPr>
                <w:rFonts w:eastAsia="Aptos"/>
                <w:sz w:val="17"/>
              </w:rPr>
              <w:t>Mackerel Tomato Sauce 15oz</w:t>
            </w:r>
          </w:p>
        </w:tc>
        <w:tc>
          <w:tcPr>
            <w:tcW w:w="630" w:type="dxa"/>
            <w:tcMar>
              <w:top w:w="28" w:type="dxa"/>
              <w:left w:w="38" w:type="dxa"/>
              <w:bottom w:w="28" w:type="dxa"/>
              <w:right w:w="38" w:type="dxa"/>
            </w:tcMar>
            <w:vAlign w:val="center"/>
          </w:tcPr>
          <w:p w14:paraId="73A54F83"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27E85C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293490" w14:textId="77777777" w:rsidR="00D60D5E" w:rsidRDefault="00D60D5E">
            <w:pPr>
              <w:jc w:val="center"/>
            </w:pPr>
          </w:p>
        </w:tc>
      </w:tr>
      <w:tr w:rsidR="00D60D5E" w14:paraId="7440A850" w14:textId="77777777" w:rsidTr="000617E0">
        <w:trPr>
          <w:cantSplit/>
          <w:jc w:val="center"/>
        </w:trPr>
        <w:tc>
          <w:tcPr>
            <w:tcW w:w="677" w:type="dxa"/>
            <w:tcMar>
              <w:top w:w="28" w:type="dxa"/>
              <w:left w:w="38" w:type="dxa"/>
              <w:bottom w:w="28" w:type="dxa"/>
              <w:right w:w="38" w:type="dxa"/>
            </w:tcMar>
            <w:vAlign w:val="center"/>
          </w:tcPr>
          <w:p w14:paraId="3F5C39BC" w14:textId="77777777" w:rsidR="00D60D5E" w:rsidRDefault="00891EF0">
            <w:pPr>
              <w:spacing w:after="0" w:line="240" w:lineRule="auto"/>
              <w:jc w:val="center"/>
            </w:pPr>
            <w:r>
              <w:rPr>
                <w:rFonts w:eastAsia="Aptos"/>
                <w:color w:val="6A7075"/>
                <w:sz w:val="17"/>
              </w:rPr>
              <w:t>195-215</w:t>
            </w:r>
          </w:p>
        </w:tc>
        <w:tc>
          <w:tcPr>
            <w:tcW w:w="2648" w:type="dxa"/>
            <w:tcMar>
              <w:top w:w="28" w:type="dxa"/>
              <w:left w:w="38" w:type="dxa"/>
              <w:bottom w:w="28" w:type="dxa"/>
              <w:right w:w="38" w:type="dxa"/>
            </w:tcMar>
            <w:vAlign w:val="center"/>
          </w:tcPr>
          <w:p w14:paraId="501FA69B" w14:textId="77777777" w:rsidR="00D60D5E" w:rsidRDefault="00891EF0">
            <w:pPr>
              <w:spacing w:after="0" w:line="240" w:lineRule="auto"/>
            </w:pPr>
            <w:r>
              <w:rPr>
                <w:rFonts w:eastAsia="Aptos"/>
                <w:sz w:val="17"/>
              </w:rPr>
              <w:t>Tuna Chunk Light in Water 3oz</w:t>
            </w:r>
          </w:p>
        </w:tc>
        <w:tc>
          <w:tcPr>
            <w:tcW w:w="630" w:type="dxa"/>
            <w:tcMar>
              <w:top w:w="28" w:type="dxa"/>
              <w:left w:w="38" w:type="dxa"/>
              <w:bottom w:w="28" w:type="dxa"/>
              <w:right w:w="38" w:type="dxa"/>
            </w:tcMar>
            <w:vAlign w:val="center"/>
          </w:tcPr>
          <w:p w14:paraId="694762D2" w14:textId="77777777" w:rsidR="00D60D5E" w:rsidRDefault="00891EF0">
            <w:pPr>
              <w:spacing w:after="0" w:line="240" w:lineRule="auto"/>
              <w:jc w:val="center"/>
            </w:pPr>
            <w:r>
              <w:rPr>
                <w:rFonts w:eastAsia="Aptos"/>
                <w:b/>
                <w:sz w:val="17"/>
              </w:rPr>
              <w:t>1.49</w:t>
            </w:r>
          </w:p>
        </w:tc>
        <w:tc>
          <w:tcPr>
            <w:tcW w:w="540" w:type="dxa"/>
            <w:tcMar>
              <w:top w:w="28" w:type="dxa"/>
              <w:left w:w="38" w:type="dxa"/>
              <w:bottom w:w="28" w:type="dxa"/>
              <w:right w:w="38" w:type="dxa"/>
            </w:tcMar>
            <w:vAlign w:val="center"/>
          </w:tcPr>
          <w:p w14:paraId="72A6FC4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2A63BB" w14:textId="77777777" w:rsidR="00D60D5E" w:rsidRDefault="00D60D5E">
            <w:pPr>
              <w:jc w:val="center"/>
            </w:pPr>
          </w:p>
        </w:tc>
      </w:tr>
      <w:tr w:rsidR="00D60D5E" w14:paraId="0BD380C3" w14:textId="77777777" w:rsidTr="000617E0">
        <w:trPr>
          <w:cantSplit/>
          <w:jc w:val="center"/>
        </w:trPr>
        <w:tc>
          <w:tcPr>
            <w:tcW w:w="677" w:type="dxa"/>
            <w:tcMar>
              <w:top w:w="28" w:type="dxa"/>
              <w:left w:w="38" w:type="dxa"/>
              <w:bottom w:w="28" w:type="dxa"/>
              <w:right w:w="38" w:type="dxa"/>
            </w:tcMar>
            <w:vAlign w:val="center"/>
          </w:tcPr>
          <w:p w14:paraId="6F860BC8" w14:textId="77777777" w:rsidR="00D60D5E" w:rsidRDefault="00891EF0">
            <w:pPr>
              <w:spacing w:after="0" w:line="240" w:lineRule="auto"/>
              <w:jc w:val="center"/>
            </w:pPr>
            <w:r>
              <w:rPr>
                <w:rFonts w:eastAsia="Aptos"/>
                <w:color w:val="6A7075"/>
                <w:sz w:val="17"/>
              </w:rPr>
              <w:t>195-220</w:t>
            </w:r>
          </w:p>
        </w:tc>
        <w:tc>
          <w:tcPr>
            <w:tcW w:w="2648" w:type="dxa"/>
            <w:tcMar>
              <w:top w:w="28" w:type="dxa"/>
              <w:left w:w="38" w:type="dxa"/>
              <w:bottom w:w="28" w:type="dxa"/>
              <w:right w:w="38" w:type="dxa"/>
            </w:tcMar>
            <w:vAlign w:val="center"/>
          </w:tcPr>
          <w:p w14:paraId="047EE847" w14:textId="77777777" w:rsidR="00D60D5E" w:rsidRDefault="00891EF0">
            <w:pPr>
              <w:spacing w:after="0" w:line="240" w:lineRule="auto"/>
            </w:pPr>
            <w:r>
              <w:rPr>
                <w:rFonts w:eastAsia="Aptos"/>
                <w:sz w:val="17"/>
              </w:rPr>
              <w:t>Tuna in Veg Oil 6oz</w:t>
            </w:r>
          </w:p>
        </w:tc>
        <w:tc>
          <w:tcPr>
            <w:tcW w:w="630" w:type="dxa"/>
            <w:tcMar>
              <w:top w:w="28" w:type="dxa"/>
              <w:left w:w="38" w:type="dxa"/>
              <w:bottom w:w="28" w:type="dxa"/>
              <w:right w:w="38" w:type="dxa"/>
            </w:tcMar>
            <w:vAlign w:val="center"/>
          </w:tcPr>
          <w:p w14:paraId="13A19F92" w14:textId="77777777" w:rsidR="00D60D5E" w:rsidRDefault="00891EF0">
            <w:pPr>
              <w:spacing w:after="0" w:line="240" w:lineRule="auto"/>
              <w:jc w:val="center"/>
            </w:pPr>
            <w:r>
              <w:rPr>
                <w:rFonts w:eastAsia="Aptos"/>
                <w:b/>
                <w:sz w:val="17"/>
              </w:rPr>
              <w:t>2.39</w:t>
            </w:r>
          </w:p>
        </w:tc>
        <w:tc>
          <w:tcPr>
            <w:tcW w:w="540" w:type="dxa"/>
            <w:tcMar>
              <w:top w:w="28" w:type="dxa"/>
              <w:left w:w="38" w:type="dxa"/>
              <w:bottom w:w="28" w:type="dxa"/>
              <w:right w:w="38" w:type="dxa"/>
            </w:tcMar>
            <w:vAlign w:val="center"/>
          </w:tcPr>
          <w:p w14:paraId="3A736B3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E5329C" w14:textId="77777777" w:rsidR="00D60D5E" w:rsidRDefault="00D60D5E">
            <w:pPr>
              <w:jc w:val="center"/>
            </w:pPr>
          </w:p>
        </w:tc>
      </w:tr>
      <w:tr w:rsidR="00D60D5E" w14:paraId="72C04344" w14:textId="77777777" w:rsidTr="000617E0">
        <w:trPr>
          <w:cantSplit/>
          <w:jc w:val="center"/>
        </w:trPr>
        <w:tc>
          <w:tcPr>
            <w:tcW w:w="677" w:type="dxa"/>
            <w:tcMar>
              <w:top w:w="28" w:type="dxa"/>
              <w:left w:w="38" w:type="dxa"/>
              <w:bottom w:w="28" w:type="dxa"/>
              <w:right w:w="38" w:type="dxa"/>
            </w:tcMar>
            <w:vAlign w:val="center"/>
          </w:tcPr>
          <w:p w14:paraId="4BFF7681" w14:textId="77777777" w:rsidR="00D60D5E" w:rsidRDefault="00891EF0">
            <w:pPr>
              <w:spacing w:after="0" w:line="240" w:lineRule="auto"/>
              <w:jc w:val="center"/>
            </w:pPr>
            <w:r>
              <w:rPr>
                <w:rFonts w:eastAsia="Aptos"/>
                <w:color w:val="6A7075"/>
                <w:sz w:val="17"/>
              </w:rPr>
              <w:t>195-225</w:t>
            </w:r>
          </w:p>
        </w:tc>
        <w:tc>
          <w:tcPr>
            <w:tcW w:w="2648" w:type="dxa"/>
            <w:tcMar>
              <w:top w:w="28" w:type="dxa"/>
              <w:left w:w="38" w:type="dxa"/>
              <w:bottom w:w="28" w:type="dxa"/>
              <w:right w:w="38" w:type="dxa"/>
            </w:tcMar>
            <w:vAlign w:val="center"/>
          </w:tcPr>
          <w:p w14:paraId="22721F83" w14:textId="77777777" w:rsidR="00D60D5E" w:rsidRDefault="00891EF0">
            <w:pPr>
              <w:spacing w:after="0" w:line="240" w:lineRule="auto"/>
            </w:pPr>
            <w:r>
              <w:rPr>
                <w:rFonts w:eastAsia="Aptos"/>
                <w:sz w:val="17"/>
              </w:rPr>
              <w:t>Albacore Tuna Water Solid 12oz</w:t>
            </w:r>
          </w:p>
        </w:tc>
        <w:tc>
          <w:tcPr>
            <w:tcW w:w="630" w:type="dxa"/>
            <w:tcMar>
              <w:top w:w="28" w:type="dxa"/>
              <w:left w:w="38" w:type="dxa"/>
              <w:bottom w:w="28" w:type="dxa"/>
              <w:right w:w="38" w:type="dxa"/>
            </w:tcMar>
            <w:vAlign w:val="center"/>
          </w:tcPr>
          <w:p w14:paraId="0F2FA69B" w14:textId="77777777" w:rsidR="00D60D5E" w:rsidRDefault="00891EF0">
            <w:pPr>
              <w:spacing w:after="0" w:line="240" w:lineRule="auto"/>
              <w:jc w:val="center"/>
            </w:pPr>
            <w:r>
              <w:rPr>
                <w:rFonts w:eastAsia="Aptos"/>
                <w:b/>
                <w:sz w:val="17"/>
              </w:rPr>
              <w:t>9.79</w:t>
            </w:r>
          </w:p>
        </w:tc>
        <w:tc>
          <w:tcPr>
            <w:tcW w:w="540" w:type="dxa"/>
            <w:tcMar>
              <w:top w:w="28" w:type="dxa"/>
              <w:left w:w="38" w:type="dxa"/>
              <w:bottom w:w="28" w:type="dxa"/>
              <w:right w:w="38" w:type="dxa"/>
            </w:tcMar>
            <w:vAlign w:val="center"/>
          </w:tcPr>
          <w:p w14:paraId="32173CC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82BE03" w14:textId="77777777" w:rsidR="00D60D5E" w:rsidRDefault="00D60D5E">
            <w:pPr>
              <w:jc w:val="center"/>
            </w:pPr>
          </w:p>
        </w:tc>
      </w:tr>
      <w:tr w:rsidR="00D60D5E" w14:paraId="6C527893" w14:textId="77777777" w:rsidTr="000617E0">
        <w:trPr>
          <w:cantSplit/>
          <w:jc w:val="center"/>
        </w:trPr>
        <w:tc>
          <w:tcPr>
            <w:tcW w:w="677" w:type="dxa"/>
            <w:tcMar>
              <w:top w:w="28" w:type="dxa"/>
              <w:left w:w="38" w:type="dxa"/>
              <w:bottom w:w="28" w:type="dxa"/>
              <w:right w:w="38" w:type="dxa"/>
            </w:tcMar>
            <w:vAlign w:val="center"/>
          </w:tcPr>
          <w:p w14:paraId="54E18129" w14:textId="77777777" w:rsidR="00D60D5E" w:rsidRDefault="00891EF0">
            <w:pPr>
              <w:spacing w:after="0" w:line="240" w:lineRule="auto"/>
              <w:jc w:val="center"/>
            </w:pPr>
            <w:r>
              <w:rPr>
                <w:rFonts w:eastAsia="Aptos"/>
                <w:color w:val="6A7075"/>
                <w:sz w:val="17"/>
              </w:rPr>
              <w:t>195-230</w:t>
            </w:r>
          </w:p>
        </w:tc>
        <w:tc>
          <w:tcPr>
            <w:tcW w:w="2648" w:type="dxa"/>
            <w:tcMar>
              <w:top w:w="28" w:type="dxa"/>
              <w:left w:w="38" w:type="dxa"/>
              <w:bottom w:w="28" w:type="dxa"/>
              <w:right w:w="38" w:type="dxa"/>
            </w:tcMar>
            <w:vAlign w:val="center"/>
          </w:tcPr>
          <w:p w14:paraId="6A24ECAA" w14:textId="77777777" w:rsidR="00D60D5E" w:rsidRDefault="00891EF0">
            <w:pPr>
              <w:spacing w:after="0" w:line="240" w:lineRule="auto"/>
            </w:pPr>
            <w:r>
              <w:rPr>
                <w:rFonts w:eastAsia="Aptos"/>
                <w:sz w:val="17"/>
              </w:rPr>
              <w:t>Tuna Solid White Water 5oz</w:t>
            </w:r>
          </w:p>
        </w:tc>
        <w:tc>
          <w:tcPr>
            <w:tcW w:w="630" w:type="dxa"/>
            <w:tcMar>
              <w:top w:w="28" w:type="dxa"/>
              <w:left w:w="38" w:type="dxa"/>
              <w:bottom w:w="28" w:type="dxa"/>
              <w:right w:w="38" w:type="dxa"/>
            </w:tcMar>
            <w:vAlign w:val="center"/>
          </w:tcPr>
          <w:p w14:paraId="25982FBE" w14:textId="77777777" w:rsidR="00D60D5E" w:rsidRDefault="00891EF0">
            <w:pPr>
              <w:spacing w:after="0" w:line="240" w:lineRule="auto"/>
              <w:jc w:val="center"/>
            </w:pPr>
            <w:r>
              <w:rPr>
                <w:rFonts w:eastAsia="Aptos"/>
                <w:b/>
                <w:sz w:val="17"/>
              </w:rPr>
              <w:t>4.30</w:t>
            </w:r>
          </w:p>
        </w:tc>
        <w:tc>
          <w:tcPr>
            <w:tcW w:w="540" w:type="dxa"/>
            <w:tcMar>
              <w:top w:w="28" w:type="dxa"/>
              <w:left w:w="38" w:type="dxa"/>
              <w:bottom w:w="28" w:type="dxa"/>
              <w:right w:w="38" w:type="dxa"/>
            </w:tcMar>
            <w:vAlign w:val="center"/>
          </w:tcPr>
          <w:p w14:paraId="5A6C5AC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E3341A" w14:textId="77777777" w:rsidR="00D60D5E" w:rsidRDefault="00D60D5E">
            <w:pPr>
              <w:jc w:val="center"/>
            </w:pPr>
          </w:p>
        </w:tc>
      </w:tr>
      <w:tr w:rsidR="00D60D5E" w14:paraId="59497255" w14:textId="77777777" w:rsidTr="000617E0">
        <w:trPr>
          <w:cantSplit/>
          <w:jc w:val="center"/>
        </w:trPr>
        <w:tc>
          <w:tcPr>
            <w:tcW w:w="677" w:type="dxa"/>
            <w:shd w:val="clear" w:color="auto" w:fill="D9EAF7"/>
            <w:tcMar>
              <w:top w:w="28" w:type="dxa"/>
              <w:left w:w="38" w:type="dxa"/>
              <w:bottom w:w="28" w:type="dxa"/>
              <w:right w:w="38" w:type="dxa"/>
            </w:tcMar>
            <w:vAlign w:val="center"/>
          </w:tcPr>
          <w:p w14:paraId="32E882E9" w14:textId="77777777" w:rsidR="00D60D5E" w:rsidRDefault="00891EF0">
            <w:pPr>
              <w:spacing w:after="0" w:line="240" w:lineRule="auto"/>
              <w:jc w:val="center"/>
            </w:pPr>
            <w:r>
              <w:rPr>
                <w:rFonts w:eastAsia="Aptos"/>
                <w:b/>
                <w:color w:val="76A943"/>
                <w:sz w:val="18"/>
              </w:rPr>
              <w:t>200-</w:t>
            </w:r>
          </w:p>
        </w:tc>
        <w:tc>
          <w:tcPr>
            <w:tcW w:w="2648" w:type="dxa"/>
            <w:shd w:val="clear" w:color="auto" w:fill="D9EAF7"/>
            <w:tcMar>
              <w:top w:w="28" w:type="dxa"/>
              <w:left w:w="38" w:type="dxa"/>
              <w:bottom w:w="28" w:type="dxa"/>
              <w:right w:w="38" w:type="dxa"/>
            </w:tcMar>
            <w:vAlign w:val="center"/>
          </w:tcPr>
          <w:p w14:paraId="1CF2E084" w14:textId="77777777" w:rsidR="00D60D5E" w:rsidRDefault="00891EF0">
            <w:pPr>
              <w:spacing w:after="0" w:line="240" w:lineRule="auto"/>
            </w:pPr>
            <w:r>
              <w:rPr>
                <w:rFonts w:eastAsia="Aptos"/>
                <w:b/>
                <w:color w:val="76A943"/>
                <w:sz w:val="18"/>
              </w:rPr>
              <w:t>PATES &amp; MOUSSES (INDIVIDUAL)</w:t>
            </w:r>
          </w:p>
        </w:tc>
        <w:tc>
          <w:tcPr>
            <w:tcW w:w="630" w:type="dxa"/>
            <w:shd w:val="clear" w:color="auto" w:fill="D9EAF7"/>
            <w:tcMar>
              <w:top w:w="28" w:type="dxa"/>
              <w:left w:w="38" w:type="dxa"/>
              <w:bottom w:w="28" w:type="dxa"/>
              <w:right w:w="38" w:type="dxa"/>
            </w:tcMar>
            <w:vAlign w:val="center"/>
          </w:tcPr>
          <w:p w14:paraId="2C9BE07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72FE73F7"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26B3C2EB" w14:textId="77777777" w:rsidR="00D60D5E" w:rsidRDefault="00D60D5E">
            <w:pPr>
              <w:jc w:val="center"/>
            </w:pPr>
          </w:p>
        </w:tc>
      </w:tr>
      <w:tr w:rsidR="00D60D5E" w14:paraId="648E9D71" w14:textId="77777777" w:rsidTr="000617E0">
        <w:trPr>
          <w:cantSplit/>
          <w:jc w:val="center"/>
        </w:trPr>
        <w:tc>
          <w:tcPr>
            <w:tcW w:w="677" w:type="dxa"/>
            <w:tcMar>
              <w:top w:w="28" w:type="dxa"/>
              <w:left w:w="38" w:type="dxa"/>
              <w:bottom w:w="28" w:type="dxa"/>
              <w:right w:w="38" w:type="dxa"/>
            </w:tcMar>
            <w:vAlign w:val="center"/>
          </w:tcPr>
          <w:p w14:paraId="71B41339" w14:textId="77777777" w:rsidR="00D60D5E" w:rsidRDefault="00891EF0">
            <w:pPr>
              <w:spacing w:after="0" w:line="240" w:lineRule="auto"/>
              <w:jc w:val="center"/>
            </w:pPr>
            <w:r>
              <w:rPr>
                <w:rFonts w:eastAsia="Aptos"/>
                <w:color w:val="6A7075"/>
                <w:sz w:val="17"/>
              </w:rPr>
              <w:t>200-105</w:t>
            </w:r>
          </w:p>
        </w:tc>
        <w:tc>
          <w:tcPr>
            <w:tcW w:w="2648" w:type="dxa"/>
            <w:tcMar>
              <w:top w:w="28" w:type="dxa"/>
              <w:left w:w="38" w:type="dxa"/>
              <w:bottom w:w="28" w:type="dxa"/>
              <w:right w:w="38" w:type="dxa"/>
            </w:tcMar>
            <w:vAlign w:val="center"/>
          </w:tcPr>
          <w:p w14:paraId="24526493" w14:textId="77777777" w:rsidR="00D60D5E" w:rsidRDefault="00891EF0">
            <w:pPr>
              <w:spacing w:after="0" w:line="240" w:lineRule="auto"/>
            </w:pPr>
            <w:r>
              <w:rPr>
                <w:rFonts w:eastAsia="Aptos"/>
                <w:sz w:val="17"/>
              </w:rPr>
              <w:t>Country Pate 6.5oz</w:t>
            </w:r>
          </w:p>
        </w:tc>
        <w:tc>
          <w:tcPr>
            <w:tcW w:w="630" w:type="dxa"/>
            <w:tcMar>
              <w:top w:w="28" w:type="dxa"/>
              <w:left w:w="38" w:type="dxa"/>
              <w:bottom w:w="28" w:type="dxa"/>
              <w:right w:w="38" w:type="dxa"/>
            </w:tcMar>
            <w:vAlign w:val="center"/>
          </w:tcPr>
          <w:p w14:paraId="07E9206A" w14:textId="77777777" w:rsidR="00D60D5E" w:rsidRDefault="00891EF0">
            <w:pPr>
              <w:spacing w:after="0" w:line="240" w:lineRule="auto"/>
              <w:jc w:val="center"/>
            </w:pPr>
            <w:r>
              <w:rPr>
                <w:rFonts w:eastAsia="Aptos"/>
                <w:b/>
                <w:sz w:val="17"/>
              </w:rPr>
              <w:t>9.55</w:t>
            </w:r>
          </w:p>
        </w:tc>
        <w:tc>
          <w:tcPr>
            <w:tcW w:w="540" w:type="dxa"/>
            <w:tcMar>
              <w:top w:w="28" w:type="dxa"/>
              <w:left w:w="38" w:type="dxa"/>
              <w:bottom w:w="28" w:type="dxa"/>
              <w:right w:w="38" w:type="dxa"/>
            </w:tcMar>
            <w:vAlign w:val="center"/>
          </w:tcPr>
          <w:p w14:paraId="158D412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0922F2" w14:textId="77777777" w:rsidR="00D60D5E" w:rsidRDefault="00D60D5E">
            <w:pPr>
              <w:jc w:val="center"/>
            </w:pPr>
          </w:p>
        </w:tc>
      </w:tr>
      <w:tr w:rsidR="00D60D5E" w14:paraId="181417CA" w14:textId="77777777" w:rsidTr="000617E0">
        <w:trPr>
          <w:cantSplit/>
          <w:jc w:val="center"/>
        </w:trPr>
        <w:tc>
          <w:tcPr>
            <w:tcW w:w="677" w:type="dxa"/>
            <w:tcMar>
              <w:top w:w="28" w:type="dxa"/>
              <w:left w:w="38" w:type="dxa"/>
              <w:bottom w:w="28" w:type="dxa"/>
              <w:right w:w="38" w:type="dxa"/>
            </w:tcMar>
            <w:vAlign w:val="center"/>
          </w:tcPr>
          <w:p w14:paraId="4E3AD7BC" w14:textId="77777777" w:rsidR="00D60D5E" w:rsidRDefault="00891EF0">
            <w:pPr>
              <w:spacing w:after="0" w:line="240" w:lineRule="auto"/>
              <w:jc w:val="center"/>
            </w:pPr>
            <w:r>
              <w:rPr>
                <w:rFonts w:eastAsia="Aptos"/>
                <w:color w:val="6A7075"/>
                <w:sz w:val="17"/>
              </w:rPr>
              <w:t>200-110</w:t>
            </w:r>
          </w:p>
        </w:tc>
        <w:tc>
          <w:tcPr>
            <w:tcW w:w="2648" w:type="dxa"/>
            <w:tcMar>
              <w:top w:w="28" w:type="dxa"/>
              <w:left w:w="38" w:type="dxa"/>
              <w:bottom w:w="28" w:type="dxa"/>
              <w:right w:w="38" w:type="dxa"/>
            </w:tcMar>
            <w:vAlign w:val="center"/>
          </w:tcPr>
          <w:p w14:paraId="42731F6A" w14:textId="77777777" w:rsidR="00D60D5E" w:rsidRDefault="00891EF0">
            <w:pPr>
              <w:spacing w:after="0" w:line="240" w:lineRule="auto"/>
            </w:pPr>
            <w:r>
              <w:rPr>
                <w:rFonts w:eastAsia="Aptos"/>
                <w:sz w:val="17"/>
              </w:rPr>
              <w:t>Cracked Pepper Pate 6.5oz</w:t>
            </w:r>
          </w:p>
        </w:tc>
        <w:tc>
          <w:tcPr>
            <w:tcW w:w="630" w:type="dxa"/>
            <w:tcMar>
              <w:top w:w="28" w:type="dxa"/>
              <w:left w:w="38" w:type="dxa"/>
              <w:bottom w:w="28" w:type="dxa"/>
              <w:right w:w="38" w:type="dxa"/>
            </w:tcMar>
            <w:vAlign w:val="center"/>
          </w:tcPr>
          <w:p w14:paraId="5588F05C" w14:textId="77777777" w:rsidR="00D60D5E" w:rsidRDefault="00891EF0">
            <w:pPr>
              <w:spacing w:after="0" w:line="240" w:lineRule="auto"/>
              <w:jc w:val="center"/>
            </w:pPr>
            <w:r>
              <w:rPr>
                <w:rFonts w:eastAsia="Aptos"/>
                <w:b/>
                <w:sz w:val="17"/>
              </w:rPr>
              <w:t>8.49</w:t>
            </w:r>
          </w:p>
        </w:tc>
        <w:tc>
          <w:tcPr>
            <w:tcW w:w="540" w:type="dxa"/>
            <w:tcMar>
              <w:top w:w="28" w:type="dxa"/>
              <w:left w:w="38" w:type="dxa"/>
              <w:bottom w:w="28" w:type="dxa"/>
              <w:right w:w="38" w:type="dxa"/>
            </w:tcMar>
            <w:vAlign w:val="center"/>
          </w:tcPr>
          <w:p w14:paraId="0179E4E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4E049F" w14:textId="77777777" w:rsidR="00D60D5E" w:rsidRDefault="00D60D5E">
            <w:pPr>
              <w:jc w:val="center"/>
            </w:pPr>
          </w:p>
        </w:tc>
      </w:tr>
      <w:tr w:rsidR="00D60D5E" w14:paraId="579918BC" w14:textId="77777777" w:rsidTr="000617E0">
        <w:trPr>
          <w:cantSplit/>
          <w:jc w:val="center"/>
        </w:trPr>
        <w:tc>
          <w:tcPr>
            <w:tcW w:w="677" w:type="dxa"/>
            <w:tcMar>
              <w:top w:w="28" w:type="dxa"/>
              <w:left w:w="38" w:type="dxa"/>
              <w:bottom w:w="28" w:type="dxa"/>
              <w:right w:w="38" w:type="dxa"/>
            </w:tcMar>
            <w:vAlign w:val="center"/>
          </w:tcPr>
          <w:p w14:paraId="55E15F06" w14:textId="77777777" w:rsidR="00D60D5E" w:rsidRDefault="00891EF0">
            <w:pPr>
              <w:spacing w:after="0" w:line="240" w:lineRule="auto"/>
              <w:jc w:val="center"/>
            </w:pPr>
            <w:r>
              <w:rPr>
                <w:rFonts w:eastAsia="Aptos"/>
                <w:color w:val="6A7075"/>
                <w:sz w:val="17"/>
              </w:rPr>
              <w:t>200-115</w:t>
            </w:r>
          </w:p>
        </w:tc>
        <w:tc>
          <w:tcPr>
            <w:tcW w:w="2648" w:type="dxa"/>
            <w:tcMar>
              <w:top w:w="28" w:type="dxa"/>
              <w:left w:w="38" w:type="dxa"/>
              <w:bottom w:w="28" w:type="dxa"/>
              <w:right w:w="38" w:type="dxa"/>
            </w:tcMar>
            <w:vAlign w:val="center"/>
          </w:tcPr>
          <w:p w14:paraId="42073D53" w14:textId="77777777" w:rsidR="00D60D5E" w:rsidRDefault="00891EF0">
            <w:pPr>
              <w:spacing w:after="0" w:line="240" w:lineRule="auto"/>
            </w:pPr>
            <w:r>
              <w:rPr>
                <w:rFonts w:eastAsia="Aptos"/>
                <w:sz w:val="17"/>
              </w:rPr>
              <w:t>Green Peppercorn (6 OZ)</w:t>
            </w:r>
          </w:p>
        </w:tc>
        <w:tc>
          <w:tcPr>
            <w:tcW w:w="630" w:type="dxa"/>
            <w:tcMar>
              <w:top w:w="28" w:type="dxa"/>
              <w:left w:w="38" w:type="dxa"/>
              <w:bottom w:w="28" w:type="dxa"/>
              <w:right w:w="38" w:type="dxa"/>
            </w:tcMar>
            <w:vAlign w:val="center"/>
          </w:tcPr>
          <w:p w14:paraId="2AC87252" w14:textId="77777777" w:rsidR="00D60D5E" w:rsidRDefault="00891EF0">
            <w:pPr>
              <w:spacing w:after="0" w:line="240" w:lineRule="auto"/>
              <w:jc w:val="center"/>
            </w:pPr>
            <w:r>
              <w:rPr>
                <w:rFonts w:eastAsia="Aptos"/>
                <w:b/>
                <w:sz w:val="17"/>
              </w:rPr>
              <w:t>8.40</w:t>
            </w:r>
          </w:p>
        </w:tc>
        <w:tc>
          <w:tcPr>
            <w:tcW w:w="540" w:type="dxa"/>
            <w:tcMar>
              <w:top w:w="28" w:type="dxa"/>
              <w:left w:w="38" w:type="dxa"/>
              <w:bottom w:w="28" w:type="dxa"/>
              <w:right w:w="38" w:type="dxa"/>
            </w:tcMar>
            <w:vAlign w:val="center"/>
          </w:tcPr>
          <w:p w14:paraId="66D66D1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24A34A" w14:textId="77777777" w:rsidR="00D60D5E" w:rsidRDefault="00D60D5E">
            <w:pPr>
              <w:jc w:val="center"/>
            </w:pPr>
          </w:p>
        </w:tc>
      </w:tr>
      <w:tr w:rsidR="00D60D5E" w14:paraId="10F51A6C" w14:textId="77777777" w:rsidTr="000617E0">
        <w:trPr>
          <w:cantSplit/>
          <w:jc w:val="center"/>
        </w:trPr>
        <w:tc>
          <w:tcPr>
            <w:tcW w:w="677" w:type="dxa"/>
            <w:tcMar>
              <w:top w:w="28" w:type="dxa"/>
              <w:left w:w="38" w:type="dxa"/>
              <w:bottom w:w="28" w:type="dxa"/>
              <w:right w:w="38" w:type="dxa"/>
            </w:tcMar>
            <w:vAlign w:val="center"/>
          </w:tcPr>
          <w:p w14:paraId="2756CFBF" w14:textId="77777777" w:rsidR="00D60D5E" w:rsidRDefault="00891EF0">
            <w:pPr>
              <w:spacing w:after="0" w:line="240" w:lineRule="auto"/>
              <w:jc w:val="center"/>
            </w:pPr>
            <w:r>
              <w:rPr>
                <w:rFonts w:eastAsia="Aptos"/>
                <w:color w:val="6A7075"/>
                <w:sz w:val="17"/>
              </w:rPr>
              <w:t>200-120</w:t>
            </w:r>
          </w:p>
        </w:tc>
        <w:tc>
          <w:tcPr>
            <w:tcW w:w="2648" w:type="dxa"/>
            <w:tcMar>
              <w:top w:w="28" w:type="dxa"/>
              <w:left w:w="38" w:type="dxa"/>
              <w:bottom w:w="28" w:type="dxa"/>
              <w:right w:w="38" w:type="dxa"/>
            </w:tcMar>
            <w:vAlign w:val="center"/>
          </w:tcPr>
          <w:p w14:paraId="486C97FF" w14:textId="77777777" w:rsidR="00D60D5E" w:rsidRDefault="00891EF0">
            <w:pPr>
              <w:spacing w:after="0" w:line="240" w:lineRule="auto"/>
            </w:pPr>
            <w:r>
              <w:rPr>
                <w:rFonts w:eastAsia="Aptos"/>
                <w:sz w:val="17"/>
              </w:rPr>
              <w:t>Mushroom Pate 6.5oz</w:t>
            </w:r>
          </w:p>
        </w:tc>
        <w:tc>
          <w:tcPr>
            <w:tcW w:w="630" w:type="dxa"/>
            <w:tcMar>
              <w:top w:w="28" w:type="dxa"/>
              <w:left w:w="38" w:type="dxa"/>
              <w:bottom w:w="28" w:type="dxa"/>
              <w:right w:w="38" w:type="dxa"/>
            </w:tcMar>
            <w:vAlign w:val="center"/>
          </w:tcPr>
          <w:p w14:paraId="090FE1AA" w14:textId="77777777" w:rsidR="00D60D5E" w:rsidRDefault="00891EF0">
            <w:pPr>
              <w:spacing w:after="0" w:line="240" w:lineRule="auto"/>
              <w:jc w:val="center"/>
            </w:pPr>
            <w:r>
              <w:rPr>
                <w:rFonts w:eastAsia="Aptos"/>
                <w:b/>
                <w:sz w:val="17"/>
              </w:rPr>
              <w:t>8.48</w:t>
            </w:r>
          </w:p>
        </w:tc>
        <w:tc>
          <w:tcPr>
            <w:tcW w:w="540" w:type="dxa"/>
            <w:tcMar>
              <w:top w:w="28" w:type="dxa"/>
              <w:left w:w="38" w:type="dxa"/>
              <w:bottom w:w="28" w:type="dxa"/>
              <w:right w:w="38" w:type="dxa"/>
            </w:tcMar>
            <w:vAlign w:val="center"/>
          </w:tcPr>
          <w:p w14:paraId="4150E9E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2B51FC" w14:textId="77777777" w:rsidR="00D60D5E" w:rsidRDefault="00D60D5E">
            <w:pPr>
              <w:jc w:val="center"/>
            </w:pPr>
          </w:p>
        </w:tc>
      </w:tr>
      <w:tr w:rsidR="00D60D5E" w14:paraId="7585F0BF" w14:textId="77777777" w:rsidTr="000617E0">
        <w:trPr>
          <w:cantSplit/>
          <w:jc w:val="center"/>
        </w:trPr>
        <w:tc>
          <w:tcPr>
            <w:tcW w:w="677" w:type="dxa"/>
            <w:tcMar>
              <w:top w:w="28" w:type="dxa"/>
              <w:left w:w="38" w:type="dxa"/>
              <w:bottom w:w="28" w:type="dxa"/>
              <w:right w:w="38" w:type="dxa"/>
            </w:tcMar>
            <w:vAlign w:val="center"/>
          </w:tcPr>
          <w:p w14:paraId="26036DF6" w14:textId="77777777" w:rsidR="00D60D5E" w:rsidRDefault="00891EF0">
            <w:pPr>
              <w:spacing w:after="0" w:line="240" w:lineRule="auto"/>
              <w:jc w:val="center"/>
            </w:pPr>
            <w:r>
              <w:rPr>
                <w:rFonts w:eastAsia="Aptos"/>
                <w:color w:val="6A7075"/>
                <w:sz w:val="17"/>
              </w:rPr>
              <w:t>200-125</w:t>
            </w:r>
          </w:p>
        </w:tc>
        <w:tc>
          <w:tcPr>
            <w:tcW w:w="2648" w:type="dxa"/>
            <w:tcMar>
              <w:top w:w="28" w:type="dxa"/>
              <w:left w:w="38" w:type="dxa"/>
              <w:bottom w:w="28" w:type="dxa"/>
              <w:right w:w="38" w:type="dxa"/>
            </w:tcMar>
            <w:vAlign w:val="center"/>
          </w:tcPr>
          <w:p w14:paraId="6C9E5034" w14:textId="77777777" w:rsidR="00D60D5E" w:rsidRDefault="00891EF0">
            <w:pPr>
              <w:spacing w:after="0" w:line="240" w:lineRule="auto"/>
            </w:pPr>
            <w:r>
              <w:rPr>
                <w:rFonts w:eastAsia="Aptos"/>
                <w:sz w:val="17"/>
              </w:rPr>
              <w:t>Smoked Salmon Pate 6.5oz</w:t>
            </w:r>
          </w:p>
        </w:tc>
        <w:tc>
          <w:tcPr>
            <w:tcW w:w="630" w:type="dxa"/>
            <w:tcMar>
              <w:top w:w="28" w:type="dxa"/>
              <w:left w:w="38" w:type="dxa"/>
              <w:bottom w:w="28" w:type="dxa"/>
              <w:right w:w="38" w:type="dxa"/>
            </w:tcMar>
            <w:vAlign w:val="center"/>
          </w:tcPr>
          <w:p w14:paraId="1077D2EE" w14:textId="77777777" w:rsidR="00D60D5E" w:rsidRDefault="00891EF0">
            <w:pPr>
              <w:spacing w:after="0" w:line="240" w:lineRule="auto"/>
              <w:jc w:val="center"/>
            </w:pPr>
            <w:r>
              <w:rPr>
                <w:rFonts w:eastAsia="Aptos"/>
                <w:b/>
                <w:sz w:val="17"/>
              </w:rPr>
              <w:t>9.11</w:t>
            </w:r>
          </w:p>
        </w:tc>
        <w:tc>
          <w:tcPr>
            <w:tcW w:w="540" w:type="dxa"/>
            <w:tcMar>
              <w:top w:w="28" w:type="dxa"/>
              <w:left w:w="38" w:type="dxa"/>
              <w:bottom w:w="28" w:type="dxa"/>
              <w:right w:w="38" w:type="dxa"/>
            </w:tcMar>
            <w:vAlign w:val="center"/>
          </w:tcPr>
          <w:p w14:paraId="5FE3A7A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A2F461" w14:textId="77777777" w:rsidR="00D60D5E" w:rsidRDefault="00D60D5E">
            <w:pPr>
              <w:jc w:val="center"/>
            </w:pPr>
          </w:p>
        </w:tc>
      </w:tr>
      <w:tr w:rsidR="00D60D5E" w14:paraId="62E64B2B" w14:textId="77777777" w:rsidTr="000617E0">
        <w:trPr>
          <w:cantSplit/>
          <w:jc w:val="center"/>
        </w:trPr>
        <w:tc>
          <w:tcPr>
            <w:tcW w:w="677" w:type="dxa"/>
            <w:tcMar>
              <w:top w:w="28" w:type="dxa"/>
              <w:left w:w="38" w:type="dxa"/>
              <w:bottom w:w="28" w:type="dxa"/>
              <w:right w:w="38" w:type="dxa"/>
            </w:tcMar>
            <w:vAlign w:val="center"/>
          </w:tcPr>
          <w:p w14:paraId="2E71C27A" w14:textId="77777777" w:rsidR="00D60D5E" w:rsidRDefault="00891EF0">
            <w:pPr>
              <w:spacing w:after="0" w:line="240" w:lineRule="auto"/>
              <w:jc w:val="center"/>
            </w:pPr>
            <w:r>
              <w:rPr>
                <w:rFonts w:eastAsia="Aptos"/>
                <w:color w:val="6A7075"/>
                <w:sz w:val="17"/>
              </w:rPr>
              <w:t>200-130</w:t>
            </w:r>
          </w:p>
        </w:tc>
        <w:tc>
          <w:tcPr>
            <w:tcW w:w="2648" w:type="dxa"/>
            <w:tcMar>
              <w:top w:w="28" w:type="dxa"/>
              <w:left w:w="38" w:type="dxa"/>
              <w:bottom w:w="28" w:type="dxa"/>
              <w:right w:w="38" w:type="dxa"/>
            </w:tcMar>
            <w:vAlign w:val="center"/>
          </w:tcPr>
          <w:p w14:paraId="5D3E9C28" w14:textId="77777777" w:rsidR="00D60D5E" w:rsidRDefault="00891EF0">
            <w:pPr>
              <w:spacing w:after="0" w:line="240" w:lineRule="auto"/>
            </w:pPr>
            <w:r>
              <w:rPr>
                <w:rFonts w:eastAsia="Aptos"/>
                <w:sz w:val="17"/>
              </w:rPr>
              <w:t>Pate Pork Slices w/Black Pepper 5oz</w:t>
            </w:r>
          </w:p>
        </w:tc>
        <w:tc>
          <w:tcPr>
            <w:tcW w:w="630" w:type="dxa"/>
            <w:tcMar>
              <w:top w:w="28" w:type="dxa"/>
              <w:left w:w="38" w:type="dxa"/>
              <w:bottom w:w="28" w:type="dxa"/>
              <w:right w:w="38" w:type="dxa"/>
            </w:tcMar>
            <w:vAlign w:val="center"/>
          </w:tcPr>
          <w:p w14:paraId="45F9A291" w14:textId="77777777" w:rsidR="00D60D5E" w:rsidRDefault="00891EF0">
            <w:pPr>
              <w:spacing w:after="0" w:line="240" w:lineRule="auto"/>
              <w:jc w:val="center"/>
            </w:pPr>
            <w:r>
              <w:rPr>
                <w:rFonts w:eastAsia="Aptos"/>
                <w:b/>
                <w:sz w:val="17"/>
              </w:rPr>
              <w:t>8.43</w:t>
            </w:r>
          </w:p>
        </w:tc>
        <w:tc>
          <w:tcPr>
            <w:tcW w:w="540" w:type="dxa"/>
            <w:tcMar>
              <w:top w:w="28" w:type="dxa"/>
              <w:left w:w="38" w:type="dxa"/>
              <w:bottom w:w="28" w:type="dxa"/>
              <w:right w:w="38" w:type="dxa"/>
            </w:tcMar>
            <w:vAlign w:val="center"/>
          </w:tcPr>
          <w:p w14:paraId="14DE6E1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315067" w14:textId="77777777" w:rsidR="00D60D5E" w:rsidRDefault="00D60D5E">
            <w:pPr>
              <w:jc w:val="center"/>
            </w:pPr>
          </w:p>
        </w:tc>
      </w:tr>
      <w:tr w:rsidR="00D60D5E" w14:paraId="10E72287" w14:textId="77777777" w:rsidTr="000617E0">
        <w:trPr>
          <w:cantSplit/>
          <w:jc w:val="center"/>
        </w:trPr>
        <w:tc>
          <w:tcPr>
            <w:tcW w:w="677" w:type="dxa"/>
            <w:tcMar>
              <w:top w:w="28" w:type="dxa"/>
              <w:left w:w="38" w:type="dxa"/>
              <w:bottom w:w="28" w:type="dxa"/>
              <w:right w:w="38" w:type="dxa"/>
            </w:tcMar>
            <w:vAlign w:val="center"/>
          </w:tcPr>
          <w:p w14:paraId="37DEA2F6" w14:textId="77777777" w:rsidR="00D60D5E" w:rsidRDefault="00891EF0">
            <w:pPr>
              <w:spacing w:after="0" w:line="240" w:lineRule="auto"/>
              <w:jc w:val="center"/>
            </w:pPr>
            <w:r>
              <w:rPr>
                <w:rFonts w:eastAsia="Aptos"/>
                <w:color w:val="6A7075"/>
                <w:sz w:val="17"/>
              </w:rPr>
              <w:t>200-135</w:t>
            </w:r>
          </w:p>
        </w:tc>
        <w:tc>
          <w:tcPr>
            <w:tcW w:w="2648" w:type="dxa"/>
            <w:tcMar>
              <w:top w:w="28" w:type="dxa"/>
              <w:left w:w="38" w:type="dxa"/>
              <w:bottom w:w="28" w:type="dxa"/>
              <w:right w:w="38" w:type="dxa"/>
            </w:tcMar>
            <w:vAlign w:val="center"/>
          </w:tcPr>
          <w:p w14:paraId="731E983F" w14:textId="77777777" w:rsidR="00D60D5E" w:rsidRDefault="00891EF0">
            <w:pPr>
              <w:spacing w:after="0" w:line="240" w:lineRule="auto"/>
            </w:pPr>
            <w:r>
              <w:rPr>
                <w:rFonts w:eastAsia="Aptos"/>
                <w:sz w:val="17"/>
              </w:rPr>
              <w:t>Atlantic Smoked Salmon Pate 6.5oz</w:t>
            </w:r>
          </w:p>
        </w:tc>
        <w:tc>
          <w:tcPr>
            <w:tcW w:w="630" w:type="dxa"/>
            <w:tcMar>
              <w:top w:w="28" w:type="dxa"/>
              <w:left w:w="38" w:type="dxa"/>
              <w:bottom w:w="28" w:type="dxa"/>
              <w:right w:w="38" w:type="dxa"/>
            </w:tcMar>
            <w:vAlign w:val="center"/>
          </w:tcPr>
          <w:p w14:paraId="77C3A3C4" w14:textId="77777777" w:rsidR="00D60D5E" w:rsidRDefault="00891EF0">
            <w:pPr>
              <w:spacing w:after="0" w:line="240" w:lineRule="auto"/>
              <w:jc w:val="center"/>
            </w:pPr>
            <w:r>
              <w:rPr>
                <w:rFonts w:eastAsia="Aptos"/>
                <w:b/>
                <w:sz w:val="17"/>
              </w:rPr>
              <w:t>9.11</w:t>
            </w:r>
          </w:p>
        </w:tc>
        <w:tc>
          <w:tcPr>
            <w:tcW w:w="540" w:type="dxa"/>
            <w:tcMar>
              <w:top w:w="28" w:type="dxa"/>
              <w:left w:w="38" w:type="dxa"/>
              <w:bottom w:w="28" w:type="dxa"/>
              <w:right w:w="38" w:type="dxa"/>
            </w:tcMar>
            <w:vAlign w:val="center"/>
          </w:tcPr>
          <w:p w14:paraId="276E923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EBECC5" w14:textId="77777777" w:rsidR="00D60D5E" w:rsidRDefault="00D60D5E">
            <w:pPr>
              <w:jc w:val="center"/>
            </w:pPr>
          </w:p>
        </w:tc>
      </w:tr>
      <w:tr w:rsidR="00D60D5E" w14:paraId="62648413" w14:textId="77777777" w:rsidTr="000617E0">
        <w:trPr>
          <w:cantSplit/>
          <w:jc w:val="center"/>
        </w:trPr>
        <w:tc>
          <w:tcPr>
            <w:tcW w:w="677" w:type="dxa"/>
            <w:tcMar>
              <w:top w:w="28" w:type="dxa"/>
              <w:left w:w="38" w:type="dxa"/>
              <w:bottom w:w="28" w:type="dxa"/>
              <w:right w:w="38" w:type="dxa"/>
            </w:tcMar>
            <w:vAlign w:val="center"/>
          </w:tcPr>
          <w:p w14:paraId="0E244A2C" w14:textId="77777777" w:rsidR="00D60D5E" w:rsidRDefault="00891EF0">
            <w:pPr>
              <w:spacing w:after="0" w:line="240" w:lineRule="auto"/>
              <w:jc w:val="center"/>
            </w:pPr>
            <w:r>
              <w:rPr>
                <w:rFonts w:eastAsia="Aptos"/>
                <w:color w:val="6A7075"/>
                <w:sz w:val="17"/>
              </w:rPr>
              <w:t>200-140</w:t>
            </w:r>
          </w:p>
        </w:tc>
        <w:tc>
          <w:tcPr>
            <w:tcW w:w="2648" w:type="dxa"/>
            <w:tcMar>
              <w:top w:w="28" w:type="dxa"/>
              <w:left w:w="38" w:type="dxa"/>
              <w:bottom w:w="28" w:type="dxa"/>
              <w:right w:w="38" w:type="dxa"/>
            </w:tcMar>
            <w:vAlign w:val="center"/>
          </w:tcPr>
          <w:p w14:paraId="213E2525" w14:textId="020BB70D" w:rsidR="00D60D5E" w:rsidRDefault="00891EF0">
            <w:pPr>
              <w:spacing w:after="0" w:line="240" w:lineRule="auto"/>
            </w:pPr>
            <w:r>
              <w:rPr>
                <w:rFonts w:eastAsia="Aptos"/>
                <w:sz w:val="17"/>
              </w:rPr>
              <w:t xml:space="preserve">Pate Crab W/Sun Dried Tomato 7oz </w:t>
            </w:r>
          </w:p>
        </w:tc>
        <w:tc>
          <w:tcPr>
            <w:tcW w:w="630" w:type="dxa"/>
            <w:tcMar>
              <w:top w:w="28" w:type="dxa"/>
              <w:left w:w="38" w:type="dxa"/>
              <w:bottom w:w="28" w:type="dxa"/>
              <w:right w:w="38" w:type="dxa"/>
            </w:tcMar>
            <w:vAlign w:val="center"/>
          </w:tcPr>
          <w:p w14:paraId="6823C7E4"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3FB872A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138866" w14:textId="77777777" w:rsidR="00D60D5E" w:rsidRDefault="00D60D5E">
            <w:pPr>
              <w:jc w:val="center"/>
            </w:pPr>
          </w:p>
        </w:tc>
      </w:tr>
      <w:tr w:rsidR="00D60D5E" w14:paraId="5D175A8D" w14:textId="77777777" w:rsidTr="000617E0">
        <w:trPr>
          <w:cantSplit/>
          <w:jc w:val="center"/>
        </w:trPr>
        <w:tc>
          <w:tcPr>
            <w:tcW w:w="677" w:type="dxa"/>
            <w:tcMar>
              <w:top w:w="28" w:type="dxa"/>
              <w:left w:w="38" w:type="dxa"/>
              <w:bottom w:w="28" w:type="dxa"/>
              <w:right w:w="38" w:type="dxa"/>
            </w:tcMar>
            <w:vAlign w:val="center"/>
          </w:tcPr>
          <w:p w14:paraId="452BB0A2" w14:textId="77777777" w:rsidR="00D60D5E" w:rsidRDefault="00891EF0">
            <w:pPr>
              <w:spacing w:after="0" w:line="240" w:lineRule="auto"/>
              <w:jc w:val="center"/>
            </w:pPr>
            <w:r>
              <w:rPr>
                <w:rFonts w:eastAsia="Aptos"/>
                <w:color w:val="6A7075"/>
                <w:sz w:val="17"/>
              </w:rPr>
              <w:t>200-145</w:t>
            </w:r>
          </w:p>
        </w:tc>
        <w:tc>
          <w:tcPr>
            <w:tcW w:w="2648" w:type="dxa"/>
            <w:tcMar>
              <w:top w:w="28" w:type="dxa"/>
              <w:left w:w="38" w:type="dxa"/>
              <w:bottom w:w="28" w:type="dxa"/>
              <w:right w:w="38" w:type="dxa"/>
            </w:tcMar>
            <w:vAlign w:val="center"/>
          </w:tcPr>
          <w:p w14:paraId="382407A0" w14:textId="77777777" w:rsidR="00D60D5E" w:rsidRDefault="00891EF0">
            <w:pPr>
              <w:spacing w:after="0" w:line="240" w:lineRule="auto"/>
            </w:pPr>
            <w:r>
              <w:rPr>
                <w:rFonts w:eastAsia="Aptos"/>
                <w:sz w:val="17"/>
              </w:rPr>
              <w:t>Pate Black Peppercorn 8oz</w:t>
            </w:r>
          </w:p>
        </w:tc>
        <w:tc>
          <w:tcPr>
            <w:tcW w:w="630" w:type="dxa"/>
            <w:tcMar>
              <w:top w:w="28" w:type="dxa"/>
              <w:left w:w="38" w:type="dxa"/>
              <w:bottom w:w="28" w:type="dxa"/>
              <w:right w:w="38" w:type="dxa"/>
            </w:tcMar>
            <w:vAlign w:val="center"/>
          </w:tcPr>
          <w:p w14:paraId="5945579F" w14:textId="77777777" w:rsidR="00D60D5E" w:rsidRDefault="00891EF0">
            <w:pPr>
              <w:spacing w:after="0" w:line="240" w:lineRule="auto"/>
              <w:jc w:val="center"/>
            </w:pPr>
            <w:r>
              <w:rPr>
                <w:rFonts w:eastAsia="Aptos"/>
                <w:b/>
                <w:sz w:val="17"/>
              </w:rPr>
              <w:t>8.83</w:t>
            </w:r>
          </w:p>
        </w:tc>
        <w:tc>
          <w:tcPr>
            <w:tcW w:w="540" w:type="dxa"/>
            <w:tcMar>
              <w:top w:w="28" w:type="dxa"/>
              <w:left w:w="38" w:type="dxa"/>
              <w:bottom w:w="28" w:type="dxa"/>
              <w:right w:w="38" w:type="dxa"/>
            </w:tcMar>
            <w:vAlign w:val="center"/>
          </w:tcPr>
          <w:p w14:paraId="543F48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BCEE86" w14:textId="77777777" w:rsidR="00D60D5E" w:rsidRDefault="00D60D5E">
            <w:pPr>
              <w:jc w:val="center"/>
            </w:pPr>
          </w:p>
        </w:tc>
      </w:tr>
      <w:tr w:rsidR="00D60D5E" w14:paraId="0A243D28" w14:textId="77777777" w:rsidTr="000617E0">
        <w:trPr>
          <w:cantSplit/>
          <w:jc w:val="center"/>
        </w:trPr>
        <w:tc>
          <w:tcPr>
            <w:tcW w:w="677" w:type="dxa"/>
            <w:shd w:val="clear" w:color="auto" w:fill="D9EAF7"/>
            <w:tcMar>
              <w:top w:w="28" w:type="dxa"/>
              <w:left w:w="38" w:type="dxa"/>
              <w:bottom w:w="28" w:type="dxa"/>
              <w:right w:w="38" w:type="dxa"/>
            </w:tcMar>
            <w:vAlign w:val="center"/>
          </w:tcPr>
          <w:p w14:paraId="63F9C530" w14:textId="77777777" w:rsidR="00D60D5E" w:rsidRDefault="00891EF0">
            <w:pPr>
              <w:spacing w:after="0" w:line="240" w:lineRule="auto"/>
              <w:jc w:val="center"/>
            </w:pPr>
            <w:r>
              <w:rPr>
                <w:rFonts w:eastAsia="Aptos"/>
                <w:b/>
                <w:color w:val="2F4F8F"/>
                <w:sz w:val="18"/>
              </w:rPr>
              <w:t>205-</w:t>
            </w:r>
          </w:p>
        </w:tc>
        <w:tc>
          <w:tcPr>
            <w:tcW w:w="2648" w:type="dxa"/>
            <w:shd w:val="clear" w:color="auto" w:fill="D9EAF7"/>
            <w:tcMar>
              <w:top w:w="28" w:type="dxa"/>
              <w:left w:w="38" w:type="dxa"/>
              <w:bottom w:w="28" w:type="dxa"/>
              <w:right w:w="38" w:type="dxa"/>
            </w:tcMar>
            <w:vAlign w:val="center"/>
          </w:tcPr>
          <w:p w14:paraId="000EA6D8" w14:textId="77777777" w:rsidR="00D60D5E" w:rsidRDefault="00891EF0">
            <w:pPr>
              <w:spacing w:after="0" w:line="240" w:lineRule="auto"/>
            </w:pPr>
            <w:r>
              <w:rPr>
                <w:rFonts w:eastAsia="Aptos"/>
                <w:b/>
                <w:color w:val="2F4F8F"/>
                <w:sz w:val="18"/>
              </w:rPr>
              <w:t>COOKIES &amp; CRACKERS</w:t>
            </w:r>
          </w:p>
        </w:tc>
        <w:tc>
          <w:tcPr>
            <w:tcW w:w="630" w:type="dxa"/>
            <w:shd w:val="clear" w:color="auto" w:fill="D9EAF7"/>
            <w:tcMar>
              <w:top w:w="28" w:type="dxa"/>
              <w:left w:w="38" w:type="dxa"/>
              <w:bottom w:w="28" w:type="dxa"/>
              <w:right w:w="38" w:type="dxa"/>
            </w:tcMar>
            <w:vAlign w:val="center"/>
          </w:tcPr>
          <w:p w14:paraId="4D236F3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36EFE34"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341AFB37" w14:textId="77777777" w:rsidR="00D60D5E" w:rsidRDefault="00D60D5E">
            <w:pPr>
              <w:jc w:val="center"/>
            </w:pPr>
          </w:p>
        </w:tc>
      </w:tr>
      <w:tr w:rsidR="00D60D5E" w14:paraId="2ED70897" w14:textId="77777777" w:rsidTr="000617E0">
        <w:trPr>
          <w:cantSplit/>
          <w:jc w:val="center"/>
        </w:trPr>
        <w:tc>
          <w:tcPr>
            <w:tcW w:w="677" w:type="dxa"/>
            <w:tcMar>
              <w:top w:w="28" w:type="dxa"/>
              <w:left w:w="38" w:type="dxa"/>
              <w:bottom w:w="28" w:type="dxa"/>
              <w:right w:w="38" w:type="dxa"/>
            </w:tcMar>
            <w:vAlign w:val="center"/>
          </w:tcPr>
          <w:p w14:paraId="2B4AE8A5" w14:textId="77777777" w:rsidR="00D60D5E" w:rsidRDefault="00891EF0">
            <w:pPr>
              <w:spacing w:after="0" w:line="240" w:lineRule="auto"/>
              <w:jc w:val="center"/>
            </w:pPr>
            <w:r>
              <w:rPr>
                <w:rFonts w:eastAsia="Aptos"/>
                <w:color w:val="6A7075"/>
                <w:sz w:val="17"/>
              </w:rPr>
              <w:t>205-105</w:t>
            </w:r>
          </w:p>
        </w:tc>
        <w:tc>
          <w:tcPr>
            <w:tcW w:w="2648" w:type="dxa"/>
            <w:tcMar>
              <w:top w:w="28" w:type="dxa"/>
              <w:left w:w="38" w:type="dxa"/>
              <w:bottom w:w="28" w:type="dxa"/>
              <w:right w:w="38" w:type="dxa"/>
            </w:tcMar>
            <w:vAlign w:val="center"/>
          </w:tcPr>
          <w:p w14:paraId="73CBD5DC" w14:textId="77777777" w:rsidR="00D60D5E" w:rsidRDefault="00891EF0">
            <w:pPr>
              <w:spacing w:after="0" w:line="240" w:lineRule="auto"/>
            </w:pPr>
            <w:r>
              <w:rPr>
                <w:rFonts w:eastAsia="Aptos"/>
                <w:sz w:val="17"/>
              </w:rPr>
              <w:t>Pepperidge Farm Chocolate Chunk Nantucket</w:t>
            </w:r>
          </w:p>
        </w:tc>
        <w:tc>
          <w:tcPr>
            <w:tcW w:w="630" w:type="dxa"/>
            <w:tcMar>
              <w:top w:w="28" w:type="dxa"/>
              <w:left w:w="38" w:type="dxa"/>
              <w:bottom w:w="28" w:type="dxa"/>
              <w:right w:w="38" w:type="dxa"/>
            </w:tcMar>
            <w:vAlign w:val="center"/>
          </w:tcPr>
          <w:p w14:paraId="6DD8438B" w14:textId="77777777" w:rsidR="00D60D5E" w:rsidRDefault="00891EF0">
            <w:pPr>
              <w:spacing w:after="0" w:line="240" w:lineRule="auto"/>
              <w:jc w:val="center"/>
            </w:pPr>
            <w:r>
              <w:rPr>
                <w:rFonts w:eastAsia="Aptos"/>
                <w:b/>
                <w:sz w:val="17"/>
              </w:rPr>
              <w:t>7.79</w:t>
            </w:r>
          </w:p>
        </w:tc>
        <w:tc>
          <w:tcPr>
            <w:tcW w:w="540" w:type="dxa"/>
            <w:tcMar>
              <w:top w:w="28" w:type="dxa"/>
              <w:left w:w="38" w:type="dxa"/>
              <w:bottom w:w="28" w:type="dxa"/>
              <w:right w:w="38" w:type="dxa"/>
            </w:tcMar>
            <w:vAlign w:val="center"/>
          </w:tcPr>
          <w:p w14:paraId="1CA4179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2AE66F" w14:textId="77777777" w:rsidR="00D60D5E" w:rsidRDefault="00D60D5E">
            <w:pPr>
              <w:jc w:val="center"/>
            </w:pPr>
          </w:p>
        </w:tc>
      </w:tr>
      <w:tr w:rsidR="00D60D5E" w14:paraId="1E33631B" w14:textId="77777777" w:rsidTr="000617E0">
        <w:trPr>
          <w:cantSplit/>
          <w:jc w:val="center"/>
        </w:trPr>
        <w:tc>
          <w:tcPr>
            <w:tcW w:w="677" w:type="dxa"/>
            <w:tcMar>
              <w:top w:w="28" w:type="dxa"/>
              <w:left w:w="38" w:type="dxa"/>
              <w:bottom w:w="28" w:type="dxa"/>
              <w:right w:w="38" w:type="dxa"/>
            </w:tcMar>
            <w:vAlign w:val="center"/>
          </w:tcPr>
          <w:p w14:paraId="0A7161A6" w14:textId="77777777" w:rsidR="00D60D5E" w:rsidRDefault="00891EF0">
            <w:pPr>
              <w:spacing w:after="0" w:line="240" w:lineRule="auto"/>
              <w:jc w:val="center"/>
            </w:pPr>
            <w:r>
              <w:rPr>
                <w:rFonts w:eastAsia="Aptos"/>
                <w:color w:val="6A7075"/>
                <w:sz w:val="17"/>
              </w:rPr>
              <w:t>205-106</w:t>
            </w:r>
          </w:p>
        </w:tc>
        <w:tc>
          <w:tcPr>
            <w:tcW w:w="2648" w:type="dxa"/>
            <w:tcMar>
              <w:top w:w="28" w:type="dxa"/>
              <w:left w:w="38" w:type="dxa"/>
              <w:bottom w:w="28" w:type="dxa"/>
              <w:right w:w="38" w:type="dxa"/>
            </w:tcMar>
            <w:vAlign w:val="center"/>
          </w:tcPr>
          <w:p w14:paraId="3ABBDA26" w14:textId="77777777" w:rsidR="00D60D5E" w:rsidRDefault="00891EF0">
            <w:pPr>
              <w:spacing w:after="0" w:line="240" w:lineRule="auto"/>
            </w:pPr>
            <w:r>
              <w:rPr>
                <w:rFonts w:eastAsia="Aptos"/>
                <w:sz w:val="17"/>
              </w:rPr>
              <w:t>Pepperidge Farm Hazlenut/ Chocolate Chip</w:t>
            </w:r>
          </w:p>
        </w:tc>
        <w:tc>
          <w:tcPr>
            <w:tcW w:w="630" w:type="dxa"/>
            <w:tcMar>
              <w:top w:w="28" w:type="dxa"/>
              <w:left w:w="38" w:type="dxa"/>
              <w:bottom w:w="28" w:type="dxa"/>
              <w:right w:w="38" w:type="dxa"/>
            </w:tcMar>
            <w:vAlign w:val="center"/>
          </w:tcPr>
          <w:p w14:paraId="53ACAA29" w14:textId="77777777" w:rsidR="00D60D5E" w:rsidRDefault="00891EF0">
            <w:pPr>
              <w:spacing w:after="0" w:line="240" w:lineRule="auto"/>
              <w:jc w:val="center"/>
            </w:pPr>
            <w:r>
              <w:rPr>
                <w:rFonts w:eastAsia="Aptos"/>
                <w:b/>
                <w:sz w:val="17"/>
              </w:rPr>
              <w:t>6.89</w:t>
            </w:r>
          </w:p>
        </w:tc>
        <w:tc>
          <w:tcPr>
            <w:tcW w:w="540" w:type="dxa"/>
            <w:tcMar>
              <w:top w:w="28" w:type="dxa"/>
              <w:left w:w="38" w:type="dxa"/>
              <w:bottom w:w="28" w:type="dxa"/>
              <w:right w:w="38" w:type="dxa"/>
            </w:tcMar>
            <w:vAlign w:val="center"/>
          </w:tcPr>
          <w:p w14:paraId="2208D63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0FB8DA" w14:textId="77777777" w:rsidR="00D60D5E" w:rsidRDefault="00D60D5E">
            <w:pPr>
              <w:jc w:val="center"/>
            </w:pPr>
          </w:p>
        </w:tc>
      </w:tr>
      <w:tr w:rsidR="00D60D5E" w14:paraId="3BF2A487" w14:textId="77777777" w:rsidTr="000617E0">
        <w:trPr>
          <w:cantSplit/>
          <w:jc w:val="center"/>
        </w:trPr>
        <w:tc>
          <w:tcPr>
            <w:tcW w:w="677" w:type="dxa"/>
            <w:tcMar>
              <w:top w:w="28" w:type="dxa"/>
              <w:left w:w="38" w:type="dxa"/>
              <w:bottom w:w="28" w:type="dxa"/>
              <w:right w:w="38" w:type="dxa"/>
            </w:tcMar>
            <w:vAlign w:val="center"/>
          </w:tcPr>
          <w:p w14:paraId="346DC978" w14:textId="77777777" w:rsidR="00D60D5E" w:rsidRDefault="00891EF0">
            <w:pPr>
              <w:spacing w:after="0" w:line="240" w:lineRule="auto"/>
              <w:jc w:val="center"/>
            </w:pPr>
            <w:r>
              <w:rPr>
                <w:rFonts w:eastAsia="Aptos"/>
                <w:color w:val="6A7075"/>
                <w:sz w:val="17"/>
              </w:rPr>
              <w:t>205-107</w:t>
            </w:r>
          </w:p>
        </w:tc>
        <w:tc>
          <w:tcPr>
            <w:tcW w:w="2648" w:type="dxa"/>
            <w:tcMar>
              <w:top w:w="28" w:type="dxa"/>
              <w:left w:w="38" w:type="dxa"/>
              <w:bottom w:w="28" w:type="dxa"/>
              <w:right w:w="38" w:type="dxa"/>
            </w:tcMar>
            <w:vAlign w:val="center"/>
          </w:tcPr>
          <w:p w14:paraId="72D6BF15" w14:textId="77777777" w:rsidR="00D60D5E" w:rsidRDefault="00891EF0">
            <w:pPr>
              <w:spacing w:after="0" w:line="240" w:lineRule="auto"/>
            </w:pPr>
            <w:r>
              <w:rPr>
                <w:rFonts w:eastAsia="Aptos"/>
                <w:sz w:val="17"/>
              </w:rPr>
              <w:t>Pepperidge Farm Sausalito 7.2oz</w:t>
            </w:r>
          </w:p>
        </w:tc>
        <w:tc>
          <w:tcPr>
            <w:tcW w:w="630" w:type="dxa"/>
            <w:tcMar>
              <w:top w:w="28" w:type="dxa"/>
              <w:left w:w="38" w:type="dxa"/>
              <w:bottom w:w="28" w:type="dxa"/>
              <w:right w:w="38" w:type="dxa"/>
            </w:tcMar>
            <w:vAlign w:val="center"/>
          </w:tcPr>
          <w:p w14:paraId="336D7533"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093607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B7BDA0" w14:textId="77777777" w:rsidR="00D60D5E" w:rsidRDefault="00D60D5E">
            <w:pPr>
              <w:jc w:val="center"/>
            </w:pPr>
          </w:p>
        </w:tc>
      </w:tr>
      <w:tr w:rsidR="00D60D5E" w14:paraId="5DD5EAB7" w14:textId="77777777" w:rsidTr="000617E0">
        <w:trPr>
          <w:cantSplit/>
          <w:jc w:val="center"/>
        </w:trPr>
        <w:tc>
          <w:tcPr>
            <w:tcW w:w="677" w:type="dxa"/>
            <w:tcMar>
              <w:top w:w="28" w:type="dxa"/>
              <w:left w:w="38" w:type="dxa"/>
              <w:bottom w:w="28" w:type="dxa"/>
              <w:right w:w="38" w:type="dxa"/>
            </w:tcMar>
            <w:vAlign w:val="center"/>
          </w:tcPr>
          <w:p w14:paraId="669E9D31" w14:textId="77777777" w:rsidR="00D60D5E" w:rsidRDefault="00891EF0">
            <w:pPr>
              <w:spacing w:after="0" w:line="240" w:lineRule="auto"/>
              <w:jc w:val="center"/>
            </w:pPr>
            <w:r>
              <w:rPr>
                <w:rFonts w:eastAsia="Aptos"/>
                <w:color w:val="6A7075"/>
                <w:sz w:val="17"/>
              </w:rPr>
              <w:lastRenderedPageBreak/>
              <w:t>205-110</w:t>
            </w:r>
          </w:p>
        </w:tc>
        <w:tc>
          <w:tcPr>
            <w:tcW w:w="2648" w:type="dxa"/>
            <w:tcMar>
              <w:top w:w="28" w:type="dxa"/>
              <w:left w:w="38" w:type="dxa"/>
              <w:bottom w:w="28" w:type="dxa"/>
              <w:right w:w="38" w:type="dxa"/>
            </w:tcMar>
            <w:vAlign w:val="center"/>
          </w:tcPr>
          <w:p w14:paraId="6E014BF2" w14:textId="77777777" w:rsidR="00D60D5E" w:rsidRDefault="00891EF0">
            <w:pPr>
              <w:spacing w:after="0" w:line="240" w:lineRule="auto"/>
            </w:pPr>
            <w:r>
              <w:rPr>
                <w:rFonts w:eastAsia="Aptos"/>
                <w:sz w:val="17"/>
              </w:rPr>
              <w:t>Pepperidge Farm Oatmeal Raisin 7.2oz</w:t>
            </w:r>
          </w:p>
        </w:tc>
        <w:tc>
          <w:tcPr>
            <w:tcW w:w="630" w:type="dxa"/>
            <w:tcMar>
              <w:top w:w="28" w:type="dxa"/>
              <w:left w:w="38" w:type="dxa"/>
              <w:bottom w:w="28" w:type="dxa"/>
              <w:right w:w="38" w:type="dxa"/>
            </w:tcMar>
            <w:vAlign w:val="center"/>
          </w:tcPr>
          <w:p w14:paraId="42CB7960" w14:textId="77777777" w:rsidR="00D60D5E" w:rsidRDefault="00891EF0">
            <w:pPr>
              <w:spacing w:after="0" w:line="240" w:lineRule="auto"/>
              <w:jc w:val="center"/>
            </w:pPr>
            <w:r>
              <w:rPr>
                <w:rFonts w:eastAsia="Aptos"/>
                <w:b/>
                <w:sz w:val="17"/>
              </w:rPr>
              <w:t>5.80</w:t>
            </w:r>
          </w:p>
        </w:tc>
        <w:tc>
          <w:tcPr>
            <w:tcW w:w="540" w:type="dxa"/>
            <w:tcMar>
              <w:top w:w="28" w:type="dxa"/>
              <w:left w:w="38" w:type="dxa"/>
              <w:bottom w:w="28" w:type="dxa"/>
              <w:right w:w="38" w:type="dxa"/>
            </w:tcMar>
            <w:vAlign w:val="center"/>
          </w:tcPr>
          <w:p w14:paraId="12FC387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0EBF83" w14:textId="77777777" w:rsidR="00D60D5E" w:rsidRDefault="00D60D5E">
            <w:pPr>
              <w:jc w:val="center"/>
            </w:pPr>
          </w:p>
        </w:tc>
      </w:tr>
      <w:tr w:rsidR="00D60D5E" w14:paraId="79DF1DA1" w14:textId="77777777" w:rsidTr="000617E0">
        <w:trPr>
          <w:cantSplit/>
          <w:jc w:val="center"/>
        </w:trPr>
        <w:tc>
          <w:tcPr>
            <w:tcW w:w="677" w:type="dxa"/>
            <w:tcMar>
              <w:top w:w="28" w:type="dxa"/>
              <w:left w:w="38" w:type="dxa"/>
              <w:bottom w:w="28" w:type="dxa"/>
              <w:right w:w="38" w:type="dxa"/>
            </w:tcMar>
            <w:vAlign w:val="center"/>
          </w:tcPr>
          <w:p w14:paraId="729A5E7F" w14:textId="77777777" w:rsidR="00D60D5E" w:rsidRDefault="00891EF0">
            <w:pPr>
              <w:spacing w:after="0" w:line="240" w:lineRule="auto"/>
              <w:jc w:val="center"/>
            </w:pPr>
            <w:r>
              <w:rPr>
                <w:rFonts w:eastAsia="Aptos"/>
                <w:color w:val="6A7075"/>
                <w:sz w:val="17"/>
              </w:rPr>
              <w:t>205-115</w:t>
            </w:r>
          </w:p>
        </w:tc>
        <w:tc>
          <w:tcPr>
            <w:tcW w:w="2648" w:type="dxa"/>
            <w:tcMar>
              <w:top w:w="28" w:type="dxa"/>
              <w:left w:w="38" w:type="dxa"/>
              <w:bottom w:w="28" w:type="dxa"/>
              <w:right w:w="38" w:type="dxa"/>
            </w:tcMar>
            <w:vAlign w:val="center"/>
          </w:tcPr>
          <w:p w14:paraId="27281D2F" w14:textId="77777777" w:rsidR="00D60D5E" w:rsidRDefault="00891EF0">
            <w:pPr>
              <w:spacing w:after="0" w:line="240" w:lineRule="auto"/>
            </w:pPr>
            <w:r>
              <w:rPr>
                <w:rFonts w:eastAsia="Aptos"/>
                <w:sz w:val="17"/>
              </w:rPr>
              <w:t>Pepperidge Farm Milano 6oz</w:t>
            </w:r>
          </w:p>
        </w:tc>
        <w:tc>
          <w:tcPr>
            <w:tcW w:w="630" w:type="dxa"/>
            <w:tcMar>
              <w:top w:w="28" w:type="dxa"/>
              <w:left w:w="38" w:type="dxa"/>
              <w:bottom w:w="28" w:type="dxa"/>
              <w:right w:w="38" w:type="dxa"/>
            </w:tcMar>
            <w:vAlign w:val="center"/>
          </w:tcPr>
          <w:p w14:paraId="48F44F0B" w14:textId="77777777" w:rsidR="00D60D5E" w:rsidRDefault="00891EF0">
            <w:pPr>
              <w:spacing w:after="0" w:line="240" w:lineRule="auto"/>
              <w:jc w:val="center"/>
            </w:pPr>
            <w:r>
              <w:rPr>
                <w:rFonts w:eastAsia="Aptos"/>
                <w:b/>
                <w:sz w:val="17"/>
              </w:rPr>
              <w:t>6.70</w:t>
            </w:r>
          </w:p>
        </w:tc>
        <w:tc>
          <w:tcPr>
            <w:tcW w:w="540" w:type="dxa"/>
            <w:tcMar>
              <w:top w:w="28" w:type="dxa"/>
              <w:left w:w="38" w:type="dxa"/>
              <w:bottom w:w="28" w:type="dxa"/>
              <w:right w:w="38" w:type="dxa"/>
            </w:tcMar>
            <w:vAlign w:val="center"/>
          </w:tcPr>
          <w:p w14:paraId="5F8930F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2830A6" w14:textId="77777777" w:rsidR="00D60D5E" w:rsidRDefault="00D60D5E">
            <w:pPr>
              <w:jc w:val="center"/>
            </w:pPr>
          </w:p>
        </w:tc>
      </w:tr>
      <w:tr w:rsidR="00D60D5E" w14:paraId="08EB7BF0" w14:textId="77777777" w:rsidTr="000617E0">
        <w:trPr>
          <w:cantSplit/>
          <w:jc w:val="center"/>
        </w:trPr>
        <w:tc>
          <w:tcPr>
            <w:tcW w:w="677" w:type="dxa"/>
            <w:tcMar>
              <w:top w:w="28" w:type="dxa"/>
              <w:left w:w="38" w:type="dxa"/>
              <w:bottom w:w="28" w:type="dxa"/>
              <w:right w:w="38" w:type="dxa"/>
            </w:tcMar>
            <w:vAlign w:val="center"/>
          </w:tcPr>
          <w:p w14:paraId="7F8094B5" w14:textId="77777777" w:rsidR="00D60D5E" w:rsidRDefault="00891EF0">
            <w:pPr>
              <w:spacing w:after="0" w:line="240" w:lineRule="auto"/>
              <w:jc w:val="center"/>
            </w:pPr>
            <w:r>
              <w:rPr>
                <w:rFonts w:eastAsia="Aptos"/>
                <w:color w:val="6A7075"/>
                <w:sz w:val="17"/>
              </w:rPr>
              <w:t>205-120</w:t>
            </w:r>
          </w:p>
        </w:tc>
        <w:tc>
          <w:tcPr>
            <w:tcW w:w="2648" w:type="dxa"/>
            <w:tcMar>
              <w:top w:w="28" w:type="dxa"/>
              <w:left w:w="38" w:type="dxa"/>
              <w:bottom w:w="28" w:type="dxa"/>
              <w:right w:w="38" w:type="dxa"/>
            </w:tcMar>
            <w:vAlign w:val="center"/>
          </w:tcPr>
          <w:p w14:paraId="02D5E143" w14:textId="77777777" w:rsidR="00D60D5E" w:rsidRDefault="00891EF0">
            <w:pPr>
              <w:spacing w:after="0" w:line="240" w:lineRule="auto"/>
            </w:pPr>
            <w:r>
              <w:rPr>
                <w:rFonts w:eastAsia="Aptos"/>
                <w:sz w:val="17"/>
              </w:rPr>
              <w:t>Pepperidge Milano Mint 7oz</w:t>
            </w:r>
          </w:p>
        </w:tc>
        <w:tc>
          <w:tcPr>
            <w:tcW w:w="630" w:type="dxa"/>
            <w:tcMar>
              <w:top w:w="28" w:type="dxa"/>
              <w:left w:w="38" w:type="dxa"/>
              <w:bottom w:w="28" w:type="dxa"/>
              <w:right w:w="38" w:type="dxa"/>
            </w:tcMar>
            <w:vAlign w:val="center"/>
          </w:tcPr>
          <w:p w14:paraId="622F8468"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53F765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EC50FA" w14:textId="77777777" w:rsidR="00D60D5E" w:rsidRDefault="00D60D5E">
            <w:pPr>
              <w:jc w:val="center"/>
            </w:pPr>
          </w:p>
        </w:tc>
      </w:tr>
      <w:tr w:rsidR="00D60D5E" w14:paraId="2EA700F9" w14:textId="77777777" w:rsidTr="000617E0">
        <w:trPr>
          <w:cantSplit/>
          <w:jc w:val="center"/>
        </w:trPr>
        <w:tc>
          <w:tcPr>
            <w:tcW w:w="677" w:type="dxa"/>
            <w:tcMar>
              <w:top w:w="28" w:type="dxa"/>
              <w:left w:w="38" w:type="dxa"/>
              <w:bottom w:w="28" w:type="dxa"/>
              <w:right w:w="38" w:type="dxa"/>
            </w:tcMar>
            <w:vAlign w:val="center"/>
          </w:tcPr>
          <w:p w14:paraId="4CFE55FE" w14:textId="77777777" w:rsidR="00D60D5E" w:rsidRDefault="00891EF0">
            <w:pPr>
              <w:spacing w:after="0" w:line="240" w:lineRule="auto"/>
              <w:jc w:val="center"/>
            </w:pPr>
            <w:r>
              <w:rPr>
                <w:rFonts w:eastAsia="Aptos"/>
                <w:color w:val="6A7075"/>
                <w:sz w:val="17"/>
              </w:rPr>
              <w:t>205-125</w:t>
            </w:r>
          </w:p>
        </w:tc>
        <w:tc>
          <w:tcPr>
            <w:tcW w:w="2648" w:type="dxa"/>
            <w:tcMar>
              <w:top w:w="28" w:type="dxa"/>
              <w:left w:w="38" w:type="dxa"/>
              <w:bottom w:w="28" w:type="dxa"/>
              <w:right w:w="38" w:type="dxa"/>
            </w:tcMar>
            <w:vAlign w:val="center"/>
          </w:tcPr>
          <w:p w14:paraId="5435C6C4" w14:textId="77777777" w:rsidR="00D60D5E" w:rsidRDefault="00891EF0">
            <w:pPr>
              <w:spacing w:after="0" w:line="240" w:lineRule="auto"/>
            </w:pPr>
            <w:r>
              <w:rPr>
                <w:rFonts w:eastAsia="Aptos"/>
                <w:sz w:val="17"/>
              </w:rPr>
              <w:t>Pepperidge Farm Bordeaux 6.75oz</w:t>
            </w:r>
          </w:p>
        </w:tc>
        <w:tc>
          <w:tcPr>
            <w:tcW w:w="630" w:type="dxa"/>
            <w:tcMar>
              <w:top w:w="28" w:type="dxa"/>
              <w:left w:w="38" w:type="dxa"/>
              <w:bottom w:w="28" w:type="dxa"/>
              <w:right w:w="38" w:type="dxa"/>
            </w:tcMar>
            <w:vAlign w:val="center"/>
          </w:tcPr>
          <w:p w14:paraId="2E1730B6"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4AB471F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85AF69" w14:textId="77777777" w:rsidR="00D60D5E" w:rsidRDefault="00D60D5E">
            <w:pPr>
              <w:jc w:val="center"/>
            </w:pPr>
          </w:p>
        </w:tc>
      </w:tr>
      <w:tr w:rsidR="00D60D5E" w14:paraId="6915F65F" w14:textId="77777777" w:rsidTr="000617E0">
        <w:trPr>
          <w:cantSplit/>
          <w:jc w:val="center"/>
        </w:trPr>
        <w:tc>
          <w:tcPr>
            <w:tcW w:w="677" w:type="dxa"/>
            <w:tcMar>
              <w:top w:w="28" w:type="dxa"/>
              <w:left w:w="38" w:type="dxa"/>
              <w:bottom w:w="28" w:type="dxa"/>
              <w:right w:w="38" w:type="dxa"/>
            </w:tcMar>
            <w:vAlign w:val="center"/>
          </w:tcPr>
          <w:p w14:paraId="57DD2247" w14:textId="77777777" w:rsidR="00D60D5E" w:rsidRDefault="00891EF0">
            <w:pPr>
              <w:spacing w:after="0" w:line="240" w:lineRule="auto"/>
              <w:jc w:val="center"/>
            </w:pPr>
            <w:r>
              <w:rPr>
                <w:rFonts w:eastAsia="Aptos"/>
                <w:color w:val="6A7075"/>
                <w:sz w:val="17"/>
              </w:rPr>
              <w:t>205-130</w:t>
            </w:r>
          </w:p>
        </w:tc>
        <w:tc>
          <w:tcPr>
            <w:tcW w:w="2648" w:type="dxa"/>
            <w:tcMar>
              <w:top w:w="28" w:type="dxa"/>
              <w:left w:w="38" w:type="dxa"/>
              <w:bottom w:w="28" w:type="dxa"/>
              <w:right w:w="38" w:type="dxa"/>
            </w:tcMar>
            <w:vAlign w:val="center"/>
          </w:tcPr>
          <w:p w14:paraId="5978E51E" w14:textId="77777777" w:rsidR="00D60D5E" w:rsidRDefault="00891EF0">
            <w:pPr>
              <w:spacing w:after="0" w:line="240" w:lineRule="auto"/>
            </w:pPr>
            <w:r>
              <w:rPr>
                <w:rFonts w:eastAsia="Aptos"/>
                <w:sz w:val="17"/>
              </w:rPr>
              <w:t>Pepperidge Farm Verona Strawberry 6.75oz</w:t>
            </w:r>
          </w:p>
        </w:tc>
        <w:tc>
          <w:tcPr>
            <w:tcW w:w="630" w:type="dxa"/>
            <w:tcMar>
              <w:top w:w="28" w:type="dxa"/>
              <w:left w:w="38" w:type="dxa"/>
              <w:bottom w:w="28" w:type="dxa"/>
              <w:right w:w="38" w:type="dxa"/>
            </w:tcMar>
            <w:vAlign w:val="center"/>
          </w:tcPr>
          <w:p w14:paraId="0DFA9C40"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6248E9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2E6644" w14:textId="77777777" w:rsidR="00D60D5E" w:rsidRDefault="00D60D5E">
            <w:pPr>
              <w:jc w:val="center"/>
            </w:pPr>
          </w:p>
        </w:tc>
      </w:tr>
      <w:tr w:rsidR="00D60D5E" w14:paraId="2A2D1764" w14:textId="77777777" w:rsidTr="000617E0">
        <w:trPr>
          <w:cantSplit/>
          <w:jc w:val="center"/>
        </w:trPr>
        <w:tc>
          <w:tcPr>
            <w:tcW w:w="677" w:type="dxa"/>
            <w:tcMar>
              <w:top w:w="28" w:type="dxa"/>
              <w:left w:w="38" w:type="dxa"/>
              <w:bottom w:w="28" w:type="dxa"/>
              <w:right w:w="38" w:type="dxa"/>
            </w:tcMar>
            <w:vAlign w:val="center"/>
          </w:tcPr>
          <w:p w14:paraId="0A999925" w14:textId="77777777" w:rsidR="00D60D5E" w:rsidRDefault="00891EF0">
            <w:pPr>
              <w:spacing w:after="0" w:line="240" w:lineRule="auto"/>
              <w:jc w:val="center"/>
            </w:pPr>
            <w:r>
              <w:rPr>
                <w:rFonts w:eastAsia="Aptos"/>
                <w:color w:val="6A7075"/>
                <w:sz w:val="17"/>
              </w:rPr>
              <w:t>205-135</w:t>
            </w:r>
          </w:p>
        </w:tc>
        <w:tc>
          <w:tcPr>
            <w:tcW w:w="2648" w:type="dxa"/>
            <w:tcMar>
              <w:top w:w="28" w:type="dxa"/>
              <w:left w:w="38" w:type="dxa"/>
              <w:bottom w:w="28" w:type="dxa"/>
              <w:right w:w="38" w:type="dxa"/>
            </w:tcMar>
            <w:vAlign w:val="center"/>
          </w:tcPr>
          <w:p w14:paraId="4194D2DE" w14:textId="77777777" w:rsidR="00D60D5E" w:rsidRDefault="00891EF0">
            <w:pPr>
              <w:spacing w:after="0" w:line="240" w:lineRule="auto"/>
            </w:pPr>
            <w:r>
              <w:rPr>
                <w:rFonts w:eastAsia="Aptos"/>
                <w:sz w:val="17"/>
              </w:rPr>
              <w:t>Pepperidge Farm Shortbread 5.5oz</w:t>
            </w:r>
          </w:p>
        </w:tc>
        <w:tc>
          <w:tcPr>
            <w:tcW w:w="630" w:type="dxa"/>
            <w:tcMar>
              <w:top w:w="28" w:type="dxa"/>
              <w:left w:w="38" w:type="dxa"/>
              <w:bottom w:w="28" w:type="dxa"/>
              <w:right w:w="38" w:type="dxa"/>
            </w:tcMar>
            <w:vAlign w:val="center"/>
          </w:tcPr>
          <w:p w14:paraId="056A71DB" w14:textId="77777777" w:rsidR="00D60D5E" w:rsidRDefault="00891EF0">
            <w:pPr>
              <w:spacing w:after="0" w:line="240" w:lineRule="auto"/>
              <w:jc w:val="center"/>
            </w:pPr>
            <w:r>
              <w:rPr>
                <w:rFonts w:eastAsia="Aptos"/>
                <w:b/>
                <w:sz w:val="17"/>
              </w:rPr>
              <w:t>6.65</w:t>
            </w:r>
          </w:p>
        </w:tc>
        <w:tc>
          <w:tcPr>
            <w:tcW w:w="540" w:type="dxa"/>
            <w:tcMar>
              <w:top w:w="28" w:type="dxa"/>
              <w:left w:w="38" w:type="dxa"/>
              <w:bottom w:w="28" w:type="dxa"/>
              <w:right w:w="38" w:type="dxa"/>
            </w:tcMar>
            <w:vAlign w:val="center"/>
          </w:tcPr>
          <w:p w14:paraId="5F9EA4E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4299459" w14:textId="77777777" w:rsidR="00D60D5E" w:rsidRDefault="00D60D5E">
            <w:pPr>
              <w:jc w:val="center"/>
            </w:pPr>
          </w:p>
        </w:tc>
      </w:tr>
      <w:tr w:rsidR="00D60D5E" w14:paraId="338F6923" w14:textId="77777777" w:rsidTr="000617E0">
        <w:trPr>
          <w:cantSplit/>
          <w:jc w:val="center"/>
        </w:trPr>
        <w:tc>
          <w:tcPr>
            <w:tcW w:w="677" w:type="dxa"/>
            <w:tcMar>
              <w:top w:w="28" w:type="dxa"/>
              <w:left w:w="38" w:type="dxa"/>
              <w:bottom w:w="28" w:type="dxa"/>
              <w:right w:w="38" w:type="dxa"/>
            </w:tcMar>
            <w:vAlign w:val="center"/>
          </w:tcPr>
          <w:p w14:paraId="1EE710E0" w14:textId="77777777" w:rsidR="00D60D5E" w:rsidRDefault="00891EF0">
            <w:pPr>
              <w:spacing w:after="0" w:line="240" w:lineRule="auto"/>
              <w:jc w:val="center"/>
            </w:pPr>
            <w:r>
              <w:rPr>
                <w:rFonts w:eastAsia="Aptos"/>
                <w:color w:val="6A7075"/>
                <w:sz w:val="17"/>
              </w:rPr>
              <w:t>205-140</w:t>
            </w:r>
          </w:p>
        </w:tc>
        <w:tc>
          <w:tcPr>
            <w:tcW w:w="2648" w:type="dxa"/>
            <w:tcMar>
              <w:top w:w="28" w:type="dxa"/>
              <w:left w:w="38" w:type="dxa"/>
              <w:bottom w:w="28" w:type="dxa"/>
              <w:right w:w="38" w:type="dxa"/>
            </w:tcMar>
            <w:vAlign w:val="center"/>
          </w:tcPr>
          <w:p w14:paraId="217F2809" w14:textId="77777777" w:rsidR="00D60D5E" w:rsidRDefault="00891EF0">
            <w:pPr>
              <w:spacing w:after="0" w:line="240" w:lineRule="auto"/>
            </w:pPr>
            <w:r>
              <w:rPr>
                <w:rFonts w:eastAsia="Aptos"/>
                <w:sz w:val="17"/>
              </w:rPr>
              <w:t>Simple Mills Almond Flour Crackers 7 oz</w:t>
            </w:r>
          </w:p>
        </w:tc>
        <w:tc>
          <w:tcPr>
            <w:tcW w:w="630" w:type="dxa"/>
            <w:tcMar>
              <w:top w:w="28" w:type="dxa"/>
              <w:left w:w="38" w:type="dxa"/>
              <w:bottom w:w="28" w:type="dxa"/>
              <w:right w:w="38" w:type="dxa"/>
            </w:tcMar>
            <w:vAlign w:val="center"/>
          </w:tcPr>
          <w:p w14:paraId="262F9FC3" w14:textId="77777777" w:rsidR="00D60D5E" w:rsidRDefault="00891EF0">
            <w:pPr>
              <w:spacing w:after="0" w:line="240" w:lineRule="auto"/>
              <w:jc w:val="center"/>
            </w:pPr>
            <w:r>
              <w:rPr>
                <w:rFonts w:eastAsia="Aptos"/>
                <w:b/>
                <w:sz w:val="17"/>
              </w:rPr>
              <w:t>13.95</w:t>
            </w:r>
          </w:p>
        </w:tc>
        <w:tc>
          <w:tcPr>
            <w:tcW w:w="540" w:type="dxa"/>
            <w:tcMar>
              <w:top w:w="28" w:type="dxa"/>
              <w:left w:w="38" w:type="dxa"/>
              <w:bottom w:w="28" w:type="dxa"/>
              <w:right w:w="38" w:type="dxa"/>
            </w:tcMar>
            <w:vAlign w:val="center"/>
          </w:tcPr>
          <w:p w14:paraId="0C10C2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F127C3" w14:textId="77777777" w:rsidR="00D60D5E" w:rsidRDefault="00D60D5E">
            <w:pPr>
              <w:jc w:val="center"/>
            </w:pPr>
          </w:p>
        </w:tc>
      </w:tr>
      <w:tr w:rsidR="00D60D5E" w14:paraId="6DBD0ABA" w14:textId="77777777" w:rsidTr="000617E0">
        <w:trPr>
          <w:cantSplit/>
          <w:jc w:val="center"/>
        </w:trPr>
        <w:tc>
          <w:tcPr>
            <w:tcW w:w="677" w:type="dxa"/>
            <w:tcMar>
              <w:top w:w="28" w:type="dxa"/>
              <w:left w:w="38" w:type="dxa"/>
              <w:bottom w:w="28" w:type="dxa"/>
              <w:right w:w="38" w:type="dxa"/>
            </w:tcMar>
            <w:vAlign w:val="center"/>
          </w:tcPr>
          <w:p w14:paraId="1FC142F3" w14:textId="77777777" w:rsidR="00D60D5E" w:rsidRDefault="00891EF0">
            <w:pPr>
              <w:spacing w:after="0" w:line="240" w:lineRule="auto"/>
              <w:jc w:val="center"/>
            </w:pPr>
            <w:r>
              <w:rPr>
                <w:rFonts w:eastAsia="Aptos"/>
                <w:color w:val="6A7075"/>
                <w:sz w:val="17"/>
              </w:rPr>
              <w:t>205-145</w:t>
            </w:r>
          </w:p>
        </w:tc>
        <w:tc>
          <w:tcPr>
            <w:tcW w:w="2648" w:type="dxa"/>
            <w:tcMar>
              <w:top w:w="28" w:type="dxa"/>
              <w:left w:w="38" w:type="dxa"/>
              <w:bottom w:w="28" w:type="dxa"/>
              <w:right w:w="38" w:type="dxa"/>
            </w:tcMar>
            <w:vAlign w:val="center"/>
          </w:tcPr>
          <w:p w14:paraId="543238F2" w14:textId="77777777" w:rsidR="00D60D5E" w:rsidRDefault="00891EF0">
            <w:pPr>
              <w:spacing w:after="0" w:line="240" w:lineRule="auto"/>
            </w:pPr>
            <w:r>
              <w:rPr>
                <w:rFonts w:eastAsia="Aptos"/>
                <w:sz w:val="17"/>
              </w:rPr>
              <w:t>Glutino Crackers 4.4 oz</w:t>
            </w:r>
          </w:p>
        </w:tc>
        <w:tc>
          <w:tcPr>
            <w:tcW w:w="630" w:type="dxa"/>
            <w:tcMar>
              <w:top w:w="28" w:type="dxa"/>
              <w:left w:w="38" w:type="dxa"/>
              <w:bottom w:w="28" w:type="dxa"/>
              <w:right w:w="38" w:type="dxa"/>
            </w:tcMar>
            <w:vAlign w:val="center"/>
          </w:tcPr>
          <w:p w14:paraId="25BF7F7F" w14:textId="77777777" w:rsidR="00D60D5E" w:rsidRDefault="00891EF0">
            <w:pPr>
              <w:spacing w:after="0" w:line="240" w:lineRule="auto"/>
              <w:jc w:val="center"/>
            </w:pPr>
            <w:r>
              <w:rPr>
                <w:rFonts w:eastAsia="Aptos"/>
                <w:b/>
                <w:sz w:val="17"/>
              </w:rPr>
              <w:t>9.40</w:t>
            </w:r>
          </w:p>
        </w:tc>
        <w:tc>
          <w:tcPr>
            <w:tcW w:w="540" w:type="dxa"/>
            <w:tcMar>
              <w:top w:w="28" w:type="dxa"/>
              <w:left w:w="38" w:type="dxa"/>
              <w:bottom w:w="28" w:type="dxa"/>
              <w:right w:w="38" w:type="dxa"/>
            </w:tcMar>
            <w:vAlign w:val="center"/>
          </w:tcPr>
          <w:p w14:paraId="3E8AED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D84431" w14:textId="77777777" w:rsidR="00D60D5E" w:rsidRDefault="00D60D5E">
            <w:pPr>
              <w:jc w:val="center"/>
            </w:pPr>
          </w:p>
        </w:tc>
      </w:tr>
      <w:tr w:rsidR="00D60D5E" w14:paraId="709B9EE6" w14:textId="77777777" w:rsidTr="000617E0">
        <w:trPr>
          <w:cantSplit/>
          <w:jc w:val="center"/>
        </w:trPr>
        <w:tc>
          <w:tcPr>
            <w:tcW w:w="677" w:type="dxa"/>
            <w:tcMar>
              <w:top w:w="28" w:type="dxa"/>
              <w:left w:w="38" w:type="dxa"/>
              <w:bottom w:w="28" w:type="dxa"/>
              <w:right w:w="38" w:type="dxa"/>
            </w:tcMar>
            <w:vAlign w:val="center"/>
          </w:tcPr>
          <w:p w14:paraId="08517663" w14:textId="77777777" w:rsidR="00D60D5E" w:rsidRDefault="00891EF0">
            <w:pPr>
              <w:spacing w:after="0" w:line="240" w:lineRule="auto"/>
              <w:jc w:val="center"/>
            </w:pPr>
            <w:r>
              <w:rPr>
                <w:rFonts w:eastAsia="Aptos"/>
                <w:color w:val="6A7075"/>
                <w:sz w:val="17"/>
              </w:rPr>
              <w:t>205-150</w:t>
            </w:r>
          </w:p>
        </w:tc>
        <w:tc>
          <w:tcPr>
            <w:tcW w:w="2648" w:type="dxa"/>
            <w:tcMar>
              <w:top w:w="28" w:type="dxa"/>
              <w:left w:w="38" w:type="dxa"/>
              <w:bottom w:w="28" w:type="dxa"/>
              <w:right w:w="38" w:type="dxa"/>
            </w:tcMar>
            <w:vAlign w:val="center"/>
          </w:tcPr>
          <w:p w14:paraId="38376E56" w14:textId="77777777" w:rsidR="00D60D5E" w:rsidRDefault="00891EF0">
            <w:pPr>
              <w:spacing w:after="0" w:line="240" w:lineRule="auto"/>
            </w:pPr>
            <w:r>
              <w:rPr>
                <w:rFonts w:eastAsia="Aptos"/>
                <w:sz w:val="17"/>
              </w:rPr>
              <w:t>Keebler Club Crackers 13.7 oz</w:t>
            </w:r>
          </w:p>
        </w:tc>
        <w:tc>
          <w:tcPr>
            <w:tcW w:w="630" w:type="dxa"/>
            <w:tcMar>
              <w:top w:w="28" w:type="dxa"/>
              <w:left w:w="38" w:type="dxa"/>
              <w:bottom w:w="28" w:type="dxa"/>
              <w:right w:w="38" w:type="dxa"/>
            </w:tcMar>
            <w:vAlign w:val="center"/>
          </w:tcPr>
          <w:p w14:paraId="41909FD3" w14:textId="77777777" w:rsidR="00D60D5E" w:rsidRDefault="00891EF0">
            <w:pPr>
              <w:spacing w:after="0" w:line="240" w:lineRule="auto"/>
              <w:jc w:val="center"/>
            </w:pPr>
            <w:r>
              <w:rPr>
                <w:rFonts w:eastAsia="Aptos"/>
                <w:b/>
                <w:sz w:val="17"/>
              </w:rPr>
              <w:t>7.15</w:t>
            </w:r>
          </w:p>
        </w:tc>
        <w:tc>
          <w:tcPr>
            <w:tcW w:w="540" w:type="dxa"/>
            <w:tcMar>
              <w:top w:w="28" w:type="dxa"/>
              <w:left w:w="38" w:type="dxa"/>
              <w:bottom w:w="28" w:type="dxa"/>
              <w:right w:w="38" w:type="dxa"/>
            </w:tcMar>
            <w:vAlign w:val="center"/>
          </w:tcPr>
          <w:p w14:paraId="64503F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A25B75" w14:textId="77777777" w:rsidR="00D60D5E" w:rsidRDefault="00D60D5E">
            <w:pPr>
              <w:jc w:val="center"/>
            </w:pPr>
          </w:p>
        </w:tc>
      </w:tr>
      <w:tr w:rsidR="00D60D5E" w14:paraId="1A201207" w14:textId="77777777" w:rsidTr="000617E0">
        <w:trPr>
          <w:cantSplit/>
          <w:jc w:val="center"/>
        </w:trPr>
        <w:tc>
          <w:tcPr>
            <w:tcW w:w="677" w:type="dxa"/>
            <w:tcMar>
              <w:top w:w="28" w:type="dxa"/>
              <w:left w:w="38" w:type="dxa"/>
              <w:bottom w:w="28" w:type="dxa"/>
              <w:right w:w="38" w:type="dxa"/>
            </w:tcMar>
            <w:vAlign w:val="center"/>
          </w:tcPr>
          <w:p w14:paraId="1D2BC016" w14:textId="77777777" w:rsidR="00D60D5E" w:rsidRDefault="00891EF0">
            <w:pPr>
              <w:spacing w:after="0" w:line="240" w:lineRule="auto"/>
              <w:jc w:val="center"/>
            </w:pPr>
            <w:r>
              <w:rPr>
                <w:rFonts w:eastAsia="Aptos"/>
                <w:color w:val="6A7075"/>
                <w:sz w:val="17"/>
              </w:rPr>
              <w:t>205-155</w:t>
            </w:r>
          </w:p>
        </w:tc>
        <w:tc>
          <w:tcPr>
            <w:tcW w:w="2648" w:type="dxa"/>
            <w:tcMar>
              <w:top w:w="28" w:type="dxa"/>
              <w:left w:w="38" w:type="dxa"/>
              <w:bottom w:w="28" w:type="dxa"/>
              <w:right w:w="38" w:type="dxa"/>
            </w:tcMar>
            <w:vAlign w:val="center"/>
          </w:tcPr>
          <w:p w14:paraId="3274E070" w14:textId="77777777" w:rsidR="00D60D5E" w:rsidRDefault="00891EF0">
            <w:pPr>
              <w:spacing w:after="0" w:line="240" w:lineRule="auto"/>
            </w:pPr>
            <w:r>
              <w:rPr>
                <w:rFonts w:eastAsia="Aptos"/>
                <w:sz w:val="17"/>
              </w:rPr>
              <w:t>Simple Mills Almond Crackers W/Sea Salt 20 oz</w:t>
            </w:r>
          </w:p>
        </w:tc>
        <w:tc>
          <w:tcPr>
            <w:tcW w:w="630" w:type="dxa"/>
            <w:tcMar>
              <w:top w:w="28" w:type="dxa"/>
              <w:left w:w="38" w:type="dxa"/>
              <w:bottom w:w="28" w:type="dxa"/>
              <w:right w:w="38" w:type="dxa"/>
            </w:tcMar>
            <w:vAlign w:val="center"/>
          </w:tcPr>
          <w:p w14:paraId="48D2F75D" w14:textId="77777777" w:rsidR="00D60D5E" w:rsidRDefault="00891EF0">
            <w:pPr>
              <w:spacing w:after="0" w:line="240" w:lineRule="auto"/>
              <w:jc w:val="center"/>
            </w:pPr>
            <w:r>
              <w:rPr>
                <w:rFonts w:eastAsia="Aptos"/>
                <w:b/>
                <w:sz w:val="17"/>
              </w:rPr>
              <w:t>22.95</w:t>
            </w:r>
          </w:p>
        </w:tc>
        <w:tc>
          <w:tcPr>
            <w:tcW w:w="540" w:type="dxa"/>
            <w:tcMar>
              <w:top w:w="28" w:type="dxa"/>
              <w:left w:w="38" w:type="dxa"/>
              <w:bottom w:w="28" w:type="dxa"/>
              <w:right w:w="38" w:type="dxa"/>
            </w:tcMar>
            <w:vAlign w:val="center"/>
          </w:tcPr>
          <w:p w14:paraId="606879F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1C922A" w14:textId="77777777" w:rsidR="00D60D5E" w:rsidRDefault="00D60D5E">
            <w:pPr>
              <w:jc w:val="center"/>
            </w:pPr>
          </w:p>
        </w:tc>
      </w:tr>
      <w:tr w:rsidR="00D60D5E" w14:paraId="37C895A1" w14:textId="77777777" w:rsidTr="000617E0">
        <w:trPr>
          <w:cantSplit/>
          <w:jc w:val="center"/>
        </w:trPr>
        <w:tc>
          <w:tcPr>
            <w:tcW w:w="677" w:type="dxa"/>
            <w:tcMar>
              <w:top w:w="28" w:type="dxa"/>
              <w:left w:w="38" w:type="dxa"/>
              <w:bottom w:w="28" w:type="dxa"/>
              <w:right w:w="38" w:type="dxa"/>
            </w:tcMar>
            <w:vAlign w:val="center"/>
          </w:tcPr>
          <w:p w14:paraId="5B6055EE" w14:textId="77777777" w:rsidR="00D60D5E" w:rsidRDefault="00891EF0">
            <w:pPr>
              <w:spacing w:after="0" w:line="240" w:lineRule="auto"/>
              <w:jc w:val="center"/>
            </w:pPr>
            <w:r>
              <w:rPr>
                <w:rFonts w:eastAsia="Aptos"/>
                <w:color w:val="6A7075"/>
                <w:sz w:val="17"/>
              </w:rPr>
              <w:t>205-160</w:t>
            </w:r>
          </w:p>
        </w:tc>
        <w:tc>
          <w:tcPr>
            <w:tcW w:w="2648" w:type="dxa"/>
            <w:tcMar>
              <w:top w:w="28" w:type="dxa"/>
              <w:left w:w="38" w:type="dxa"/>
              <w:bottom w:w="28" w:type="dxa"/>
              <w:right w:w="38" w:type="dxa"/>
            </w:tcMar>
            <w:vAlign w:val="center"/>
          </w:tcPr>
          <w:p w14:paraId="19CD7EEE" w14:textId="77777777" w:rsidR="00D60D5E" w:rsidRDefault="00891EF0">
            <w:pPr>
              <w:spacing w:after="0" w:line="240" w:lineRule="auto"/>
            </w:pPr>
            <w:r>
              <w:rPr>
                <w:rFonts w:eastAsia="Aptos"/>
                <w:sz w:val="17"/>
              </w:rPr>
              <w:t>Vanilla Wafers 10.6oz</w:t>
            </w:r>
          </w:p>
        </w:tc>
        <w:tc>
          <w:tcPr>
            <w:tcW w:w="630" w:type="dxa"/>
            <w:tcMar>
              <w:top w:w="28" w:type="dxa"/>
              <w:left w:w="38" w:type="dxa"/>
              <w:bottom w:w="28" w:type="dxa"/>
              <w:right w:w="38" w:type="dxa"/>
            </w:tcMar>
            <w:vAlign w:val="center"/>
          </w:tcPr>
          <w:p w14:paraId="7B8B2069"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236765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BE8386" w14:textId="77777777" w:rsidR="00D60D5E" w:rsidRDefault="00D60D5E">
            <w:pPr>
              <w:jc w:val="center"/>
            </w:pPr>
          </w:p>
        </w:tc>
      </w:tr>
      <w:tr w:rsidR="00D60D5E" w14:paraId="4523BFA1" w14:textId="77777777" w:rsidTr="000617E0">
        <w:trPr>
          <w:cantSplit/>
          <w:jc w:val="center"/>
        </w:trPr>
        <w:tc>
          <w:tcPr>
            <w:tcW w:w="677" w:type="dxa"/>
            <w:tcMar>
              <w:top w:w="28" w:type="dxa"/>
              <w:left w:w="38" w:type="dxa"/>
              <w:bottom w:w="28" w:type="dxa"/>
              <w:right w:w="38" w:type="dxa"/>
            </w:tcMar>
            <w:vAlign w:val="center"/>
          </w:tcPr>
          <w:p w14:paraId="2521152F" w14:textId="77777777" w:rsidR="00D60D5E" w:rsidRDefault="00891EF0">
            <w:pPr>
              <w:spacing w:after="0" w:line="240" w:lineRule="auto"/>
              <w:jc w:val="center"/>
            </w:pPr>
            <w:r>
              <w:rPr>
                <w:rFonts w:eastAsia="Aptos"/>
                <w:color w:val="6A7075"/>
                <w:sz w:val="17"/>
              </w:rPr>
              <w:t>205-165</w:t>
            </w:r>
          </w:p>
        </w:tc>
        <w:tc>
          <w:tcPr>
            <w:tcW w:w="2648" w:type="dxa"/>
            <w:tcMar>
              <w:top w:w="28" w:type="dxa"/>
              <w:left w:w="38" w:type="dxa"/>
              <w:bottom w:w="28" w:type="dxa"/>
              <w:right w:w="38" w:type="dxa"/>
            </w:tcMar>
            <w:vAlign w:val="center"/>
          </w:tcPr>
          <w:p w14:paraId="013681CC" w14:textId="77777777" w:rsidR="00D60D5E" w:rsidRDefault="00891EF0">
            <w:pPr>
              <w:spacing w:after="0" w:line="240" w:lineRule="auto"/>
            </w:pPr>
            <w:r>
              <w:rPr>
                <w:rFonts w:eastAsia="Aptos"/>
                <w:sz w:val="17"/>
              </w:rPr>
              <w:t>Ginger Nuts 200G</w:t>
            </w:r>
          </w:p>
        </w:tc>
        <w:tc>
          <w:tcPr>
            <w:tcW w:w="630" w:type="dxa"/>
            <w:tcMar>
              <w:top w:w="28" w:type="dxa"/>
              <w:left w:w="38" w:type="dxa"/>
              <w:bottom w:w="28" w:type="dxa"/>
              <w:right w:w="38" w:type="dxa"/>
            </w:tcMar>
            <w:vAlign w:val="center"/>
          </w:tcPr>
          <w:p w14:paraId="231E1ACB" w14:textId="77777777" w:rsidR="00D60D5E" w:rsidRDefault="00891EF0">
            <w:pPr>
              <w:spacing w:after="0" w:line="240" w:lineRule="auto"/>
              <w:jc w:val="center"/>
            </w:pPr>
            <w:r>
              <w:rPr>
                <w:rFonts w:eastAsia="Aptos"/>
                <w:b/>
                <w:sz w:val="17"/>
              </w:rPr>
              <w:t>3.89</w:t>
            </w:r>
          </w:p>
        </w:tc>
        <w:tc>
          <w:tcPr>
            <w:tcW w:w="540" w:type="dxa"/>
            <w:tcMar>
              <w:top w:w="28" w:type="dxa"/>
              <w:left w:w="38" w:type="dxa"/>
              <w:bottom w:w="28" w:type="dxa"/>
              <w:right w:w="38" w:type="dxa"/>
            </w:tcMar>
            <w:vAlign w:val="center"/>
          </w:tcPr>
          <w:p w14:paraId="54F6B3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7557986" w14:textId="77777777" w:rsidR="00D60D5E" w:rsidRDefault="00D60D5E">
            <w:pPr>
              <w:jc w:val="center"/>
            </w:pPr>
          </w:p>
        </w:tc>
      </w:tr>
      <w:tr w:rsidR="00D60D5E" w14:paraId="7975C63F" w14:textId="77777777" w:rsidTr="000617E0">
        <w:trPr>
          <w:cantSplit/>
          <w:jc w:val="center"/>
        </w:trPr>
        <w:tc>
          <w:tcPr>
            <w:tcW w:w="677" w:type="dxa"/>
            <w:tcMar>
              <w:top w:w="28" w:type="dxa"/>
              <w:left w:w="38" w:type="dxa"/>
              <w:bottom w:w="28" w:type="dxa"/>
              <w:right w:w="38" w:type="dxa"/>
            </w:tcMar>
            <w:vAlign w:val="center"/>
          </w:tcPr>
          <w:p w14:paraId="077B54F0" w14:textId="77777777" w:rsidR="00D60D5E" w:rsidRDefault="00891EF0">
            <w:pPr>
              <w:spacing w:after="0" w:line="240" w:lineRule="auto"/>
              <w:jc w:val="center"/>
            </w:pPr>
            <w:r>
              <w:rPr>
                <w:rFonts w:eastAsia="Aptos"/>
                <w:color w:val="6A7075"/>
                <w:sz w:val="17"/>
              </w:rPr>
              <w:t>205-170</w:t>
            </w:r>
          </w:p>
        </w:tc>
        <w:tc>
          <w:tcPr>
            <w:tcW w:w="2648" w:type="dxa"/>
            <w:tcMar>
              <w:top w:w="28" w:type="dxa"/>
              <w:left w:w="38" w:type="dxa"/>
              <w:bottom w:w="28" w:type="dxa"/>
              <w:right w:w="38" w:type="dxa"/>
            </w:tcMar>
            <w:vAlign w:val="center"/>
          </w:tcPr>
          <w:p w14:paraId="21763FAD" w14:textId="77777777" w:rsidR="00D60D5E" w:rsidRDefault="00891EF0">
            <w:pPr>
              <w:spacing w:after="0" w:line="240" w:lineRule="auto"/>
            </w:pPr>
            <w:r>
              <w:rPr>
                <w:rFonts w:eastAsia="Aptos"/>
                <w:sz w:val="17"/>
              </w:rPr>
              <w:t>Graham Crackers 14.4oz</w:t>
            </w:r>
          </w:p>
        </w:tc>
        <w:tc>
          <w:tcPr>
            <w:tcW w:w="630" w:type="dxa"/>
            <w:tcMar>
              <w:top w:w="28" w:type="dxa"/>
              <w:left w:w="38" w:type="dxa"/>
              <w:bottom w:w="28" w:type="dxa"/>
              <w:right w:w="38" w:type="dxa"/>
            </w:tcMar>
            <w:vAlign w:val="center"/>
          </w:tcPr>
          <w:p w14:paraId="50758412" w14:textId="77777777" w:rsidR="00D60D5E" w:rsidRDefault="00891EF0">
            <w:pPr>
              <w:spacing w:after="0" w:line="240" w:lineRule="auto"/>
              <w:jc w:val="center"/>
            </w:pPr>
            <w:r>
              <w:rPr>
                <w:rFonts w:eastAsia="Aptos"/>
                <w:b/>
                <w:sz w:val="17"/>
              </w:rPr>
              <w:t>7.85</w:t>
            </w:r>
          </w:p>
        </w:tc>
        <w:tc>
          <w:tcPr>
            <w:tcW w:w="540" w:type="dxa"/>
            <w:tcMar>
              <w:top w:w="28" w:type="dxa"/>
              <w:left w:w="38" w:type="dxa"/>
              <w:bottom w:w="28" w:type="dxa"/>
              <w:right w:w="38" w:type="dxa"/>
            </w:tcMar>
            <w:vAlign w:val="center"/>
          </w:tcPr>
          <w:p w14:paraId="475897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BA12F3" w14:textId="77777777" w:rsidR="00D60D5E" w:rsidRDefault="00D60D5E">
            <w:pPr>
              <w:jc w:val="center"/>
            </w:pPr>
          </w:p>
        </w:tc>
      </w:tr>
      <w:tr w:rsidR="00D60D5E" w14:paraId="48809053" w14:textId="77777777" w:rsidTr="000617E0">
        <w:trPr>
          <w:cantSplit/>
          <w:jc w:val="center"/>
        </w:trPr>
        <w:tc>
          <w:tcPr>
            <w:tcW w:w="677" w:type="dxa"/>
            <w:tcMar>
              <w:top w:w="28" w:type="dxa"/>
              <w:left w:w="38" w:type="dxa"/>
              <w:bottom w:w="28" w:type="dxa"/>
              <w:right w:w="38" w:type="dxa"/>
            </w:tcMar>
            <w:vAlign w:val="center"/>
          </w:tcPr>
          <w:p w14:paraId="36435427" w14:textId="77777777" w:rsidR="00D60D5E" w:rsidRDefault="00891EF0">
            <w:pPr>
              <w:spacing w:after="0" w:line="240" w:lineRule="auto"/>
              <w:jc w:val="center"/>
            </w:pPr>
            <w:r>
              <w:rPr>
                <w:rFonts w:eastAsia="Aptos"/>
                <w:color w:val="6A7075"/>
                <w:sz w:val="17"/>
              </w:rPr>
              <w:t>205-175</w:t>
            </w:r>
          </w:p>
        </w:tc>
        <w:tc>
          <w:tcPr>
            <w:tcW w:w="2648" w:type="dxa"/>
            <w:tcMar>
              <w:top w:w="28" w:type="dxa"/>
              <w:left w:w="38" w:type="dxa"/>
              <w:bottom w:w="28" w:type="dxa"/>
              <w:right w:w="38" w:type="dxa"/>
            </w:tcMar>
            <w:vAlign w:val="center"/>
          </w:tcPr>
          <w:p w14:paraId="500019FC" w14:textId="77777777" w:rsidR="00D60D5E" w:rsidRDefault="00891EF0">
            <w:pPr>
              <w:spacing w:after="0" w:line="240" w:lineRule="auto"/>
            </w:pPr>
            <w:r>
              <w:rPr>
                <w:rFonts w:eastAsia="Aptos"/>
                <w:sz w:val="17"/>
              </w:rPr>
              <w:t>Oreo Cookies 5.25oz</w:t>
            </w:r>
          </w:p>
        </w:tc>
        <w:tc>
          <w:tcPr>
            <w:tcW w:w="630" w:type="dxa"/>
            <w:tcMar>
              <w:top w:w="28" w:type="dxa"/>
              <w:left w:w="38" w:type="dxa"/>
              <w:bottom w:w="28" w:type="dxa"/>
              <w:right w:w="38" w:type="dxa"/>
            </w:tcMar>
            <w:vAlign w:val="center"/>
          </w:tcPr>
          <w:p w14:paraId="2EF1ACC5"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087DBB5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88ADCE" w14:textId="77777777" w:rsidR="00D60D5E" w:rsidRDefault="00D60D5E">
            <w:pPr>
              <w:jc w:val="center"/>
            </w:pPr>
          </w:p>
        </w:tc>
      </w:tr>
      <w:tr w:rsidR="00D60D5E" w14:paraId="76B62323" w14:textId="77777777" w:rsidTr="000617E0">
        <w:trPr>
          <w:cantSplit/>
          <w:jc w:val="center"/>
        </w:trPr>
        <w:tc>
          <w:tcPr>
            <w:tcW w:w="677" w:type="dxa"/>
            <w:tcMar>
              <w:top w:w="28" w:type="dxa"/>
              <w:left w:w="38" w:type="dxa"/>
              <w:bottom w:w="28" w:type="dxa"/>
              <w:right w:w="38" w:type="dxa"/>
            </w:tcMar>
            <w:vAlign w:val="center"/>
          </w:tcPr>
          <w:p w14:paraId="072DADDA" w14:textId="77777777" w:rsidR="00D60D5E" w:rsidRDefault="00891EF0">
            <w:pPr>
              <w:spacing w:after="0" w:line="240" w:lineRule="auto"/>
              <w:jc w:val="center"/>
            </w:pPr>
            <w:r>
              <w:rPr>
                <w:rFonts w:eastAsia="Aptos"/>
                <w:color w:val="6A7075"/>
                <w:sz w:val="17"/>
              </w:rPr>
              <w:t>205-180</w:t>
            </w:r>
          </w:p>
        </w:tc>
        <w:tc>
          <w:tcPr>
            <w:tcW w:w="2648" w:type="dxa"/>
            <w:tcMar>
              <w:top w:w="28" w:type="dxa"/>
              <w:left w:w="38" w:type="dxa"/>
              <w:bottom w:w="28" w:type="dxa"/>
              <w:right w:w="38" w:type="dxa"/>
            </w:tcMar>
            <w:vAlign w:val="center"/>
          </w:tcPr>
          <w:p w14:paraId="7E7334AC" w14:textId="77777777" w:rsidR="00D60D5E" w:rsidRDefault="00891EF0">
            <w:pPr>
              <w:spacing w:after="0" w:line="240" w:lineRule="auto"/>
            </w:pPr>
            <w:r>
              <w:rPr>
                <w:rFonts w:eastAsia="Aptos"/>
                <w:sz w:val="17"/>
              </w:rPr>
              <w:t>Chips Ahoy 6oz</w:t>
            </w:r>
          </w:p>
        </w:tc>
        <w:tc>
          <w:tcPr>
            <w:tcW w:w="630" w:type="dxa"/>
            <w:tcMar>
              <w:top w:w="28" w:type="dxa"/>
              <w:left w:w="38" w:type="dxa"/>
              <w:bottom w:w="28" w:type="dxa"/>
              <w:right w:w="38" w:type="dxa"/>
            </w:tcMar>
            <w:vAlign w:val="center"/>
          </w:tcPr>
          <w:p w14:paraId="24B89855" w14:textId="77777777" w:rsidR="00D60D5E" w:rsidRDefault="00891EF0">
            <w:pPr>
              <w:spacing w:after="0" w:line="240" w:lineRule="auto"/>
              <w:jc w:val="center"/>
            </w:pPr>
            <w:r>
              <w:rPr>
                <w:rFonts w:eastAsia="Aptos"/>
                <w:b/>
                <w:sz w:val="17"/>
              </w:rPr>
              <w:t>3.20</w:t>
            </w:r>
          </w:p>
        </w:tc>
        <w:tc>
          <w:tcPr>
            <w:tcW w:w="540" w:type="dxa"/>
            <w:tcMar>
              <w:top w:w="28" w:type="dxa"/>
              <w:left w:w="38" w:type="dxa"/>
              <w:bottom w:w="28" w:type="dxa"/>
              <w:right w:w="38" w:type="dxa"/>
            </w:tcMar>
            <w:vAlign w:val="center"/>
          </w:tcPr>
          <w:p w14:paraId="58B8B37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C8E997" w14:textId="77777777" w:rsidR="00D60D5E" w:rsidRDefault="00D60D5E">
            <w:pPr>
              <w:jc w:val="center"/>
            </w:pPr>
          </w:p>
        </w:tc>
      </w:tr>
      <w:tr w:rsidR="00D60D5E" w14:paraId="0720FB64" w14:textId="77777777" w:rsidTr="000617E0">
        <w:trPr>
          <w:cantSplit/>
          <w:jc w:val="center"/>
        </w:trPr>
        <w:tc>
          <w:tcPr>
            <w:tcW w:w="677" w:type="dxa"/>
            <w:tcMar>
              <w:top w:w="28" w:type="dxa"/>
              <w:left w:w="38" w:type="dxa"/>
              <w:bottom w:w="28" w:type="dxa"/>
              <w:right w:w="38" w:type="dxa"/>
            </w:tcMar>
            <w:vAlign w:val="center"/>
          </w:tcPr>
          <w:p w14:paraId="446EFB63" w14:textId="77777777" w:rsidR="00D60D5E" w:rsidRDefault="00891EF0">
            <w:pPr>
              <w:spacing w:after="0" w:line="240" w:lineRule="auto"/>
              <w:jc w:val="center"/>
            </w:pPr>
            <w:r>
              <w:rPr>
                <w:rFonts w:eastAsia="Aptos"/>
                <w:color w:val="6A7075"/>
                <w:sz w:val="17"/>
              </w:rPr>
              <w:t>205-185</w:t>
            </w:r>
          </w:p>
        </w:tc>
        <w:tc>
          <w:tcPr>
            <w:tcW w:w="2648" w:type="dxa"/>
            <w:tcMar>
              <w:top w:w="28" w:type="dxa"/>
              <w:left w:w="38" w:type="dxa"/>
              <w:bottom w:w="28" w:type="dxa"/>
              <w:right w:w="38" w:type="dxa"/>
            </w:tcMar>
            <w:vAlign w:val="center"/>
          </w:tcPr>
          <w:p w14:paraId="70AEE099" w14:textId="77777777" w:rsidR="00D60D5E" w:rsidRDefault="00891EF0">
            <w:pPr>
              <w:spacing w:after="0" w:line="240" w:lineRule="auto"/>
            </w:pPr>
            <w:r>
              <w:rPr>
                <w:rFonts w:eastAsia="Aptos"/>
                <w:sz w:val="17"/>
              </w:rPr>
              <w:t>Fig Newton's 2oz</w:t>
            </w:r>
          </w:p>
        </w:tc>
        <w:tc>
          <w:tcPr>
            <w:tcW w:w="630" w:type="dxa"/>
            <w:tcMar>
              <w:top w:w="28" w:type="dxa"/>
              <w:left w:w="38" w:type="dxa"/>
              <w:bottom w:w="28" w:type="dxa"/>
              <w:right w:w="38" w:type="dxa"/>
            </w:tcMar>
            <w:vAlign w:val="center"/>
          </w:tcPr>
          <w:p w14:paraId="7FEB5367" w14:textId="77777777" w:rsidR="00D60D5E" w:rsidRDefault="00891EF0">
            <w:pPr>
              <w:spacing w:after="0" w:line="240" w:lineRule="auto"/>
              <w:jc w:val="center"/>
            </w:pPr>
            <w:r>
              <w:rPr>
                <w:rFonts w:eastAsia="Aptos"/>
                <w:b/>
                <w:sz w:val="17"/>
              </w:rPr>
              <w:t>1.25</w:t>
            </w:r>
          </w:p>
        </w:tc>
        <w:tc>
          <w:tcPr>
            <w:tcW w:w="540" w:type="dxa"/>
            <w:tcMar>
              <w:top w:w="28" w:type="dxa"/>
              <w:left w:w="38" w:type="dxa"/>
              <w:bottom w:w="28" w:type="dxa"/>
              <w:right w:w="38" w:type="dxa"/>
            </w:tcMar>
            <w:vAlign w:val="center"/>
          </w:tcPr>
          <w:p w14:paraId="01EB80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9FCA4E" w14:textId="77777777" w:rsidR="00D60D5E" w:rsidRDefault="00D60D5E">
            <w:pPr>
              <w:jc w:val="center"/>
            </w:pPr>
          </w:p>
        </w:tc>
      </w:tr>
      <w:tr w:rsidR="00D60D5E" w14:paraId="19664446" w14:textId="77777777" w:rsidTr="000617E0">
        <w:trPr>
          <w:cantSplit/>
          <w:jc w:val="center"/>
        </w:trPr>
        <w:tc>
          <w:tcPr>
            <w:tcW w:w="677" w:type="dxa"/>
            <w:tcMar>
              <w:top w:w="28" w:type="dxa"/>
              <w:left w:w="38" w:type="dxa"/>
              <w:bottom w:w="28" w:type="dxa"/>
              <w:right w:w="38" w:type="dxa"/>
            </w:tcMar>
            <w:vAlign w:val="center"/>
          </w:tcPr>
          <w:p w14:paraId="1758E8C6" w14:textId="77777777" w:rsidR="00D60D5E" w:rsidRDefault="00891EF0">
            <w:pPr>
              <w:spacing w:after="0" w:line="240" w:lineRule="auto"/>
              <w:jc w:val="center"/>
            </w:pPr>
            <w:r>
              <w:rPr>
                <w:rFonts w:eastAsia="Aptos"/>
                <w:color w:val="6A7075"/>
                <w:sz w:val="17"/>
              </w:rPr>
              <w:t>205-190</w:t>
            </w:r>
          </w:p>
        </w:tc>
        <w:tc>
          <w:tcPr>
            <w:tcW w:w="2648" w:type="dxa"/>
            <w:tcMar>
              <w:top w:w="28" w:type="dxa"/>
              <w:left w:w="38" w:type="dxa"/>
              <w:bottom w:w="28" w:type="dxa"/>
              <w:right w:w="38" w:type="dxa"/>
            </w:tcMar>
            <w:vAlign w:val="center"/>
          </w:tcPr>
          <w:p w14:paraId="48E6A54F" w14:textId="77777777" w:rsidR="00D60D5E" w:rsidRDefault="00891EF0">
            <w:pPr>
              <w:spacing w:after="0" w:line="240" w:lineRule="auto"/>
            </w:pPr>
            <w:r>
              <w:rPr>
                <w:rFonts w:eastAsia="Aptos"/>
                <w:sz w:val="17"/>
              </w:rPr>
              <w:t>Carr's Crackers Assorted Box 200g</w:t>
            </w:r>
          </w:p>
        </w:tc>
        <w:tc>
          <w:tcPr>
            <w:tcW w:w="630" w:type="dxa"/>
            <w:tcMar>
              <w:top w:w="28" w:type="dxa"/>
              <w:left w:w="38" w:type="dxa"/>
              <w:bottom w:w="28" w:type="dxa"/>
              <w:right w:w="38" w:type="dxa"/>
            </w:tcMar>
            <w:vAlign w:val="center"/>
          </w:tcPr>
          <w:p w14:paraId="53609613"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3B6A30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D6FAF3" w14:textId="77777777" w:rsidR="00D60D5E" w:rsidRDefault="00D60D5E">
            <w:pPr>
              <w:jc w:val="center"/>
            </w:pPr>
          </w:p>
        </w:tc>
      </w:tr>
      <w:tr w:rsidR="00D60D5E" w14:paraId="70AE333A" w14:textId="77777777" w:rsidTr="000617E0">
        <w:trPr>
          <w:cantSplit/>
          <w:jc w:val="center"/>
        </w:trPr>
        <w:tc>
          <w:tcPr>
            <w:tcW w:w="677" w:type="dxa"/>
            <w:tcMar>
              <w:top w:w="28" w:type="dxa"/>
              <w:left w:w="38" w:type="dxa"/>
              <w:bottom w:w="28" w:type="dxa"/>
              <w:right w:w="38" w:type="dxa"/>
            </w:tcMar>
            <w:vAlign w:val="center"/>
          </w:tcPr>
          <w:p w14:paraId="0355FEFC" w14:textId="77777777" w:rsidR="00D60D5E" w:rsidRDefault="00891EF0">
            <w:pPr>
              <w:spacing w:after="0" w:line="240" w:lineRule="auto"/>
              <w:jc w:val="center"/>
            </w:pPr>
            <w:r>
              <w:rPr>
                <w:rFonts w:eastAsia="Aptos"/>
                <w:color w:val="6A7075"/>
                <w:sz w:val="17"/>
              </w:rPr>
              <w:t>205-195</w:t>
            </w:r>
          </w:p>
        </w:tc>
        <w:tc>
          <w:tcPr>
            <w:tcW w:w="2648" w:type="dxa"/>
            <w:tcMar>
              <w:top w:w="28" w:type="dxa"/>
              <w:left w:w="38" w:type="dxa"/>
              <w:bottom w:w="28" w:type="dxa"/>
              <w:right w:w="38" w:type="dxa"/>
            </w:tcMar>
            <w:vAlign w:val="center"/>
          </w:tcPr>
          <w:p w14:paraId="1523BCF3" w14:textId="77777777" w:rsidR="00D60D5E" w:rsidRDefault="00891EF0">
            <w:pPr>
              <w:spacing w:after="0" w:line="240" w:lineRule="auto"/>
            </w:pPr>
            <w:r>
              <w:rPr>
                <w:rFonts w:eastAsia="Aptos"/>
                <w:sz w:val="17"/>
              </w:rPr>
              <w:t>Carr's Table Water Crackers 125g</w:t>
            </w:r>
          </w:p>
        </w:tc>
        <w:tc>
          <w:tcPr>
            <w:tcW w:w="630" w:type="dxa"/>
            <w:tcMar>
              <w:top w:w="28" w:type="dxa"/>
              <w:left w:w="38" w:type="dxa"/>
              <w:bottom w:w="28" w:type="dxa"/>
              <w:right w:w="38" w:type="dxa"/>
            </w:tcMar>
            <w:vAlign w:val="center"/>
          </w:tcPr>
          <w:p w14:paraId="171480FC"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08A4FAB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324C84" w14:textId="77777777" w:rsidR="00D60D5E" w:rsidRDefault="00D60D5E">
            <w:pPr>
              <w:jc w:val="center"/>
            </w:pPr>
          </w:p>
        </w:tc>
      </w:tr>
      <w:tr w:rsidR="00D60D5E" w14:paraId="59B602A9" w14:textId="77777777" w:rsidTr="000617E0">
        <w:trPr>
          <w:cantSplit/>
          <w:jc w:val="center"/>
        </w:trPr>
        <w:tc>
          <w:tcPr>
            <w:tcW w:w="677" w:type="dxa"/>
            <w:tcMar>
              <w:top w:w="28" w:type="dxa"/>
              <w:left w:w="38" w:type="dxa"/>
              <w:bottom w:w="28" w:type="dxa"/>
              <w:right w:w="38" w:type="dxa"/>
            </w:tcMar>
            <w:vAlign w:val="center"/>
          </w:tcPr>
          <w:p w14:paraId="65F018A7" w14:textId="77777777" w:rsidR="00D60D5E" w:rsidRDefault="00891EF0">
            <w:pPr>
              <w:spacing w:after="0" w:line="240" w:lineRule="auto"/>
              <w:jc w:val="center"/>
            </w:pPr>
            <w:r>
              <w:rPr>
                <w:rFonts w:eastAsia="Aptos"/>
                <w:color w:val="6A7075"/>
                <w:sz w:val="17"/>
              </w:rPr>
              <w:t>205-200</w:t>
            </w:r>
          </w:p>
        </w:tc>
        <w:tc>
          <w:tcPr>
            <w:tcW w:w="2648" w:type="dxa"/>
            <w:tcMar>
              <w:top w:w="28" w:type="dxa"/>
              <w:left w:w="38" w:type="dxa"/>
              <w:bottom w:w="28" w:type="dxa"/>
              <w:right w:w="38" w:type="dxa"/>
            </w:tcMar>
            <w:vAlign w:val="center"/>
          </w:tcPr>
          <w:p w14:paraId="46EE9DC0" w14:textId="77777777" w:rsidR="00D60D5E" w:rsidRDefault="00891EF0">
            <w:pPr>
              <w:spacing w:after="0" w:line="240" w:lineRule="auto"/>
            </w:pPr>
            <w:r>
              <w:rPr>
                <w:rFonts w:eastAsia="Aptos"/>
                <w:sz w:val="17"/>
              </w:rPr>
              <w:t>Carr's Table Cracked Pepper 125g</w:t>
            </w:r>
          </w:p>
        </w:tc>
        <w:tc>
          <w:tcPr>
            <w:tcW w:w="630" w:type="dxa"/>
            <w:tcMar>
              <w:top w:w="28" w:type="dxa"/>
              <w:left w:w="38" w:type="dxa"/>
              <w:bottom w:w="28" w:type="dxa"/>
              <w:right w:w="38" w:type="dxa"/>
            </w:tcMar>
            <w:vAlign w:val="center"/>
          </w:tcPr>
          <w:p w14:paraId="4B26BBD8" w14:textId="77777777" w:rsidR="00D60D5E" w:rsidRDefault="00891EF0">
            <w:pPr>
              <w:spacing w:after="0" w:line="240" w:lineRule="auto"/>
              <w:jc w:val="center"/>
            </w:pPr>
            <w:r>
              <w:rPr>
                <w:rFonts w:eastAsia="Aptos"/>
                <w:b/>
                <w:sz w:val="17"/>
              </w:rPr>
              <w:t>4.25</w:t>
            </w:r>
          </w:p>
        </w:tc>
        <w:tc>
          <w:tcPr>
            <w:tcW w:w="540" w:type="dxa"/>
            <w:tcMar>
              <w:top w:w="28" w:type="dxa"/>
              <w:left w:w="38" w:type="dxa"/>
              <w:bottom w:w="28" w:type="dxa"/>
              <w:right w:w="38" w:type="dxa"/>
            </w:tcMar>
            <w:vAlign w:val="center"/>
          </w:tcPr>
          <w:p w14:paraId="280139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FFB455" w14:textId="77777777" w:rsidR="00D60D5E" w:rsidRDefault="00D60D5E">
            <w:pPr>
              <w:jc w:val="center"/>
            </w:pPr>
          </w:p>
        </w:tc>
      </w:tr>
      <w:tr w:rsidR="00D60D5E" w14:paraId="7F0A685D" w14:textId="77777777" w:rsidTr="000617E0">
        <w:trPr>
          <w:cantSplit/>
          <w:jc w:val="center"/>
        </w:trPr>
        <w:tc>
          <w:tcPr>
            <w:tcW w:w="677" w:type="dxa"/>
            <w:tcMar>
              <w:top w:w="28" w:type="dxa"/>
              <w:left w:w="38" w:type="dxa"/>
              <w:bottom w:w="28" w:type="dxa"/>
              <w:right w:w="38" w:type="dxa"/>
            </w:tcMar>
            <w:vAlign w:val="center"/>
          </w:tcPr>
          <w:p w14:paraId="3690E8CF" w14:textId="77777777" w:rsidR="00D60D5E" w:rsidRDefault="00891EF0">
            <w:pPr>
              <w:spacing w:after="0" w:line="240" w:lineRule="auto"/>
              <w:jc w:val="center"/>
            </w:pPr>
            <w:r>
              <w:rPr>
                <w:rFonts w:eastAsia="Aptos"/>
                <w:color w:val="6A7075"/>
                <w:sz w:val="17"/>
              </w:rPr>
              <w:t>205-205</w:t>
            </w:r>
          </w:p>
        </w:tc>
        <w:tc>
          <w:tcPr>
            <w:tcW w:w="2648" w:type="dxa"/>
            <w:tcMar>
              <w:top w:w="28" w:type="dxa"/>
              <w:left w:w="38" w:type="dxa"/>
              <w:bottom w:w="28" w:type="dxa"/>
              <w:right w:w="38" w:type="dxa"/>
            </w:tcMar>
            <w:vAlign w:val="center"/>
          </w:tcPr>
          <w:p w14:paraId="704017C0" w14:textId="77777777" w:rsidR="00D60D5E" w:rsidRDefault="00891EF0">
            <w:pPr>
              <w:spacing w:after="0" w:line="240" w:lineRule="auto"/>
            </w:pPr>
            <w:r>
              <w:rPr>
                <w:rFonts w:eastAsia="Aptos"/>
                <w:sz w:val="17"/>
              </w:rPr>
              <w:t>Carr's Table Sesame and Poppy 4.25oz</w:t>
            </w:r>
          </w:p>
        </w:tc>
        <w:tc>
          <w:tcPr>
            <w:tcW w:w="630" w:type="dxa"/>
            <w:tcMar>
              <w:top w:w="28" w:type="dxa"/>
              <w:left w:w="38" w:type="dxa"/>
              <w:bottom w:w="28" w:type="dxa"/>
              <w:right w:w="38" w:type="dxa"/>
            </w:tcMar>
            <w:vAlign w:val="center"/>
          </w:tcPr>
          <w:p w14:paraId="65DC16AF"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475F342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61A52D" w14:textId="77777777" w:rsidR="00D60D5E" w:rsidRDefault="00D60D5E">
            <w:pPr>
              <w:jc w:val="center"/>
            </w:pPr>
          </w:p>
        </w:tc>
      </w:tr>
      <w:tr w:rsidR="00D60D5E" w14:paraId="704D7E36" w14:textId="77777777" w:rsidTr="000617E0">
        <w:trPr>
          <w:cantSplit/>
          <w:jc w:val="center"/>
        </w:trPr>
        <w:tc>
          <w:tcPr>
            <w:tcW w:w="677" w:type="dxa"/>
            <w:tcMar>
              <w:top w:w="28" w:type="dxa"/>
              <w:left w:w="38" w:type="dxa"/>
              <w:bottom w:w="28" w:type="dxa"/>
              <w:right w:w="38" w:type="dxa"/>
            </w:tcMar>
            <w:vAlign w:val="center"/>
          </w:tcPr>
          <w:p w14:paraId="4D52C0C1" w14:textId="77777777" w:rsidR="00D60D5E" w:rsidRDefault="00891EF0">
            <w:pPr>
              <w:spacing w:after="0" w:line="240" w:lineRule="auto"/>
              <w:jc w:val="center"/>
            </w:pPr>
            <w:r>
              <w:rPr>
                <w:rFonts w:eastAsia="Aptos"/>
                <w:color w:val="6A7075"/>
                <w:sz w:val="17"/>
              </w:rPr>
              <w:t>205-210</w:t>
            </w:r>
          </w:p>
        </w:tc>
        <w:tc>
          <w:tcPr>
            <w:tcW w:w="2648" w:type="dxa"/>
            <w:tcMar>
              <w:top w:w="28" w:type="dxa"/>
              <w:left w:w="38" w:type="dxa"/>
              <w:bottom w:w="28" w:type="dxa"/>
              <w:right w:w="38" w:type="dxa"/>
            </w:tcMar>
            <w:vAlign w:val="center"/>
          </w:tcPr>
          <w:p w14:paraId="7AB98773" w14:textId="77777777" w:rsidR="00D60D5E" w:rsidRDefault="00891EF0">
            <w:pPr>
              <w:spacing w:after="0" w:line="240" w:lineRule="auto"/>
            </w:pPr>
            <w:r>
              <w:rPr>
                <w:rFonts w:eastAsia="Aptos"/>
                <w:sz w:val="17"/>
              </w:rPr>
              <w:t>Cheez It Crackers Extra Big 11.7 oz</w:t>
            </w:r>
          </w:p>
        </w:tc>
        <w:tc>
          <w:tcPr>
            <w:tcW w:w="630" w:type="dxa"/>
            <w:tcMar>
              <w:top w:w="28" w:type="dxa"/>
              <w:left w:w="38" w:type="dxa"/>
              <w:bottom w:w="28" w:type="dxa"/>
              <w:right w:w="38" w:type="dxa"/>
            </w:tcMar>
            <w:vAlign w:val="center"/>
          </w:tcPr>
          <w:p w14:paraId="3A8E30BA"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7BF0236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8B7D2A" w14:textId="77777777" w:rsidR="00D60D5E" w:rsidRDefault="00D60D5E">
            <w:pPr>
              <w:jc w:val="center"/>
            </w:pPr>
          </w:p>
        </w:tc>
      </w:tr>
      <w:tr w:rsidR="00D60D5E" w14:paraId="62769A76" w14:textId="77777777" w:rsidTr="000617E0">
        <w:trPr>
          <w:cantSplit/>
          <w:jc w:val="center"/>
        </w:trPr>
        <w:tc>
          <w:tcPr>
            <w:tcW w:w="677" w:type="dxa"/>
            <w:tcMar>
              <w:top w:w="28" w:type="dxa"/>
              <w:left w:w="38" w:type="dxa"/>
              <w:bottom w:w="28" w:type="dxa"/>
              <w:right w:w="38" w:type="dxa"/>
            </w:tcMar>
            <w:vAlign w:val="center"/>
          </w:tcPr>
          <w:p w14:paraId="67EFC22B" w14:textId="77777777" w:rsidR="00D60D5E" w:rsidRDefault="00891EF0">
            <w:pPr>
              <w:spacing w:after="0" w:line="240" w:lineRule="auto"/>
              <w:jc w:val="center"/>
            </w:pPr>
            <w:r>
              <w:rPr>
                <w:rFonts w:eastAsia="Aptos"/>
                <w:color w:val="6A7075"/>
                <w:sz w:val="17"/>
              </w:rPr>
              <w:t>205-215</w:t>
            </w:r>
          </w:p>
        </w:tc>
        <w:tc>
          <w:tcPr>
            <w:tcW w:w="2648" w:type="dxa"/>
            <w:tcMar>
              <w:top w:w="28" w:type="dxa"/>
              <w:left w:w="38" w:type="dxa"/>
              <w:bottom w:w="28" w:type="dxa"/>
              <w:right w:w="38" w:type="dxa"/>
            </w:tcMar>
            <w:vAlign w:val="center"/>
          </w:tcPr>
          <w:p w14:paraId="73F8E2D4" w14:textId="77777777" w:rsidR="00D60D5E" w:rsidRDefault="00891EF0">
            <w:pPr>
              <w:spacing w:after="0" w:line="240" w:lineRule="auto"/>
            </w:pPr>
            <w:r>
              <w:rPr>
                <w:rFonts w:eastAsia="Aptos"/>
                <w:sz w:val="17"/>
              </w:rPr>
              <w:t>Townhouse Butter Crackers 13.8 oz</w:t>
            </w:r>
          </w:p>
        </w:tc>
        <w:tc>
          <w:tcPr>
            <w:tcW w:w="630" w:type="dxa"/>
            <w:tcMar>
              <w:top w:w="28" w:type="dxa"/>
              <w:left w:w="38" w:type="dxa"/>
              <w:bottom w:w="28" w:type="dxa"/>
              <w:right w:w="38" w:type="dxa"/>
            </w:tcMar>
            <w:vAlign w:val="center"/>
          </w:tcPr>
          <w:p w14:paraId="2E22DED8" w14:textId="77777777" w:rsidR="00D60D5E" w:rsidRDefault="00891EF0">
            <w:pPr>
              <w:spacing w:after="0" w:line="240" w:lineRule="auto"/>
              <w:jc w:val="center"/>
            </w:pPr>
            <w:r>
              <w:rPr>
                <w:rFonts w:eastAsia="Aptos"/>
                <w:b/>
                <w:sz w:val="17"/>
              </w:rPr>
              <w:t>7.39</w:t>
            </w:r>
          </w:p>
        </w:tc>
        <w:tc>
          <w:tcPr>
            <w:tcW w:w="540" w:type="dxa"/>
            <w:tcMar>
              <w:top w:w="28" w:type="dxa"/>
              <w:left w:w="38" w:type="dxa"/>
              <w:bottom w:w="28" w:type="dxa"/>
              <w:right w:w="38" w:type="dxa"/>
            </w:tcMar>
            <w:vAlign w:val="center"/>
          </w:tcPr>
          <w:p w14:paraId="0ACBD9D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96FD621" w14:textId="77777777" w:rsidR="00D60D5E" w:rsidRDefault="00D60D5E">
            <w:pPr>
              <w:jc w:val="center"/>
            </w:pPr>
          </w:p>
        </w:tc>
      </w:tr>
      <w:tr w:rsidR="00D60D5E" w14:paraId="63D1B084" w14:textId="77777777" w:rsidTr="000617E0">
        <w:trPr>
          <w:cantSplit/>
          <w:jc w:val="center"/>
        </w:trPr>
        <w:tc>
          <w:tcPr>
            <w:tcW w:w="677" w:type="dxa"/>
            <w:tcMar>
              <w:top w:w="28" w:type="dxa"/>
              <w:left w:w="38" w:type="dxa"/>
              <w:bottom w:w="28" w:type="dxa"/>
              <w:right w:w="38" w:type="dxa"/>
            </w:tcMar>
            <w:vAlign w:val="center"/>
          </w:tcPr>
          <w:p w14:paraId="7B107EF9" w14:textId="77777777" w:rsidR="00D60D5E" w:rsidRDefault="00891EF0">
            <w:pPr>
              <w:spacing w:after="0" w:line="240" w:lineRule="auto"/>
              <w:jc w:val="center"/>
            </w:pPr>
            <w:r>
              <w:rPr>
                <w:rFonts w:eastAsia="Aptos"/>
                <w:color w:val="6A7075"/>
                <w:sz w:val="17"/>
              </w:rPr>
              <w:t>205-220</w:t>
            </w:r>
          </w:p>
        </w:tc>
        <w:tc>
          <w:tcPr>
            <w:tcW w:w="2648" w:type="dxa"/>
            <w:tcMar>
              <w:top w:w="28" w:type="dxa"/>
              <w:left w:w="38" w:type="dxa"/>
              <w:bottom w:w="28" w:type="dxa"/>
              <w:right w:w="38" w:type="dxa"/>
            </w:tcMar>
            <w:vAlign w:val="center"/>
          </w:tcPr>
          <w:p w14:paraId="42E41C0E" w14:textId="77777777" w:rsidR="00D60D5E" w:rsidRDefault="00891EF0">
            <w:pPr>
              <w:spacing w:after="0" w:line="240" w:lineRule="auto"/>
            </w:pPr>
            <w:r>
              <w:rPr>
                <w:rFonts w:eastAsia="Aptos"/>
                <w:sz w:val="17"/>
              </w:rPr>
              <w:t>Triscuits Regular 8.5oz</w:t>
            </w:r>
          </w:p>
        </w:tc>
        <w:tc>
          <w:tcPr>
            <w:tcW w:w="630" w:type="dxa"/>
            <w:tcMar>
              <w:top w:w="28" w:type="dxa"/>
              <w:left w:w="38" w:type="dxa"/>
              <w:bottom w:w="28" w:type="dxa"/>
              <w:right w:w="38" w:type="dxa"/>
            </w:tcMar>
            <w:vAlign w:val="center"/>
          </w:tcPr>
          <w:p w14:paraId="441519D4"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788CC48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5DAD64" w14:textId="77777777" w:rsidR="00D60D5E" w:rsidRDefault="00D60D5E">
            <w:pPr>
              <w:jc w:val="center"/>
            </w:pPr>
          </w:p>
        </w:tc>
      </w:tr>
      <w:tr w:rsidR="00D60D5E" w14:paraId="39B8E681" w14:textId="77777777" w:rsidTr="000617E0">
        <w:trPr>
          <w:cantSplit/>
          <w:jc w:val="center"/>
        </w:trPr>
        <w:tc>
          <w:tcPr>
            <w:tcW w:w="677" w:type="dxa"/>
            <w:tcMar>
              <w:top w:w="28" w:type="dxa"/>
              <w:left w:w="38" w:type="dxa"/>
              <w:bottom w:w="28" w:type="dxa"/>
              <w:right w:w="38" w:type="dxa"/>
            </w:tcMar>
            <w:vAlign w:val="center"/>
          </w:tcPr>
          <w:p w14:paraId="7E6D93F6" w14:textId="77777777" w:rsidR="00D60D5E" w:rsidRDefault="00891EF0">
            <w:pPr>
              <w:spacing w:after="0" w:line="240" w:lineRule="auto"/>
              <w:jc w:val="center"/>
            </w:pPr>
            <w:r>
              <w:rPr>
                <w:rFonts w:eastAsia="Aptos"/>
                <w:color w:val="6A7075"/>
                <w:sz w:val="17"/>
              </w:rPr>
              <w:t>205-225</w:t>
            </w:r>
          </w:p>
        </w:tc>
        <w:tc>
          <w:tcPr>
            <w:tcW w:w="2648" w:type="dxa"/>
            <w:tcMar>
              <w:top w:w="28" w:type="dxa"/>
              <w:left w:w="38" w:type="dxa"/>
              <w:bottom w:w="28" w:type="dxa"/>
              <w:right w:w="38" w:type="dxa"/>
            </w:tcMar>
            <w:vAlign w:val="center"/>
          </w:tcPr>
          <w:p w14:paraId="4CD246AB" w14:textId="77777777" w:rsidR="00D60D5E" w:rsidRDefault="00891EF0">
            <w:pPr>
              <w:spacing w:after="0" w:line="240" w:lineRule="auto"/>
            </w:pPr>
            <w:r>
              <w:rPr>
                <w:rFonts w:eastAsia="Aptos"/>
                <w:sz w:val="17"/>
              </w:rPr>
              <w:t>Triscuits Rosmry Olv-Oil / Dill SeaSlt 8.5 oz</w:t>
            </w:r>
          </w:p>
        </w:tc>
        <w:tc>
          <w:tcPr>
            <w:tcW w:w="630" w:type="dxa"/>
            <w:tcMar>
              <w:top w:w="28" w:type="dxa"/>
              <w:left w:w="38" w:type="dxa"/>
              <w:bottom w:w="28" w:type="dxa"/>
              <w:right w:w="38" w:type="dxa"/>
            </w:tcMar>
            <w:vAlign w:val="center"/>
          </w:tcPr>
          <w:p w14:paraId="39EDE32A" w14:textId="77777777" w:rsidR="00D60D5E" w:rsidRDefault="00891EF0">
            <w:pPr>
              <w:spacing w:after="0" w:line="240" w:lineRule="auto"/>
              <w:jc w:val="center"/>
            </w:pPr>
            <w:r>
              <w:rPr>
                <w:rFonts w:eastAsia="Aptos"/>
                <w:b/>
                <w:sz w:val="17"/>
              </w:rPr>
              <w:t>8.69</w:t>
            </w:r>
          </w:p>
        </w:tc>
        <w:tc>
          <w:tcPr>
            <w:tcW w:w="540" w:type="dxa"/>
            <w:tcMar>
              <w:top w:w="28" w:type="dxa"/>
              <w:left w:w="38" w:type="dxa"/>
              <w:bottom w:w="28" w:type="dxa"/>
              <w:right w:w="38" w:type="dxa"/>
            </w:tcMar>
            <w:vAlign w:val="center"/>
          </w:tcPr>
          <w:p w14:paraId="7630A2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CFD205" w14:textId="77777777" w:rsidR="00D60D5E" w:rsidRDefault="00D60D5E">
            <w:pPr>
              <w:jc w:val="center"/>
            </w:pPr>
          </w:p>
        </w:tc>
      </w:tr>
      <w:tr w:rsidR="00D60D5E" w14:paraId="73364985" w14:textId="77777777" w:rsidTr="000617E0">
        <w:trPr>
          <w:cantSplit/>
          <w:jc w:val="center"/>
        </w:trPr>
        <w:tc>
          <w:tcPr>
            <w:tcW w:w="677" w:type="dxa"/>
            <w:tcMar>
              <w:top w:w="28" w:type="dxa"/>
              <w:left w:w="38" w:type="dxa"/>
              <w:bottom w:w="28" w:type="dxa"/>
              <w:right w:w="38" w:type="dxa"/>
            </w:tcMar>
            <w:vAlign w:val="center"/>
          </w:tcPr>
          <w:p w14:paraId="056FB0CB" w14:textId="77777777" w:rsidR="00D60D5E" w:rsidRDefault="00891EF0">
            <w:pPr>
              <w:spacing w:after="0" w:line="240" w:lineRule="auto"/>
              <w:jc w:val="center"/>
            </w:pPr>
            <w:r>
              <w:rPr>
                <w:rFonts w:eastAsia="Aptos"/>
                <w:color w:val="6A7075"/>
                <w:sz w:val="17"/>
              </w:rPr>
              <w:t>205-230</w:t>
            </w:r>
          </w:p>
        </w:tc>
        <w:tc>
          <w:tcPr>
            <w:tcW w:w="2648" w:type="dxa"/>
            <w:tcMar>
              <w:top w:w="28" w:type="dxa"/>
              <w:left w:w="38" w:type="dxa"/>
              <w:bottom w:w="28" w:type="dxa"/>
              <w:right w:w="38" w:type="dxa"/>
            </w:tcMar>
            <w:vAlign w:val="center"/>
          </w:tcPr>
          <w:p w14:paraId="28DE0BA1" w14:textId="77777777" w:rsidR="00D60D5E" w:rsidRDefault="00891EF0">
            <w:pPr>
              <w:spacing w:after="0" w:line="240" w:lineRule="auto"/>
            </w:pPr>
            <w:r>
              <w:rPr>
                <w:rFonts w:eastAsia="Aptos"/>
                <w:sz w:val="17"/>
              </w:rPr>
              <w:t>Triscuits Rstd Tomato / Smkd Gouda 8.5 oz</w:t>
            </w:r>
          </w:p>
        </w:tc>
        <w:tc>
          <w:tcPr>
            <w:tcW w:w="630" w:type="dxa"/>
            <w:tcMar>
              <w:top w:w="28" w:type="dxa"/>
              <w:left w:w="38" w:type="dxa"/>
              <w:bottom w:w="28" w:type="dxa"/>
              <w:right w:w="38" w:type="dxa"/>
            </w:tcMar>
            <w:vAlign w:val="center"/>
          </w:tcPr>
          <w:p w14:paraId="6970D596" w14:textId="77777777" w:rsidR="00D60D5E" w:rsidRDefault="00891EF0">
            <w:pPr>
              <w:spacing w:after="0" w:line="240" w:lineRule="auto"/>
              <w:jc w:val="center"/>
            </w:pPr>
            <w:r>
              <w:rPr>
                <w:rFonts w:eastAsia="Aptos"/>
                <w:b/>
                <w:sz w:val="17"/>
              </w:rPr>
              <w:t>8.69</w:t>
            </w:r>
          </w:p>
        </w:tc>
        <w:tc>
          <w:tcPr>
            <w:tcW w:w="540" w:type="dxa"/>
            <w:tcMar>
              <w:top w:w="28" w:type="dxa"/>
              <w:left w:w="38" w:type="dxa"/>
              <w:bottom w:w="28" w:type="dxa"/>
              <w:right w:w="38" w:type="dxa"/>
            </w:tcMar>
            <w:vAlign w:val="center"/>
          </w:tcPr>
          <w:p w14:paraId="28BEBAE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1405FB" w14:textId="77777777" w:rsidR="00D60D5E" w:rsidRDefault="00D60D5E">
            <w:pPr>
              <w:jc w:val="center"/>
            </w:pPr>
          </w:p>
        </w:tc>
      </w:tr>
      <w:tr w:rsidR="00D60D5E" w14:paraId="64A3A2A8" w14:textId="77777777" w:rsidTr="000617E0">
        <w:trPr>
          <w:cantSplit/>
          <w:jc w:val="center"/>
        </w:trPr>
        <w:tc>
          <w:tcPr>
            <w:tcW w:w="677" w:type="dxa"/>
            <w:tcMar>
              <w:top w:w="28" w:type="dxa"/>
              <w:left w:w="38" w:type="dxa"/>
              <w:bottom w:w="28" w:type="dxa"/>
              <w:right w:w="38" w:type="dxa"/>
            </w:tcMar>
            <w:vAlign w:val="center"/>
          </w:tcPr>
          <w:p w14:paraId="04AF5D45" w14:textId="77777777" w:rsidR="00D60D5E" w:rsidRDefault="00891EF0">
            <w:pPr>
              <w:spacing w:after="0" w:line="240" w:lineRule="auto"/>
              <w:jc w:val="center"/>
            </w:pPr>
            <w:r>
              <w:rPr>
                <w:rFonts w:eastAsia="Aptos"/>
                <w:color w:val="6A7075"/>
                <w:sz w:val="17"/>
              </w:rPr>
              <w:t>205-235</w:t>
            </w:r>
          </w:p>
        </w:tc>
        <w:tc>
          <w:tcPr>
            <w:tcW w:w="2648" w:type="dxa"/>
            <w:tcMar>
              <w:top w:w="28" w:type="dxa"/>
              <w:left w:w="38" w:type="dxa"/>
              <w:bottom w:w="28" w:type="dxa"/>
              <w:right w:w="38" w:type="dxa"/>
            </w:tcMar>
            <w:vAlign w:val="center"/>
          </w:tcPr>
          <w:p w14:paraId="5699CD8C" w14:textId="77777777" w:rsidR="00D60D5E" w:rsidRDefault="00891EF0">
            <w:pPr>
              <w:spacing w:after="0" w:line="240" w:lineRule="auto"/>
            </w:pPr>
            <w:r>
              <w:rPr>
                <w:rFonts w:eastAsia="Aptos"/>
                <w:sz w:val="17"/>
              </w:rPr>
              <w:t>Wheatables Thins whole Grain 8.5oz</w:t>
            </w:r>
          </w:p>
        </w:tc>
        <w:tc>
          <w:tcPr>
            <w:tcW w:w="630" w:type="dxa"/>
            <w:tcMar>
              <w:top w:w="28" w:type="dxa"/>
              <w:left w:w="38" w:type="dxa"/>
              <w:bottom w:w="28" w:type="dxa"/>
              <w:right w:w="38" w:type="dxa"/>
            </w:tcMar>
            <w:vAlign w:val="center"/>
          </w:tcPr>
          <w:p w14:paraId="656F5783" w14:textId="77777777" w:rsidR="00D60D5E" w:rsidRDefault="00891EF0">
            <w:pPr>
              <w:spacing w:after="0" w:line="240" w:lineRule="auto"/>
              <w:jc w:val="center"/>
            </w:pPr>
            <w:r>
              <w:rPr>
                <w:rFonts w:eastAsia="Aptos"/>
                <w:b/>
                <w:sz w:val="17"/>
              </w:rPr>
              <w:t>4.98</w:t>
            </w:r>
          </w:p>
        </w:tc>
        <w:tc>
          <w:tcPr>
            <w:tcW w:w="540" w:type="dxa"/>
            <w:tcMar>
              <w:top w:w="28" w:type="dxa"/>
              <w:left w:w="38" w:type="dxa"/>
              <w:bottom w:w="28" w:type="dxa"/>
              <w:right w:w="38" w:type="dxa"/>
            </w:tcMar>
            <w:vAlign w:val="center"/>
          </w:tcPr>
          <w:p w14:paraId="7B7D2C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2AE519" w14:textId="77777777" w:rsidR="00D60D5E" w:rsidRDefault="00D60D5E">
            <w:pPr>
              <w:jc w:val="center"/>
            </w:pPr>
          </w:p>
        </w:tc>
      </w:tr>
      <w:tr w:rsidR="00D60D5E" w14:paraId="20508B2D" w14:textId="77777777" w:rsidTr="000617E0">
        <w:trPr>
          <w:cantSplit/>
          <w:jc w:val="center"/>
        </w:trPr>
        <w:tc>
          <w:tcPr>
            <w:tcW w:w="677" w:type="dxa"/>
            <w:tcMar>
              <w:top w:w="28" w:type="dxa"/>
              <w:left w:w="38" w:type="dxa"/>
              <w:bottom w:w="28" w:type="dxa"/>
              <w:right w:w="38" w:type="dxa"/>
            </w:tcMar>
            <w:vAlign w:val="center"/>
          </w:tcPr>
          <w:p w14:paraId="74A3F82C" w14:textId="77777777" w:rsidR="00D60D5E" w:rsidRDefault="00891EF0">
            <w:pPr>
              <w:spacing w:after="0" w:line="240" w:lineRule="auto"/>
              <w:jc w:val="center"/>
            </w:pPr>
            <w:r>
              <w:rPr>
                <w:rFonts w:eastAsia="Aptos"/>
                <w:color w:val="6A7075"/>
                <w:sz w:val="17"/>
              </w:rPr>
              <w:t>205-240</w:t>
            </w:r>
          </w:p>
        </w:tc>
        <w:tc>
          <w:tcPr>
            <w:tcW w:w="2648" w:type="dxa"/>
            <w:tcMar>
              <w:top w:w="28" w:type="dxa"/>
              <w:left w:w="38" w:type="dxa"/>
              <w:bottom w:w="28" w:type="dxa"/>
              <w:right w:w="38" w:type="dxa"/>
            </w:tcMar>
            <w:vAlign w:val="center"/>
          </w:tcPr>
          <w:p w14:paraId="51749476" w14:textId="77777777" w:rsidR="00D60D5E" w:rsidRDefault="00891EF0">
            <w:pPr>
              <w:spacing w:after="0" w:line="240" w:lineRule="auto"/>
            </w:pPr>
            <w:r>
              <w:rPr>
                <w:rFonts w:eastAsia="Aptos"/>
                <w:sz w:val="17"/>
              </w:rPr>
              <w:t>Sociable savory Crackers 7.5oz Nabisco</w:t>
            </w:r>
          </w:p>
        </w:tc>
        <w:tc>
          <w:tcPr>
            <w:tcW w:w="630" w:type="dxa"/>
            <w:tcMar>
              <w:top w:w="28" w:type="dxa"/>
              <w:left w:w="38" w:type="dxa"/>
              <w:bottom w:w="28" w:type="dxa"/>
              <w:right w:w="38" w:type="dxa"/>
            </w:tcMar>
            <w:vAlign w:val="center"/>
          </w:tcPr>
          <w:p w14:paraId="0070630A" w14:textId="77777777" w:rsidR="00D60D5E" w:rsidRDefault="00891EF0">
            <w:pPr>
              <w:spacing w:after="0" w:line="240" w:lineRule="auto"/>
              <w:jc w:val="center"/>
            </w:pPr>
            <w:r>
              <w:rPr>
                <w:rFonts w:eastAsia="Aptos"/>
                <w:b/>
                <w:sz w:val="17"/>
              </w:rPr>
              <w:t>8.35</w:t>
            </w:r>
          </w:p>
        </w:tc>
        <w:tc>
          <w:tcPr>
            <w:tcW w:w="540" w:type="dxa"/>
            <w:tcMar>
              <w:top w:w="28" w:type="dxa"/>
              <w:left w:w="38" w:type="dxa"/>
              <w:bottom w:w="28" w:type="dxa"/>
              <w:right w:w="38" w:type="dxa"/>
            </w:tcMar>
            <w:vAlign w:val="center"/>
          </w:tcPr>
          <w:p w14:paraId="729426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A4AB68" w14:textId="77777777" w:rsidR="00D60D5E" w:rsidRDefault="00D60D5E">
            <w:pPr>
              <w:jc w:val="center"/>
            </w:pPr>
          </w:p>
        </w:tc>
      </w:tr>
      <w:tr w:rsidR="00D60D5E" w14:paraId="76729EAA" w14:textId="77777777" w:rsidTr="000617E0">
        <w:trPr>
          <w:cantSplit/>
          <w:jc w:val="center"/>
        </w:trPr>
        <w:tc>
          <w:tcPr>
            <w:tcW w:w="677" w:type="dxa"/>
            <w:tcMar>
              <w:top w:w="28" w:type="dxa"/>
              <w:left w:w="38" w:type="dxa"/>
              <w:bottom w:w="28" w:type="dxa"/>
              <w:right w:w="38" w:type="dxa"/>
            </w:tcMar>
            <w:vAlign w:val="center"/>
          </w:tcPr>
          <w:p w14:paraId="4CF80162" w14:textId="77777777" w:rsidR="00D60D5E" w:rsidRDefault="00891EF0">
            <w:pPr>
              <w:spacing w:after="0" w:line="240" w:lineRule="auto"/>
              <w:jc w:val="center"/>
            </w:pPr>
            <w:r>
              <w:rPr>
                <w:rFonts w:eastAsia="Aptos"/>
                <w:color w:val="6A7075"/>
                <w:sz w:val="17"/>
              </w:rPr>
              <w:t>205-245</w:t>
            </w:r>
          </w:p>
        </w:tc>
        <w:tc>
          <w:tcPr>
            <w:tcW w:w="2648" w:type="dxa"/>
            <w:tcMar>
              <w:top w:w="28" w:type="dxa"/>
              <w:left w:w="38" w:type="dxa"/>
              <w:bottom w:w="28" w:type="dxa"/>
              <w:right w:w="38" w:type="dxa"/>
            </w:tcMar>
            <w:vAlign w:val="center"/>
          </w:tcPr>
          <w:p w14:paraId="6159E3BE" w14:textId="77777777" w:rsidR="00D60D5E" w:rsidRDefault="00891EF0">
            <w:pPr>
              <w:spacing w:after="0" w:line="240" w:lineRule="auto"/>
            </w:pPr>
            <w:r>
              <w:rPr>
                <w:rFonts w:eastAsia="Aptos"/>
                <w:sz w:val="17"/>
              </w:rPr>
              <w:t>Premium Soda Crackers 18oz</w:t>
            </w:r>
          </w:p>
        </w:tc>
        <w:tc>
          <w:tcPr>
            <w:tcW w:w="630" w:type="dxa"/>
            <w:tcMar>
              <w:top w:w="28" w:type="dxa"/>
              <w:left w:w="38" w:type="dxa"/>
              <w:bottom w:w="28" w:type="dxa"/>
              <w:right w:w="38" w:type="dxa"/>
            </w:tcMar>
            <w:vAlign w:val="center"/>
          </w:tcPr>
          <w:p w14:paraId="5082D361" w14:textId="77777777" w:rsidR="00D60D5E" w:rsidRDefault="00891EF0">
            <w:pPr>
              <w:spacing w:after="0" w:line="240" w:lineRule="auto"/>
              <w:jc w:val="center"/>
            </w:pPr>
            <w:r>
              <w:rPr>
                <w:rFonts w:eastAsia="Aptos"/>
                <w:b/>
                <w:sz w:val="17"/>
              </w:rPr>
              <w:t>5.85</w:t>
            </w:r>
          </w:p>
        </w:tc>
        <w:tc>
          <w:tcPr>
            <w:tcW w:w="540" w:type="dxa"/>
            <w:tcMar>
              <w:top w:w="28" w:type="dxa"/>
              <w:left w:w="38" w:type="dxa"/>
              <w:bottom w:w="28" w:type="dxa"/>
              <w:right w:w="38" w:type="dxa"/>
            </w:tcMar>
            <w:vAlign w:val="center"/>
          </w:tcPr>
          <w:p w14:paraId="45F404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5EBC82" w14:textId="77777777" w:rsidR="00D60D5E" w:rsidRDefault="00D60D5E">
            <w:pPr>
              <w:jc w:val="center"/>
            </w:pPr>
          </w:p>
        </w:tc>
      </w:tr>
      <w:tr w:rsidR="00D60D5E" w14:paraId="44613CB3" w14:textId="77777777" w:rsidTr="000617E0">
        <w:trPr>
          <w:cantSplit/>
          <w:jc w:val="center"/>
        </w:trPr>
        <w:tc>
          <w:tcPr>
            <w:tcW w:w="677" w:type="dxa"/>
            <w:tcMar>
              <w:top w:w="28" w:type="dxa"/>
              <w:left w:w="38" w:type="dxa"/>
              <w:bottom w:w="28" w:type="dxa"/>
              <w:right w:w="38" w:type="dxa"/>
            </w:tcMar>
            <w:vAlign w:val="center"/>
          </w:tcPr>
          <w:p w14:paraId="263DDEFD" w14:textId="77777777" w:rsidR="00D60D5E" w:rsidRDefault="00891EF0">
            <w:pPr>
              <w:spacing w:after="0" w:line="240" w:lineRule="auto"/>
              <w:jc w:val="center"/>
            </w:pPr>
            <w:r>
              <w:rPr>
                <w:rFonts w:eastAsia="Aptos"/>
                <w:color w:val="6A7075"/>
                <w:sz w:val="17"/>
              </w:rPr>
              <w:t>205-246</w:t>
            </w:r>
          </w:p>
        </w:tc>
        <w:tc>
          <w:tcPr>
            <w:tcW w:w="2648" w:type="dxa"/>
            <w:tcMar>
              <w:top w:w="28" w:type="dxa"/>
              <w:left w:w="38" w:type="dxa"/>
              <w:bottom w:w="28" w:type="dxa"/>
              <w:right w:w="38" w:type="dxa"/>
            </w:tcMar>
            <w:vAlign w:val="center"/>
          </w:tcPr>
          <w:p w14:paraId="2EA053DF" w14:textId="77777777" w:rsidR="00D60D5E" w:rsidRDefault="00891EF0">
            <w:pPr>
              <w:spacing w:after="0" w:line="240" w:lineRule="auto"/>
            </w:pPr>
            <w:r>
              <w:rPr>
                <w:rFonts w:eastAsia="Aptos"/>
                <w:sz w:val="17"/>
              </w:rPr>
              <w:t>Premium Soda Crackers 8oz</w:t>
            </w:r>
          </w:p>
        </w:tc>
        <w:tc>
          <w:tcPr>
            <w:tcW w:w="630" w:type="dxa"/>
            <w:tcMar>
              <w:top w:w="28" w:type="dxa"/>
              <w:left w:w="38" w:type="dxa"/>
              <w:bottom w:w="28" w:type="dxa"/>
              <w:right w:w="38" w:type="dxa"/>
            </w:tcMar>
            <w:vAlign w:val="center"/>
          </w:tcPr>
          <w:p w14:paraId="57BE622F"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3DC98C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21D124" w14:textId="77777777" w:rsidR="00D60D5E" w:rsidRDefault="00D60D5E">
            <w:pPr>
              <w:jc w:val="center"/>
            </w:pPr>
          </w:p>
        </w:tc>
      </w:tr>
      <w:tr w:rsidR="00D60D5E" w14:paraId="5CA4A7B3" w14:textId="77777777" w:rsidTr="000617E0">
        <w:trPr>
          <w:cantSplit/>
          <w:jc w:val="center"/>
        </w:trPr>
        <w:tc>
          <w:tcPr>
            <w:tcW w:w="677" w:type="dxa"/>
            <w:tcMar>
              <w:top w:w="28" w:type="dxa"/>
              <w:left w:w="38" w:type="dxa"/>
              <w:bottom w:w="28" w:type="dxa"/>
              <w:right w:w="38" w:type="dxa"/>
            </w:tcMar>
            <w:vAlign w:val="center"/>
          </w:tcPr>
          <w:p w14:paraId="61628B26" w14:textId="77777777" w:rsidR="00D60D5E" w:rsidRDefault="00891EF0">
            <w:pPr>
              <w:spacing w:after="0" w:line="240" w:lineRule="auto"/>
              <w:jc w:val="center"/>
            </w:pPr>
            <w:r>
              <w:rPr>
                <w:rFonts w:eastAsia="Aptos"/>
                <w:color w:val="6A7075"/>
                <w:sz w:val="17"/>
              </w:rPr>
              <w:t>205-250</w:t>
            </w:r>
          </w:p>
        </w:tc>
        <w:tc>
          <w:tcPr>
            <w:tcW w:w="2648" w:type="dxa"/>
            <w:tcMar>
              <w:top w:w="28" w:type="dxa"/>
              <w:left w:w="38" w:type="dxa"/>
              <w:bottom w:w="28" w:type="dxa"/>
              <w:right w:w="38" w:type="dxa"/>
            </w:tcMar>
            <w:vAlign w:val="center"/>
          </w:tcPr>
          <w:p w14:paraId="1C810EC4" w14:textId="77777777" w:rsidR="00D60D5E" w:rsidRDefault="00891EF0">
            <w:pPr>
              <w:spacing w:after="0" w:line="240" w:lineRule="auto"/>
            </w:pPr>
            <w:r>
              <w:rPr>
                <w:rFonts w:eastAsia="Aptos"/>
                <w:sz w:val="17"/>
              </w:rPr>
              <w:t>Ritz Crackers 13.7oz</w:t>
            </w:r>
          </w:p>
        </w:tc>
        <w:tc>
          <w:tcPr>
            <w:tcW w:w="630" w:type="dxa"/>
            <w:tcMar>
              <w:top w:w="28" w:type="dxa"/>
              <w:left w:w="38" w:type="dxa"/>
              <w:bottom w:w="28" w:type="dxa"/>
              <w:right w:w="38" w:type="dxa"/>
            </w:tcMar>
            <w:vAlign w:val="center"/>
          </w:tcPr>
          <w:p w14:paraId="1E204681" w14:textId="77777777" w:rsidR="00D60D5E" w:rsidRDefault="00891EF0">
            <w:pPr>
              <w:spacing w:after="0" w:line="240" w:lineRule="auto"/>
              <w:jc w:val="center"/>
            </w:pPr>
            <w:r>
              <w:rPr>
                <w:rFonts w:eastAsia="Aptos"/>
                <w:b/>
                <w:sz w:val="17"/>
              </w:rPr>
              <w:t>7.65</w:t>
            </w:r>
          </w:p>
        </w:tc>
        <w:tc>
          <w:tcPr>
            <w:tcW w:w="540" w:type="dxa"/>
            <w:tcMar>
              <w:top w:w="28" w:type="dxa"/>
              <w:left w:w="38" w:type="dxa"/>
              <w:bottom w:w="28" w:type="dxa"/>
              <w:right w:w="38" w:type="dxa"/>
            </w:tcMar>
            <w:vAlign w:val="center"/>
          </w:tcPr>
          <w:p w14:paraId="573D796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6793F9" w14:textId="77777777" w:rsidR="00D60D5E" w:rsidRDefault="00D60D5E">
            <w:pPr>
              <w:jc w:val="center"/>
            </w:pPr>
          </w:p>
        </w:tc>
      </w:tr>
      <w:tr w:rsidR="00D60D5E" w14:paraId="4C77ECAA" w14:textId="77777777" w:rsidTr="000617E0">
        <w:trPr>
          <w:cantSplit/>
          <w:jc w:val="center"/>
        </w:trPr>
        <w:tc>
          <w:tcPr>
            <w:tcW w:w="677" w:type="dxa"/>
            <w:tcMar>
              <w:top w:w="28" w:type="dxa"/>
              <w:left w:w="38" w:type="dxa"/>
              <w:bottom w:w="28" w:type="dxa"/>
              <w:right w:w="38" w:type="dxa"/>
            </w:tcMar>
            <w:vAlign w:val="center"/>
          </w:tcPr>
          <w:p w14:paraId="33C25BC4" w14:textId="77777777" w:rsidR="00D60D5E" w:rsidRDefault="00891EF0">
            <w:pPr>
              <w:spacing w:after="0" w:line="240" w:lineRule="auto"/>
              <w:jc w:val="center"/>
            </w:pPr>
            <w:r>
              <w:rPr>
                <w:rFonts w:eastAsia="Aptos"/>
                <w:color w:val="6A7075"/>
                <w:sz w:val="17"/>
              </w:rPr>
              <w:t>205-251</w:t>
            </w:r>
          </w:p>
        </w:tc>
        <w:tc>
          <w:tcPr>
            <w:tcW w:w="2648" w:type="dxa"/>
            <w:tcMar>
              <w:top w:w="28" w:type="dxa"/>
              <w:left w:w="38" w:type="dxa"/>
              <w:bottom w:w="28" w:type="dxa"/>
              <w:right w:w="38" w:type="dxa"/>
            </w:tcMar>
            <w:vAlign w:val="center"/>
          </w:tcPr>
          <w:p w14:paraId="42472A98" w14:textId="77777777" w:rsidR="00D60D5E" w:rsidRDefault="00891EF0">
            <w:pPr>
              <w:spacing w:after="0" w:line="240" w:lineRule="auto"/>
            </w:pPr>
            <w:r>
              <w:rPr>
                <w:rFonts w:eastAsia="Aptos"/>
                <w:sz w:val="17"/>
              </w:rPr>
              <w:t>Ritz Crackers 10.3oz</w:t>
            </w:r>
          </w:p>
        </w:tc>
        <w:tc>
          <w:tcPr>
            <w:tcW w:w="630" w:type="dxa"/>
            <w:tcMar>
              <w:top w:w="28" w:type="dxa"/>
              <w:left w:w="38" w:type="dxa"/>
              <w:bottom w:w="28" w:type="dxa"/>
              <w:right w:w="38" w:type="dxa"/>
            </w:tcMar>
            <w:vAlign w:val="center"/>
          </w:tcPr>
          <w:p w14:paraId="3F39F27E"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2D18AD7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6C41C21" w14:textId="77777777" w:rsidR="00D60D5E" w:rsidRDefault="00D60D5E">
            <w:pPr>
              <w:jc w:val="center"/>
            </w:pPr>
          </w:p>
        </w:tc>
      </w:tr>
      <w:tr w:rsidR="00D60D5E" w14:paraId="2AF6A4F0" w14:textId="77777777" w:rsidTr="000617E0">
        <w:trPr>
          <w:cantSplit/>
          <w:jc w:val="center"/>
        </w:trPr>
        <w:tc>
          <w:tcPr>
            <w:tcW w:w="677" w:type="dxa"/>
            <w:tcMar>
              <w:top w:w="28" w:type="dxa"/>
              <w:left w:w="38" w:type="dxa"/>
              <w:bottom w:w="28" w:type="dxa"/>
              <w:right w:w="38" w:type="dxa"/>
            </w:tcMar>
            <w:vAlign w:val="center"/>
          </w:tcPr>
          <w:p w14:paraId="2FBF04F5" w14:textId="77777777" w:rsidR="00D60D5E" w:rsidRDefault="00891EF0">
            <w:pPr>
              <w:spacing w:after="0" w:line="240" w:lineRule="auto"/>
              <w:jc w:val="center"/>
            </w:pPr>
            <w:r>
              <w:rPr>
                <w:rFonts w:eastAsia="Aptos"/>
                <w:color w:val="6A7075"/>
                <w:sz w:val="17"/>
              </w:rPr>
              <w:t>205-255</w:t>
            </w:r>
          </w:p>
        </w:tc>
        <w:tc>
          <w:tcPr>
            <w:tcW w:w="2648" w:type="dxa"/>
            <w:tcMar>
              <w:top w:w="28" w:type="dxa"/>
              <w:left w:w="38" w:type="dxa"/>
              <w:bottom w:w="28" w:type="dxa"/>
              <w:right w:w="38" w:type="dxa"/>
            </w:tcMar>
            <w:vAlign w:val="center"/>
          </w:tcPr>
          <w:p w14:paraId="4E2E049E" w14:textId="77777777" w:rsidR="00D60D5E" w:rsidRDefault="00891EF0">
            <w:pPr>
              <w:spacing w:after="0" w:line="240" w:lineRule="auto"/>
            </w:pPr>
            <w:r>
              <w:rPr>
                <w:rFonts w:eastAsia="Aptos"/>
                <w:sz w:val="17"/>
              </w:rPr>
              <w:t>Wheat Thins Nabisco 8.5oz</w:t>
            </w:r>
          </w:p>
        </w:tc>
        <w:tc>
          <w:tcPr>
            <w:tcW w:w="630" w:type="dxa"/>
            <w:tcMar>
              <w:top w:w="28" w:type="dxa"/>
              <w:left w:w="38" w:type="dxa"/>
              <w:bottom w:w="28" w:type="dxa"/>
              <w:right w:w="38" w:type="dxa"/>
            </w:tcMar>
            <w:vAlign w:val="center"/>
          </w:tcPr>
          <w:p w14:paraId="56740487" w14:textId="77777777" w:rsidR="00D60D5E" w:rsidRDefault="00891EF0">
            <w:pPr>
              <w:spacing w:after="0" w:line="240" w:lineRule="auto"/>
              <w:jc w:val="center"/>
            </w:pPr>
            <w:r>
              <w:rPr>
                <w:rFonts w:eastAsia="Aptos"/>
                <w:b/>
                <w:sz w:val="17"/>
              </w:rPr>
              <w:t>5.25</w:t>
            </w:r>
          </w:p>
        </w:tc>
        <w:tc>
          <w:tcPr>
            <w:tcW w:w="540" w:type="dxa"/>
            <w:tcMar>
              <w:top w:w="28" w:type="dxa"/>
              <w:left w:w="38" w:type="dxa"/>
              <w:bottom w:w="28" w:type="dxa"/>
              <w:right w:w="38" w:type="dxa"/>
            </w:tcMar>
            <w:vAlign w:val="center"/>
          </w:tcPr>
          <w:p w14:paraId="3BDE94C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4FF2335" w14:textId="77777777" w:rsidR="00D60D5E" w:rsidRDefault="00D60D5E">
            <w:pPr>
              <w:jc w:val="center"/>
            </w:pPr>
          </w:p>
        </w:tc>
      </w:tr>
      <w:tr w:rsidR="00D60D5E" w14:paraId="6EC2447C" w14:textId="77777777" w:rsidTr="000617E0">
        <w:trPr>
          <w:cantSplit/>
          <w:jc w:val="center"/>
        </w:trPr>
        <w:tc>
          <w:tcPr>
            <w:tcW w:w="677" w:type="dxa"/>
            <w:tcMar>
              <w:top w:w="28" w:type="dxa"/>
              <w:left w:w="38" w:type="dxa"/>
              <w:bottom w:w="28" w:type="dxa"/>
              <w:right w:w="38" w:type="dxa"/>
            </w:tcMar>
            <w:vAlign w:val="center"/>
          </w:tcPr>
          <w:p w14:paraId="53224841" w14:textId="77777777" w:rsidR="00D60D5E" w:rsidRDefault="00891EF0">
            <w:pPr>
              <w:spacing w:after="0" w:line="240" w:lineRule="auto"/>
              <w:jc w:val="center"/>
            </w:pPr>
            <w:r>
              <w:rPr>
                <w:rFonts w:eastAsia="Aptos"/>
                <w:color w:val="6A7075"/>
                <w:sz w:val="17"/>
              </w:rPr>
              <w:t>205-260</w:t>
            </w:r>
          </w:p>
        </w:tc>
        <w:tc>
          <w:tcPr>
            <w:tcW w:w="2648" w:type="dxa"/>
            <w:tcMar>
              <w:top w:w="28" w:type="dxa"/>
              <w:left w:w="38" w:type="dxa"/>
              <w:bottom w:w="28" w:type="dxa"/>
              <w:right w:w="38" w:type="dxa"/>
            </w:tcMar>
            <w:vAlign w:val="center"/>
          </w:tcPr>
          <w:p w14:paraId="653AC0E0" w14:textId="77777777" w:rsidR="00D60D5E" w:rsidRDefault="00891EF0">
            <w:pPr>
              <w:spacing w:after="0" w:line="240" w:lineRule="auto"/>
            </w:pPr>
            <w:r>
              <w:rPr>
                <w:rFonts w:eastAsia="Aptos"/>
                <w:sz w:val="17"/>
              </w:rPr>
              <w:t>Ritz Whole Wheat Crackers 12.9 oz</w:t>
            </w:r>
          </w:p>
        </w:tc>
        <w:tc>
          <w:tcPr>
            <w:tcW w:w="630" w:type="dxa"/>
            <w:tcMar>
              <w:top w:w="28" w:type="dxa"/>
              <w:left w:w="38" w:type="dxa"/>
              <w:bottom w:w="28" w:type="dxa"/>
              <w:right w:w="38" w:type="dxa"/>
            </w:tcMar>
            <w:vAlign w:val="center"/>
          </w:tcPr>
          <w:p w14:paraId="1A06345C" w14:textId="77777777" w:rsidR="00D60D5E" w:rsidRDefault="00891EF0">
            <w:pPr>
              <w:spacing w:after="0" w:line="240" w:lineRule="auto"/>
              <w:jc w:val="center"/>
            </w:pPr>
            <w:r>
              <w:rPr>
                <w:rFonts w:eastAsia="Aptos"/>
                <w:b/>
                <w:sz w:val="17"/>
              </w:rPr>
              <w:t>7.25</w:t>
            </w:r>
          </w:p>
        </w:tc>
        <w:tc>
          <w:tcPr>
            <w:tcW w:w="540" w:type="dxa"/>
            <w:tcMar>
              <w:top w:w="28" w:type="dxa"/>
              <w:left w:w="38" w:type="dxa"/>
              <w:bottom w:w="28" w:type="dxa"/>
              <w:right w:w="38" w:type="dxa"/>
            </w:tcMar>
            <w:vAlign w:val="center"/>
          </w:tcPr>
          <w:p w14:paraId="7B135ED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2B8CB8" w14:textId="77777777" w:rsidR="00D60D5E" w:rsidRDefault="00D60D5E">
            <w:pPr>
              <w:jc w:val="center"/>
            </w:pPr>
          </w:p>
        </w:tc>
      </w:tr>
      <w:tr w:rsidR="00D60D5E" w14:paraId="2F7CF76D" w14:textId="77777777" w:rsidTr="000617E0">
        <w:trPr>
          <w:cantSplit/>
          <w:jc w:val="center"/>
        </w:trPr>
        <w:tc>
          <w:tcPr>
            <w:tcW w:w="677" w:type="dxa"/>
            <w:tcMar>
              <w:top w:w="28" w:type="dxa"/>
              <w:left w:w="38" w:type="dxa"/>
              <w:bottom w:w="28" w:type="dxa"/>
              <w:right w:w="38" w:type="dxa"/>
            </w:tcMar>
            <w:vAlign w:val="center"/>
          </w:tcPr>
          <w:p w14:paraId="2DCA3A7D" w14:textId="77777777" w:rsidR="00D60D5E" w:rsidRDefault="00891EF0">
            <w:pPr>
              <w:spacing w:after="0" w:line="240" w:lineRule="auto"/>
              <w:jc w:val="center"/>
            </w:pPr>
            <w:r>
              <w:rPr>
                <w:rFonts w:eastAsia="Aptos"/>
                <w:color w:val="6A7075"/>
                <w:sz w:val="17"/>
              </w:rPr>
              <w:t>205-300</w:t>
            </w:r>
          </w:p>
        </w:tc>
        <w:tc>
          <w:tcPr>
            <w:tcW w:w="2648" w:type="dxa"/>
            <w:tcMar>
              <w:top w:w="28" w:type="dxa"/>
              <w:left w:w="38" w:type="dxa"/>
              <w:bottom w:w="28" w:type="dxa"/>
              <w:right w:w="38" w:type="dxa"/>
            </w:tcMar>
            <w:vAlign w:val="center"/>
          </w:tcPr>
          <w:p w14:paraId="4232A78D" w14:textId="77777777" w:rsidR="00D60D5E" w:rsidRDefault="00891EF0">
            <w:pPr>
              <w:spacing w:after="0" w:line="240" w:lineRule="auto"/>
            </w:pPr>
            <w:r>
              <w:rPr>
                <w:rFonts w:eastAsia="Aptos"/>
                <w:sz w:val="17"/>
              </w:rPr>
              <w:t>Pepperidge Farm Double Chocolate Milano 7.5oz</w:t>
            </w:r>
          </w:p>
        </w:tc>
        <w:tc>
          <w:tcPr>
            <w:tcW w:w="630" w:type="dxa"/>
            <w:tcMar>
              <w:top w:w="28" w:type="dxa"/>
              <w:left w:w="38" w:type="dxa"/>
              <w:bottom w:w="28" w:type="dxa"/>
              <w:right w:w="38" w:type="dxa"/>
            </w:tcMar>
            <w:vAlign w:val="center"/>
          </w:tcPr>
          <w:p w14:paraId="2C529368"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76EDC5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C5C0AA" w14:textId="77777777" w:rsidR="00D60D5E" w:rsidRDefault="00D60D5E">
            <w:pPr>
              <w:jc w:val="center"/>
            </w:pPr>
          </w:p>
        </w:tc>
      </w:tr>
      <w:tr w:rsidR="00D60D5E" w14:paraId="42FBE7FB" w14:textId="77777777" w:rsidTr="000617E0">
        <w:trPr>
          <w:cantSplit/>
          <w:jc w:val="center"/>
        </w:trPr>
        <w:tc>
          <w:tcPr>
            <w:tcW w:w="677" w:type="dxa"/>
            <w:tcMar>
              <w:top w:w="28" w:type="dxa"/>
              <w:left w:w="38" w:type="dxa"/>
              <w:bottom w:w="28" w:type="dxa"/>
              <w:right w:w="38" w:type="dxa"/>
            </w:tcMar>
            <w:vAlign w:val="center"/>
          </w:tcPr>
          <w:p w14:paraId="682CD6E1" w14:textId="77777777" w:rsidR="00D60D5E" w:rsidRDefault="00891EF0">
            <w:pPr>
              <w:spacing w:after="0" w:line="240" w:lineRule="auto"/>
              <w:jc w:val="center"/>
            </w:pPr>
            <w:r>
              <w:rPr>
                <w:rFonts w:eastAsia="Aptos"/>
                <w:color w:val="6A7075"/>
                <w:sz w:val="17"/>
              </w:rPr>
              <w:t>205-305</w:t>
            </w:r>
          </w:p>
        </w:tc>
        <w:tc>
          <w:tcPr>
            <w:tcW w:w="2648" w:type="dxa"/>
            <w:tcMar>
              <w:top w:w="28" w:type="dxa"/>
              <w:left w:w="38" w:type="dxa"/>
              <w:bottom w:w="28" w:type="dxa"/>
              <w:right w:w="38" w:type="dxa"/>
            </w:tcMar>
            <w:vAlign w:val="center"/>
          </w:tcPr>
          <w:p w14:paraId="1B3C5E1E" w14:textId="77777777" w:rsidR="00D60D5E" w:rsidRDefault="00891EF0">
            <w:pPr>
              <w:spacing w:after="0" w:line="240" w:lineRule="auto"/>
            </w:pPr>
            <w:r>
              <w:rPr>
                <w:rFonts w:eastAsia="Aptos"/>
                <w:sz w:val="17"/>
              </w:rPr>
              <w:t>Tate's Chocolate Chip Cookies 7 oz</w:t>
            </w:r>
          </w:p>
        </w:tc>
        <w:tc>
          <w:tcPr>
            <w:tcW w:w="630" w:type="dxa"/>
            <w:tcMar>
              <w:top w:w="28" w:type="dxa"/>
              <w:left w:w="38" w:type="dxa"/>
              <w:bottom w:w="28" w:type="dxa"/>
              <w:right w:w="38" w:type="dxa"/>
            </w:tcMar>
            <w:vAlign w:val="center"/>
          </w:tcPr>
          <w:p w14:paraId="75F35958" w14:textId="77777777" w:rsidR="00D60D5E" w:rsidRDefault="00891EF0">
            <w:pPr>
              <w:spacing w:after="0" w:line="240" w:lineRule="auto"/>
              <w:jc w:val="center"/>
            </w:pPr>
            <w:r>
              <w:rPr>
                <w:rFonts w:eastAsia="Aptos"/>
                <w:b/>
                <w:sz w:val="17"/>
              </w:rPr>
              <w:t>12.40</w:t>
            </w:r>
          </w:p>
        </w:tc>
        <w:tc>
          <w:tcPr>
            <w:tcW w:w="540" w:type="dxa"/>
            <w:tcMar>
              <w:top w:w="28" w:type="dxa"/>
              <w:left w:w="38" w:type="dxa"/>
              <w:bottom w:w="28" w:type="dxa"/>
              <w:right w:w="38" w:type="dxa"/>
            </w:tcMar>
            <w:vAlign w:val="center"/>
          </w:tcPr>
          <w:p w14:paraId="13B78AD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5730E8" w14:textId="77777777" w:rsidR="00D60D5E" w:rsidRDefault="00D60D5E">
            <w:pPr>
              <w:jc w:val="center"/>
            </w:pPr>
          </w:p>
        </w:tc>
      </w:tr>
      <w:tr w:rsidR="00D60D5E" w14:paraId="53C28AA7" w14:textId="77777777" w:rsidTr="000617E0">
        <w:trPr>
          <w:cantSplit/>
          <w:jc w:val="center"/>
        </w:trPr>
        <w:tc>
          <w:tcPr>
            <w:tcW w:w="677" w:type="dxa"/>
            <w:tcMar>
              <w:top w:w="28" w:type="dxa"/>
              <w:left w:w="38" w:type="dxa"/>
              <w:bottom w:w="28" w:type="dxa"/>
              <w:right w:w="38" w:type="dxa"/>
            </w:tcMar>
            <w:vAlign w:val="center"/>
          </w:tcPr>
          <w:p w14:paraId="54FF6EC2" w14:textId="77777777" w:rsidR="00D60D5E" w:rsidRDefault="00891EF0">
            <w:pPr>
              <w:spacing w:after="0" w:line="240" w:lineRule="auto"/>
              <w:jc w:val="center"/>
            </w:pPr>
            <w:r>
              <w:rPr>
                <w:rFonts w:eastAsia="Aptos"/>
                <w:color w:val="6A7075"/>
                <w:sz w:val="17"/>
              </w:rPr>
              <w:t>205-310</w:t>
            </w:r>
          </w:p>
        </w:tc>
        <w:tc>
          <w:tcPr>
            <w:tcW w:w="2648" w:type="dxa"/>
            <w:tcMar>
              <w:top w:w="28" w:type="dxa"/>
              <w:left w:w="38" w:type="dxa"/>
              <w:bottom w:w="28" w:type="dxa"/>
              <w:right w:w="38" w:type="dxa"/>
            </w:tcMar>
            <w:vAlign w:val="center"/>
          </w:tcPr>
          <w:p w14:paraId="6648FBDD" w14:textId="77777777" w:rsidR="00D60D5E" w:rsidRDefault="00891EF0">
            <w:pPr>
              <w:spacing w:after="0" w:line="240" w:lineRule="auto"/>
            </w:pPr>
            <w:r>
              <w:rPr>
                <w:rFonts w:eastAsia="Aptos"/>
                <w:sz w:val="17"/>
              </w:rPr>
              <w:t>Tate's Oatmeal Raisin 7oz</w:t>
            </w:r>
          </w:p>
        </w:tc>
        <w:tc>
          <w:tcPr>
            <w:tcW w:w="630" w:type="dxa"/>
            <w:tcMar>
              <w:top w:w="28" w:type="dxa"/>
              <w:left w:w="38" w:type="dxa"/>
              <w:bottom w:w="28" w:type="dxa"/>
              <w:right w:w="38" w:type="dxa"/>
            </w:tcMar>
            <w:vAlign w:val="center"/>
          </w:tcPr>
          <w:p w14:paraId="18F34300" w14:textId="77777777" w:rsidR="00D60D5E" w:rsidRDefault="00891EF0">
            <w:pPr>
              <w:spacing w:after="0" w:line="240" w:lineRule="auto"/>
              <w:jc w:val="center"/>
            </w:pPr>
            <w:r>
              <w:rPr>
                <w:rFonts w:eastAsia="Aptos"/>
                <w:b/>
                <w:sz w:val="17"/>
              </w:rPr>
              <w:t>12.40</w:t>
            </w:r>
          </w:p>
        </w:tc>
        <w:tc>
          <w:tcPr>
            <w:tcW w:w="540" w:type="dxa"/>
            <w:tcMar>
              <w:top w:w="28" w:type="dxa"/>
              <w:left w:w="38" w:type="dxa"/>
              <w:bottom w:w="28" w:type="dxa"/>
              <w:right w:w="38" w:type="dxa"/>
            </w:tcMar>
            <w:vAlign w:val="center"/>
          </w:tcPr>
          <w:p w14:paraId="475E183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D2C452" w14:textId="77777777" w:rsidR="00D60D5E" w:rsidRDefault="00D60D5E">
            <w:pPr>
              <w:jc w:val="center"/>
            </w:pPr>
          </w:p>
        </w:tc>
      </w:tr>
      <w:tr w:rsidR="00D60D5E" w14:paraId="6C1EFA0B" w14:textId="77777777" w:rsidTr="000617E0">
        <w:trPr>
          <w:cantSplit/>
          <w:jc w:val="center"/>
        </w:trPr>
        <w:tc>
          <w:tcPr>
            <w:tcW w:w="677" w:type="dxa"/>
            <w:tcMar>
              <w:top w:w="28" w:type="dxa"/>
              <w:left w:w="38" w:type="dxa"/>
              <w:bottom w:w="28" w:type="dxa"/>
              <w:right w:w="38" w:type="dxa"/>
            </w:tcMar>
            <w:vAlign w:val="center"/>
          </w:tcPr>
          <w:p w14:paraId="694E1516" w14:textId="77777777" w:rsidR="00D60D5E" w:rsidRDefault="00891EF0">
            <w:pPr>
              <w:spacing w:after="0" w:line="240" w:lineRule="auto"/>
              <w:jc w:val="center"/>
            </w:pPr>
            <w:r>
              <w:rPr>
                <w:rFonts w:eastAsia="Aptos"/>
                <w:color w:val="6A7075"/>
                <w:sz w:val="17"/>
              </w:rPr>
              <w:t>205-315</w:t>
            </w:r>
          </w:p>
        </w:tc>
        <w:tc>
          <w:tcPr>
            <w:tcW w:w="2648" w:type="dxa"/>
            <w:tcMar>
              <w:top w:w="28" w:type="dxa"/>
              <w:left w:w="38" w:type="dxa"/>
              <w:bottom w:w="28" w:type="dxa"/>
              <w:right w:w="38" w:type="dxa"/>
            </w:tcMar>
            <w:vAlign w:val="center"/>
          </w:tcPr>
          <w:p w14:paraId="738BE6D3" w14:textId="77777777" w:rsidR="00D60D5E" w:rsidRDefault="00891EF0">
            <w:pPr>
              <w:spacing w:after="0" w:line="240" w:lineRule="auto"/>
            </w:pPr>
            <w:r>
              <w:rPr>
                <w:rFonts w:eastAsia="Aptos"/>
                <w:sz w:val="17"/>
              </w:rPr>
              <w:t>Tates Gluten Free Choc Chip Cookies 7 oz</w:t>
            </w:r>
          </w:p>
        </w:tc>
        <w:tc>
          <w:tcPr>
            <w:tcW w:w="630" w:type="dxa"/>
            <w:tcMar>
              <w:top w:w="28" w:type="dxa"/>
              <w:left w:w="38" w:type="dxa"/>
              <w:bottom w:w="28" w:type="dxa"/>
              <w:right w:w="38" w:type="dxa"/>
            </w:tcMar>
            <w:vAlign w:val="center"/>
          </w:tcPr>
          <w:p w14:paraId="592313D4" w14:textId="77777777" w:rsidR="00D60D5E" w:rsidRDefault="00891EF0">
            <w:pPr>
              <w:spacing w:after="0" w:line="240" w:lineRule="auto"/>
              <w:jc w:val="center"/>
            </w:pPr>
            <w:r>
              <w:rPr>
                <w:rFonts w:eastAsia="Aptos"/>
                <w:b/>
                <w:sz w:val="17"/>
              </w:rPr>
              <w:t>12.40</w:t>
            </w:r>
          </w:p>
        </w:tc>
        <w:tc>
          <w:tcPr>
            <w:tcW w:w="540" w:type="dxa"/>
            <w:tcMar>
              <w:top w:w="28" w:type="dxa"/>
              <w:left w:w="38" w:type="dxa"/>
              <w:bottom w:w="28" w:type="dxa"/>
              <w:right w:w="38" w:type="dxa"/>
            </w:tcMar>
            <w:vAlign w:val="center"/>
          </w:tcPr>
          <w:p w14:paraId="31BC8A8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1A2C37" w14:textId="77777777" w:rsidR="00D60D5E" w:rsidRDefault="00D60D5E">
            <w:pPr>
              <w:jc w:val="center"/>
            </w:pPr>
          </w:p>
        </w:tc>
      </w:tr>
      <w:tr w:rsidR="00D60D5E" w14:paraId="4BC22160" w14:textId="77777777" w:rsidTr="000617E0">
        <w:trPr>
          <w:cantSplit/>
          <w:jc w:val="center"/>
        </w:trPr>
        <w:tc>
          <w:tcPr>
            <w:tcW w:w="677" w:type="dxa"/>
            <w:tcMar>
              <w:top w:w="28" w:type="dxa"/>
              <w:left w:w="38" w:type="dxa"/>
              <w:bottom w:w="28" w:type="dxa"/>
              <w:right w:w="38" w:type="dxa"/>
            </w:tcMar>
            <w:vAlign w:val="center"/>
          </w:tcPr>
          <w:p w14:paraId="7B6B5D72" w14:textId="77777777" w:rsidR="00D60D5E" w:rsidRDefault="00891EF0">
            <w:pPr>
              <w:spacing w:after="0" w:line="240" w:lineRule="auto"/>
              <w:jc w:val="center"/>
            </w:pPr>
            <w:r>
              <w:rPr>
                <w:rFonts w:eastAsia="Aptos"/>
                <w:color w:val="6A7075"/>
                <w:sz w:val="17"/>
              </w:rPr>
              <w:t>205-320</w:t>
            </w:r>
          </w:p>
        </w:tc>
        <w:tc>
          <w:tcPr>
            <w:tcW w:w="2648" w:type="dxa"/>
            <w:tcMar>
              <w:top w:w="28" w:type="dxa"/>
              <w:left w:w="38" w:type="dxa"/>
              <w:bottom w:w="28" w:type="dxa"/>
              <w:right w:w="38" w:type="dxa"/>
            </w:tcMar>
            <w:vAlign w:val="center"/>
          </w:tcPr>
          <w:p w14:paraId="60ECDC84" w14:textId="77777777" w:rsidR="00D60D5E" w:rsidRDefault="00891EF0">
            <w:pPr>
              <w:spacing w:after="0" w:line="240" w:lineRule="auto"/>
            </w:pPr>
            <w:r>
              <w:rPr>
                <w:rFonts w:eastAsia="Aptos"/>
                <w:sz w:val="17"/>
              </w:rPr>
              <w:t>Tate's Ginger Zinger Cookies 7 oz</w:t>
            </w:r>
          </w:p>
        </w:tc>
        <w:tc>
          <w:tcPr>
            <w:tcW w:w="630" w:type="dxa"/>
            <w:tcMar>
              <w:top w:w="28" w:type="dxa"/>
              <w:left w:w="38" w:type="dxa"/>
              <w:bottom w:w="28" w:type="dxa"/>
              <w:right w:w="38" w:type="dxa"/>
            </w:tcMar>
            <w:vAlign w:val="center"/>
          </w:tcPr>
          <w:p w14:paraId="79D4A8C3" w14:textId="77777777" w:rsidR="00D60D5E" w:rsidRDefault="00891EF0">
            <w:pPr>
              <w:spacing w:after="0" w:line="240" w:lineRule="auto"/>
              <w:jc w:val="center"/>
            </w:pPr>
            <w:r>
              <w:rPr>
                <w:rFonts w:eastAsia="Aptos"/>
                <w:b/>
                <w:sz w:val="17"/>
              </w:rPr>
              <w:t>12.30</w:t>
            </w:r>
          </w:p>
        </w:tc>
        <w:tc>
          <w:tcPr>
            <w:tcW w:w="540" w:type="dxa"/>
            <w:tcMar>
              <w:top w:w="28" w:type="dxa"/>
              <w:left w:w="38" w:type="dxa"/>
              <w:bottom w:w="28" w:type="dxa"/>
              <w:right w:w="38" w:type="dxa"/>
            </w:tcMar>
            <w:vAlign w:val="center"/>
          </w:tcPr>
          <w:p w14:paraId="6E5B47D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E0A90D" w14:textId="77777777" w:rsidR="00D60D5E" w:rsidRDefault="00D60D5E">
            <w:pPr>
              <w:jc w:val="center"/>
            </w:pPr>
          </w:p>
        </w:tc>
      </w:tr>
      <w:tr w:rsidR="00D60D5E" w14:paraId="71EF7809" w14:textId="77777777" w:rsidTr="000617E0">
        <w:trPr>
          <w:cantSplit/>
          <w:jc w:val="center"/>
        </w:trPr>
        <w:tc>
          <w:tcPr>
            <w:tcW w:w="677" w:type="dxa"/>
            <w:tcMar>
              <w:top w:w="28" w:type="dxa"/>
              <w:left w:w="38" w:type="dxa"/>
              <w:bottom w:w="28" w:type="dxa"/>
              <w:right w:w="38" w:type="dxa"/>
            </w:tcMar>
            <w:vAlign w:val="center"/>
          </w:tcPr>
          <w:p w14:paraId="71874EEB" w14:textId="77777777" w:rsidR="00D60D5E" w:rsidRDefault="00891EF0">
            <w:pPr>
              <w:spacing w:after="0" w:line="240" w:lineRule="auto"/>
              <w:jc w:val="center"/>
            </w:pPr>
            <w:r>
              <w:rPr>
                <w:rFonts w:eastAsia="Aptos"/>
                <w:color w:val="6A7075"/>
                <w:sz w:val="17"/>
              </w:rPr>
              <w:t>205-325</w:t>
            </w:r>
          </w:p>
        </w:tc>
        <w:tc>
          <w:tcPr>
            <w:tcW w:w="2648" w:type="dxa"/>
            <w:tcMar>
              <w:top w:w="28" w:type="dxa"/>
              <w:left w:w="38" w:type="dxa"/>
              <w:bottom w:w="28" w:type="dxa"/>
              <w:right w:w="38" w:type="dxa"/>
            </w:tcMar>
            <w:vAlign w:val="center"/>
          </w:tcPr>
          <w:p w14:paraId="6EEB6E8D" w14:textId="77777777" w:rsidR="00D60D5E" w:rsidRDefault="00891EF0">
            <w:pPr>
              <w:spacing w:after="0" w:line="240" w:lineRule="auto"/>
            </w:pPr>
            <w:r>
              <w:rPr>
                <w:rFonts w:eastAsia="Aptos"/>
                <w:sz w:val="17"/>
              </w:rPr>
              <w:t>Oreo Double Stuffed Cookies 18.7oz</w:t>
            </w:r>
          </w:p>
        </w:tc>
        <w:tc>
          <w:tcPr>
            <w:tcW w:w="630" w:type="dxa"/>
            <w:tcMar>
              <w:top w:w="28" w:type="dxa"/>
              <w:left w:w="38" w:type="dxa"/>
              <w:bottom w:w="28" w:type="dxa"/>
              <w:right w:w="38" w:type="dxa"/>
            </w:tcMar>
            <w:vAlign w:val="center"/>
          </w:tcPr>
          <w:p w14:paraId="58FD07B0" w14:textId="77777777" w:rsidR="00D60D5E" w:rsidRDefault="00891EF0">
            <w:pPr>
              <w:spacing w:after="0" w:line="240" w:lineRule="auto"/>
              <w:jc w:val="center"/>
            </w:pPr>
            <w:r>
              <w:rPr>
                <w:rFonts w:eastAsia="Aptos"/>
                <w:b/>
                <w:sz w:val="17"/>
              </w:rPr>
              <w:t>7.59</w:t>
            </w:r>
          </w:p>
        </w:tc>
        <w:tc>
          <w:tcPr>
            <w:tcW w:w="540" w:type="dxa"/>
            <w:tcMar>
              <w:top w:w="28" w:type="dxa"/>
              <w:left w:w="38" w:type="dxa"/>
              <w:bottom w:w="28" w:type="dxa"/>
              <w:right w:w="38" w:type="dxa"/>
            </w:tcMar>
            <w:vAlign w:val="center"/>
          </w:tcPr>
          <w:p w14:paraId="7E1CDD8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6A6D4A" w14:textId="77777777" w:rsidR="00D60D5E" w:rsidRDefault="00D60D5E">
            <w:pPr>
              <w:jc w:val="center"/>
            </w:pPr>
          </w:p>
        </w:tc>
      </w:tr>
      <w:tr w:rsidR="00D60D5E" w14:paraId="7B5B5598" w14:textId="77777777" w:rsidTr="000617E0">
        <w:trPr>
          <w:cantSplit/>
          <w:jc w:val="center"/>
        </w:trPr>
        <w:tc>
          <w:tcPr>
            <w:tcW w:w="677" w:type="dxa"/>
            <w:tcMar>
              <w:top w:w="28" w:type="dxa"/>
              <w:left w:w="38" w:type="dxa"/>
              <w:bottom w:w="28" w:type="dxa"/>
              <w:right w:w="38" w:type="dxa"/>
            </w:tcMar>
            <w:vAlign w:val="center"/>
          </w:tcPr>
          <w:p w14:paraId="0ADCEE67" w14:textId="77777777" w:rsidR="00D60D5E" w:rsidRDefault="00891EF0">
            <w:pPr>
              <w:spacing w:after="0" w:line="240" w:lineRule="auto"/>
              <w:jc w:val="center"/>
            </w:pPr>
            <w:r>
              <w:rPr>
                <w:rFonts w:eastAsia="Aptos"/>
                <w:color w:val="6A7075"/>
                <w:sz w:val="17"/>
              </w:rPr>
              <w:t>205-326</w:t>
            </w:r>
          </w:p>
        </w:tc>
        <w:tc>
          <w:tcPr>
            <w:tcW w:w="2648" w:type="dxa"/>
            <w:tcMar>
              <w:top w:w="28" w:type="dxa"/>
              <w:left w:w="38" w:type="dxa"/>
              <w:bottom w:w="28" w:type="dxa"/>
              <w:right w:w="38" w:type="dxa"/>
            </w:tcMar>
            <w:vAlign w:val="center"/>
          </w:tcPr>
          <w:p w14:paraId="58B2A614" w14:textId="77777777" w:rsidR="00D60D5E" w:rsidRDefault="00891EF0">
            <w:pPr>
              <w:spacing w:after="0" w:line="240" w:lineRule="auto"/>
            </w:pPr>
            <w:r>
              <w:rPr>
                <w:rFonts w:eastAsia="Aptos"/>
                <w:sz w:val="17"/>
              </w:rPr>
              <w:t>Chips Ahoy Chunky 11.75oz</w:t>
            </w:r>
          </w:p>
        </w:tc>
        <w:tc>
          <w:tcPr>
            <w:tcW w:w="630" w:type="dxa"/>
            <w:tcMar>
              <w:top w:w="28" w:type="dxa"/>
              <w:left w:w="38" w:type="dxa"/>
              <w:bottom w:w="28" w:type="dxa"/>
              <w:right w:w="38" w:type="dxa"/>
            </w:tcMar>
            <w:vAlign w:val="center"/>
          </w:tcPr>
          <w:p w14:paraId="589A441A" w14:textId="77777777" w:rsidR="00D60D5E" w:rsidRDefault="00891EF0">
            <w:pPr>
              <w:spacing w:after="0" w:line="240" w:lineRule="auto"/>
              <w:jc w:val="center"/>
            </w:pPr>
            <w:r>
              <w:rPr>
                <w:rFonts w:eastAsia="Aptos"/>
                <w:b/>
                <w:sz w:val="17"/>
              </w:rPr>
              <w:t>8.10</w:t>
            </w:r>
          </w:p>
        </w:tc>
        <w:tc>
          <w:tcPr>
            <w:tcW w:w="540" w:type="dxa"/>
            <w:tcMar>
              <w:top w:w="28" w:type="dxa"/>
              <w:left w:w="38" w:type="dxa"/>
              <w:bottom w:w="28" w:type="dxa"/>
              <w:right w:w="38" w:type="dxa"/>
            </w:tcMar>
            <w:vAlign w:val="center"/>
          </w:tcPr>
          <w:p w14:paraId="313376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5343C3" w14:textId="77777777" w:rsidR="00D60D5E" w:rsidRDefault="00D60D5E">
            <w:pPr>
              <w:jc w:val="center"/>
            </w:pPr>
          </w:p>
        </w:tc>
      </w:tr>
      <w:tr w:rsidR="00D60D5E" w14:paraId="3221D98C" w14:textId="77777777" w:rsidTr="000617E0">
        <w:trPr>
          <w:cantSplit/>
          <w:jc w:val="center"/>
        </w:trPr>
        <w:tc>
          <w:tcPr>
            <w:tcW w:w="677" w:type="dxa"/>
            <w:shd w:val="clear" w:color="auto" w:fill="D9EAF7"/>
            <w:tcMar>
              <w:top w:w="28" w:type="dxa"/>
              <w:left w:w="38" w:type="dxa"/>
              <w:bottom w:w="28" w:type="dxa"/>
              <w:right w:w="38" w:type="dxa"/>
            </w:tcMar>
            <w:vAlign w:val="center"/>
          </w:tcPr>
          <w:p w14:paraId="79EFAC8A" w14:textId="77777777" w:rsidR="00D60D5E" w:rsidRDefault="00891EF0">
            <w:pPr>
              <w:spacing w:after="0" w:line="240" w:lineRule="auto"/>
              <w:jc w:val="center"/>
            </w:pPr>
            <w:r>
              <w:rPr>
                <w:rFonts w:eastAsia="Aptos"/>
                <w:b/>
                <w:color w:val="76A943"/>
                <w:sz w:val="18"/>
              </w:rPr>
              <w:t>210-</w:t>
            </w:r>
          </w:p>
        </w:tc>
        <w:tc>
          <w:tcPr>
            <w:tcW w:w="2648" w:type="dxa"/>
            <w:shd w:val="clear" w:color="auto" w:fill="D9EAF7"/>
            <w:tcMar>
              <w:top w:w="28" w:type="dxa"/>
              <w:left w:w="38" w:type="dxa"/>
              <w:bottom w:w="28" w:type="dxa"/>
              <w:right w:w="38" w:type="dxa"/>
            </w:tcMar>
            <w:vAlign w:val="center"/>
          </w:tcPr>
          <w:p w14:paraId="7ABB21F1" w14:textId="77777777" w:rsidR="00D60D5E" w:rsidRDefault="00891EF0">
            <w:pPr>
              <w:spacing w:after="0" w:line="240" w:lineRule="auto"/>
            </w:pPr>
            <w:r>
              <w:rPr>
                <w:rFonts w:eastAsia="Aptos"/>
                <w:b/>
                <w:color w:val="76A943"/>
                <w:sz w:val="18"/>
              </w:rPr>
              <w:t>CEREALS</w:t>
            </w:r>
          </w:p>
        </w:tc>
        <w:tc>
          <w:tcPr>
            <w:tcW w:w="630" w:type="dxa"/>
            <w:shd w:val="clear" w:color="auto" w:fill="D9EAF7"/>
            <w:tcMar>
              <w:top w:w="28" w:type="dxa"/>
              <w:left w:w="38" w:type="dxa"/>
              <w:bottom w:w="28" w:type="dxa"/>
              <w:right w:w="38" w:type="dxa"/>
            </w:tcMar>
            <w:vAlign w:val="center"/>
          </w:tcPr>
          <w:p w14:paraId="78120578"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668D496"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EB07268" w14:textId="77777777" w:rsidR="00D60D5E" w:rsidRDefault="00D60D5E">
            <w:pPr>
              <w:jc w:val="center"/>
            </w:pPr>
          </w:p>
        </w:tc>
      </w:tr>
      <w:tr w:rsidR="00D60D5E" w14:paraId="5A78B89E" w14:textId="77777777" w:rsidTr="000617E0">
        <w:trPr>
          <w:cantSplit/>
          <w:jc w:val="center"/>
        </w:trPr>
        <w:tc>
          <w:tcPr>
            <w:tcW w:w="677" w:type="dxa"/>
            <w:tcMar>
              <w:top w:w="28" w:type="dxa"/>
              <w:left w:w="38" w:type="dxa"/>
              <w:bottom w:w="28" w:type="dxa"/>
              <w:right w:w="38" w:type="dxa"/>
            </w:tcMar>
            <w:vAlign w:val="center"/>
          </w:tcPr>
          <w:p w14:paraId="57A39A90" w14:textId="77777777" w:rsidR="00D60D5E" w:rsidRDefault="00891EF0">
            <w:pPr>
              <w:spacing w:after="0" w:line="240" w:lineRule="auto"/>
              <w:jc w:val="center"/>
            </w:pPr>
            <w:r>
              <w:rPr>
                <w:rFonts w:eastAsia="Aptos"/>
                <w:color w:val="6A7075"/>
                <w:sz w:val="17"/>
              </w:rPr>
              <w:t>210-105</w:t>
            </w:r>
          </w:p>
        </w:tc>
        <w:tc>
          <w:tcPr>
            <w:tcW w:w="2648" w:type="dxa"/>
            <w:tcMar>
              <w:top w:w="28" w:type="dxa"/>
              <w:left w:w="38" w:type="dxa"/>
              <w:bottom w:w="28" w:type="dxa"/>
              <w:right w:w="38" w:type="dxa"/>
            </w:tcMar>
            <w:vAlign w:val="center"/>
          </w:tcPr>
          <w:p w14:paraId="3A6D63D3" w14:textId="77777777" w:rsidR="00D60D5E" w:rsidRDefault="00891EF0">
            <w:pPr>
              <w:spacing w:after="0" w:line="240" w:lineRule="auto"/>
            </w:pPr>
            <w:r>
              <w:rPr>
                <w:rFonts w:eastAsia="Aptos"/>
                <w:sz w:val="17"/>
              </w:rPr>
              <w:t>Bobs Red Mill Muesli GF 16 oz</w:t>
            </w:r>
          </w:p>
        </w:tc>
        <w:tc>
          <w:tcPr>
            <w:tcW w:w="630" w:type="dxa"/>
            <w:tcMar>
              <w:top w:w="28" w:type="dxa"/>
              <w:left w:w="38" w:type="dxa"/>
              <w:bottom w:w="28" w:type="dxa"/>
              <w:right w:w="38" w:type="dxa"/>
            </w:tcMar>
            <w:vAlign w:val="center"/>
          </w:tcPr>
          <w:p w14:paraId="119B6382" w14:textId="77777777" w:rsidR="00D60D5E" w:rsidRDefault="00891EF0">
            <w:pPr>
              <w:spacing w:after="0" w:line="240" w:lineRule="auto"/>
              <w:jc w:val="center"/>
            </w:pPr>
            <w:r>
              <w:rPr>
                <w:rFonts w:eastAsia="Aptos"/>
                <w:b/>
                <w:sz w:val="17"/>
              </w:rPr>
              <w:t>14.20</w:t>
            </w:r>
          </w:p>
        </w:tc>
        <w:tc>
          <w:tcPr>
            <w:tcW w:w="540" w:type="dxa"/>
            <w:tcMar>
              <w:top w:w="28" w:type="dxa"/>
              <w:left w:w="38" w:type="dxa"/>
              <w:bottom w:w="28" w:type="dxa"/>
              <w:right w:w="38" w:type="dxa"/>
            </w:tcMar>
            <w:vAlign w:val="center"/>
          </w:tcPr>
          <w:p w14:paraId="11451B2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2EEE4D" w14:textId="77777777" w:rsidR="00D60D5E" w:rsidRDefault="00D60D5E">
            <w:pPr>
              <w:jc w:val="center"/>
            </w:pPr>
          </w:p>
        </w:tc>
      </w:tr>
      <w:tr w:rsidR="00D60D5E" w14:paraId="1EC0C923" w14:textId="77777777" w:rsidTr="000617E0">
        <w:trPr>
          <w:cantSplit/>
          <w:jc w:val="center"/>
        </w:trPr>
        <w:tc>
          <w:tcPr>
            <w:tcW w:w="677" w:type="dxa"/>
            <w:tcMar>
              <w:top w:w="28" w:type="dxa"/>
              <w:left w:w="38" w:type="dxa"/>
              <w:bottom w:w="28" w:type="dxa"/>
              <w:right w:w="38" w:type="dxa"/>
            </w:tcMar>
            <w:vAlign w:val="center"/>
          </w:tcPr>
          <w:p w14:paraId="644F6B86" w14:textId="77777777" w:rsidR="00D60D5E" w:rsidRDefault="00891EF0">
            <w:pPr>
              <w:spacing w:after="0" w:line="240" w:lineRule="auto"/>
              <w:jc w:val="center"/>
            </w:pPr>
            <w:r>
              <w:rPr>
                <w:rFonts w:eastAsia="Aptos"/>
                <w:color w:val="6A7075"/>
                <w:sz w:val="17"/>
              </w:rPr>
              <w:t>210-110</w:t>
            </w:r>
          </w:p>
        </w:tc>
        <w:tc>
          <w:tcPr>
            <w:tcW w:w="2648" w:type="dxa"/>
            <w:tcMar>
              <w:top w:w="28" w:type="dxa"/>
              <w:left w:w="38" w:type="dxa"/>
              <w:bottom w:w="28" w:type="dxa"/>
              <w:right w:w="38" w:type="dxa"/>
            </w:tcMar>
            <w:vAlign w:val="center"/>
          </w:tcPr>
          <w:p w14:paraId="55DCE39F" w14:textId="77777777" w:rsidR="00D60D5E" w:rsidRDefault="00891EF0">
            <w:pPr>
              <w:spacing w:after="0" w:line="240" w:lineRule="auto"/>
            </w:pPr>
            <w:r>
              <w:rPr>
                <w:rFonts w:eastAsia="Aptos"/>
                <w:sz w:val="17"/>
              </w:rPr>
              <w:t>Alpen Original 14 oz</w:t>
            </w:r>
          </w:p>
        </w:tc>
        <w:tc>
          <w:tcPr>
            <w:tcW w:w="630" w:type="dxa"/>
            <w:tcMar>
              <w:top w:w="28" w:type="dxa"/>
              <w:left w:w="38" w:type="dxa"/>
              <w:bottom w:w="28" w:type="dxa"/>
              <w:right w:w="38" w:type="dxa"/>
            </w:tcMar>
            <w:vAlign w:val="center"/>
          </w:tcPr>
          <w:p w14:paraId="161532D7" w14:textId="77777777" w:rsidR="00D60D5E" w:rsidRDefault="00891EF0">
            <w:pPr>
              <w:spacing w:after="0" w:line="240" w:lineRule="auto"/>
              <w:jc w:val="center"/>
            </w:pPr>
            <w:r>
              <w:rPr>
                <w:rFonts w:eastAsia="Aptos"/>
                <w:b/>
                <w:sz w:val="17"/>
              </w:rPr>
              <w:t>11.99</w:t>
            </w:r>
          </w:p>
        </w:tc>
        <w:tc>
          <w:tcPr>
            <w:tcW w:w="540" w:type="dxa"/>
            <w:tcMar>
              <w:top w:w="28" w:type="dxa"/>
              <w:left w:w="38" w:type="dxa"/>
              <w:bottom w:w="28" w:type="dxa"/>
              <w:right w:w="38" w:type="dxa"/>
            </w:tcMar>
            <w:vAlign w:val="center"/>
          </w:tcPr>
          <w:p w14:paraId="464C21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9C9303" w14:textId="77777777" w:rsidR="00D60D5E" w:rsidRDefault="00D60D5E">
            <w:pPr>
              <w:jc w:val="center"/>
            </w:pPr>
          </w:p>
        </w:tc>
      </w:tr>
      <w:tr w:rsidR="00D60D5E" w14:paraId="0238EC04" w14:textId="77777777" w:rsidTr="000617E0">
        <w:trPr>
          <w:cantSplit/>
          <w:jc w:val="center"/>
        </w:trPr>
        <w:tc>
          <w:tcPr>
            <w:tcW w:w="677" w:type="dxa"/>
            <w:tcMar>
              <w:top w:w="28" w:type="dxa"/>
              <w:left w:w="38" w:type="dxa"/>
              <w:bottom w:w="28" w:type="dxa"/>
              <w:right w:w="38" w:type="dxa"/>
            </w:tcMar>
            <w:vAlign w:val="center"/>
          </w:tcPr>
          <w:p w14:paraId="64F0FEAE" w14:textId="77777777" w:rsidR="00D60D5E" w:rsidRDefault="00891EF0">
            <w:pPr>
              <w:spacing w:after="0" w:line="240" w:lineRule="auto"/>
              <w:jc w:val="center"/>
            </w:pPr>
            <w:r>
              <w:rPr>
                <w:rFonts w:eastAsia="Aptos"/>
                <w:color w:val="6A7075"/>
                <w:sz w:val="17"/>
              </w:rPr>
              <w:t>210-115</w:t>
            </w:r>
          </w:p>
        </w:tc>
        <w:tc>
          <w:tcPr>
            <w:tcW w:w="2648" w:type="dxa"/>
            <w:tcMar>
              <w:top w:w="28" w:type="dxa"/>
              <w:left w:w="38" w:type="dxa"/>
              <w:bottom w:w="28" w:type="dxa"/>
              <w:right w:w="38" w:type="dxa"/>
            </w:tcMar>
            <w:vAlign w:val="center"/>
          </w:tcPr>
          <w:p w14:paraId="0C67578B" w14:textId="77777777" w:rsidR="00D60D5E" w:rsidRDefault="00891EF0">
            <w:pPr>
              <w:spacing w:after="0" w:line="240" w:lineRule="auto"/>
            </w:pPr>
            <w:r>
              <w:rPr>
                <w:rFonts w:eastAsia="Aptos"/>
                <w:sz w:val="17"/>
              </w:rPr>
              <w:t>Cream of Wheat 14oz</w:t>
            </w:r>
          </w:p>
        </w:tc>
        <w:tc>
          <w:tcPr>
            <w:tcW w:w="630" w:type="dxa"/>
            <w:tcMar>
              <w:top w:w="28" w:type="dxa"/>
              <w:left w:w="38" w:type="dxa"/>
              <w:bottom w:w="28" w:type="dxa"/>
              <w:right w:w="38" w:type="dxa"/>
            </w:tcMar>
            <w:vAlign w:val="center"/>
          </w:tcPr>
          <w:p w14:paraId="73962C69" w14:textId="77777777" w:rsidR="00D60D5E" w:rsidRDefault="00891EF0">
            <w:pPr>
              <w:spacing w:after="0" w:line="240" w:lineRule="auto"/>
              <w:jc w:val="center"/>
            </w:pPr>
            <w:r>
              <w:rPr>
                <w:rFonts w:eastAsia="Aptos"/>
                <w:b/>
                <w:sz w:val="17"/>
              </w:rPr>
              <w:t>5.79</w:t>
            </w:r>
          </w:p>
        </w:tc>
        <w:tc>
          <w:tcPr>
            <w:tcW w:w="540" w:type="dxa"/>
            <w:tcMar>
              <w:top w:w="28" w:type="dxa"/>
              <w:left w:w="38" w:type="dxa"/>
              <w:bottom w:w="28" w:type="dxa"/>
              <w:right w:w="38" w:type="dxa"/>
            </w:tcMar>
            <w:vAlign w:val="center"/>
          </w:tcPr>
          <w:p w14:paraId="6332AB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F6F59A" w14:textId="77777777" w:rsidR="00D60D5E" w:rsidRDefault="00D60D5E">
            <w:pPr>
              <w:jc w:val="center"/>
            </w:pPr>
          </w:p>
        </w:tc>
      </w:tr>
      <w:tr w:rsidR="00D60D5E" w14:paraId="0A57126A" w14:textId="77777777" w:rsidTr="000617E0">
        <w:trPr>
          <w:cantSplit/>
          <w:jc w:val="center"/>
        </w:trPr>
        <w:tc>
          <w:tcPr>
            <w:tcW w:w="677" w:type="dxa"/>
            <w:tcMar>
              <w:top w:w="28" w:type="dxa"/>
              <w:left w:w="38" w:type="dxa"/>
              <w:bottom w:w="28" w:type="dxa"/>
              <w:right w:w="38" w:type="dxa"/>
            </w:tcMar>
            <w:vAlign w:val="center"/>
          </w:tcPr>
          <w:p w14:paraId="5CC30B7A" w14:textId="77777777" w:rsidR="00D60D5E" w:rsidRDefault="00891EF0">
            <w:pPr>
              <w:spacing w:after="0" w:line="240" w:lineRule="auto"/>
              <w:jc w:val="center"/>
            </w:pPr>
            <w:r>
              <w:rPr>
                <w:rFonts w:eastAsia="Aptos"/>
                <w:color w:val="6A7075"/>
                <w:sz w:val="17"/>
              </w:rPr>
              <w:t>210-120</w:t>
            </w:r>
          </w:p>
        </w:tc>
        <w:tc>
          <w:tcPr>
            <w:tcW w:w="2648" w:type="dxa"/>
            <w:tcMar>
              <w:top w:w="28" w:type="dxa"/>
              <w:left w:w="38" w:type="dxa"/>
              <w:bottom w:w="28" w:type="dxa"/>
              <w:right w:w="38" w:type="dxa"/>
            </w:tcMar>
            <w:vAlign w:val="center"/>
          </w:tcPr>
          <w:p w14:paraId="419C1FBD" w14:textId="77777777" w:rsidR="00D60D5E" w:rsidRDefault="00891EF0">
            <w:pPr>
              <w:spacing w:after="0" w:line="240" w:lineRule="auto"/>
            </w:pPr>
            <w:r>
              <w:rPr>
                <w:rFonts w:eastAsia="Aptos"/>
                <w:sz w:val="17"/>
              </w:rPr>
              <w:t>Granola Honey Oats 11 oz</w:t>
            </w:r>
          </w:p>
        </w:tc>
        <w:tc>
          <w:tcPr>
            <w:tcW w:w="630" w:type="dxa"/>
            <w:tcMar>
              <w:top w:w="28" w:type="dxa"/>
              <w:left w:w="38" w:type="dxa"/>
              <w:bottom w:w="28" w:type="dxa"/>
              <w:right w:w="38" w:type="dxa"/>
            </w:tcMar>
            <w:vAlign w:val="center"/>
          </w:tcPr>
          <w:p w14:paraId="1D7A6D07" w14:textId="77777777" w:rsidR="00D60D5E" w:rsidRDefault="00891EF0">
            <w:pPr>
              <w:spacing w:after="0" w:line="240" w:lineRule="auto"/>
              <w:jc w:val="center"/>
            </w:pPr>
            <w:r>
              <w:rPr>
                <w:rFonts w:eastAsia="Aptos"/>
                <w:b/>
                <w:sz w:val="17"/>
              </w:rPr>
              <w:t>10.85</w:t>
            </w:r>
          </w:p>
        </w:tc>
        <w:tc>
          <w:tcPr>
            <w:tcW w:w="540" w:type="dxa"/>
            <w:tcMar>
              <w:top w:w="28" w:type="dxa"/>
              <w:left w:w="38" w:type="dxa"/>
              <w:bottom w:w="28" w:type="dxa"/>
              <w:right w:w="38" w:type="dxa"/>
            </w:tcMar>
            <w:vAlign w:val="center"/>
          </w:tcPr>
          <w:p w14:paraId="7CB5777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B3F1FB" w14:textId="77777777" w:rsidR="00D60D5E" w:rsidRDefault="00D60D5E">
            <w:pPr>
              <w:jc w:val="center"/>
            </w:pPr>
          </w:p>
        </w:tc>
      </w:tr>
      <w:tr w:rsidR="00D60D5E" w14:paraId="10456A7E" w14:textId="77777777" w:rsidTr="000617E0">
        <w:trPr>
          <w:cantSplit/>
          <w:jc w:val="center"/>
        </w:trPr>
        <w:tc>
          <w:tcPr>
            <w:tcW w:w="677" w:type="dxa"/>
            <w:tcMar>
              <w:top w:w="28" w:type="dxa"/>
              <w:left w:w="38" w:type="dxa"/>
              <w:bottom w:w="28" w:type="dxa"/>
              <w:right w:w="38" w:type="dxa"/>
            </w:tcMar>
            <w:vAlign w:val="center"/>
          </w:tcPr>
          <w:p w14:paraId="496A1305" w14:textId="77777777" w:rsidR="00D60D5E" w:rsidRDefault="00891EF0">
            <w:pPr>
              <w:spacing w:after="0" w:line="240" w:lineRule="auto"/>
              <w:jc w:val="center"/>
            </w:pPr>
            <w:r>
              <w:rPr>
                <w:rFonts w:eastAsia="Aptos"/>
                <w:color w:val="6A7075"/>
                <w:sz w:val="17"/>
              </w:rPr>
              <w:t>210-125</w:t>
            </w:r>
          </w:p>
        </w:tc>
        <w:tc>
          <w:tcPr>
            <w:tcW w:w="2648" w:type="dxa"/>
            <w:tcMar>
              <w:top w:w="28" w:type="dxa"/>
              <w:left w:w="38" w:type="dxa"/>
              <w:bottom w:w="28" w:type="dxa"/>
              <w:right w:w="38" w:type="dxa"/>
            </w:tcMar>
            <w:vAlign w:val="center"/>
          </w:tcPr>
          <w:p w14:paraId="05688E99" w14:textId="77777777" w:rsidR="00D60D5E" w:rsidRDefault="00891EF0">
            <w:pPr>
              <w:spacing w:after="0" w:line="240" w:lineRule="auto"/>
            </w:pPr>
            <w:r>
              <w:rPr>
                <w:rFonts w:eastAsia="Aptos"/>
                <w:sz w:val="17"/>
              </w:rPr>
              <w:t>Granola Classic 12 oz</w:t>
            </w:r>
          </w:p>
        </w:tc>
        <w:tc>
          <w:tcPr>
            <w:tcW w:w="630" w:type="dxa"/>
            <w:tcMar>
              <w:top w:w="28" w:type="dxa"/>
              <w:left w:w="38" w:type="dxa"/>
              <w:bottom w:w="28" w:type="dxa"/>
              <w:right w:w="38" w:type="dxa"/>
            </w:tcMar>
            <w:vAlign w:val="center"/>
          </w:tcPr>
          <w:p w14:paraId="173326A7" w14:textId="77777777" w:rsidR="00D60D5E" w:rsidRDefault="00891EF0">
            <w:pPr>
              <w:spacing w:after="0" w:line="240" w:lineRule="auto"/>
              <w:jc w:val="center"/>
            </w:pPr>
            <w:r>
              <w:rPr>
                <w:rFonts w:eastAsia="Aptos"/>
                <w:b/>
                <w:sz w:val="17"/>
              </w:rPr>
              <w:t>10.00</w:t>
            </w:r>
          </w:p>
        </w:tc>
        <w:tc>
          <w:tcPr>
            <w:tcW w:w="540" w:type="dxa"/>
            <w:tcMar>
              <w:top w:w="28" w:type="dxa"/>
              <w:left w:w="38" w:type="dxa"/>
              <w:bottom w:w="28" w:type="dxa"/>
              <w:right w:w="38" w:type="dxa"/>
            </w:tcMar>
            <w:vAlign w:val="center"/>
          </w:tcPr>
          <w:p w14:paraId="205E88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A54498" w14:textId="77777777" w:rsidR="00D60D5E" w:rsidRDefault="00D60D5E">
            <w:pPr>
              <w:jc w:val="center"/>
            </w:pPr>
          </w:p>
        </w:tc>
      </w:tr>
      <w:tr w:rsidR="00D60D5E" w14:paraId="3DAE32E3" w14:textId="77777777" w:rsidTr="000617E0">
        <w:trPr>
          <w:cantSplit/>
          <w:jc w:val="center"/>
        </w:trPr>
        <w:tc>
          <w:tcPr>
            <w:tcW w:w="677" w:type="dxa"/>
            <w:tcMar>
              <w:top w:w="28" w:type="dxa"/>
              <w:left w:w="38" w:type="dxa"/>
              <w:bottom w:w="28" w:type="dxa"/>
              <w:right w:w="38" w:type="dxa"/>
            </w:tcMar>
            <w:vAlign w:val="center"/>
          </w:tcPr>
          <w:p w14:paraId="52130D22" w14:textId="77777777" w:rsidR="00D60D5E" w:rsidRDefault="00891EF0">
            <w:pPr>
              <w:spacing w:after="0" w:line="240" w:lineRule="auto"/>
              <w:jc w:val="center"/>
            </w:pPr>
            <w:r>
              <w:rPr>
                <w:rFonts w:eastAsia="Aptos"/>
                <w:color w:val="6A7075"/>
                <w:sz w:val="17"/>
              </w:rPr>
              <w:t>210-130</w:t>
            </w:r>
          </w:p>
        </w:tc>
        <w:tc>
          <w:tcPr>
            <w:tcW w:w="2648" w:type="dxa"/>
            <w:tcMar>
              <w:top w:w="28" w:type="dxa"/>
              <w:left w:w="38" w:type="dxa"/>
              <w:bottom w:w="28" w:type="dxa"/>
              <w:right w:w="38" w:type="dxa"/>
            </w:tcMar>
            <w:vAlign w:val="center"/>
          </w:tcPr>
          <w:p w14:paraId="3FEBB562" w14:textId="77777777" w:rsidR="00D60D5E" w:rsidRDefault="00891EF0">
            <w:pPr>
              <w:spacing w:after="0" w:line="240" w:lineRule="auto"/>
            </w:pPr>
            <w:r>
              <w:rPr>
                <w:rFonts w:eastAsia="Aptos"/>
                <w:sz w:val="17"/>
              </w:rPr>
              <w:t>Granola Cran &amp; Almond 11 oz</w:t>
            </w:r>
          </w:p>
        </w:tc>
        <w:tc>
          <w:tcPr>
            <w:tcW w:w="630" w:type="dxa"/>
            <w:tcMar>
              <w:top w:w="28" w:type="dxa"/>
              <w:left w:w="38" w:type="dxa"/>
              <w:bottom w:w="28" w:type="dxa"/>
              <w:right w:w="38" w:type="dxa"/>
            </w:tcMar>
            <w:vAlign w:val="center"/>
          </w:tcPr>
          <w:p w14:paraId="509A36E2" w14:textId="77777777" w:rsidR="00D60D5E" w:rsidRDefault="00891EF0">
            <w:pPr>
              <w:spacing w:after="0" w:line="240" w:lineRule="auto"/>
              <w:jc w:val="center"/>
            </w:pPr>
            <w:r>
              <w:rPr>
                <w:rFonts w:eastAsia="Aptos"/>
                <w:b/>
                <w:sz w:val="17"/>
              </w:rPr>
              <w:t>11.50</w:t>
            </w:r>
          </w:p>
        </w:tc>
        <w:tc>
          <w:tcPr>
            <w:tcW w:w="540" w:type="dxa"/>
            <w:tcMar>
              <w:top w:w="28" w:type="dxa"/>
              <w:left w:w="38" w:type="dxa"/>
              <w:bottom w:w="28" w:type="dxa"/>
              <w:right w:w="38" w:type="dxa"/>
            </w:tcMar>
            <w:vAlign w:val="center"/>
          </w:tcPr>
          <w:p w14:paraId="4738647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737722" w14:textId="77777777" w:rsidR="00D60D5E" w:rsidRDefault="00D60D5E">
            <w:pPr>
              <w:jc w:val="center"/>
            </w:pPr>
          </w:p>
        </w:tc>
      </w:tr>
      <w:tr w:rsidR="00D60D5E" w14:paraId="472B4DC5" w14:textId="77777777" w:rsidTr="000617E0">
        <w:trPr>
          <w:cantSplit/>
          <w:jc w:val="center"/>
        </w:trPr>
        <w:tc>
          <w:tcPr>
            <w:tcW w:w="677" w:type="dxa"/>
            <w:tcMar>
              <w:top w:w="28" w:type="dxa"/>
              <w:left w:w="38" w:type="dxa"/>
              <w:bottom w:w="28" w:type="dxa"/>
              <w:right w:w="38" w:type="dxa"/>
            </w:tcMar>
            <w:vAlign w:val="center"/>
          </w:tcPr>
          <w:p w14:paraId="5EE2F8A4" w14:textId="77777777" w:rsidR="00D60D5E" w:rsidRDefault="00891EF0">
            <w:pPr>
              <w:spacing w:after="0" w:line="240" w:lineRule="auto"/>
              <w:jc w:val="center"/>
            </w:pPr>
            <w:r>
              <w:rPr>
                <w:rFonts w:eastAsia="Aptos"/>
                <w:color w:val="6A7075"/>
                <w:sz w:val="17"/>
              </w:rPr>
              <w:t>210-135</w:t>
            </w:r>
          </w:p>
        </w:tc>
        <w:tc>
          <w:tcPr>
            <w:tcW w:w="2648" w:type="dxa"/>
            <w:tcMar>
              <w:top w:w="28" w:type="dxa"/>
              <w:left w:w="38" w:type="dxa"/>
              <w:bottom w:w="28" w:type="dxa"/>
              <w:right w:w="38" w:type="dxa"/>
            </w:tcMar>
            <w:vAlign w:val="center"/>
          </w:tcPr>
          <w:p w14:paraId="4469A509" w14:textId="77777777" w:rsidR="00D60D5E" w:rsidRDefault="00891EF0">
            <w:pPr>
              <w:spacing w:after="0" w:line="240" w:lineRule="auto"/>
            </w:pPr>
            <w:r>
              <w:rPr>
                <w:rFonts w:eastAsia="Aptos"/>
                <w:sz w:val="17"/>
              </w:rPr>
              <w:t>Lucky Charms 10.5 oz</w:t>
            </w:r>
          </w:p>
        </w:tc>
        <w:tc>
          <w:tcPr>
            <w:tcW w:w="630" w:type="dxa"/>
            <w:tcMar>
              <w:top w:w="28" w:type="dxa"/>
              <w:left w:w="38" w:type="dxa"/>
              <w:bottom w:w="28" w:type="dxa"/>
              <w:right w:w="38" w:type="dxa"/>
            </w:tcMar>
            <w:vAlign w:val="center"/>
          </w:tcPr>
          <w:p w14:paraId="23ED34F8" w14:textId="77777777" w:rsidR="00D60D5E" w:rsidRDefault="00891EF0">
            <w:pPr>
              <w:spacing w:after="0" w:line="240" w:lineRule="auto"/>
              <w:jc w:val="center"/>
            </w:pPr>
            <w:r>
              <w:rPr>
                <w:rFonts w:eastAsia="Aptos"/>
                <w:b/>
                <w:sz w:val="17"/>
              </w:rPr>
              <w:t>6.70</w:t>
            </w:r>
          </w:p>
        </w:tc>
        <w:tc>
          <w:tcPr>
            <w:tcW w:w="540" w:type="dxa"/>
            <w:tcMar>
              <w:top w:w="28" w:type="dxa"/>
              <w:left w:w="38" w:type="dxa"/>
              <w:bottom w:w="28" w:type="dxa"/>
              <w:right w:w="38" w:type="dxa"/>
            </w:tcMar>
            <w:vAlign w:val="center"/>
          </w:tcPr>
          <w:p w14:paraId="5E15DAB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75A443" w14:textId="77777777" w:rsidR="00D60D5E" w:rsidRDefault="00D60D5E">
            <w:pPr>
              <w:jc w:val="center"/>
            </w:pPr>
          </w:p>
        </w:tc>
      </w:tr>
      <w:tr w:rsidR="00D60D5E" w14:paraId="68BC4D50" w14:textId="77777777" w:rsidTr="000617E0">
        <w:trPr>
          <w:cantSplit/>
          <w:jc w:val="center"/>
        </w:trPr>
        <w:tc>
          <w:tcPr>
            <w:tcW w:w="677" w:type="dxa"/>
            <w:tcMar>
              <w:top w:w="28" w:type="dxa"/>
              <w:left w:w="38" w:type="dxa"/>
              <w:bottom w:w="28" w:type="dxa"/>
              <w:right w:w="38" w:type="dxa"/>
            </w:tcMar>
            <w:vAlign w:val="center"/>
          </w:tcPr>
          <w:p w14:paraId="63535794" w14:textId="77777777" w:rsidR="00D60D5E" w:rsidRDefault="00891EF0">
            <w:pPr>
              <w:spacing w:after="0" w:line="240" w:lineRule="auto"/>
              <w:jc w:val="center"/>
            </w:pPr>
            <w:r>
              <w:rPr>
                <w:rFonts w:eastAsia="Aptos"/>
                <w:color w:val="6A7075"/>
                <w:sz w:val="17"/>
              </w:rPr>
              <w:t>210-136</w:t>
            </w:r>
          </w:p>
        </w:tc>
        <w:tc>
          <w:tcPr>
            <w:tcW w:w="2648" w:type="dxa"/>
            <w:tcMar>
              <w:top w:w="28" w:type="dxa"/>
              <w:left w:w="38" w:type="dxa"/>
              <w:bottom w:w="28" w:type="dxa"/>
              <w:right w:w="38" w:type="dxa"/>
            </w:tcMar>
            <w:vAlign w:val="center"/>
          </w:tcPr>
          <w:p w14:paraId="0F53C0E1" w14:textId="77777777" w:rsidR="00D60D5E" w:rsidRDefault="00891EF0">
            <w:pPr>
              <w:spacing w:after="0" w:line="240" w:lineRule="auto"/>
            </w:pPr>
            <w:r>
              <w:rPr>
                <w:rFonts w:eastAsia="Aptos"/>
                <w:sz w:val="17"/>
              </w:rPr>
              <w:t>Corn Flakes 12 oz</w:t>
            </w:r>
          </w:p>
        </w:tc>
        <w:tc>
          <w:tcPr>
            <w:tcW w:w="630" w:type="dxa"/>
            <w:tcMar>
              <w:top w:w="28" w:type="dxa"/>
              <w:left w:w="38" w:type="dxa"/>
              <w:bottom w:w="28" w:type="dxa"/>
              <w:right w:w="38" w:type="dxa"/>
            </w:tcMar>
            <w:vAlign w:val="center"/>
          </w:tcPr>
          <w:p w14:paraId="1B1B31BC"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7D4FC36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08128B" w14:textId="77777777" w:rsidR="00D60D5E" w:rsidRDefault="00D60D5E">
            <w:pPr>
              <w:jc w:val="center"/>
            </w:pPr>
          </w:p>
        </w:tc>
      </w:tr>
      <w:tr w:rsidR="00D60D5E" w14:paraId="07C0D6CD" w14:textId="77777777" w:rsidTr="000617E0">
        <w:trPr>
          <w:cantSplit/>
          <w:jc w:val="center"/>
        </w:trPr>
        <w:tc>
          <w:tcPr>
            <w:tcW w:w="677" w:type="dxa"/>
            <w:tcMar>
              <w:top w:w="28" w:type="dxa"/>
              <w:left w:w="38" w:type="dxa"/>
              <w:bottom w:w="28" w:type="dxa"/>
              <w:right w:w="38" w:type="dxa"/>
            </w:tcMar>
            <w:vAlign w:val="center"/>
          </w:tcPr>
          <w:p w14:paraId="1AEEE8C8" w14:textId="77777777" w:rsidR="00D60D5E" w:rsidRDefault="00891EF0">
            <w:pPr>
              <w:spacing w:after="0" w:line="240" w:lineRule="auto"/>
              <w:jc w:val="center"/>
            </w:pPr>
            <w:r>
              <w:rPr>
                <w:rFonts w:eastAsia="Aptos"/>
                <w:color w:val="6A7075"/>
                <w:sz w:val="17"/>
              </w:rPr>
              <w:t>210-140</w:t>
            </w:r>
          </w:p>
        </w:tc>
        <w:tc>
          <w:tcPr>
            <w:tcW w:w="2648" w:type="dxa"/>
            <w:tcMar>
              <w:top w:w="28" w:type="dxa"/>
              <w:left w:w="38" w:type="dxa"/>
              <w:bottom w:w="28" w:type="dxa"/>
              <w:right w:w="38" w:type="dxa"/>
            </w:tcMar>
            <w:vAlign w:val="center"/>
          </w:tcPr>
          <w:p w14:paraId="5A64F7A7" w14:textId="77777777" w:rsidR="00D60D5E" w:rsidRDefault="00891EF0">
            <w:pPr>
              <w:spacing w:after="0" w:line="240" w:lineRule="auto"/>
            </w:pPr>
            <w:r>
              <w:rPr>
                <w:rFonts w:eastAsia="Aptos"/>
                <w:sz w:val="17"/>
              </w:rPr>
              <w:t>Raisin Bran 15.4oz</w:t>
            </w:r>
          </w:p>
        </w:tc>
        <w:tc>
          <w:tcPr>
            <w:tcW w:w="630" w:type="dxa"/>
            <w:tcMar>
              <w:top w:w="28" w:type="dxa"/>
              <w:left w:w="38" w:type="dxa"/>
              <w:bottom w:w="28" w:type="dxa"/>
              <w:right w:w="38" w:type="dxa"/>
            </w:tcMar>
            <w:vAlign w:val="center"/>
          </w:tcPr>
          <w:p w14:paraId="6E7DA7F1"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65A0C66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E949CB" w14:textId="77777777" w:rsidR="00D60D5E" w:rsidRDefault="00D60D5E">
            <w:pPr>
              <w:jc w:val="center"/>
            </w:pPr>
          </w:p>
        </w:tc>
      </w:tr>
      <w:tr w:rsidR="00D60D5E" w14:paraId="38650A25" w14:textId="77777777" w:rsidTr="000617E0">
        <w:trPr>
          <w:cantSplit/>
          <w:jc w:val="center"/>
        </w:trPr>
        <w:tc>
          <w:tcPr>
            <w:tcW w:w="677" w:type="dxa"/>
            <w:tcMar>
              <w:top w:w="28" w:type="dxa"/>
              <w:left w:w="38" w:type="dxa"/>
              <w:bottom w:w="28" w:type="dxa"/>
              <w:right w:w="38" w:type="dxa"/>
            </w:tcMar>
            <w:vAlign w:val="center"/>
          </w:tcPr>
          <w:p w14:paraId="0BFD3916" w14:textId="77777777" w:rsidR="00D60D5E" w:rsidRDefault="00891EF0">
            <w:pPr>
              <w:spacing w:after="0" w:line="240" w:lineRule="auto"/>
              <w:jc w:val="center"/>
            </w:pPr>
            <w:r>
              <w:rPr>
                <w:rFonts w:eastAsia="Aptos"/>
                <w:color w:val="6A7075"/>
                <w:sz w:val="17"/>
              </w:rPr>
              <w:t>210-145</w:t>
            </w:r>
          </w:p>
        </w:tc>
        <w:tc>
          <w:tcPr>
            <w:tcW w:w="2648" w:type="dxa"/>
            <w:tcMar>
              <w:top w:w="28" w:type="dxa"/>
              <w:left w:w="38" w:type="dxa"/>
              <w:bottom w:w="28" w:type="dxa"/>
              <w:right w:w="38" w:type="dxa"/>
            </w:tcMar>
            <w:vAlign w:val="center"/>
          </w:tcPr>
          <w:p w14:paraId="0C83C6D4" w14:textId="77777777" w:rsidR="00D60D5E" w:rsidRDefault="00891EF0">
            <w:pPr>
              <w:spacing w:after="0" w:line="240" w:lineRule="auto"/>
            </w:pPr>
            <w:r>
              <w:rPr>
                <w:rFonts w:eastAsia="Aptos"/>
                <w:sz w:val="17"/>
              </w:rPr>
              <w:t>Frosted Flakes 21.7 oz</w:t>
            </w:r>
          </w:p>
        </w:tc>
        <w:tc>
          <w:tcPr>
            <w:tcW w:w="630" w:type="dxa"/>
            <w:tcMar>
              <w:top w:w="28" w:type="dxa"/>
              <w:left w:w="38" w:type="dxa"/>
              <w:bottom w:w="28" w:type="dxa"/>
              <w:right w:w="38" w:type="dxa"/>
            </w:tcMar>
            <w:vAlign w:val="center"/>
          </w:tcPr>
          <w:p w14:paraId="366F7195" w14:textId="77777777" w:rsidR="00D60D5E" w:rsidRDefault="00891EF0">
            <w:pPr>
              <w:spacing w:after="0" w:line="240" w:lineRule="auto"/>
              <w:jc w:val="center"/>
            </w:pPr>
            <w:r>
              <w:rPr>
                <w:rFonts w:eastAsia="Aptos"/>
                <w:b/>
                <w:sz w:val="17"/>
              </w:rPr>
              <w:t>9.39</w:t>
            </w:r>
          </w:p>
        </w:tc>
        <w:tc>
          <w:tcPr>
            <w:tcW w:w="540" w:type="dxa"/>
            <w:tcMar>
              <w:top w:w="28" w:type="dxa"/>
              <w:left w:w="38" w:type="dxa"/>
              <w:bottom w:w="28" w:type="dxa"/>
              <w:right w:w="38" w:type="dxa"/>
            </w:tcMar>
            <w:vAlign w:val="center"/>
          </w:tcPr>
          <w:p w14:paraId="6C652E4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AE43A0" w14:textId="77777777" w:rsidR="00D60D5E" w:rsidRDefault="00D60D5E">
            <w:pPr>
              <w:jc w:val="center"/>
            </w:pPr>
          </w:p>
        </w:tc>
      </w:tr>
      <w:tr w:rsidR="00D60D5E" w14:paraId="6B025677" w14:textId="77777777" w:rsidTr="000617E0">
        <w:trPr>
          <w:cantSplit/>
          <w:jc w:val="center"/>
        </w:trPr>
        <w:tc>
          <w:tcPr>
            <w:tcW w:w="677" w:type="dxa"/>
            <w:tcMar>
              <w:top w:w="28" w:type="dxa"/>
              <w:left w:w="38" w:type="dxa"/>
              <w:bottom w:w="28" w:type="dxa"/>
              <w:right w:w="38" w:type="dxa"/>
            </w:tcMar>
            <w:vAlign w:val="center"/>
          </w:tcPr>
          <w:p w14:paraId="1743100D" w14:textId="77777777" w:rsidR="00D60D5E" w:rsidRDefault="00891EF0">
            <w:pPr>
              <w:spacing w:after="0" w:line="240" w:lineRule="auto"/>
              <w:jc w:val="center"/>
            </w:pPr>
            <w:r>
              <w:rPr>
                <w:rFonts w:eastAsia="Aptos"/>
                <w:color w:val="6A7075"/>
                <w:sz w:val="17"/>
              </w:rPr>
              <w:t>210-150</w:t>
            </w:r>
          </w:p>
        </w:tc>
        <w:tc>
          <w:tcPr>
            <w:tcW w:w="2648" w:type="dxa"/>
            <w:tcMar>
              <w:top w:w="28" w:type="dxa"/>
              <w:left w:w="38" w:type="dxa"/>
              <w:bottom w:w="28" w:type="dxa"/>
              <w:right w:w="38" w:type="dxa"/>
            </w:tcMar>
            <w:vAlign w:val="center"/>
          </w:tcPr>
          <w:p w14:paraId="02CB832A" w14:textId="77777777" w:rsidR="00D60D5E" w:rsidRDefault="00891EF0">
            <w:pPr>
              <w:spacing w:after="0" w:line="240" w:lineRule="auto"/>
            </w:pPr>
            <w:r>
              <w:rPr>
                <w:rFonts w:eastAsia="Aptos"/>
                <w:sz w:val="17"/>
              </w:rPr>
              <w:t>Cheerios 12oz</w:t>
            </w:r>
          </w:p>
        </w:tc>
        <w:tc>
          <w:tcPr>
            <w:tcW w:w="630" w:type="dxa"/>
            <w:tcMar>
              <w:top w:w="28" w:type="dxa"/>
              <w:left w:w="38" w:type="dxa"/>
              <w:bottom w:w="28" w:type="dxa"/>
              <w:right w:w="38" w:type="dxa"/>
            </w:tcMar>
            <w:vAlign w:val="center"/>
          </w:tcPr>
          <w:p w14:paraId="54739DD3" w14:textId="77777777" w:rsidR="00D60D5E" w:rsidRDefault="00891EF0">
            <w:pPr>
              <w:spacing w:after="0" w:line="240" w:lineRule="auto"/>
              <w:jc w:val="center"/>
            </w:pPr>
            <w:r>
              <w:rPr>
                <w:rFonts w:eastAsia="Aptos"/>
                <w:b/>
                <w:sz w:val="17"/>
              </w:rPr>
              <w:t>10.50</w:t>
            </w:r>
          </w:p>
        </w:tc>
        <w:tc>
          <w:tcPr>
            <w:tcW w:w="540" w:type="dxa"/>
            <w:tcMar>
              <w:top w:w="28" w:type="dxa"/>
              <w:left w:w="38" w:type="dxa"/>
              <w:bottom w:w="28" w:type="dxa"/>
              <w:right w:w="38" w:type="dxa"/>
            </w:tcMar>
            <w:vAlign w:val="center"/>
          </w:tcPr>
          <w:p w14:paraId="727A910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19ACAD" w14:textId="77777777" w:rsidR="00D60D5E" w:rsidRDefault="00D60D5E">
            <w:pPr>
              <w:jc w:val="center"/>
            </w:pPr>
          </w:p>
        </w:tc>
      </w:tr>
      <w:tr w:rsidR="00D60D5E" w14:paraId="31DF36BB" w14:textId="77777777" w:rsidTr="000617E0">
        <w:trPr>
          <w:cantSplit/>
          <w:jc w:val="center"/>
        </w:trPr>
        <w:tc>
          <w:tcPr>
            <w:tcW w:w="677" w:type="dxa"/>
            <w:tcMar>
              <w:top w:w="28" w:type="dxa"/>
              <w:left w:w="38" w:type="dxa"/>
              <w:bottom w:w="28" w:type="dxa"/>
              <w:right w:w="38" w:type="dxa"/>
            </w:tcMar>
            <w:vAlign w:val="center"/>
          </w:tcPr>
          <w:p w14:paraId="53BC0977" w14:textId="77777777" w:rsidR="00D60D5E" w:rsidRDefault="00891EF0">
            <w:pPr>
              <w:spacing w:after="0" w:line="240" w:lineRule="auto"/>
              <w:jc w:val="center"/>
            </w:pPr>
            <w:r>
              <w:rPr>
                <w:rFonts w:eastAsia="Aptos"/>
                <w:color w:val="6A7075"/>
                <w:sz w:val="17"/>
              </w:rPr>
              <w:t>210-151</w:t>
            </w:r>
          </w:p>
        </w:tc>
        <w:tc>
          <w:tcPr>
            <w:tcW w:w="2648" w:type="dxa"/>
            <w:tcMar>
              <w:top w:w="28" w:type="dxa"/>
              <w:left w:w="38" w:type="dxa"/>
              <w:bottom w:w="28" w:type="dxa"/>
              <w:right w:w="38" w:type="dxa"/>
            </w:tcMar>
            <w:vAlign w:val="center"/>
          </w:tcPr>
          <w:p w14:paraId="6FC40C58" w14:textId="77777777" w:rsidR="00D60D5E" w:rsidRDefault="00891EF0">
            <w:pPr>
              <w:spacing w:after="0" w:line="240" w:lineRule="auto"/>
            </w:pPr>
            <w:r>
              <w:rPr>
                <w:rFonts w:eastAsia="Aptos"/>
                <w:sz w:val="17"/>
              </w:rPr>
              <w:t>Cheerios Honey Nut 10.8oz</w:t>
            </w:r>
          </w:p>
        </w:tc>
        <w:tc>
          <w:tcPr>
            <w:tcW w:w="630" w:type="dxa"/>
            <w:tcMar>
              <w:top w:w="28" w:type="dxa"/>
              <w:left w:w="38" w:type="dxa"/>
              <w:bottom w:w="28" w:type="dxa"/>
              <w:right w:w="38" w:type="dxa"/>
            </w:tcMar>
            <w:vAlign w:val="center"/>
          </w:tcPr>
          <w:p w14:paraId="4F1A7E4F" w14:textId="77777777" w:rsidR="00D60D5E" w:rsidRDefault="00891EF0">
            <w:pPr>
              <w:spacing w:after="0" w:line="240" w:lineRule="auto"/>
              <w:jc w:val="center"/>
            </w:pPr>
            <w:r>
              <w:rPr>
                <w:rFonts w:eastAsia="Aptos"/>
                <w:b/>
                <w:sz w:val="17"/>
              </w:rPr>
              <w:t>7.39</w:t>
            </w:r>
          </w:p>
        </w:tc>
        <w:tc>
          <w:tcPr>
            <w:tcW w:w="540" w:type="dxa"/>
            <w:tcMar>
              <w:top w:w="28" w:type="dxa"/>
              <w:left w:w="38" w:type="dxa"/>
              <w:bottom w:w="28" w:type="dxa"/>
              <w:right w:w="38" w:type="dxa"/>
            </w:tcMar>
            <w:vAlign w:val="center"/>
          </w:tcPr>
          <w:p w14:paraId="466C7DB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205164" w14:textId="77777777" w:rsidR="00D60D5E" w:rsidRDefault="00D60D5E">
            <w:pPr>
              <w:jc w:val="center"/>
            </w:pPr>
          </w:p>
        </w:tc>
      </w:tr>
      <w:tr w:rsidR="00D60D5E" w14:paraId="4B18CDAD" w14:textId="77777777" w:rsidTr="000617E0">
        <w:trPr>
          <w:cantSplit/>
          <w:jc w:val="center"/>
        </w:trPr>
        <w:tc>
          <w:tcPr>
            <w:tcW w:w="677" w:type="dxa"/>
            <w:tcMar>
              <w:top w:w="28" w:type="dxa"/>
              <w:left w:w="38" w:type="dxa"/>
              <w:bottom w:w="28" w:type="dxa"/>
              <w:right w:w="38" w:type="dxa"/>
            </w:tcMar>
            <w:vAlign w:val="center"/>
          </w:tcPr>
          <w:p w14:paraId="5B436FC2" w14:textId="77777777" w:rsidR="00D60D5E" w:rsidRDefault="00891EF0">
            <w:pPr>
              <w:spacing w:after="0" w:line="240" w:lineRule="auto"/>
              <w:jc w:val="center"/>
            </w:pPr>
            <w:r>
              <w:rPr>
                <w:rFonts w:eastAsia="Aptos"/>
                <w:color w:val="6A7075"/>
                <w:sz w:val="17"/>
              </w:rPr>
              <w:t>210-155</w:t>
            </w:r>
          </w:p>
        </w:tc>
        <w:tc>
          <w:tcPr>
            <w:tcW w:w="2648" w:type="dxa"/>
            <w:tcMar>
              <w:top w:w="28" w:type="dxa"/>
              <w:left w:w="38" w:type="dxa"/>
              <w:bottom w:w="28" w:type="dxa"/>
              <w:right w:w="38" w:type="dxa"/>
            </w:tcMar>
            <w:vAlign w:val="center"/>
          </w:tcPr>
          <w:p w14:paraId="45235EC9" w14:textId="77777777" w:rsidR="00D60D5E" w:rsidRDefault="00891EF0">
            <w:pPr>
              <w:spacing w:after="0" w:line="240" w:lineRule="auto"/>
            </w:pPr>
            <w:r>
              <w:rPr>
                <w:rFonts w:eastAsia="Aptos"/>
                <w:sz w:val="17"/>
              </w:rPr>
              <w:t>Cheerios Multigrain 9oz</w:t>
            </w:r>
          </w:p>
        </w:tc>
        <w:tc>
          <w:tcPr>
            <w:tcW w:w="630" w:type="dxa"/>
            <w:tcMar>
              <w:top w:w="28" w:type="dxa"/>
              <w:left w:w="38" w:type="dxa"/>
              <w:bottom w:w="28" w:type="dxa"/>
              <w:right w:w="38" w:type="dxa"/>
            </w:tcMar>
            <w:vAlign w:val="center"/>
          </w:tcPr>
          <w:p w14:paraId="78F821C7" w14:textId="77777777" w:rsidR="00D60D5E" w:rsidRDefault="00891EF0">
            <w:pPr>
              <w:spacing w:after="0" w:line="240" w:lineRule="auto"/>
              <w:jc w:val="center"/>
            </w:pPr>
            <w:r>
              <w:rPr>
                <w:rFonts w:eastAsia="Aptos"/>
                <w:b/>
                <w:sz w:val="17"/>
              </w:rPr>
              <w:t>6.39</w:t>
            </w:r>
          </w:p>
        </w:tc>
        <w:tc>
          <w:tcPr>
            <w:tcW w:w="540" w:type="dxa"/>
            <w:tcMar>
              <w:top w:w="28" w:type="dxa"/>
              <w:left w:w="38" w:type="dxa"/>
              <w:bottom w:w="28" w:type="dxa"/>
              <w:right w:w="38" w:type="dxa"/>
            </w:tcMar>
            <w:vAlign w:val="center"/>
          </w:tcPr>
          <w:p w14:paraId="6234CA8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4B556C" w14:textId="77777777" w:rsidR="00D60D5E" w:rsidRDefault="00D60D5E">
            <w:pPr>
              <w:jc w:val="center"/>
            </w:pPr>
          </w:p>
        </w:tc>
      </w:tr>
      <w:tr w:rsidR="00D60D5E" w14:paraId="35DE4374" w14:textId="77777777" w:rsidTr="000617E0">
        <w:trPr>
          <w:cantSplit/>
          <w:jc w:val="center"/>
        </w:trPr>
        <w:tc>
          <w:tcPr>
            <w:tcW w:w="677" w:type="dxa"/>
            <w:tcMar>
              <w:top w:w="28" w:type="dxa"/>
              <w:left w:w="38" w:type="dxa"/>
              <w:bottom w:w="28" w:type="dxa"/>
              <w:right w:w="38" w:type="dxa"/>
            </w:tcMar>
            <w:vAlign w:val="center"/>
          </w:tcPr>
          <w:p w14:paraId="11973D98" w14:textId="77777777" w:rsidR="00D60D5E" w:rsidRDefault="00891EF0">
            <w:pPr>
              <w:spacing w:after="0" w:line="240" w:lineRule="auto"/>
              <w:jc w:val="center"/>
            </w:pPr>
            <w:r>
              <w:rPr>
                <w:rFonts w:eastAsia="Aptos"/>
                <w:color w:val="6A7075"/>
                <w:sz w:val="17"/>
              </w:rPr>
              <w:t>210-160</w:t>
            </w:r>
          </w:p>
        </w:tc>
        <w:tc>
          <w:tcPr>
            <w:tcW w:w="2648" w:type="dxa"/>
            <w:tcMar>
              <w:top w:w="28" w:type="dxa"/>
              <w:left w:w="38" w:type="dxa"/>
              <w:bottom w:w="28" w:type="dxa"/>
              <w:right w:w="38" w:type="dxa"/>
            </w:tcMar>
            <w:vAlign w:val="center"/>
          </w:tcPr>
          <w:p w14:paraId="7222983A" w14:textId="77777777" w:rsidR="00D60D5E" w:rsidRDefault="00891EF0">
            <w:pPr>
              <w:spacing w:after="0" w:line="240" w:lineRule="auto"/>
            </w:pPr>
            <w:r>
              <w:rPr>
                <w:rFonts w:eastAsia="Aptos"/>
                <w:sz w:val="17"/>
              </w:rPr>
              <w:t>Frosted Mini Wheat 13.3oz</w:t>
            </w:r>
          </w:p>
        </w:tc>
        <w:tc>
          <w:tcPr>
            <w:tcW w:w="630" w:type="dxa"/>
            <w:tcMar>
              <w:top w:w="28" w:type="dxa"/>
              <w:left w:w="38" w:type="dxa"/>
              <w:bottom w:w="28" w:type="dxa"/>
              <w:right w:w="38" w:type="dxa"/>
            </w:tcMar>
            <w:vAlign w:val="center"/>
          </w:tcPr>
          <w:p w14:paraId="3436E920" w14:textId="77777777" w:rsidR="00D60D5E" w:rsidRDefault="00891EF0">
            <w:pPr>
              <w:spacing w:after="0" w:line="240" w:lineRule="auto"/>
              <w:jc w:val="center"/>
            </w:pPr>
            <w:r>
              <w:rPr>
                <w:rFonts w:eastAsia="Aptos"/>
                <w:b/>
                <w:sz w:val="17"/>
              </w:rPr>
              <w:t>7.40</w:t>
            </w:r>
          </w:p>
        </w:tc>
        <w:tc>
          <w:tcPr>
            <w:tcW w:w="540" w:type="dxa"/>
            <w:tcMar>
              <w:top w:w="28" w:type="dxa"/>
              <w:left w:w="38" w:type="dxa"/>
              <w:bottom w:w="28" w:type="dxa"/>
              <w:right w:w="38" w:type="dxa"/>
            </w:tcMar>
            <w:vAlign w:val="center"/>
          </w:tcPr>
          <w:p w14:paraId="399A347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DA6EEC" w14:textId="77777777" w:rsidR="00D60D5E" w:rsidRDefault="00D60D5E">
            <w:pPr>
              <w:jc w:val="center"/>
            </w:pPr>
          </w:p>
        </w:tc>
      </w:tr>
      <w:tr w:rsidR="00D60D5E" w14:paraId="70FD5B9B" w14:textId="77777777" w:rsidTr="000617E0">
        <w:trPr>
          <w:cantSplit/>
          <w:jc w:val="center"/>
        </w:trPr>
        <w:tc>
          <w:tcPr>
            <w:tcW w:w="677" w:type="dxa"/>
            <w:tcMar>
              <w:top w:w="28" w:type="dxa"/>
              <w:left w:w="38" w:type="dxa"/>
              <w:bottom w:w="28" w:type="dxa"/>
              <w:right w:w="38" w:type="dxa"/>
            </w:tcMar>
            <w:vAlign w:val="center"/>
          </w:tcPr>
          <w:p w14:paraId="2ACE8C63" w14:textId="77777777" w:rsidR="00D60D5E" w:rsidRDefault="00891EF0">
            <w:pPr>
              <w:spacing w:after="0" w:line="240" w:lineRule="auto"/>
              <w:jc w:val="center"/>
            </w:pPr>
            <w:r>
              <w:rPr>
                <w:rFonts w:eastAsia="Aptos"/>
                <w:color w:val="6A7075"/>
                <w:sz w:val="17"/>
              </w:rPr>
              <w:t>210-165</w:t>
            </w:r>
          </w:p>
        </w:tc>
        <w:tc>
          <w:tcPr>
            <w:tcW w:w="2648" w:type="dxa"/>
            <w:tcMar>
              <w:top w:w="28" w:type="dxa"/>
              <w:left w:w="38" w:type="dxa"/>
              <w:bottom w:w="28" w:type="dxa"/>
              <w:right w:w="38" w:type="dxa"/>
            </w:tcMar>
            <w:vAlign w:val="center"/>
          </w:tcPr>
          <w:p w14:paraId="50EC843C" w14:textId="77777777" w:rsidR="00D60D5E" w:rsidRDefault="00891EF0">
            <w:pPr>
              <w:spacing w:after="0" w:line="240" w:lineRule="auto"/>
            </w:pPr>
            <w:r>
              <w:rPr>
                <w:rFonts w:eastAsia="Aptos"/>
                <w:sz w:val="17"/>
              </w:rPr>
              <w:t>Rice Krispies 9oz</w:t>
            </w:r>
          </w:p>
        </w:tc>
        <w:tc>
          <w:tcPr>
            <w:tcW w:w="630" w:type="dxa"/>
            <w:tcMar>
              <w:top w:w="28" w:type="dxa"/>
              <w:left w:w="38" w:type="dxa"/>
              <w:bottom w:w="28" w:type="dxa"/>
              <w:right w:w="38" w:type="dxa"/>
            </w:tcMar>
            <w:vAlign w:val="center"/>
          </w:tcPr>
          <w:p w14:paraId="1C99DC92" w14:textId="77777777" w:rsidR="00D60D5E" w:rsidRDefault="00891EF0">
            <w:pPr>
              <w:spacing w:after="0" w:line="240" w:lineRule="auto"/>
              <w:jc w:val="center"/>
            </w:pPr>
            <w:r>
              <w:rPr>
                <w:rFonts w:eastAsia="Aptos"/>
                <w:b/>
                <w:sz w:val="17"/>
              </w:rPr>
              <w:t>6.89</w:t>
            </w:r>
          </w:p>
        </w:tc>
        <w:tc>
          <w:tcPr>
            <w:tcW w:w="540" w:type="dxa"/>
            <w:tcMar>
              <w:top w:w="28" w:type="dxa"/>
              <w:left w:w="38" w:type="dxa"/>
              <w:bottom w:w="28" w:type="dxa"/>
              <w:right w:w="38" w:type="dxa"/>
            </w:tcMar>
            <w:vAlign w:val="center"/>
          </w:tcPr>
          <w:p w14:paraId="55AFA0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B34225" w14:textId="77777777" w:rsidR="00D60D5E" w:rsidRDefault="00D60D5E">
            <w:pPr>
              <w:jc w:val="center"/>
            </w:pPr>
          </w:p>
        </w:tc>
      </w:tr>
      <w:tr w:rsidR="00D60D5E" w14:paraId="6A0BE613" w14:textId="77777777" w:rsidTr="000617E0">
        <w:trPr>
          <w:cantSplit/>
          <w:jc w:val="center"/>
        </w:trPr>
        <w:tc>
          <w:tcPr>
            <w:tcW w:w="677" w:type="dxa"/>
            <w:tcMar>
              <w:top w:w="28" w:type="dxa"/>
              <w:left w:w="38" w:type="dxa"/>
              <w:bottom w:w="28" w:type="dxa"/>
              <w:right w:w="38" w:type="dxa"/>
            </w:tcMar>
            <w:vAlign w:val="center"/>
          </w:tcPr>
          <w:p w14:paraId="42B0452A" w14:textId="77777777" w:rsidR="00D60D5E" w:rsidRDefault="00891EF0">
            <w:pPr>
              <w:spacing w:after="0" w:line="240" w:lineRule="auto"/>
              <w:jc w:val="center"/>
            </w:pPr>
            <w:r>
              <w:rPr>
                <w:rFonts w:eastAsia="Aptos"/>
                <w:color w:val="6A7075"/>
                <w:sz w:val="17"/>
              </w:rPr>
              <w:lastRenderedPageBreak/>
              <w:t>210-170</w:t>
            </w:r>
          </w:p>
        </w:tc>
        <w:tc>
          <w:tcPr>
            <w:tcW w:w="2648" w:type="dxa"/>
            <w:tcMar>
              <w:top w:w="28" w:type="dxa"/>
              <w:left w:w="38" w:type="dxa"/>
              <w:bottom w:w="28" w:type="dxa"/>
              <w:right w:w="38" w:type="dxa"/>
            </w:tcMar>
            <w:vAlign w:val="center"/>
          </w:tcPr>
          <w:p w14:paraId="7F5A3FD5" w14:textId="77777777" w:rsidR="00D60D5E" w:rsidRDefault="00891EF0">
            <w:pPr>
              <w:spacing w:after="0" w:line="240" w:lineRule="auto"/>
            </w:pPr>
            <w:r>
              <w:rPr>
                <w:rFonts w:eastAsia="Aptos"/>
                <w:sz w:val="17"/>
              </w:rPr>
              <w:t>Special K 12oz</w:t>
            </w:r>
          </w:p>
        </w:tc>
        <w:tc>
          <w:tcPr>
            <w:tcW w:w="630" w:type="dxa"/>
            <w:tcMar>
              <w:top w:w="28" w:type="dxa"/>
              <w:left w:w="38" w:type="dxa"/>
              <w:bottom w:w="28" w:type="dxa"/>
              <w:right w:w="38" w:type="dxa"/>
            </w:tcMar>
            <w:vAlign w:val="center"/>
          </w:tcPr>
          <w:p w14:paraId="444FDDF1"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470241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8F8C73" w14:textId="77777777" w:rsidR="00D60D5E" w:rsidRDefault="00D60D5E">
            <w:pPr>
              <w:jc w:val="center"/>
            </w:pPr>
          </w:p>
        </w:tc>
      </w:tr>
      <w:tr w:rsidR="00D60D5E" w14:paraId="7C753CAB" w14:textId="77777777" w:rsidTr="000617E0">
        <w:trPr>
          <w:cantSplit/>
          <w:jc w:val="center"/>
        </w:trPr>
        <w:tc>
          <w:tcPr>
            <w:tcW w:w="677" w:type="dxa"/>
            <w:tcMar>
              <w:top w:w="28" w:type="dxa"/>
              <w:left w:w="38" w:type="dxa"/>
              <w:bottom w:w="28" w:type="dxa"/>
              <w:right w:w="38" w:type="dxa"/>
            </w:tcMar>
            <w:vAlign w:val="center"/>
          </w:tcPr>
          <w:p w14:paraId="65865FFC" w14:textId="77777777" w:rsidR="00D60D5E" w:rsidRDefault="00891EF0">
            <w:pPr>
              <w:spacing w:after="0" w:line="240" w:lineRule="auto"/>
              <w:jc w:val="center"/>
            </w:pPr>
            <w:r>
              <w:rPr>
                <w:rFonts w:eastAsia="Aptos"/>
                <w:color w:val="6A7075"/>
                <w:sz w:val="17"/>
              </w:rPr>
              <w:t>210-171</w:t>
            </w:r>
          </w:p>
        </w:tc>
        <w:tc>
          <w:tcPr>
            <w:tcW w:w="2648" w:type="dxa"/>
            <w:tcMar>
              <w:top w:w="28" w:type="dxa"/>
              <w:left w:w="38" w:type="dxa"/>
              <w:bottom w:w="28" w:type="dxa"/>
              <w:right w:w="38" w:type="dxa"/>
            </w:tcMar>
            <w:vAlign w:val="center"/>
          </w:tcPr>
          <w:p w14:paraId="6F1D34C4" w14:textId="77777777" w:rsidR="00D60D5E" w:rsidRDefault="00891EF0">
            <w:pPr>
              <w:spacing w:after="0" w:line="240" w:lineRule="auto"/>
            </w:pPr>
            <w:r>
              <w:rPr>
                <w:rFonts w:eastAsia="Aptos"/>
                <w:sz w:val="17"/>
              </w:rPr>
              <w:t>Cinnamon Toast Crunch 12 oz</w:t>
            </w:r>
          </w:p>
        </w:tc>
        <w:tc>
          <w:tcPr>
            <w:tcW w:w="630" w:type="dxa"/>
            <w:tcMar>
              <w:top w:w="28" w:type="dxa"/>
              <w:left w:w="38" w:type="dxa"/>
              <w:bottom w:w="28" w:type="dxa"/>
              <w:right w:w="38" w:type="dxa"/>
            </w:tcMar>
            <w:vAlign w:val="center"/>
          </w:tcPr>
          <w:p w14:paraId="4E7E2476" w14:textId="77777777" w:rsidR="00D60D5E" w:rsidRDefault="00891EF0">
            <w:pPr>
              <w:spacing w:after="0" w:line="240" w:lineRule="auto"/>
              <w:jc w:val="center"/>
            </w:pPr>
            <w:r>
              <w:rPr>
                <w:rFonts w:eastAsia="Aptos"/>
                <w:b/>
                <w:sz w:val="17"/>
              </w:rPr>
              <w:t>6.69</w:t>
            </w:r>
          </w:p>
        </w:tc>
        <w:tc>
          <w:tcPr>
            <w:tcW w:w="540" w:type="dxa"/>
            <w:tcMar>
              <w:top w:w="28" w:type="dxa"/>
              <w:left w:w="38" w:type="dxa"/>
              <w:bottom w:w="28" w:type="dxa"/>
              <w:right w:w="38" w:type="dxa"/>
            </w:tcMar>
            <w:vAlign w:val="center"/>
          </w:tcPr>
          <w:p w14:paraId="584994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C02C6E" w14:textId="77777777" w:rsidR="00D60D5E" w:rsidRDefault="00D60D5E">
            <w:pPr>
              <w:jc w:val="center"/>
            </w:pPr>
          </w:p>
        </w:tc>
      </w:tr>
      <w:tr w:rsidR="00D60D5E" w14:paraId="6C63E9B5" w14:textId="77777777" w:rsidTr="000617E0">
        <w:trPr>
          <w:cantSplit/>
          <w:jc w:val="center"/>
        </w:trPr>
        <w:tc>
          <w:tcPr>
            <w:tcW w:w="677" w:type="dxa"/>
            <w:tcMar>
              <w:top w:w="28" w:type="dxa"/>
              <w:left w:w="38" w:type="dxa"/>
              <w:bottom w:w="28" w:type="dxa"/>
              <w:right w:w="38" w:type="dxa"/>
            </w:tcMar>
            <w:vAlign w:val="center"/>
          </w:tcPr>
          <w:p w14:paraId="38A55B9D" w14:textId="77777777" w:rsidR="00D60D5E" w:rsidRDefault="00891EF0">
            <w:pPr>
              <w:spacing w:after="0" w:line="240" w:lineRule="auto"/>
              <w:jc w:val="center"/>
            </w:pPr>
            <w:r>
              <w:rPr>
                <w:rFonts w:eastAsia="Aptos"/>
                <w:color w:val="6A7075"/>
                <w:sz w:val="17"/>
              </w:rPr>
              <w:t>210-175</w:t>
            </w:r>
          </w:p>
        </w:tc>
        <w:tc>
          <w:tcPr>
            <w:tcW w:w="2648" w:type="dxa"/>
            <w:tcMar>
              <w:top w:w="28" w:type="dxa"/>
              <w:left w:w="38" w:type="dxa"/>
              <w:bottom w:w="28" w:type="dxa"/>
              <w:right w:w="38" w:type="dxa"/>
            </w:tcMar>
            <w:vAlign w:val="center"/>
          </w:tcPr>
          <w:p w14:paraId="3AB87AAA" w14:textId="77777777" w:rsidR="00D60D5E" w:rsidRDefault="00891EF0">
            <w:pPr>
              <w:spacing w:after="0" w:line="240" w:lineRule="auto"/>
            </w:pPr>
            <w:r>
              <w:rPr>
                <w:rFonts w:eastAsia="Aptos"/>
                <w:sz w:val="17"/>
              </w:rPr>
              <w:t>Apple Jacks 11 oz</w:t>
            </w:r>
          </w:p>
        </w:tc>
        <w:tc>
          <w:tcPr>
            <w:tcW w:w="630" w:type="dxa"/>
            <w:tcMar>
              <w:top w:w="28" w:type="dxa"/>
              <w:left w:w="38" w:type="dxa"/>
              <w:bottom w:w="28" w:type="dxa"/>
              <w:right w:w="38" w:type="dxa"/>
            </w:tcMar>
            <w:vAlign w:val="center"/>
          </w:tcPr>
          <w:p w14:paraId="5246A36C"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7AF8540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BB882D" w14:textId="77777777" w:rsidR="00D60D5E" w:rsidRDefault="00D60D5E">
            <w:pPr>
              <w:jc w:val="center"/>
            </w:pPr>
          </w:p>
        </w:tc>
      </w:tr>
      <w:tr w:rsidR="00D60D5E" w14:paraId="2B9E8D56" w14:textId="77777777" w:rsidTr="000617E0">
        <w:trPr>
          <w:cantSplit/>
          <w:jc w:val="center"/>
        </w:trPr>
        <w:tc>
          <w:tcPr>
            <w:tcW w:w="677" w:type="dxa"/>
            <w:tcMar>
              <w:top w:w="28" w:type="dxa"/>
              <w:left w:w="38" w:type="dxa"/>
              <w:bottom w:w="28" w:type="dxa"/>
              <w:right w:w="38" w:type="dxa"/>
            </w:tcMar>
            <w:vAlign w:val="center"/>
          </w:tcPr>
          <w:p w14:paraId="5009A9E8" w14:textId="77777777" w:rsidR="00D60D5E" w:rsidRDefault="00891EF0">
            <w:pPr>
              <w:spacing w:after="0" w:line="240" w:lineRule="auto"/>
              <w:jc w:val="center"/>
            </w:pPr>
            <w:r>
              <w:rPr>
                <w:rFonts w:eastAsia="Aptos"/>
                <w:color w:val="6A7075"/>
                <w:sz w:val="17"/>
              </w:rPr>
              <w:t>210-180</w:t>
            </w:r>
          </w:p>
        </w:tc>
        <w:tc>
          <w:tcPr>
            <w:tcW w:w="2648" w:type="dxa"/>
            <w:tcMar>
              <w:top w:w="28" w:type="dxa"/>
              <w:left w:w="38" w:type="dxa"/>
              <w:bottom w:w="28" w:type="dxa"/>
              <w:right w:w="38" w:type="dxa"/>
            </w:tcMar>
            <w:vAlign w:val="center"/>
          </w:tcPr>
          <w:p w14:paraId="1DC80B84" w14:textId="77777777" w:rsidR="00D60D5E" w:rsidRDefault="00891EF0">
            <w:pPr>
              <w:spacing w:after="0" w:line="240" w:lineRule="auto"/>
            </w:pPr>
            <w:r>
              <w:rPr>
                <w:rFonts w:eastAsia="Aptos"/>
                <w:sz w:val="17"/>
              </w:rPr>
              <w:t>Fruit Loops 16.4oz</w:t>
            </w:r>
          </w:p>
        </w:tc>
        <w:tc>
          <w:tcPr>
            <w:tcW w:w="630" w:type="dxa"/>
            <w:tcMar>
              <w:top w:w="28" w:type="dxa"/>
              <w:left w:w="38" w:type="dxa"/>
              <w:bottom w:w="28" w:type="dxa"/>
              <w:right w:w="38" w:type="dxa"/>
            </w:tcMar>
            <w:vAlign w:val="center"/>
          </w:tcPr>
          <w:p w14:paraId="1E6E7F74" w14:textId="77777777" w:rsidR="00D60D5E" w:rsidRDefault="00891EF0">
            <w:pPr>
              <w:spacing w:after="0" w:line="240" w:lineRule="auto"/>
              <w:jc w:val="center"/>
            </w:pPr>
            <w:r>
              <w:rPr>
                <w:rFonts w:eastAsia="Aptos"/>
                <w:b/>
                <w:sz w:val="17"/>
              </w:rPr>
              <w:t>9.99</w:t>
            </w:r>
          </w:p>
        </w:tc>
        <w:tc>
          <w:tcPr>
            <w:tcW w:w="540" w:type="dxa"/>
            <w:tcMar>
              <w:top w:w="28" w:type="dxa"/>
              <w:left w:w="38" w:type="dxa"/>
              <w:bottom w:w="28" w:type="dxa"/>
              <w:right w:w="38" w:type="dxa"/>
            </w:tcMar>
            <w:vAlign w:val="center"/>
          </w:tcPr>
          <w:p w14:paraId="101C36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7599EB" w14:textId="77777777" w:rsidR="00D60D5E" w:rsidRDefault="00D60D5E">
            <w:pPr>
              <w:jc w:val="center"/>
            </w:pPr>
          </w:p>
        </w:tc>
      </w:tr>
      <w:tr w:rsidR="00D60D5E" w14:paraId="1BCE4085" w14:textId="77777777" w:rsidTr="000617E0">
        <w:trPr>
          <w:cantSplit/>
          <w:jc w:val="center"/>
        </w:trPr>
        <w:tc>
          <w:tcPr>
            <w:tcW w:w="677" w:type="dxa"/>
            <w:tcMar>
              <w:top w:w="28" w:type="dxa"/>
              <w:left w:w="38" w:type="dxa"/>
              <w:bottom w:w="28" w:type="dxa"/>
              <w:right w:w="38" w:type="dxa"/>
            </w:tcMar>
            <w:vAlign w:val="center"/>
          </w:tcPr>
          <w:p w14:paraId="7CA0E239" w14:textId="77777777" w:rsidR="00D60D5E" w:rsidRDefault="00891EF0">
            <w:pPr>
              <w:spacing w:after="0" w:line="240" w:lineRule="auto"/>
              <w:jc w:val="center"/>
            </w:pPr>
            <w:r>
              <w:rPr>
                <w:rFonts w:eastAsia="Aptos"/>
                <w:color w:val="6A7075"/>
                <w:sz w:val="17"/>
              </w:rPr>
              <w:t>210-185</w:t>
            </w:r>
          </w:p>
        </w:tc>
        <w:tc>
          <w:tcPr>
            <w:tcW w:w="2648" w:type="dxa"/>
            <w:tcMar>
              <w:top w:w="28" w:type="dxa"/>
              <w:left w:w="38" w:type="dxa"/>
              <w:bottom w:w="28" w:type="dxa"/>
              <w:right w:w="38" w:type="dxa"/>
            </w:tcMar>
            <w:vAlign w:val="center"/>
          </w:tcPr>
          <w:p w14:paraId="43139792" w14:textId="77777777" w:rsidR="00D60D5E" w:rsidRDefault="00891EF0">
            <w:pPr>
              <w:spacing w:after="0" w:line="240" w:lineRule="auto"/>
            </w:pPr>
            <w:r>
              <w:rPr>
                <w:rFonts w:eastAsia="Aptos"/>
                <w:sz w:val="17"/>
              </w:rPr>
              <w:t>Cocoa Puffs 10.4oz</w:t>
            </w:r>
          </w:p>
        </w:tc>
        <w:tc>
          <w:tcPr>
            <w:tcW w:w="630" w:type="dxa"/>
            <w:tcMar>
              <w:top w:w="28" w:type="dxa"/>
              <w:left w:w="38" w:type="dxa"/>
              <w:bottom w:w="28" w:type="dxa"/>
              <w:right w:w="38" w:type="dxa"/>
            </w:tcMar>
            <w:vAlign w:val="center"/>
          </w:tcPr>
          <w:p w14:paraId="61AAA769" w14:textId="77777777" w:rsidR="00D60D5E" w:rsidRDefault="00891EF0">
            <w:pPr>
              <w:spacing w:after="0" w:line="240" w:lineRule="auto"/>
              <w:jc w:val="center"/>
            </w:pPr>
            <w:r>
              <w:rPr>
                <w:rFonts w:eastAsia="Aptos"/>
                <w:b/>
                <w:sz w:val="17"/>
              </w:rPr>
              <w:t>6.70</w:t>
            </w:r>
          </w:p>
        </w:tc>
        <w:tc>
          <w:tcPr>
            <w:tcW w:w="540" w:type="dxa"/>
            <w:tcMar>
              <w:top w:w="28" w:type="dxa"/>
              <w:left w:w="38" w:type="dxa"/>
              <w:bottom w:w="28" w:type="dxa"/>
              <w:right w:w="38" w:type="dxa"/>
            </w:tcMar>
            <w:vAlign w:val="center"/>
          </w:tcPr>
          <w:p w14:paraId="6AE54C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A721F2" w14:textId="77777777" w:rsidR="00D60D5E" w:rsidRDefault="00D60D5E">
            <w:pPr>
              <w:jc w:val="center"/>
            </w:pPr>
          </w:p>
        </w:tc>
      </w:tr>
      <w:tr w:rsidR="00D60D5E" w14:paraId="243605D9" w14:textId="77777777" w:rsidTr="000617E0">
        <w:trPr>
          <w:cantSplit/>
          <w:jc w:val="center"/>
        </w:trPr>
        <w:tc>
          <w:tcPr>
            <w:tcW w:w="677" w:type="dxa"/>
            <w:tcMar>
              <w:top w:w="28" w:type="dxa"/>
              <w:left w:w="38" w:type="dxa"/>
              <w:bottom w:w="28" w:type="dxa"/>
              <w:right w:w="38" w:type="dxa"/>
            </w:tcMar>
            <w:vAlign w:val="center"/>
          </w:tcPr>
          <w:p w14:paraId="528DEEAE" w14:textId="77777777" w:rsidR="00D60D5E" w:rsidRDefault="00891EF0">
            <w:pPr>
              <w:spacing w:after="0" w:line="240" w:lineRule="auto"/>
              <w:jc w:val="center"/>
            </w:pPr>
            <w:r>
              <w:rPr>
                <w:rFonts w:eastAsia="Aptos"/>
                <w:color w:val="6A7075"/>
                <w:sz w:val="17"/>
              </w:rPr>
              <w:t>210-190</w:t>
            </w:r>
          </w:p>
        </w:tc>
        <w:tc>
          <w:tcPr>
            <w:tcW w:w="2648" w:type="dxa"/>
            <w:tcMar>
              <w:top w:w="28" w:type="dxa"/>
              <w:left w:w="38" w:type="dxa"/>
              <w:bottom w:w="28" w:type="dxa"/>
              <w:right w:w="38" w:type="dxa"/>
            </w:tcMar>
            <w:vAlign w:val="center"/>
          </w:tcPr>
          <w:p w14:paraId="2A0A642D" w14:textId="77777777" w:rsidR="00D60D5E" w:rsidRDefault="00891EF0">
            <w:pPr>
              <w:spacing w:after="0" w:line="240" w:lineRule="auto"/>
            </w:pPr>
            <w:r>
              <w:rPr>
                <w:rFonts w:eastAsia="Aptos"/>
                <w:sz w:val="17"/>
              </w:rPr>
              <w:t>Weetabix 215g</w:t>
            </w:r>
          </w:p>
        </w:tc>
        <w:tc>
          <w:tcPr>
            <w:tcW w:w="630" w:type="dxa"/>
            <w:tcMar>
              <w:top w:w="28" w:type="dxa"/>
              <w:left w:w="38" w:type="dxa"/>
              <w:bottom w:w="28" w:type="dxa"/>
              <w:right w:w="38" w:type="dxa"/>
            </w:tcMar>
            <w:vAlign w:val="center"/>
          </w:tcPr>
          <w:p w14:paraId="6BB1D974" w14:textId="77777777" w:rsidR="00D60D5E" w:rsidRDefault="00891EF0">
            <w:pPr>
              <w:spacing w:after="0" w:line="240" w:lineRule="auto"/>
              <w:jc w:val="center"/>
            </w:pPr>
            <w:r>
              <w:rPr>
                <w:rFonts w:eastAsia="Aptos"/>
                <w:b/>
                <w:sz w:val="17"/>
              </w:rPr>
              <w:t>2.89</w:t>
            </w:r>
          </w:p>
        </w:tc>
        <w:tc>
          <w:tcPr>
            <w:tcW w:w="540" w:type="dxa"/>
            <w:tcMar>
              <w:top w:w="28" w:type="dxa"/>
              <w:left w:w="38" w:type="dxa"/>
              <w:bottom w:w="28" w:type="dxa"/>
              <w:right w:w="38" w:type="dxa"/>
            </w:tcMar>
            <w:vAlign w:val="center"/>
          </w:tcPr>
          <w:p w14:paraId="20F01F7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F305E5" w14:textId="77777777" w:rsidR="00D60D5E" w:rsidRDefault="00D60D5E">
            <w:pPr>
              <w:jc w:val="center"/>
            </w:pPr>
          </w:p>
        </w:tc>
      </w:tr>
      <w:tr w:rsidR="00D60D5E" w14:paraId="5DA59043" w14:textId="77777777" w:rsidTr="000617E0">
        <w:trPr>
          <w:cantSplit/>
          <w:jc w:val="center"/>
        </w:trPr>
        <w:tc>
          <w:tcPr>
            <w:tcW w:w="677" w:type="dxa"/>
            <w:tcMar>
              <w:top w:w="28" w:type="dxa"/>
              <w:left w:w="38" w:type="dxa"/>
              <w:bottom w:w="28" w:type="dxa"/>
              <w:right w:w="38" w:type="dxa"/>
            </w:tcMar>
            <w:vAlign w:val="center"/>
          </w:tcPr>
          <w:p w14:paraId="478B1FA3" w14:textId="77777777" w:rsidR="00D60D5E" w:rsidRDefault="00891EF0">
            <w:pPr>
              <w:spacing w:after="0" w:line="240" w:lineRule="auto"/>
              <w:jc w:val="center"/>
            </w:pPr>
            <w:r>
              <w:rPr>
                <w:rFonts w:eastAsia="Aptos"/>
                <w:color w:val="6A7075"/>
                <w:sz w:val="17"/>
              </w:rPr>
              <w:t>210-195</w:t>
            </w:r>
          </w:p>
        </w:tc>
        <w:tc>
          <w:tcPr>
            <w:tcW w:w="2648" w:type="dxa"/>
            <w:tcMar>
              <w:top w:w="28" w:type="dxa"/>
              <w:left w:w="38" w:type="dxa"/>
              <w:bottom w:w="28" w:type="dxa"/>
              <w:right w:w="38" w:type="dxa"/>
            </w:tcMar>
            <w:vAlign w:val="center"/>
          </w:tcPr>
          <w:p w14:paraId="3F4986D5" w14:textId="77777777" w:rsidR="00D60D5E" w:rsidRDefault="00891EF0">
            <w:pPr>
              <w:spacing w:after="0" w:line="240" w:lineRule="auto"/>
            </w:pPr>
            <w:r>
              <w:rPr>
                <w:rFonts w:eastAsia="Aptos"/>
                <w:sz w:val="17"/>
              </w:rPr>
              <w:t>Bobs Red Mill Steel Cut Oats GF</w:t>
            </w:r>
          </w:p>
        </w:tc>
        <w:tc>
          <w:tcPr>
            <w:tcW w:w="630" w:type="dxa"/>
            <w:tcMar>
              <w:top w:w="28" w:type="dxa"/>
              <w:left w:w="38" w:type="dxa"/>
              <w:bottom w:w="28" w:type="dxa"/>
              <w:right w:w="38" w:type="dxa"/>
            </w:tcMar>
            <w:vAlign w:val="center"/>
          </w:tcPr>
          <w:p w14:paraId="02C67253" w14:textId="77777777" w:rsidR="00D60D5E" w:rsidRDefault="00891EF0">
            <w:pPr>
              <w:spacing w:after="0" w:line="240" w:lineRule="auto"/>
              <w:jc w:val="center"/>
            </w:pPr>
            <w:r>
              <w:rPr>
                <w:rFonts w:eastAsia="Aptos"/>
                <w:b/>
                <w:sz w:val="17"/>
              </w:rPr>
              <w:t>15.60</w:t>
            </w:r>
          </w:p>
        </w:tc>
        <w:tc>
          <w:tcPr>
            <w:tcW w:w="540" w:type="dxa"/>
            <w:tcMar>
              <w:top w:w="28" w:type="dxa"/>
              <w:left w:w="38" w:type="dxa"/>
              <w:bottom w:w="28" w:type="dxa"/>
              <w:right w:w="38" w:type="dxa"/>
            </w:tcMar>
            <w:vAlign w:val="center"/>
          </w:tcPr>
          <w:p w14:paraId="121C7E9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306528" w14:textId="77777777" w:rsidR="00D60D5E" w:rsidRDefault="00D60D5E">
            <w:pPr>
              <w:jc w:val="center"/>
            </w:pPr>
          </w:p>
        </w:tc>
      </w:tr>
      <w:tr w:rsidR="00D60D5E" w14:paraId="1E6AB0BC" w14:textId="77777777" w:rsidTr="000617E0">
        <w:trPr>
          <w:cantSplit/>
          <w:jc w:val="center"/>
        </w:trPr>
        <w:tc>
          <w:tcPr>
            <w:tcW w:w="677" w:type="dxa"/>
            <w:tcMar>
              <w:top w:w="28" w:type="dxa"/>
              <w:left w:w="38" w:type="dxa"/>
              <w:bottom w:w="28" w:type="dxa"/>
              <w:right w:w="38" w:type="dxa"/>
            </w:tcMar>
            <w:vAlign w:val="center"/>
          </w:tcPr>
          <w:p w14:paraId="339C4749" w14:textId="77777777" w:rsidR="00D60D5E" w:rsidRDefault="00891EF0">
            <w:pPr>
              <w:spacing w:after="0" w:line="240" w:lineRule="auto"/>
              <w:jc w:val="center"/>
            </w:pPr>
            <w:r>
              <w:rPr>
                <w:rFonts w:eastAsia="Aptos"/>
                <w:color w:val="6A7075"/>
                <w:sz w:val="17"/>
              </w:rPr>
              <w:t>210-200</w:t>
            </w:r>
          </w:p>
        </w:tc>
        <w:tc>
          <w:tcPr>
            <w:tcW w:w="2648" w:type="dxa"/>
            <w:tcMar>
              <w:top w:w="28" w:type="dxa"/>
              <w:left w:w="38" w:type="dxa"/>
              <w:bottom w:w="28" w:type="dxa"/>
              <w:right w:w="38" w:type="dxa"/>
            </w:tcMar>
            <w:vAlign w:val="center"/>
          </w:tcPr>
          <w:p w14:paraId="0D679968" w14:textId="77777777" w:rsidR="00D60D5E" w:rsidRDefault="00891EF0">
            <w:pPr>
              <w:spacing w:after="0" w:line="240" w:lineRule="auto"/>
            </w:pPr>
            <w:r>
              <w:rPr>
                <w:rFonts w:eastAsia="Aptos"/>
                <w:sz w:val="17"/>
              </w:rPr>
              <w:t>Quaker Oats 18oz Old Fashion Reg or Quick</w:t>
            </w:r>
          </w:p>
        </w:tc>
        <w:tc>
          <w:tcPr>
            <w:tcW w:w="630" w:type="dxa"/>
            <w:tcMar>
              <w:top w:w="28" w:type="dxa"/>
              <w:left w:w="38" w:type="dxa"/>
              <w:bottom w:w="28" w:type="dxa"/>
              <w:right w:w="38" w:type="dxa"/>
            </w:tcMar>
            <w:vAlign w:val="center"/>
          </w:tcPr>
          <w:p w14:paraId="5A74F51C" w14:textId="77777777" w:rsidR="00D60D5E" w:rsidRDefault="00891EF0">
            <w:pPr>
              <w:spacing w:after="0" w:line="240" w:lineRule="auto"/>
              <w:jc w:val="center"/>
            </w:pPr>
            <w:r>
              <w:rPr>
                <w:rFonts w:eastAsia="Aptos"/>
                <w:b/>
                <w:sz w:val="17"/>
              </w:rPr>
              <w:t>5.95</w:t>
            </w:r>
          </w:p>
        </w:tc>
        <w:tc>
          <w:tcPr>
            <w:tcW w:w="540" w:type="dxa"/>
            <w:tcMar>
              <w:top w:w="28" w:type="dxa"/>
              <w:left w:w="38" w:type="dxa"/>
              <w:bottom w:w="28" w:type="dxa"/>
              <w:right w:w="38" w:type="dxa"/>
            </w:tcMar>
            <w:vAlign w:val="center"/>
          </w:tcPr>
          <w:p w14:paraId="53EC143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CFF159" w14:textId="77777777" w:rsidR="00D60D5E" w:rsidRDefault="00D60D5E">
            <w:pPr>
              <w:jc w:val="center"/>
            </w:pPr>
          </w:p>
        </w:tc>
      </w:tr>
      <w:tr w:rsidR="00D60D5E" w14:paraId="69A6F82E" w14:textId="77777777" w:rsidTr="000617E0">
        <w:trPr>
          <w:cantSplit/>
          <w:jc w:val="center"/>
        </w:trPr>
        <w:tc>
          <w:tcPr>
            <w:tcW w:w="677" w:type="dxa"/>
            <w:tcMar>
              <w:top w:w="28" w:type="dxa"/>
              <w:left w:w="38" w:type="dxa"/>
              <w:bottom w:w="28" w:type="dxa"/>
              <w:right w:w="38" w:type="dxa"/>
            </w:tcMar>
            <w:vAlign w:val="center"/>
          </w:tcPr>
          <w:p w14:paraId="7E0AE81F" w14:textId="77777777" w:rsidR="00D60D5E" w:rsidRDefault="00891EF0">
            <w:pPr>
              <w:spacing w:after="0" w:line="240" w:lineRule="auto"/>
              <w:jc w:val="center"/>
            </w:pPr>
            <w:r>
              <w:rPr>
                <w:rFonts w:eastAsia="Aptos"/>
                <w:color w:val="6A7075"/>
                <w:sz w:val="17"/>
              </w:rPr>
              <w:t>210-205</w:t>
            </w:r>
          </w:p>
        </w:tc>
        <w:tc>
          <w:tcPr>
            <w:tcW w:w="2648" w:type="dxa"/>
            <w:tcMar>
              <w:top w:w="28" w:type="dxa"/>
              <w:left w:w="38" w:type="dxa"/>
              <w:bottom w:w="28" w:type="dxa"/>
              <w:right w:w="38" w:type="dxa"/>
            </w:tcMar>
            <w:vAlign w:val="center"/>
          </w:tcPr>
          <w:p w14:paraId="0377E693" w14:textId="77777777" w:rsidR="00D60D5E" w:rsidRDefault="00891EF0">
            <w:pPr>
              <w:spacing w:after="0" w:line="240" w:lineRule="auto"/>
            </w:pPr>
            <w:r>
              <w:rPr>
                <w:rFonts w:eastAsia="Aptos"/>
                <w:sz w:val="17"/>
              </w:rPr>
              <w:t>Cascadian Farms Honey Nut Cereal 14.6 oz</w:t>
            </w:r>
          </w:p>
        </w:tc>
        <w:tc>
          <w:tcPr>
            <w:tcW w:w="630" w:type="dxa"/>
            <w:tcMar>
              <w:top w:w="28" w:type="dxa"/>
              <w:left w:w="38" w:type="dxa"/>
              <w:bottom w:w="28" w:type="dxa"/>
              <w:right w:w="38" w:type="dxa"/>
            </w:tcMar>
            <w:vAlign w:val="center"/>
          </w:tcPr>
          <w:p w14:paraId="29D54BE0" w14:textId="77777777" w:rsidR="00D60D5E" w:rsidRDefault="00891EF0">
            <w:pPr>
              <w:spacing w:after="0" w:line="240" w:lineRule="auto"/>
              <w:jc w:val="center"/>
            </w:pPr>
            <w:r>
              <w:rPr>
                <w:rFonts w:eastAsia="Aptos"/>
                <w:b/>
                <w:sz w:val="17"/>
              </w:rPr>
              <w:t>14.92</w:t>
            </w:r>
          </w:p>
        </w:tc>
        <w:tc>
          <w:tcPr>
            <w:tcW w:w="540" w:type="dxa"/>
            <w:tcMar>
              <w:top w:w="28" w:type="dxa"/>
              <w:left w:w="38" w:type="dxa"/>
              <w:bottom w:w="28" w:type="dxa"/>
              <w:right w:w="38" w:type="dxa"/>
            </w:tcMar>
            <w:vAlign w:val="center"/>
          </w:tcPr>
          <w:p w14:paraId="76CCAC3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F86E2A" w14:textId="77777777" w:rsidR="00D60D5E" w:rsidRDefault="00D60D5E">
            <w:pPr>
              <w:jc w:val="center"/>
            </w:pPr>
          </w:p>
        </w:tc>
      </w:tr>
      <w:tr w:rsidR="00D60D5E" w14:paraId="37631595" w14:textId="77777777" w:rsidTr="000617E0">
        <w:trPr>
          <w:cantSplit/>
          <w:jc w:val="center"/>
        </w:trPr>
        <w:tc>
          <w:tcPr>
            <w:tcW w:w="677" w:type="dxa"/>
            <w:tcMar>
              <w:top w:w="28" w:type="dxa"/>
              <w:left w:w="38" w:type="dxa"/>
              <w:bottom w:w="28" w:type="dxa"/>
              <w:right w:w="38" w:type="dxa"/>
            </w:tcMar>
            <w:vAlign w:val="center"/>
          </w:tcPr>
          <w:p w14:paraId="458BDC05" w14:textId="77777777" w:rsidR="00D60D5E" w:rsidRDefault="00891EF0">
            <w:pPr>
              <w:spacing w:after="0" w:line="240" w:lineRule="auto"/>
              <w:jc w:val="center"/>
            </w:pPr>
            <w:r>
              <w:rPr>
                <w:rFonts w:eastAsia="Aptos"/>
                <w:color w:val="6A7075"/>
                <w:sz w:val="17"/>
              </w:rPr>
              <w:t>210-210</w:t>
            </w:r>
          </w:p>
        </w:tc>
        <w:tc>
          <w:tcPr>
            <w:tcW w:w="2648" w:type="dxa"/>
            <w:tcMar>
              <w:top w:w="28" w:type="dxa"/>
              <w:left w:w="38" w:type="dxa"/>
              <w:bottom w:w="28" w:type="dxa"/>
              <w:right w:w="38" w:type="dxa"/>
            </w:tcMar>
            <w:vAlign w:val="center"/>
          </w:tcPr>
          <w:p w14:paraId="21848775" w14:textId="77777777" w:rsidR="00D60D5E" w:rsidRDefault="00891EF0">
            <w:pPr>
              <w:spacing w:after="0" w:line="240" w:lineRule="auto"/>
            </w:pPr>
            <w:r>
              <w:rPr>
                <w:rFonts w:eastAsia="Aptos"/>
                <w:sz w:val="17"/>
              </w:rPr>
              <w:t>Bobs Red Mill Rolled Oats Whl Grain 32 oz</w:t>
            </w:r>
          </w:p>
        </w:tc>
        <w:tc>
          <w:tcPr>
            <w:tcW w:w="630" w:type="dxa"/>
            <w:tcMar>
              <w:top w:w="28" w:type="dxa"/>
              <w:left w:w="38" w:type="dxa"/>
              <w:bottom w:w="28" w:type="dxa"/>
              <w:right w:w="38" w:type="dxa"/>
            </w:tcMar>
            <w:vAlign w:val="center"/>
          </w:tcPr>
          <w:p w14:paraId="744D4C99" w14:textId="77777777" w:rsidR="00D60D5E" w:rsidRDefault="00891EF0">
            <w:pPr>
              <w:spacing w:after="0" w:line="240" w:lineRule="auto"/>
              <w:jc w:val="center"/>
            </w:pPr>
            <w:r>
              <w:rPr>
                <w:rFonts w:eastAsia="Aptos"/>
                <w:b/>
                <w:sz w:val="17"/>
              </w:rPr>
              <w:t>9.85</w:t>
            </w:r>
          </w:p>
        </w:tc>
        <w:tc>
          <w:tcPr>
            <w:tcW w:w="540" w:type="dxa"/>
            <w:tcMar>
              <w:top w:w="28" w:type="dxa"/>
              <w:left w:w="38" w:type="dxa"/>
              <w:bottom w:w="28" w:type="dxa"/>
              <w:right w:w="38" w:type="dxa"/>
            </w:tcMar>
            <w:vAlign w:val="center"/>
          </w:tcPr>
          <w:p w14:paraId="5480732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CE9CD2" w14:textId="77777777" w:rsidR="00D60D5E" w:rsidRDefault="00D60D5E">
            <w:pPr>
              <w:jc w:val="center"/>
            </w:pPr>
          </w:p>
        </w:tc>
      </w:tr>
      <w:tr w:rsidR="00D60D5E" w14:paraId="475BA41C" w14:textId="77777777" w:rsidTr="000617E0">
        <w:trPr>
          <w:cantSplit/>
          <w:jc w:val="center"/>
        </w:trPr>
        <w:tc>
          <w:tcPr>
            <w:tcW w:w="677" w:type="dxa"/>
            <w:shd w:val="clear" w:color="auto" w:fill="D9EAF7"/>
            <w:tcMar>
              <w:top w:w="28" w:type="dxa"/>
              <w:left w:w="38" w:type="dxa"/>
              <w:bottom w:w="28" w:type="dxa"/>
              <w:right w:w="38" w:type="dxa"/>
            </w:tcMar>
            <w:vAlign w:val="center"/>
          </w:tcPr>
          <w:p w14:paraId="6F3FC12E" w14:textId="77777777" w:rsidR="00D60D5E" w:rsidRDefault="00891EF0">
            <w:pPr>
              <w:spacing w:after="0" w:line="240" w:lineRule="auto"/>
              <w:jc w:val="center"/>
            </w:pPr>
            <w:r>
              <w:rPr>
                <w:rFonts w:eastAsia="Aptos"/>
                <w:b/>
                <w:color w:val="2F4F8F"/>
                <w:sz w:val="18"/>
              </w:rPr>
              <w:t>215-</w:t>
            </w:r>
          </w:p>
        </w:tc>
        <w:tc>
          <w:tcPr>
            <w:tcW w:w="2648" w:type="dxa"/>
            <w:shd w:val="clear" w:color="auto" w:fill="D9EAF7"/>
            <w:tcMar>
              <w:top w:w="28" w:type="dxa"/>
              <w:left w:w="38" w:type="dxa"/>
              <w:bottom w:w="28" w:type="dxa"/>
              <w:right w:w="38" w:type="dxa"/>
            </w:tcMar>
            <w:vAlign w:val="center"/>
          </w:tcPr>
          <w:p w14:paraId="7BE2E98F" w14:textId="77777777" w:rsidR="00D60D5E" w:rsidRDefault="00891EF0">
            <w:pPr>
              <w:spacing w:after="0" w:line="240" w:lineRule="auto"/>
            </w:pPr>
            <w:r>
              <w:rPr>
                <w:rFonts w:eastAsia="Aptos"/>
                <w:b/>
                <w:color w:val="2F4F8F"/>
                <w:sz w:val="18"/>
              </w:rPr>
              <w:t>PASTA &amp; RICE</w:t>
            </w:r>
          </w:p>
        </w:tc>
        <w:tc>
          <w:tcPr>
            <w:tcW w:w="630" w:type="dxa"/>
            <w:shd w:val="clear" w:color="auto" w:fill="D9EAF7"/>
            <w:tcMar>
              <w:top w:w="28" w:type="dxa"/>
              <w:left w:w="38" w:type="dxa"/>
              <w:bottom w:w="28" w:type="dxa"/>
              <w:right w:w="38" w:type="dxa"/>
            </w:tcMar>
            <w:vAlign w:val="center"/>
          </w:tcPr>
          <w:p w14:paraId="4B2709D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3B220F4"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3A6F6EC" w14:textId="77777777" w:rsidR="00D60D5E" w:rsidRDefault="00D60D5E">
            <w:pPr>
              <w:jc w:val="center"/>
            </w:pPr>
          </w:p>
        </w:tc>
      </w:tr>
      <w:tr w:rsidR="00D60D5E" w14:paraId="2FD729DD" w14:textId="77777777" w:rsidTr="000617E0">
        <w:trPr>
          <w:cantSplit/>
          <w:jc w:val="center"/>
        </w:trPr>
        <w:tc>
          <w:tcPr>
            <w:tcW w:w="677" w:type="dxa"/>
            <w:tcMar>
              <w:top w:w="28" w:type="dxa"/>
              <w:left w:w="38" w:type="dxa"/>
              <w:bottom w:w="28" w:type="dxa"/>
              <w:right w:w="38" w:type="dxa"/>
            </w:tcMar>
            <w:vAlign w:val="center"/>
          </w:tcPr>
          <w:p w14:paraId="21B3A0FD" w14:textId="77777777" w:rsidR="00D60D5E" w:rsidRDefault="00891EF0">
            <w:pPr>
              <w:spacing w:after="0" w:line="240" w:lineRule="auto"/>
              <w:jc w:val="center"/>
            </w:pPr>
            <w:r>
              <w:rPr>
                <w:rFonts w:eastAsia="Aptos"/>
                <w:color w:val="6A7075"/>
                <w:sz w:val="17"/>
              </w:rPr>
              <w:t>215-105</w:t>
            </w:r>
          </w:p>
        </w:tc>
        <w:tc>
          <w:tcPr>
            <w:tcW w:w="2648" w:type="dxa"/>
            <w:tcMar>
              <w:top w:w="28" w:type="dxa"/>
              <w:left w:w="38" w:type="dxa"/>
              <w:bottom w:w="28" w:type="dxa"/>
              <w:right w:w="38" w:type="dxa"/>
            </w:tcMar>
            <w:vAlign w:val="center"/>
          </w:tcPr>
          <w:p w14:paraId="0333C316" w14:textId="77777777" w:rsidR="00D60D5E" w:rsidRDefault="00891EF0">
            <w:pPr>
              <w:spacing w:after="0" w:line="240" w:lineRule="auto"/>
            </w:pPr>
            <w:r>
              <w:rPr>
                <w:rFonts w:eastAsia="Aptos"/>
                <w:sz w:val="17"/>
              </w:rPr>
              <w:t>Elbow Macaroni 16oz</w:t>
            </w:r>
          </w:p>
        </w:tc>
        <w:tc>
          <w:tcPr>
            <w:tcW w:w="630" w:type="dxa"/>
            <w:tcMar>
              <w:top w:w="28" w:type="dxa"/>
              <w:left w:w="38" w:type="dxa"/>
              <w:bottom w:w="28" w:type="dxa"/>
              <w:right w:w="38" w:type="dxa"/>
            </w:tcMar>
            <w:vAlign w:val="center"/>
          </w:tcPr>
          <w:p w14:paraId="73CFC6CE"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050AC64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662CF3" w14:textId="77777777" w:rsidR="00D60D5E" w:rsidRDefault="00D60D5E">
            <w:pPr>
              <w:jc w:val="center"/>
            </w:pPr>
          </w:p>
        </w:tc>
      </w:tr>
      <w:tr w:rsidR="00D60D5E" w14:paraId="2873BD61" w14:textId="77777777" w:rsidTr="000617E0">
        <w:trPr>
          <w:cantSplit/>
          <w:jc w:val="center"/>
        </w:trPr>
        <w:tc>
          <w:tcPr>
            <w:tcW w:w="677" w:type="dxa"/>
            <w:tcMar>
              <w:top w:w="28" w:type="dxa"/>
              <w:left w:w="38" w:type="dxa"/>
              <w:bottom w:w="28" w:type="dxa"/>
              <w:right w:w="38" w:type="dxa"/>
            </w:tcMar>
            <w:vAlign w:val="center"/>
          </w:tcPr>
          <w:p w14:paraId="6C6DD6FA" w14:textId="77777777" w:rsidR="00D60D5E" w:rsidRDefault="00891EF0">
            <w:pPr>
              <w:spacing w:after="0" w:line="240" w:lineRule="auto"/>
              <w:jc w:val="center"/>
            </w:pPr>
            <w:r>
              <w:rPr>
                <w:rFonts w:eastAsia="Aptos"/>
                <w:color w:val="6A7075"/>
                <w:sz w:val="17"/>
              </w:rPr>
              <w:t>215-110</w:t>
            </w:r>
          </w:p>
        </w:tc>
        <w:tc>
          <w:tcPr>
            <w:tcW w:w="2648" w:type="dxa"/>
            <w:tcMar>
              <w:top w:w="28" w:type="dxa"/>
              <w:left w:w="38" w:type="dxa"/>
              <w:bottom w:w="28" w:type="dxa"/>
              <w:right w:w="38" w:type="dxa"/>
            </w:tcMar>
            <w:vAlign w:val="center"/>
          </w:tcPr>
          <w:p w14:paraId="4CDD30E7" w14:textId="77777777" w:rsidR="00D60D5E" w:rsidRDefault="00891EF0">
            <w:pPr>
              <w:spacing w:after="0" w:line="240" w:lineRule="auto"/>
            </w:pPr>
            <w:r>
              <w:rPr>
                <w:rFonts w:eastAsia="Aptos"/>
                <w:sz w:val="17"/>
              </w:rPr>
              <w:t>Angel Hair Pasta 16oz</w:t>
            </w:r>
          </w:p>
        </w:tc>
        <w:tc>
          <w:tcPr>
            <w:tcW w:w="630" w:type="dxa"/>
            <w:tcMar>
              <w:top w:w="28" w:type="dxa"/>
              <w:left w:w="38" w:type="dxa"/>
              <w:bottom w:w="28" w:type="dxa"/>
              <w:right w:w="38" w:type="dxa"/>
            </w:tcMar>
            <w:vAlign w:val="center"/>
          </w:tcPr>
          <w:p w14:paraId="5CA9DFF7" w14:textId="77777777" w:rsidR="00D60D5E" w:rsidRDefault="00891EF0">
            <w:pPr>
              <w:spacing w:after="0" w:line="240" w:lineRule="auto"/>
              <w:jc w:val="center"/>
            </w:pPr>
            <w:r>
              <w:rPr>
                <w:rFonts w:eastAsia="Aptos"/>
                <w:b/>
                <w:sz w:val="17"/>
              </w:rPr>
              <w:t>3.70</w:t>
            </w:r>
          </w:p>
        </w:tc>
        <w:tc>
          <w:tcPr>
            <w:tcW w:w="540" w:type="dxa"/>
            <w:tcMar>
              <w:top w:w="28" w:type="dxa"/>
              <w:left w:w="38" w:type="dxa"/>
              <w:bottom w:w="28" w:type="dxa"/>
              <w:right w:w="38" w:type="dxa"/>
            </w:tcMar>
            <w:vAlign w:val="center"/>
          </w:tcPr>
          <w:p w14:paraId="7C01DC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78B990" w14:textId="77777777" w:rsidR="00D60D5E" w:rsidRDefault="00D60D5E">
            <w:pPr>
              <w:jc w:val="center"/>
            </w:pPr>
          </w:p>
        </w:tc>
      </w:tr>
      <w:tr w:rsidR="00D60D5E" w14:paraId="79B5A004" w14:textId="77777777" w:rsidTr="000617E0">
        <w:trPr>
          <w:cantSplit/>
          <w:jc w:val="center"/>
        </w:trPr>
        <w:tc>
          <w:tcPr>
            <w:tcW w:w="677" w:type="dxa"/>
            <w:tcMar>
              <w:top w:w="28" w:type="dxa"/>
              <w:left w:w="38" w:type="dxa"/>
              <w:bottom w:w="28" w:type="dxa"/>
              <w:right w:w="38" w:type="dxa"/>
            </w:tcMar>
            <w:vAlign w:val="center"/>
          </w:tcPr>
          <w:p w14:paraId="7B34F3A6" w14:textId="77777777" w:rsidR="00D60D5E" w:rsidRDefault="00891EF0">
            <w:pPr>
              <w:spacing w:after="0" w:line="240" w:lineRule="auto"/>
              <w:jc w:val="center"/>
            </w:pPr>
            <w:r>
              <w:rPr>
                <w:rFonts w:eastAsia="Aptos"/>
                <w:color w:val="6A7075"/>
                <w:sz w:val="17"/>
              </w:rPr>
              <w:t>215-115</w:t>
            </w:r>
          </w:p>
        </w:tc>
        <w:tc>
          <w:tcPr>
            <w:tcW w:w="2648" w:type="dxa"/>
            <w:tcMar>
              <w:top w:w="28" w:type="dxa"/>
              <w:left w:w="38" w:type="dxa"/>
              <w:bottom w:w="28" w:type="dxa"/>
              <w:right w:w="38" w:type="dxa"/>
            </w:tcMar>
            <w:vAlign w:val="center"/>
          </w:tcPr>
          <w:p w14:paraId="39741719" w14:textId="77777777" w:rsidR="00D60D5E" w:rsidRDefault="00891EF0">
            <w:pPr>
              <w:spacing w:after="0" w:line="240" w:lineRule="auto"/>
            </w:pPr>
            <w:r>
              <w:rPr>
                <w:rFonts w:eastAsia="Aptos"/>
                <w:sz w:val="17"/>
              </w:rPr>
              <w:t>Egg Noodles Medium 12oz</w:t>
            </w:r>
          </w:p>
        </w:tc>
        <w:tc>
          <w:tcPr>
            <w:tcW w:w="630" w:type="dxa"/>
            <w:tcMar>
              <w:top w:w="28" w:type="dxa"/>
              <w:left w:w="38" w:type="dxa"/>
              <w:bottom w:w="28" w:type="dxa"/>
              <w:right w:w="38" w:type="dxa"/>
            </w:tcMar>
            <w:vAlign w:val="center"/>
          </w:tcPr>
          <w:p w14:paraId="35A6F439" w14:textId="77777777" w:rsidR="00D60D5E" w:rsidRDefault="00891EF0">
            <w:pPr>
              <w:spacing w:after="0" w:line="240" w:lineRule="auto"/>
              <w:jc w:val="center"/>
            </w:pPr>
            <w:r>
              <w:rPr>
                <w:rFonts w:eastAsia="Aptos"/>
                <w:b/>
                <w:sz w:val="17"/>
              </w:rPr>
              <w:t>4.38</w:t>
            </w:r>
          </w:p>
        </w:tc>
        <w:tc>
          <w:tcPr>
            <w:tcW w:w="540" w:type="dxa"/>
            <w:tcMar>
              <w:top w:w="28" w:type="dxa"/>
              <w:left w:w="38" w:type="dxa"/>
              <w:bottom w:w="28" w:type="dxa"/>
              <w:right w:w="38" w:type="dxa"/>
            </w:tcMar>
            <w:vAlign w:val="center"/>
          </w:tcPr>
          <w:p w14:paraId="60F3F5E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2CF4BD" w14:textId="77777777" w:rsidR="00D60D5E" w:rsidRDefault="00D60D5E">
            <w:pPr>
              <w:jc w:val="center"/>
            </w:pPr>
          </w:p>
        </w:tc>
      </w:tr>
      <w:tr w:rsidR="00D60D5E" w14:paraId="6C386BF6" w14:textId="77777777" w:rsidTr="000617E0">
        <w:trPr>
          <w:cantSplit/>
          <w:jc w:val="center"/>
        </w:trPr>
        <w:tc>
          <w:tcPr>
            <w:tcW w:w="677" w:type="dxa"/>
            <w:tcMar>
              <w:top w:w="28" w:type="dxa"/>
              <w:left w:w="38" w:type="dxa"/>
              <w:bottom w:w="28" w:type="dxa"/>
              <w:right w:w="38" w:type="dxa"/>
            </w:tcMar>
            <w:vAlign w:val="center"/>
          </w:tcPr>
          <w:p w14:paraId="47C8C3D8" w14:textId="77777777" w:rsidR="00D60D5E" w:rsidRDefault="00891EF0">
            <w:pPr>
              <w:spacing w:after="0" w:line="240" w:lineRule="auto"/>
              <w:jc w:val="center"/>
            </w:pPr>
            <w:r>
              <w:rPr>
                <w:rFonts w:eastAsia="Aptos"/>
                <w:color w:val="6A7075"/>
                <w:sz w:val="17"/>
              </w:rPr>
              <w:t>215-120</w:t>
            </w:r>
          </w:p>
        </w:tc>
        <w:tc>
          <w:tcPr>
            <w:tcW w:w="2648" w:type="dxa"/>
            <w:tcMar>
              <w:top w:w="28" w:type="dxa"/>
              <w:left w:w="38" w:type="dxa"/>
              <w:bottom w:w="28" w:type="dxa"/>
              <w:right w:w="38" w:type="dxa"/>
            </w:tcMar>
            <w:vAlign w:val="center"/>
          </w:tcPr>
          <w:p w14:paraId="7C0E2230" w14:textId="77777777" w:rsidR="00D60D5E" w:rsidRDefault="00891EF0">
            <w:pPr>
              <w:spacing w:after="0" w:line="240" w:lineRule="auto"/>
            </w:pPr>
            <w:r>
              <w:rPr>
                <w:rFonts w:eastAsia="Aptos"/>
                <w:sz w:val="17"/>
              </w:rPr>
              <w:t>Fettucini 16oz</w:t>
            </w:r>
          </w:p>
        </w:tc>
        <w:tc>
          <w:tcPr>
            <w:tcW w:w="630" w:type="dxa"/>
            <w:tcMar>
              <w:top w:w="28" w:type="dxa"/>
              <w:left w:w="38" w:type="dxa"/>
              <w:bottom w:w="28" w:type="dxa"/>
              <w:right w:w="38" w:type="dxa"/>
            </w:tcMar>
            <w:vAlign w:val="center"/>
          </w:tcPr>
          <w:p w14:paraId="45427AC8" w14:textId="77777777" w:rsidR="00D60D5E" w:rsidRDefault="00891EF0">
            <w:pPr>
              <w:spacing w:after="0" w:line="240" w:lineRule="auto"/>
              <w:jc w:val="center"/>
            </w:pPr>
            <w:r>
              <w:rPr>
                <w:rFonts w:eastAsia="Aptos"/>
                <w:b/>
                <w:sz w:val="17"/>
              </w:rPr>
              <w:t>3.70</w:t>
            </w:r>
          </w:p>
        </w:tc>
        <w:tc>
          <w:tcPr>
            <w:tcW w:w="540" w:type="dxa"/>
            <w:tcMar>
              <w:top w:w="28" w:type="dxa"/>
              <w:left w:w="38" w:type="dxa"/>
              <w:bottom w:w="28" w:type="dxa"/>
              <w:right w:w="38" w:type="dxa"/>
            </w:tcMar>
            <w:vAlign w:val="center"/>
          </w:tcPr>
          <w:p w14:paraId="226D218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AAF2FB" w14:textId="77777777" w:rsidR="00D60D5E" w:rsidRDefault="00D60D5E">
            <w:pPr>
              <w:jc w:val="center"/>
            </w:pPr>
          </w:p>
        </w:tc>
      </w:tr>
      <w:tr w:rsidR="00D60D5E" w14:paraId="6E1CF861" w14:textId="77777777" w:rsidTr="000617E0">
        <w:trPr>
          <w:cantSplit/>
          <w:jc w:val="center"/>
        </w:trPr>
        <w:tc>
          <w:tcPr>
            <w:tcW w:w="677" w:type="dxa"/>
            <w:tcMar>
              <w:top w:w="28" w:type="dxa"/>
              <w:left w:w="38" w:type="dxa"/>
              <w:bottom w:w="28" w:type="dxa"/>
              <w:right w:w="38" w:type="dxa"/>
            </w:tcMar>
            <w:vAlign w:val="center"/>
          </w:tcPr>
          <w:p w14:paraId="4B92A1F8" w14:textId="77777777" w:rsidR="00D60D5E" w:rsidRDefault="00891EF0">
            <w:pPr>
              <w:spacing w:after="0" w:line="240" w:lineRule="auto"/>
              <w:jc w:val="center"/>
            </w:pPr>
            <w:r>
              <w:rPr>
                <w:rFonts w:eastAsia="Aptos"/>
                <w:color w:val="6A7075"/>
                <w:sz w:val="17"/>
              </w:rPr>
              <w:t>215-125</w:t>
            </w:r>
          </w:p>
        </w:tc>
        <w:tc>
          <w:tcPr>
            <w:tcW w:w="2648" w:type="dxa"/>
            <w:tcMar>
              <w:top w:w="28" w:type="dxa"/>
              <w:left w:w="38" w:type="dxa"/>
              <w:bottom w:w="28" w:type="dxa"/>
              <w:right w:w="38" w:type="dxa"/>
            </w:tcMar>
            <w:vAlign w:val="center"/>
          </w:tcPr>
          <w:p w14:paraId="535C8C9F" w14:textId="77777777" w:rsidR="00D60D5E" w:rsidRDefault="00891EF0">
            <w:pPr>
              <w:spacing w:after="0" w:line="240" w:lineRule="auto"/>
            </w:pPr>
            <w:r>
              <w:rPr>
                <w:rFonts w:eastAsia="Aptos"/>
                <w:sz w:val="17"/>
              </w:rPr>
              <w:t>Linguine 16oz</w:t>
            </w:r>
          </w:p>
        </w:tc>
        <w:tc>
          <w:tcPr>
            <w:tcW w:w="630" w:type="dxa"/>
            <w:tcMar>
              <w:top w:w="28" w:type="dxa"/>
              <w:left w:w="38" w:type="dxa"/>
              <w:bottom w:w="28" w:type="dxa"/>
              <w:right w:w="38" w:type="dxa"/>
            </w:tcMar>
            <w:vAlign w:val="center"/>
          </w:tcPr>
          <w:p w14:paraId="208B8E53" w14:textId="77777777" w:rsidR="00D60D5E" w:rsidRDefault="00891EF0">
            <w:pPr>
              <w:spacing w:after="0" w:line="240" w:lineRule="auto"/>
              <w:jc w:val="center"/>
            </w:pPr>
            <w:r>
              <w:rPr>
                <w:rFonts w:eastAsia="Aptos"/>
                <w:b/>
                <w:sz w:val="17"/>
              </w:rPr>
              <w:t>3.70</w:t>
            </w:r>
          </w:p>
        </w:tc>
        <w:tc>
          <w:tcPr>
            <w:tcW w:w="540" w:type="dxa"/>
            <w:tcMar>
              <w:top w:w="28" w:type="dxa"/>
              <w:left w:w="38" w:type="dxa"/>
              <w:bottom w:w="28" w:type="dxa"/>
              <w:right w:w="38" w:type="dxa"/>
            </w:tcMar>
            <w:vAlign w:val="center"/>
          </w:tcPr>
          <w:p w14:paraId="24DFC27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3457E7" w14:textId="77777777" w:rsidR="00D60D5E" w:rsidRDefault="00D60D5E">
            <w:pPr>
              <w:jc w:val="center"/>
            </w:pPr>
          </w:p>
        </w:tc>
      </w:tr>
      <w:tr w:rsidR="00D60D5E" w14:paraId="336AF590" w14:textId="77777777" w:rsidTr="000617E0">
        <w:trPr>
          <w:cantSplit/>
          <w:jc w:val="center"/>
        </w:trPr>
        <w:tc>
          <w:tcPr>
            <w:tcW w:w="677" w:type="dxa"/>
            <w:tcMar>
              <w:top w:w="28" w:type="dxa"/>
              <w:left w:w="38" w:type="dxa"/>
              <w:bottom w:w="28" w:type="dxa"/>
              <w:right w:w="38" w:type="dxa"/>
            </w:tcMar>
            <w:vAlign w:val="center"/>
          </w:tcPr>
          <w:p w14:paraId="68719BAB" w14:textId="77777777" w:rsidR="00D60D5E" w:rsidRDefault="00891EF0">
            <w:pPr>
              <w:spacing w:after="0" w:line="240" w:lineRule="auto"/>
              <w:jc w:val="center"/>
            </w:pPr>
            <w:r>
              <w:rPr>
                <w:rFonts w:eastAsia="Aptos"/>
                <w:color w:val="6A7075"/>
                <w:sz w:val="17"/>
              </w:rPr>
              <w:t>215-130</w:t>
            </w:r>
          </w:p>
        </w:tc>
        <w:tc>
          <w:tcPr>
            <w:tcW w:w="2648" w:type="dxa"/>
            <w:tcMar>
              <w:top w:w="28" w:type="dxa"/>
              <w:left w:w="38" w:type="dxa"/>
              <w:bottom w:w="28" w:type="dxa"/>
              <w:right w:w="38" w:type="dxa"/>
            </w:tcMar>
            <w:vAlign w:val="center"/>
          </w:tcPr>
          <w:p w14:paraId="696DE7D4" w14:textId="77777777" w:rsidR="00D60D5E" w:rsidRDefault="00891EF0">
            <w:pPr>
              <w:spacing w:after="0" w:line="240" w:lineRule="auto"/>
            </w:pPr>
            <w:r>
              <w:rPr>
                <w:rFonts w:eastAsia="Aptos"/>
                <w:sz w:val="17"/>
              </w:rPr>
              <w:t>Spaghetti 16oz</w:t>
            </w:r>
          </w:p>
        </w:tc>
        <w:tc>
          <w:tcPr>
            <w:tcW w:w="630" w:type="dxa"/>
            <w:tcMar>
              <w:top w:w="28" w:type="dxa"/>
              <w:left w:w="38" w:type="dxa"/>
              <w:bottom w:w="28" w:type="dxa"/>
              <w:right w:w="38" w:type="dxa"/>
            </w:tcMar>
            <w:vAlign w:val="center"/>
          </w:tcPr>
          <w:p w14:paraId="3863A1C2" w14:textId="77777777" w:rsidR="00D60D5E" w:rsidRDefault="00891EF0">
            <w:pPr>
              <w:spacing w:after="0" w:line="240" w:lineRule="auto"/>
              <w:jc w:val="center"/>
            </w:pPr>
            <w:r>
              <w:rPr>
                <w:rFonts w:eastAsia="Aptos"/>
                <w:b/>
                <w:sz w:val="17"/>
              </w:rPr>
              <w:t>3.70</w:t>
            </w:r>
          </w:p>
        </w:tc>
        <w:tc>
          <w:tcPr>
            <w:tcW w:w="540" w:type="dxa"/>
            <w:tcMar>
              <w:top w:w="28" w:type="dxa"/>
              <w:left w:w="38" w:type="dxa"/>
              <w:bottom w:w="28" w:type="dxa"/>
              <w:right w:w="38" w:type="dxa"/>
            </w:tcMar>
            <w:vAlign w:val="center"/>
          </w:tcPr>
          <w:p w14:paraId="61415E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E56BF2" w14:textId="77777777" w:rsidR="00D60D5E" w:rsidRDefault="00D60D5E">
            <w:pPr>
              <w:jc w:val="center"/>
            </w:pPr>
          </w:p>
        </w:tc>
      </w:tr>
      <w:tr w:rsidR="00D60D5E" w14:paraId="131F7845" w14:textId="77777777" w:rsidTr="000617E0">
        <w:trPr>
          <w:cantSplit/>
          <w:jc w:val="center"/>
        </w:trPr>
        <w:tc>
          <w:tcPr>
            <w:tcW w:w="677" w:type="dxa"/>
            <w:tcMar>
              <w:top w:w="28" w:type="dxa"/>
              <w:left w:w="38" w:type="dxa"/>
              <w:bottom w:w="28" w:type="dxa"/>
              <w:right w:w="38" w:type="dxa"/>
            </w:tcMar>
            <w:vAlign w:val="center"/>
          </w:tcPr>
          <w:p w14:paraId="295B5634" w14:textId="77777777" w:rsidR="00D60D5E" w:rsidRDefault="00891EF0">
            <w:pPr>
              <w:spacing w:after="0" w:line="240" w:lineRule="auto"/>
              <w:jc w:val="center"/>
            </w:pPr>
            <w:r>
              <w:rPr>
                <w:rFonts w:eastAsia="Aptos"/>
                <w:color w:val="6A7075"/>
                <w:sz w:val="17"/>
              </w:rPr>
              <w:t>215-135</w:t>
            </w:r>
          </w:p>
        </w:tc>
        <w:tc>
          <w:tcPr>
            <w:tcW w:w="2648" w:type="dxa"/>
            <w:tcMar>
              <w:top w:w="28" w:type="dxa"/>
              <w:left w:w="38" w:type="dxa"/>
              <w:bottom w:w="28" w:type="dxa"/>
              <w:right w:w="38" w:type="dxa"/>
            </w:tcMar>
            <w:vAlign w:val="center"/>
          </w:tcPr>
          <w:p w14:paraId="3006C7E8" w14:textId="77777777" w:rsidR="00D60D5E" w:rsidRDefault="00891EF0">
            <w:pPr>
              <w:spacing w:after="0" w:line="240" w:lineRule="auto"/>
            </w:pPr>
            <w:r>
              <w:rPr>
                <w:rFonts w:eastAsia="Aptos"/>
                <w:sz w:val="17"/>
              </w:rPr>
              <w:t>Lasagna 16oz</w:t>
            </w:r>
          </w:p>
        </w:tc>
        <w:tc>
          <w:tcPr>
            <w:tcW w:w="630" w:type="dxa"/>
            <w:tcMar>
              <w:top w:w="28" w:type="dxa"/>
              <w:left w:w="38" w:type="dxa"/>
              <w:bottom w:w="28" w:type="dxa"/>
              <w:right w:w="38" w:type="dxa"/>
            </w:tcMar>
            <w:vAlign w:val="center"/>
          </w:tcPr>
          <w:p w14:paraId="0F2FDFE8"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3AAD8BD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DA98AA" w14:textId="77777777" w:rsidR="00D60D5E" w:rsidRDefault="00D60D5E">
            <w:pPr>
              <w:jc w:val="center"/>
            </w:pPr>
          </w:p>
        </w:tc>
      </w:tr>
      <w:tr w:rsidR="00D60D5E" w14:paraId="12E75257" w14:textId="77777777" w:rsidTr="000617E0">
        <w:trPr>
          <w:cantSplit/>
          <w:jc w:val="center"/>
        </w:trPr>
        <w:tc>
          <w:tcPr>
            <w:tcW w:w="677" w:type="dxa"/>
            <w:tcMar>
              <w:top w:w="28" w:type="dxa"/>
              <w:left w:w="38" w:type="dxa"/>
              <w:bottom w:w="28" w:type="dxa"/>
              <w:right w:w="38" w:type="dxa"/>
            </w:tcMar>
            <w:vAlign w:val="center"/>
          </w:tcPr>
          <w:p w14:paraId="39559F9F" w14:textId="77777777" w:rsidR="00D60D5E" w:rsidRDefault="00891EF0">
            <w:pPr>
              <w:spacing w:after="0" w:line="240" w:lineRule="auto"/>
              <w:jc w:val="center"/>
            </w:pPr>
            <w:r>
              <w:rPr>
                <w:rFonts w:eastAsia="Aptos"/>
                <w:color w:val="6A7075"/>
                <w:sz w:val="17"/>
              </w:rPr>
              <w:t>215-136</w:t>
            </w:r>
          </w:p>
        </w:tc>
        <w:tc>
          <w:tcPr>
            <w:tcW w:w="2648" w:type="dxa"/>
            <w:tcMar>
              <w:top w:w="28" w:type="dxa"/>
              <w:left w:w="38" w:type="dxa"/>
              <w:bottom w:w="28" w:type="dxa"/>
              <w:right w:w="38" w:type="dxa"/>
            </w:tcMar>
            <w:vAlign w:val="center"/>
          </w:tcPr>
          <w:p w14:paraId="24D96537" w14:textId="77777777" w:rsidR="00D60D5E" w:rsidRDefault="00891EF0">
            <w:pPr>
              <w:spacing w:after="0" w:line="240" w:lineRule="auto"/>
            </w:pPr>
            <w:r>
              <w:rPr>
                <w:rFonts w:eastAsia="Aptos"/>
                <w:sz w:val="17"/>
              </w:rPr>
              <w:t>Penne Pasta 16oz</w:t>
            </w:r>
          </w:p>
        </w:tc>
        <w:tc>
          <w:tcPr>
            <w:tcW w:w="630" w:type="dxa"/>
            <w:tcMar>
              <w:top w:w="28" w:type="dxa"/>
              <w:left w:w="38" w:type="dxa"/>
              <w:bottom w:w="28" w:type="dxa"/>
              <w:right w:w="38" w:type="dxa"/>
            </w:tcMar>
            <w:vAlign w:val="center"/>
          </w:tcPr>
          <w:p w14:paraId="430CA946" w14:textId="77777777" w:rsidR="00D60D5E" w:rsidRDefault="00891EF0">
            <w:pPr>
              <w:spacing w:after="0" w:line="240" w:lineRule="auto"/>
              <w:jc w:val="center"/>
            </w:pPr>
            <w:r>
              <w:rPr>
                <w:rFonts w:eastAsia="Aptos"/>
                <w:b/>
                <w:sz w:val="17"/>
              </w:rPr>
              <w:t>3.65</w:t>
            </w:r>
          </w:p>
        </w:tc>
        <w:tc>
          <w:tcPr>
            <w:tcW w:w="540" w:type="dxa"/>
            <w:tcMar>
              <w:top w:w="28" w:type="dxa"/>
              <w:left w:w="38" w:type="dxa"/>
              <w:bottom w:w="28" w:type="dxa"/>
              <w:right w:w="38" w:type="dxa"/>
            </w:tcMar>
            <w:vAlign w:val="center"/>
          </w:tcPr>
          <w:p w14:paraId="57C6C8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031FCB" w14:textId="77777777" w:rsidR="00D60D5E" w:rsidRDefault="00D60D5E">
            <w:pPr>
              <w:jc w:val="center"/>
            </w:pPr>
          </w:p>
        </w:tc>
      </w:tr>
      <w:tr w:rsidR="00D60D5E" w14:paraId="0FECDE8C" w14:textId="77777777" w:rsidTr="000617E0">
        <w:trPr>
          <w:cantSplit/>
          <w:jc w:val="center"/>
        </w:trPr>
        <w:tc>
          <w:tcPr>
            <w:tcW w:w="677" w:type="dxa"/>
            <w:tcMar>
              <w:top w:w="28" w:type="dxa"/>
              <w:left w:w="38" w:type="dxa"/>
              <w:bottom w:w="28" w:type="dxa"/>
              <w:right w:w="38" w:type="dxa"/>
            </w:tcMar>
            <w:vAlign w:val="center"/>
          </w:tcPr>
          <w:p w14:paraId="4F4E91CC" w14:textId="77777777" w:rsidR="00D60D5E" w:rsidRDefault="00891EF0">
            <w:pPr>
              <w:spacing w:after="0" w:line="240" w:lineRule="auto"/>
              <w:jc w:val="center"/>
            </w:pPr>
            <w:r>
              <w:rPr>
                <w:rFonts w:eastAsia="Aptos"/>
                <w:color w:val="6A7075"/>
                <w:sz w:val="17"/>
              </w:rPr>
              <w:t>215-140</w:t>
            </w:r>
          </w:p>
        </w:tc>
        <w:tc>
          <w:tcPr>
            <w:tcW w:w="2648" w:type="dxa"/>
            <w:tcMar>
              <w:top w:w="28" w:type="dxa"/>
              <w:left w:w="38" w:type="dxa"/>
              <w:bottom w:w="28" w:type="dxa"/>
              <w:right w:w="38" w:type="dxa"/>
            </w:tcMar>
            <w:vAlign w:val="center"/>
          </w:tcPr>
          <w:p w14:paraId="143C1DA2" w14:textId="77777777" w:rsidR="00D60D5E" w:rsidRDefault="00891EF0">
            <w:pPr>
              <w:spacing w:after="0" w:line="240" w:lineRule="auto"/>
            </w:pPr>
            <w:r>
              <w:rPr>
                <w:rFonts w:eastAsia="Aptos"/>
                <w:sz w:val="17"/>
              </w:rPr>
              <w:t>Rotini Trio Color 12oz</w:t>
            </w:r>
          </w:p>
        </w:tc>
        <w:tc>
          <w:tcPr>
            <w:tcW w:w="630" w:type="dxa"/>
            <w:tcMar>
              <w:top w:w="28" w:type="dxa"/>
              <w:left w:w="38" w:type="dxa"/>
              <w:bottom w:w="28" w:type="dxa"/>
              <w:right w:w="38" w:type="dxa"/>
            </w:tcMar>
            <w:vAlign w:val="center"/>
          </w:tcPr>
          <w:p w14:paraId="61499BD4"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5FEBF4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1EF012" w14:textId="77777777" w:rsidR="00D60D5E" w:rsidRDefault="00D60D5E">
            <w:pPr>
              <w:jc w:val="center"/>
            </w:pPr>
          </w:p>
        </w:tc>
      </w:tr>
      <w:tr w:rsidR="00D60D5E" w14:paraId="310830F3" w14:textId="77777777" w:rsidTr="000617E0">
        <w:trPr>
          <w:cantSplit/>
          <w:jc w:val="center"/>
        </w:trPr>
        <w:tc>
          <w:tcPr>
            <w:tcW w:w="677" w:type="dxa"/>
            <w:tcMar>
              <w:top w:w="28" w:type="dxa"/>
              <w:left w:w="38" w:type="dxa"/>
              <w:bottom w:w="28" w:type="dxa"/>
              <w:right w:w="38" w:type="dxa"/>
            </w:tcMar>
            <w:vAlign w:val="center"/>
          </w:tcPr>
          <w:p w14:paraId="0D226C04" w14:textId="77777777" w:rsidR="00D60D5E" w:rsidRDefault="00891EF0">
            <w:pPr>
              <w:spacing w:after="0" w:line="240" w:lineRule="auto"/>
              <w:jc w:val="center"/>
            </w:pPr>
            <w:r>
              <w:rPr>
                <w:rFonts w:eastAsia="Aptos"/>
                <w:color w:val="6A7075"/>
                <w:sz w:val="17"/>
              </w:rPr>
              <w:t>215-145</w:t>
            </w:r>
          </w:p>
        </w:tc>
        <w:tc>
          <w:tcPr>
            <w:tcW w:w="2648" w:type="dxa"/>
            <w:tcMar>
              <w:top w:w="28" w:type="dxa"/>
              <w:left w:w="38" w:type="dxa"/>
              <w:bottom w:w="28" w:type="dxa"/>
              <w:right w:w="38" w:type="dxa"/>
            </w:tcMar>
            <w:vAlign w:val="center"/>
          </w:tcPr>
          <w:p w14:paraId="7C96900B" w14:textId="77777777" w:rsidR="00D60D5E" w:rsidRDefault="00891EF0">
            <w:pPr>
              <w:spacing w:after="0" w:line="240" w:lineRule="auto"/>
            </w:pPr>
            <w:r>
              <w:rPr>
                <w:rFonts w:eastAsia="Aptos"/>
                <w:sz w:val="17"/>
              </w:rPr>
              <w:t>Shells 16oz</w:t>
            </w:r>
          </w:p>
        </w:tc>
        <w:tc>
          <w:tcPr>
            <w:tcW w:w="630" w:type="dxa"/>
            <w:tcMar>
              <w:top w:w="28" w:type="dxa"/>
              <w:left w:w="38" w:type="dxa"/>
              <w:bottom w:w="28" w:type="dxa"/>
              <w:right w:w="38" w:type="dxa"/>
            </w:tcMar>
            <w:vAlign w:val="center"/>
          </w:tcPr>
          <w:p w14:paraId="3720F7D9" w14:textId="77777777" w:rsidR="00D60D5E" w:rsidRDefault="00891EF0">
            <w:pPr>
              <w:spacing w:after="0" w:line="240" w:lineRule="auto"/>
              <w:jc w:val="center"/>
            </w:pPr>
            <w:r>
              <w:rPr>
                <w:rFonts w:eastAsia="Aptos"/>
                <w:b/>
                <w:sz w:val="17"/>
              </w:rPr>
              <w:t>3.70</w:t>
            </w:r>
          </w:p>
        </w:tc>
        <w:tc>
          <w:tcPr>
            <w:tcW w:w="540" w:type="dxa"/>
            <w:tcMar>
              <w:top w:w="28" w:type="dxa"/>
              <w:left w:w="38" w:type="dxa"/>
              <w:bottom w:w="28" w:type="dxa"/>
              <w:right w:w="38" w:type="dxa"/>
            </w:tcMar>
            <w:vAlign w:val="center"/>
          </w:tcPr>
          <w:p w14:paraId="06D111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967B62" w14:textId="77777777" w:rsidR="00D60D5E" w:rsidRDefault="00D60D5E">
            <w:pPr>
              <w:jc w:val="center"/>
            </w:pPr>
          </w:p>
        </w:tc>
      </w:tr>
      <w:tr w:rsidR="00D60D5E" w14:paraId="6E164BD5" w14:textId="77777777" w:rsidTr="000617E0">
        <w:trPr>
          <w:cantSplit/>
          <w:jc w:val="center"/>
        </w:trPr>
        <w:tc>
          <w:tcPr>
            <w:tcW w:w="677" w:type="dxa"/>
            <w:tcMar>
              <w:top w:w="28" w:type="dxa"/>
              <w:left w:w="38" w:type="dxa"/>
              <w:bottom w:w="28" w:type="dxa"/>
              <w:right w:w="38" w:type="dxa"/>
            </w:tcMar>
            <w:vAlign w:val="center"/>
          </w:tcPr>
          <w:p w14:paraId="224AA5A8" w14:textId="77777777" w:rsidR="00D60D5E" w:rsidRDefault="00891EF0">
            <w:pPr>
              <w:spacing w:after="0" w:line="240" w:lineRule="auto"/>
              <w:jc w:val="center"/>
            </w:pPr>
            <w:r>
              <w:rPr>
                <w:rFonts w:eastAsia="Aptos"/>
                <w:color w:val="6A7075"/>
                <w:sz w:val="17"/>
              </w:rPr>
              <w:t>215-150</w:t>
            </w:r>
          </w:p>
        </w:tc>
        <w:tc>
          <w:tcPr>
            <w:tcW w:w="2648" w:type="dxa"/>
            <w:tcMar>
              <w:top w:w="28" w:type="dxa"/>
              <w:left w:w="38" w:type="dxa"/>
              <w:bottom w:w="28" w:type="dxa"/>
              <w:right w:w="38" w:type="dxa"/>
            </w:tcMar>
            <w:vAlign w:val="center"/>
          </w:tcPr>
          <w:p w14:paraId="24C1ED88" w14:textId="77777777" w:rsidR="00D60D5E" w:rsidRDefault="00891EF0">
            <w:pPr>
              <w:spacing w:after="0" w:line="240" w:lineRule="auto"/>
            </w:pPr>
            <w:r>
              <w:rPr>
                <w:rFonts w:eastAsia="Aptos"/>
                <w:sz w:val="17"/>
              </w:rPr>
              <w:t>Uncle Ben's Long Grain &amp; Wild Rice 8.8 oz</w:t>
            </w:r>
          </w:p>
        </w:tc>
        <w:tc>
          <w:tcPr>
            <w:tcW w:w="630" w:type="dxa"/>
            <w:tcMar>
              <w:top w:w="28" w:type="dxa"/>
              <w:left w:w="38" w:type="dxa"/>
              <w:bottom w:w="28" w:type="dxa"/>
              <w:right w:w="38" w:type="dxa"/>
            </w:tcMar>
            <w:vAlign w:val="center"/>
          </w:tcPr>
          <w:p w14:paraId="3EC24988"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3E8BB9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470EFA" w14:textId="77777777" w:rsidR="00D60D5E" w:rsidRDefault="00D60D5E">
            <w:pPr>
              <w:jc w:val="center"/>
            </w:pPr>
          </w:p>
        </w:tc>
      </w:tr>
      <w:tr w:rsidR="00D60D5E" w14:paraId="5EC17B3C" w14:textId="77777777" w:rsidTr="000617E0">
        <w:trPr>
          <w:cantSplit/>
          <w:jc w:val="center"/>
        </w:trPr>
        <w:tc>
          <w:tcPr>
            <w:tcW w:w="677" w:type="dxa"/>
            <w:tcMar>
              <w:top w:w="28" w:type="dxa"/>
              <w:left w:w="38" w:type="dxa"/>
              <w:bottom w:w="28" w:type="dxa"/>
              <w:right w:w="38" w:type="dxa"/>
            </w:tcMar>
            <w:vAlign w:val="center"/>
          </w:tcPr>
          <w:p w14:paraId="6868215D" w14:textId="77777777" w:rsidR="00D60D5E" w:rsidRDefault="00891EF0">
            <w:pPr>
              <w:spacing w:after="0" w:line="240" w:lineRule="auto"/>
              <w:jc w:val="center"/>
            </w:pPr>
            <w:r>
              <w:rPr>
                <w:rFonts w:eastAsia="Aptos"/>
                <w:color w:val="6A7075"/>
                <w:sz w:val="17"/>
              </w:rPr>
              <w:t>215-155</w:t>
            </w:r>
          </w:p>
        </w:tc>
        <w:tc>
          <w:tcPr>
            <w:tcW w:w="2648" w:type="dxa"/>
            <w:tcMar>
              <w:top w:w="28" w:type="dxa"/>
              <w:left w:w="38" w:type="dxa"/>
              <w:bottom w:w="28" w:type="dxa"/>
              <w:right w:w="38" w:type="dxa"/>
            </w:tcMar>
            <w:vAlign w:val="center"/>
          </w:tcPr>
          <w:p w14:paraId="7DD4D7B4" w14:textId="77777777" w:rsidR="00D60D5E" w:rsidRDefault="00891EF0">
            <w:pPr>
              <w:spacing w:after="0" w:line="240" w:lineRule="auto"/>
            </w:pPr>
            <w:r>
              <w:rPr>
                <w:rFonts w:eastAsia="Aptos"/>
                <w:sz w:val="17"/>
              </w:rPr>
              <w:t>Goya Rice &amp; Beans 7oz/SpanshStyl/Pigeon Peas</w:t>
            </w:r>
          </w:p>
        </w:tc>
        <w:tc>
          <w:tcPr>
            <w:tcW w:w="630" w:type="dxa"/>
            <w:tcMar>
              <w:top w:w="28" w:type="dxa"/>
              <w:left w:w="38" w:type="dxa"/>
              <w:bottom w:w="28" w:type="dxa"/>
              <w:right w:w="38" w:type="dxa"/>
            </w:tcMar>
            <w:vAlign w:val="center"/>
          </w:tcPr>
          <w:p w14:paraId="69641C4F" w14:textId="77777777" w:rsidR="00D60D5E" w:rsidRDefault="00891EF0">
            <w:pPr>
              <w:spacing w:after="0" w:line="240" w:lineRule="auto"/>
              <w:jc w:val="center"/>
            </w:pPr>
            <w:r>
              <w:rPr>
                <w:rFonts w:eastAsia="Aptos"/>
                <w:b/>
                <w:sz w:val="17"/>
              </w:rPr>
              <w:t>3.19</w:t>
            </w:r>
          </w:p>
        </w:tc>
        <w:tc>
          <w:tcPr>
            <w:tcW w:w="540" w:type="dxa"/>
            <w:tcMar>
              <w:top w:w="28" w:type="dxa"/>
              <w:left w:w="38" w:type="dxa"/>
              <w:bottom w:w="28" w:type="dxa"/>
              <w:right w:w="38" w:type="dxa"/>
            </w:tcMar>
            <w:vAlign w:val="center"/>
          </w:tcPr>
          <w:p w14:paraId="409EEFB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5F4AB3" w14:textId="77777777" w:rsidR="00D60D5E" w:rsidRDefault="00D60D5E">
            <w:pPr>
              <w:jc w:val="center"/>
            </w:pPr>
          </w:p>
        </w:tc>
      </w:tr>
      <w:tr w:rsidR="00D60D5E" w14:paraId="5AE7B375" w14:textId="77777777" w:rsidTr="000617E0">
        <w:trPr>
          <w:cantSplit/>
          <w:jc w:val="center"/>
        </w:trPr>
        <w:tc>
          <w:tcPr>
            <w:tcW w:w="677" w:type="dxa"/>
            <w:tcMar>
              <w:top w:w="28" w:type="dxa"/>
              <w:left w:w="38" w:type="dxa"/>
              <w:bottom w:w="28" w:type="dxa"/>
              <w:right w:w="38" w:type="dxa"/>
            </w:tcMar>
            <w:vAlign w:val="center"/>
          </w:tcPr>
          <w:p w14:paraId="3FA18E34" w14:textId="77777777" w:rsidR="00D60D5E" w:rsidRDefault="00891EF0">
            <w:pPr>
              <w:spacing w:after="0" w:line="240" w:lineRule="auto"/>
              <w:jc w:val="center"/>
            </w:pPr>
            <w:r>
              <w:rPr>
                <w:rFonts w:eastAsia="Aptos"/>
                <w:color w:val="6A7075"/>
                <w:sz w:val="17"/>
              </w:rPr>
              <w:t>215-160</w:t>
            </w:r>
          </w:p>
        </w:tc>
        <w:tc>
          <w:tcPr>
            <w:tcW w:w="2648" w:type="dxa"/>
            <w:tcMar>
              <w:top w:w="28" w:type="dxa"/>
              <w:left w:w="38" w:type="dxa"/>
              <w:bottom w:w="28" w:type="dxa"/>
              <w:right w:w="38" w:type="dxa"/>
            </w:tcMar>
            <w:vAlign w:val="center"/>
          </w:tcPr>
          <w:p w14:paraId="33D93FD3" w14:textId="77777777" w:rsidR="00D60D5E" w:rsidRDefault="00891EF0">
            <w:pPr>
              <w:spacing w:after="0" w:line="240" w:lineRule="auto"/>
            </w:pPr>
            <w:r>
              <w:rPr>
                <w:rFonts w:eastAsia="Aptos"/>
                <w:sz w:val="17"/>
              </w:rPr>
              <w:t>White Rice 1lb</w:t>
            </w:r>
          </w:p>
        </w:tc>
        <w:tc>
          <w:tcPr>
            <w:tcW w:w="630" w:type="dxa"/>
            <w:tcMar>
              <w:top w:w="28" w:type="dxa"/>
              <w:left w:w="38" w:type="dxa"/>
              <w:bottom w:w="28" w:type="dxa"/>
              <w:right w:w="38" w:type="dxa"/>
            </w:tcMar>
            <w:vAlign w:val="center"/>
          </w:tcPr>
          <w:p w14:paraId="307260D0" w14:textId="77777777" w:rsidR="00D60D5E" w:rsidRDefault="00891EF0">
            <w:pPr>
              <w:spacing w:after="0" w:line="240" w:lineRule="auto"/>
              <w:jc w:val="center"/>
            </w:pPr>
            <w:r>
              <w:rPr>
                <w:rFonts w:eastAsia="Aptos"/>
                <w:b/>
                <w:sz w:val="17"/>
              </w:rPr>
              <w:t>2.10</w:t>
            </w:r>
          </w:p>
        </w:tc>
        <w:tc>
          <w:tcPr>
            <w:tcW w:w="540" w:type="dxa"/>
            <w:tcMar>
              <w:top w:w="28" w:type="dxa"/>
              <w:left w:w="38" w:type="dxa"/>
              <w:bottom w:w="28" w:type="dxa"/>
              <w:right w:w="38" w:type="dxa"/>
            </w:tcMar>
            <w:vAlign w:val="center"/>
          </w:tcPr>
          <w:p w14:paraId="2EF8D94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B3C70B" w14:textId="77777777" w:rsidR="00D60D5E" w:rsidRDefault="00D60D5E">
            <w:pPr>
              <w:jc w:val="center"/>
            </w:pPr>
          </w:p>
        </w:tc>
      </w:tr>
      <w:tr w:rsidR="00D60D5E" w14:paraId="492786F4" w14:textId="77777777" w:rsidTr="000617E0">
        <w:trPr>
          <w:cantSplit/>
          <w:jc w:val="center"/>
        </w:trPr>
        <w:tc>
          <w:tcPr>
            <w:tcW w:w="677" w:type="dxa"/>
            <w:tcMar>
              <w:top w:w="28" w:type="dxa"/>
              <w:left w:w="38" w:type="dxa"/>
              <w:bottom w:w="28" w:type="dxa"/>
              <w:right w:w="38" w:type="dxa"/>
            </w:tcMar>
            <w:vAlign w:val="center"/>
          </w:tcPr>
          <w:p w14:paraId="05DC6DC4" w14:textId="77777777" w:rsidR="00D60D5E" w:rsidRDefault="00891EF0">
            <w:pPr>
              <w:spacing w:after="0" w:line="240" w:lineRule="auto"/>
              <w:jc w:val="center"/>
            </w:pPr>
            <w:r>
              <w:rPr>
                <w:rFonts w:eastAsia="Aptos"/>
                <w:color w:val="6A7075"/>
                <w:sz w:val="17"/>
              </w:rPr>
              <w:t>215-165</w:t>
            </w:r>
          </w:p>
        </w:tc>
        <w:tc>
          <w:tcPr>
            <w:tcW w:w="2648" w:type="dxa"/>
            <w:tcMar>
              <w:top w:w="28" w:type="dxa"/>
              <w:left w:w="38" w:type="dxa"/>
              <w:bottom w:w="28" w:type="dxa"/>
              <w:right w:w="38" w:type="dxa"/>
            </w:tcMar>
            <w:vAlign w:val="center"/>
          </w:tcPr>
          <w:p w14:paraId="746BBF02" w14:textId="77777777" w:rsidR="00D60D5E" w:rsidRDefault="00891EF0">
            <w:pPr>
              <w:spacing w:after="0" w:line="240" w:lineRule="auto"/>
            </w:pPr>
            <w:r>
              <w:rPr>
                <w:rFonts w:eastAsia="Aptos"/>
                <w:sz w:val="17"/>
              </w:rPr>
              <w:t>Brown Rice 16oz</w:t>
            </w:r>
          </w:p>
        </w:tc>
        <w:tc>
          <w:tcPr>
            <w:tcW w:w="630" w:type="dxa"/>
            <w:tcMar>
              <w:top w:w="28" w:type="dxa"/>
              <w:left w:w="38" w:type="dxa"/>
              <w:bottom w:w="28" w:type="dxa"/>
              <w:right w:w="38" w:type="dxa"/>
            </w:tcMar>
            <w:vAlign w:val="center"/>
          </w:tcPr>
          <w:p w14:paraId="648BA284" w14:textId="77777777" w:rsidR="00D60D5E" w:rsidRDefault="00891EF0">
            <w:pPr>
              <w:spacing w:after="0" w:line="240" w:lineRule="auto"/>
              <w:jc w:val="center"/>
            </w:pPr>
            <w:r>
              <w:rPr>
                <w:rFonts w:eastAsia="Aptos"/>
                <w:b/>
                <w:sz w:val="17"/>
              </w:rPr>
              <w:t>2.20</w:t>
            </w:r>
          </w:p>
        </w:tc>
        <w:tc>
          <w:tcPr>
            <w:tcW w:w="540" w:type="dxa"/>
            <w:tcMar>
              <w:top w:w="28" w:type="dxa"/>
              <w:left w:w="38" w:type="dxa"/>
              <w:bottom w:w="28" w:type="dxa"/>
              <w:right w:w="38" w:type="dxa"/>
            </w:tcMar>
            <w:vAlign w:val="center"/>
          </w:tcPr>
          <w:p w14:paraId="5BE6864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BA5A50" w14:textId="77777777" w:rsidR="00D60D5E" w:rsidRDefault="00D60D5E">
            <w:pPr>
              <w:jc w:val="center"/>
            </w:pPr>
          </w:p>
        </w:tc>
      </w:tr>
      <w:tr w:rsidR="00D60D5E" w14:paraId="23D572A9" w14:textId="77777777" w:rsidTr="000617E0">
        <w:trPr>
          <w:cantSplit/>
          <w:jc w:val="center"/>
        </w:trPr>
        <w:tc>
          <w:tcPr>
            <w:tcW w:w="677" w:type="dxa"/>
            <w:tcMar>
              <w:top w:w="28" w:type="dxa"/>
              <w:left w:w="38" w:type="dxa"/>
              <w:bottom w:w="28" w:type="dxa"/>
              <w:right w:w="38" w:type="dxa"/>
            </w:tcMar>
            <w:vAlign w:val="center"/>
          </w:tcPr>
          <w:p w14:paraId="0C711AF5" w14:textId="77777777" w:rsidR="00D60D5E" w:rsidRDefault="00891EF0">
            <w:pPr>
              <w:spacing w:after="0" w:line="240" w:lineRule="auto"/>
              <w:jc w:val="center"/>
            </w:pPr>
            <w:r>
              <w:rPr>
                <w:rFonts w:eastAsia="Aptos"/>
                <w:color w:val="6A7075"/>
                <w:sz w:val="17"/>
              </w:rPr>
              <w:t>215-170</w:t>
            </w:r>
          </w:p>
        </w:tc>
        <w:tc>
          <w:tcPr>
            <w:tcW w:w="2648" w:type="dxa"/>
            <w:tcMar>
              <w:top w:w="28" w:type="dxa"/>
              <w:left w:w="38" w:type="dxa"/>
              <w:bottom w:w="28" w:type="dxa"/>
              <w:right w:w="38" w:type="dxa"/>
            </w:tcMar>
            <w:vAlign w:val="center"/>
          </w:tcPr>
          <w:p w14:paraId="6A23D416" w14:textId="77777777" w:rsidR="00D60D5E" w:rsidRDefault="00891EF0">
            <w:pPr>
              <w:spacing w:after="0" w:line="240" w:lineRule="auto"/>
            </w:pPr>
            <w:r>
              <w:rPr>
                <w:rFonts w:eastAsia="Aptos"/>
                <w:sz w:val="17"/>
              </w:rPr>
              <w:t>Yellow Rice 10oz</w:t>
            </w:r>
          </w:p>
        </w:tc>
        <w:tc>
          <w:tcPr>
            <w:tcW w:w="630" w:type="dxa"/>
            <w:tcMar>
              <w:top w:w="28" w:type="dxa"/>
              <w:left w:w="38" w:type="dxa"/>
              <w:bottom w:w="28" w:type="dxa"/>
              <w:right w:w="38" w:type="dxa"/>
            </w:tcMar>
            <w:vAlign w:val="center"/>
          </w:tcPr>
          <w:p w14:paraId="7B8C3AD6" w14:textId="77777777" w:rsidR="00D60D5E" w:rsidRDefault="00891EF0">
            <w:pPr>
              <w:spacing w:after="0" w:line="240" w:lineRule="auto"/>
              <w:jc w:val="center"/>
            </w:pPr>
            <w:r>
              <w:rPr>
                <w:rFonts w:eastAsia="Aptos"/>
                <w:b/>
                <w:sz w:val="17"/>
              </w:rPr>
              <w:t>3.98</w:t>
            </w:r>
          </w:p>
        </w:tc>
        <w:tc>
          <w:tcPr>
            <w:tcW w:w="540" w:type="dxa"/>
            <w:tcMar>
              <w:top w:w="28" w:type="dxa"/>
              <w:left w:w="38" w:type="dxa"/>
              <w:bottom w:w="28" w:type="dxa"/>
              <w:right w:w="38" w:type="dxa"/>
            </w:tcMar>
            <w:vAlign w:val="center"/>
          </w:tcPr>
          <w:p w14:paraId="4DBA24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1E8B5D" w14:textId="77777777" w:rsidR="00D60D5E" w:rsidRDefault="00D60D5E">
            <w:pPr>
              <w:jc w:val="center"/>
            </w:pPr>
          </w:p>
        </w:tc>
      </w:tr>
      <w:tr w:rsidR="00D60D5E" w14:paraId="6A423685" w14:textId="77777777" w:rsidTr="000617E0">
        <w:trPr>
          <w:cantSplit/>
          <w:jc w:val="center"/>
        </w:trPr>
        <w:tc>
          <w:tcPr>
            <w:tcW w:w="677" w:type="dxa"/>
            <w:tcMar>
              <w:top w:w="28" w:type="dxa"/>
              <w:left w:w="38" w:type="dxa"/>
              <w:bottom w:w="28" w:type="dxa"/>
              <w:right w:w="38" w:type="dxa"/>
            </w:tcMar>
            <w:vAlign w:val="center"/>
          </w:tcPr>
          <w:p w14:paraId="4E9C8B3F" w14:textId="77777777" w:rsidR="00D60D5E" w:rsidRDefault="00891EF0">
            <w:pPr>
              <w:spacing w:after="0" w:line="240" w:lineRule="auto"/>
              <w:jc w:val="center"/>
            </w:pPr>
            <w:r>
              <w:rPr>
                <w:rFonts w:eastAsia="Aptos"/>
                <w:color w:val="6A7075"/>
                <w:sz w:val="17"/>
              </w:rPr>
              <w:t>215-175</w:t>
            </w:r>
          </w:p>
        </w:tc>
        <w:tc>
          <w:tcPr>
            <w:tcW w:w="2648" w:type="dxa"/>
            <w:tcMar>
              <w:top w:w="28" w:type="dxa"/>
              <w:left w:w="38" w:type="dxa"/>
              <w:bottom w:w="28" w:type="dxa"/>
              <w:right w:w="38" w:type="dxa"/>
            </w:tcMar>
            <w:vAlign w:val="center"/>
          </w:tcPr>
          <w:p w14:paraId="6696BF29" w14:textId="77777777" w:rsidR="00D60D5E" w:rsidRDefault="00891EF0">
            <w:pPr>
              <w:spacing w:after="0" w:line="240" w:lineRule="auto"/>
            </w:pPr>
            <w:r>
              <w:rPr>
                <w:rFonts w:eastAsia="Aptos"/>
                <w:sz w:val="17"/>
              </w:rPr>
              <w:t>Risotto 5.8oz Parmesan</w:t>
            </w:r>
          </w:p>
        </w:tc>
        <w:tc>
          <w:tcPr>
            <w:tcW w:w="630" w:type="dxa"/>
            <w:tcMar>
              <w:top w:w="28" w:type="dxa"/>
              <w:left w:w="38" w:type="dxa"/>
              <w:bottom w:w="28" w:type="dxa"/>
              <w:right w:w="38" w:type="dxa"/>
            </w:tcMar>
            <w:vAlign w:val="center"/>
          </w:tcPr>
          <w:p w14:paraId="4030687A" w14:textId="77777777" w:rsidR="00D60D5E" w:rsidRDefault="00891EF0">
            <w:pPr>
              <w:spacing w:after="0" w:line="240" w:lineRule="auto"/>
              <w:jc w:val="center"/>
            </w:pPr>
            <w:r>
              <w:rPr>
                <w:rFonts w:eastAsia="Aptos"/>
                <w:b/>
                <w:sz w:val="17"/>
              </w:rPr>
              <w:t>3.40</w:t>
            </w:r>
          </w:p>
        </w:tc>
        <w:tc>
          <w:tcPr>
            <w:tcW w:w="540" w:type="dxa"/>
            <w:tcMar>
              <w:top w:w="28" w:type="dxa"/>
              <w:left w:w="38" w:type="dxa"/>
              <w:bottom w:w="28" w:type="dxa"/>
              <w:right w:w="38" w:type="dxa"/>
            </w:tcMar>
            <w:vAlign w:val="center"/>
          </w:tcPr>
          <w:p w14:paraId="1C24EF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FE4FA4" w14:textId="77777777" w:rsidR="00D60D5E" w:rsidRDefault="00D60D5E">
            <w:pPr>
              <w:jc w:val="center"/>
            </w:pPr>
          </w:p>
        </w:tc>
      </w:tr>
      <w:tr w:rsidR="00D60D5E" w14:paraId="2565FA27" w14:textId="77777777" w:rsidTr="000617E0">
        <w:trPr>
          <w:cantSplit/>
          <w:jc w:val="center"/>
        </w:trPr>
        <w:tc>
          <w:tcPr>
            <w:tcW w:w="677" w:type="dxa"/>
            <w:tcMar>
              <w:top w:w="28" w:type="dxa"/>
              <w:left w:w="38" w:type="dxa"/>
              <w:bottom w:w="28" w:type="dxa"/>
              <w:right w:w="38" w:type="dxa"/>
            </w:tcMar>
            <w:vAlign w:val="center"/>
          </w:tcPr>
          <w:p w14:paraId="09327465" w14:textId="77777777" w:rsidR="00D60D5E" w:rsidRDefault="00891EF0">
            <w:pPr>
              <w:spacing w:after="0" w:line="240" w:lineRule="auto"/>
              <w:jc w:val="center"/>
            </w:pPr>
            <w:r>
              <w:rPr>
                <w:rFonts w:eastAsia="Aptos"/>
                <w:color w:val="6A7075"/>
                <w:sz w:val="17"/>
              </w:rPr>
              <w:t>215-180</w:t>
            </w:r>
          </w:p>
        </w:tc>
        <w:tc>
          <w:tcPr>
            <w:tcW w:w="2648" w:type="dxa"/>
            <w:tcMar>
              <w:top w:w="28" w:type="dxa"/>
              <w:left w:w="38" w:type="dxa"/>
              <w:bottom w:w="28" w:type="dxa"/>
              <w:right w:w="38" w:type="dxa"/>
            </w:tcMar>
            <w:vAlign w:val="center"/>
          </w:tcPr>
          <w:p w14:paraId="6FA805A1" w14:textId="77777777" w:rsidR="00D60D5E" w:rsidRDefault="00891EF0">
            <w:pPr>
              <w:spacing w:after="0" w:line="240" w:lineRule="auto"/>
            </w:pPr>
            <w:r>
              <w:rPr>
                <w:rFonts w:eastAsia="Aptos"/>
                <w:sz w:val="17"/>
              </w:rPr>
              <w:t>Couscous 10oz</w:t>
            </w:r>
          </w:p>
        </w:tc>
        <w:tc>
          <w:tcPr>
            <w:tcW w:w="630" w:type="dxa"/>
            <w:tcMar>
              <w:top w:w="28" w:type="dxa"/>
              <w:left w:w="38" w:type="dxa"/>
              <w:bottom w:w="28" w:type="dxa"/>
              <w:right w:w="38" w:type="dxa"/>
            </w:tcMar>
            <w:vAlign w:val="center"/>
          </w:tcPr>
          <w:p w14:paraId="1BECE182" w14:textId="77777777" w:rsidR="00D60D5E" w:rsidRDefault="00891EF0">
            <w:pPr>
              <w:spacing w:after="0" w:line="240" w:lineRule="auto"/>
              <w:jc w:val="center"/>
            </w:pPr>
            <w:r>
              <w:rPr>
                <w:rFonts w:eastAsia="Aptos"/>
                <w:b/>
                <w:sz w:val="17"/>
              </w:rPr>
              <w:t>5.67</w:t>
            </w:r>
          </w:p>
        </w:tc>
        <w:tc>
          <w:tcPr>
            <w:tcW w:w="540" w:type="dxa"/>
            <w:tcMar>
              <w:top w:w="28" w:type="dxa"/>
              <w:left w:w="38" w:type="dxa"/>
              <w:bottom w:w="28" w:type="dxa"/>
              <w:right w:w="38" w:type="dxa"/>
            </w:tcMar>
            <w:vAlign w:val="center"/>
          </w:tcPr>
          <w:p w14:paraId="699400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F68555" w14:textId="77777777" w:rsidR="00D60D5E" w:rsidRDefault="00D60D5E">
            <w:pPr>
              <w:jc w:val="center"/>
            </w:pPr>
          </w:p>
        </w:tc>
      </w:tr>
      <w:tr w:rsidR="00D60D5E" w14:paraId="2FFB121E" w14:textId="77777777" w:rsidTr="000617E0">
        <w:trPr>
          <w:cantSplit/>
          <w:jc w:val="center"/>
        </w:trPr>
        <w:tc>
          <w:tcPr>
            <w:tcW w:w="677" w:type="dxa"/>
            <w:tcMar>
              <w:top w:w="28" w:type="dxa"/>
              <w:left w:w="38" w:type="dxa"/>
              <w:bottom w:w="28" w:type="dxa"/>
              <w:right w:w="38" w:type="dxa"/>
            </w:tcMar>
            <w:vAlign w:val="center"/>
          </w:tcPr>
          <w:p w14:paraId="543A6FC7" w14:textId="77777777" w:rsidR="00D60D5E" w:rsidRDefault="00891EF0">
            <w:pPr>
              <w:spacing w:after="0" w:line="240" w:lineRule="auto"/>
              <w:jc w:val="center"/>
            </w:pPr>
            <w:r>
              <w:rPr>
                <w:rFonts w:eastAsia="Aptos"/>
                <w:color w:val="6A7075"/>
                <w:sz w:val="17"/>
              </w:rPr>
              <w:t>215-185</w:t>
            </w:r>
          </w:p>
        </w:tc>
        <w:tc>
          <w:tcPr>
            <w:tcW w:w="2648" w:type="dxa"/>
            <w:tcMar>
              <w:top w:w="28" w:type="dxa"/>
              <w:left w:w="38" w:type="dxa"/>
              <w:bottom w:w="28" w:type="dxa"/>
              <w:right w:w="38" w:type="dxa"/>
            </w:tcMar>
            <w:vAlign w:val="center"/>
          </w:tcPr>
          <w:p w14:paraId="60DEF551" w14:textId="77777777" w:rsidR="00D60D5E" w:rsidRDefault="00891EF0">
            <w:pPr>
              <w:spacing w:after="0" w:line="240" w:lineRule="auto"/>
            </w:pPr>
            <w:r>
              <w:rPr>
                <w:rFonts w:eastAsia="Aptos"/>
                <w:sz w:val="17"/>
              </w:rPr>
              <w:t>Rice Pilaf 6.09oz</w:t>
            </w:r>
          </w:p>
        </w:tc>
        <w:tc>
          <w:tcPr>
            <w:tcW w:w="630" w:type="dxa"/>
            <w:tcMar>
              <w:top w:w="28" w:type="dxa"/>
              <w:left w:w="38" w:type="dxa"/>
              <w:bottom w:w="28" w:type="dxa"/>
              <w:right w:w="38" w:type="dxa"/>
            </w:tcMar>
            <w:vAlign w:val="center"/>
          </w:tcPr>
          <w:p w14:paraId="6475FDF7"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1D9CC8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D3BCB4" w14:textId="77777777" w:rsidR="00D60D5E" w:rsidRDefault="00D60D5E">
            <w:pPr>
              <w:jc w:val="center"/>
            </w:pPr>
          </w:p>
        </w:tc>
      </w:tr>
      <w:tr w:rsidR="00D60D5E" w14:paraId="6D7713DE" w14:textId="77777777" w:rsidTr="000617E0">
        <w:trPr>
          <w:cantSplit/>
          <w:jc w:val="center"/>
        </w:trPr>
        <w:tc>
          <w:tcPr>
            <w:tcW w:w="677" w:type="dxa"/>
            <w:tcMar>
              <w:top w:w="28" w:type="dxa"/>
              <w:left w:w="38" w:type="dxa"/>
              <w:bottom w:w="28" w:type="dxa"/>
              <w:right w:w="38" w:type="dxa"/>
            </w:tcMar>
            <w:vAlign w:val="center"/>
          </w:tcPr>
          <w:p w14:paraId="4DF2E2BD" w14:textId="77777777" w:rsidR="00D60D5E" w:rsidRDefault="00891EF0">
            <w:pPr>
              <w:spacing w:after="0" w:line="240" w:lineRule="auto"/>
              <w:jc w:val="center"/>
            </w:pPr>
            <w:r>
              <w:rPr>
                <w:rFonts w:eastAsia="Aptos"/>
                <w:color w:val="6A7075"/>
                <w:sz w:val="17"/>
              </w:rPr>
              <w:t>215-190</w:t>
            </w:r>
          </w:p>
        </w:tc>
        <w:tc>
          <w:tcPr>
            <w:tcW w:w="2648" w:type="dxa"/>
            <w:tcMar>
              <w:top w:w="28" w:type="dxa"/>
              <w:left w:w="38" w:type="dxa"/>
              <w:bottom w:w="28" w:type="dxa"/>
              <w:right w:w="38" w:type="dxa"/>
            </w:tcMar>
            <w:vAlign w:val="center"/>
          </w:tcPr>
          <w:p w14:paraId="79F13E54" w14:textId="77777777" w:rsidR="00D60D5E" w:rsidRDefault="00891EF0">
            <w:pPr>
              <w:spacing w:after="0" w:line="240" w:lineRule="auto"/>
            </w:pPr>
            <w:r>
              <w:rPr>
                <w:rFonts w:eastAsia="Aptos"/>
                <w:sz w:val="17"/>
              </w:rPr>
              <w:t>Spanish Pilaf 6oz</w:t>
            </w:r>
          </w:p>
        </w:tc>
        <w:tc>
          <w:tcPr>
            <w:tcW w:w="630" w:type="dxa"/>
            <w:tcMar>
              <w:top w:w="28" w:type="dxa"/>
              <w:left w:w="38" w:type="dxa"/>
              <w:bottom w:w="28" w:type="dxa"/>
              <w:right w:w="38" w:type="dxa"/>
            </w:tcMar>
            <w:vAlign w:val="center"/>
          </w:tcPr>
          <w:p w14:paraId="36F11C45" w14:textId="77777777" w:rsidR="00D60D5E" w:rsidRDefault="00891EF0">
            <w:pPr>
              <w:spacing w:after="0" w:line="240" w:lineRule="auto"/>
              <w:jc w:val="center"/>
            </w:pPr>
            <w:r>
              <w:rPr>
                <w:rFonts w:eastAsia="Aptos"/>
                <w:b/>
                <w:sz w:val="17"/>
              </w:rPr>
              <w:t>4.15</w:t>
            </w:r>
          </w:p>
        </w:tc>
        <w:tc>
          <w:tcPr>
            <w:tcW w:w="540" w:type="dxa"/>
            <w:tcMar>
              <w:top w:w="28" w:type="dxa"/>
              <w:left w:w="38" w:type="dxa"/>
              <w:bottom w:w="28" w:type="dxa"/>
              <w:right w:w="38" w:type="dxa"/>
            </w:tcMar>
            <w:vAlign w:val="center"/>
          </w:tcPr>
          <w:p w14:paraId="5AD6515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FC55DE" w14:textId="77777777" w:rsidR="00D60D5E" w:rsidRDefault="00D60D5E">
            <w:pPr>
              <w:jc w:val="center"/>
            </w:pPr>
          </w:p>
        </w:tc>
      </w:tr>
      <w:tr w:rsidR="00D60D5E" w14:paraId="790BCFBD" w14:textId="77777777" w:rsidTr="000617E0">
        <w:trPr>
          <w:cantSplit/>
          <w:jc w:val="center"/>
        </w:trPr>
        <w:tc>
          <w:tcPr>
            <w:tcW w:w="677" w:type="dxa"/>
            <w:tcMar>
              <w:top w:w="28" w:type="dxa"/>
              <w:left w:w="38" w:type="dxa"/>
              <w:bottom w:w="28" w:type="dxa"/>
              <w:right w:w="38" w:type="dxa"/>
            </w:tcMar>
            <w:vAlign w:val="center"/>
          </w:tcPr>
          <w:p w14:paraId="0C420CFC" w14:textId="77777777" w:rsidR="00D60D5E" w:rsidRDefault="00891EF0">
            <w:pPr>
              <w:spacing w:after="0" w:line="240" w:lineRule="auto"/>
              <w:jc w:val="center"/>
            </w:pPr>
            <w:r>
              <w:rPr>
                <w:rFonts w:eastAsia="Aptos"/>
                <w:color w:val="6A7075"/>
                <w:sz w:val="17"/>
              </w:rPr>
              <w:t>215-195</w:t>
            </w:r>
          </w:p>
        </w:tc>
        <w:tc>
          <w:tcPr>
            <w:tcW w:w="2648" w:type="dxa"/>
            <w:tcMar>
              <w:top w:w="28" w:type="dxa"/>
              <w:left w:w="38" w:type="dxa"/>
              <w:bottom w:w="28" w:type="dxa"/>
              <w:right w:w="38" w:type="dxa"/>
            </w:tcMar>
            <w:vAlign w:val="center"/>
          </w:tcPr>
          <w:p w14:paraId="5CF8D139" w14:textId="77777777" w:rsidR="00D60D5E" w:rsidRDefault="00891EF0">
            <w:pPr>
              <w:spacing w:after="0" w:line="240" w:lineRule="auto"/>
            </w:pPr>
            <w:r>
              <w:rPr>
                <w:rFonts w:eastAsia="Aptos"/>
                <w:sz w:val="17"/>
              </w:rPr>
              <w:t>Gnocchi 16oz</w:t>
            </w:r>
          </w:p>
        </w:tc>
        <w:tc>
          <w:tcPr>
            <w:tcW w:w="630" w:type="dxa"/>
            <w:tcMar>
              <w:top w:w="28" w:type="dxa"/>
              <w:left w:w="38" w:type="dxa"/>
              <w:bottom w:w="28" w:type="dxa"/>
              <w:right w:w="38" w:type="dxa"/>
            </w:tcMar>
            <w:vAlign w:val="center"/>
          </w:tcPr>
          <w:p w14:paraId="507F61F4" w14:textId="77777777" w:rsidR="00D60D5E" w:rsidRDefault="00891EF0">
            <w:pPr>
              <w:spacing w:after="0" w:line="240" w:lineRule="auto"/>
              <w:jc w:val="center"/>
            </w:pPr>
            <w:r>
              <w:rPr>
                <w:rFonts w:eastAsia="Aptos"/>
                <w:b/>
                <w:sz w:val="17"/>
              </w:rPr>
              <w:t>5.59</w:t>
            </w:r>
          </w:p>
        </w:tc>
        <w:tc>
          <w:tcPr>
            <w:tcW w:w="540" w:type="dxa"/>
            <w:tcMar>
              <w:top w:w="28" w:type="dxa"/>
              <w:left w:w="38" w:type="dxa"/>
              <w:bottom w:w="28" w:type="dxa"/>
              <w:right w:w="38" w:type="dxa"/>
            </w:tcMar>
            <w:vAlign w:val="center"/>
          </w:tcPr>
          <w:p w14:paraId="41DDBD3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B085D9" w14:textId="77777777" w:rsidR="00D60D5E" w:rsidRDefault="00D60D5E">
            <w:pPr>
              <w:jc w:val="center"/>
            </w:pPr>
          </w:p>
        </w:tc>
      </w:tr>
      <w:tr w:rsidR="00D60D5E" w14:paraId="66C74C6C" w14:textId="77777777" w:rsidTr="000617E0">
        <w:trPr>
          <w:cantSplit/>
          <w:jc w:val="center"/>
        </w:trPr>
        <w:tc>
          <w:tcPr>
            <w:tcW w:w="677" w:type="dxa"/>
            <w:tcMar>
              <w:top w:w="28" w:type="dxa"/>
              <w:left w:w="38" w:type="dxa"/>
              <w:bottom w:w="28" w:type="dxa"/>
              <w:right w:w="38" w:type="dxa"/>
            </w:tcMar>
            <w:vAlign w:val="center"/>
          </w:tcPr>
          <w:p w14:paraId="552D73E1" w14:textId="77777777" w:rsidR="00D60D5E" w:rsidRDefault="00891EF0">
            <w:pPr>
              <w:spacing w:after="0" w:line="240" w:lineRule="auto"/>
              <w:jc w:val="center"/>
            </w:pPr>
            <w:r>
              <w:rPr>
                <w:rFonts w:eastAsia="Aptos"/>
                <w:color w:val="6A7075"/>
                <w:sz w:val="17"/>
              </w:rPr>
              <w:t>215-200</w:t>
            </w:r>
          </w:p>
        </w:tc>
        <w:tc>
          <w:tcPr>
            <w:tcW w:w="2648" w:type="dxa"/>
            <w:tcMar>
              <w:top w:w="28" w:type="dxa"/>
              <w:left w:w="38" w:type="dxa"/>
              <w:bottom w:w="28" w:type="dxa"/>
              <w:right w:w="38" w:type="dxa"/>
            </w:tcMar>
            <w:vAlign w:val="center"/>
          </w:tcPr>
          <w:p w14:paraId="4BC36012" w14:textId="77777777" w:rsidR="00D60D5E" w:rsidRDefault="00891EF0">
            <w:pPr>
              <w:spacing w:after="0" w:line="240" w:lineRule="auto"/>
            </w:pPr>
            <w:r>
              <w:rPr>
                <w:rFonts w:eastAsia="Aptos"/>
                <w:sz w:val="17"/>
              </w:rPr>
              <w:t>Basmati Rice 32oz</w:t>
            </w:r>
          </w:p>
        </w:tc>
        <w:tc>
          <w:tcPr>
            <w:tcW w:w="630" w:type="dxa"/>
            <w:tcMar>
              <w:top w:w="28" w:type="dxa"/>
              <w:left w:w="38" w:type="dxa"/>
              <w:bottom w:w="28" w:type="dxa"/>
              <w:right w:w="38" w:type="dxa"/>
            </w:tcMar>
            <w:vAlign w:val="center"/>
          </w:tcPr>
          <w:p w14:paraId="21496A82" w14:textId="77777777" w:rsidR="00D60D5E" w:rsidRDefault="00891EF0">
            <w:pPr>
              <w:spacing w:after="0" w:line="240" w:lineRule="auto"/>
              <w:jc w:val="center"/>
            </w:pPr>
            <w:r>
              <w:rPr>
                <w:rFonts w:eastAsia="Aptos"/>
                <w:b/>
                <w:sz w:val="17"/>
              </w:rPr>
              <w:t>7.70</w:t>
            </w:r>
          </w:p>
        </w:tc>
        <w:tc>
          <w:tcPr>
            <w:tcW w:w="540" w:type="dxa"/>
            <w:tcMar>
              <w:top w:w="28" w:type="dxa"/>
              <w:left w:w="38" w:type="dxa"/>
              <w:bottom w:w="28" w:type="dxa"/>
              <w:right w:w="38" w:type="dxa"/>
            </w:tcMar>
            <w:vAlign w:val="center"/>
          </w:tcPr>
          <w:p w14:paraId="1887BA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FCEAC5" w14:textId="77777777" w:rsidR="00D60D5E" w:rsidRDefault="00D60D5E">
            <w:pPr>
              <w:jc w:val="center"/>
            </w:pPr>
          </w:p>
        </w:tc>
      </w:tr>
      <w:tr w:rsidR="00D60D5E" w14:paraId="10C5E028" w14:textId="77777777" w:rsidTr="000617E0">
        <w:trPr>
          <w:cantSplit/>
          <w:jc w:val="center"/>
        </w:trPr>
        <w:tc>
          <w:tcPr>
            <w:tcW w:w="677" w:type="dxa"/>
            <w:tcMar>
              <w:top w:w="28" w:type="dxa"/>
              <w:left w:w="38" w:type="dxa"/>
              <w:bottom w:w="28" w:type="dxa"/>
              <w:right w:w="38" w:type="dxa"/>
            </w:tcMar>
            <w:vAlign w:val="center"/>
          </w:tcPr>
          <w:p w14:paraId="06CBC8AB" w14:textId="77777777" w:rsidR="00D60D5E" w:rsidRDefault="00891EF0">
            <w:pPr>
              <w:spacing w:after="0" w:line="240" w:lineRule="auto"/>
              <w:jc w:val="center"/>
            </w:pPr>
            <w:r>
              <w:rPr>
                <w:rFonts w:eastAsia="Aptos"/>
                <w:color w:val="6A7075"/>
                <w:sz w:val="17"/>
              </w:rPr>
              <w:t>215-205</w:t>
            </w:r>
          </w:p>
        </w:tc>
        <w:tc>
          <w:tcPr>
            <w:tcW w:w="2648" w:type="dxa"/>
            <w:tcMar>
              <w:top w:w="28" w:type="dxa"/>
              <w:left w:w="38" w:type="dxa"/>
              <w:bottom w:w="28" w:type="dxa"/>
              <w:right w:w="38" w:type="dxa"/>
            </w:tcMar>
            <w:vAlign w:val="center"/>
          </w:tcPr>
          <w:p w14:paraId="52DDFE25" w14:textId="77777777" w:rsidR="00D60D5E" w:rsidRDefault="00891EF0">
            <w:pPr>
              <w:spacing w:after="0" w:line="240" w:lineRule="auto"/>
            </w:pPr>
            <w:r>
              <w:rPr>
                <w:rFonts w:eastAsia="Aptos"/>
                <w:sz w:val="17"/>
              </w:rPr>
              <w:t>Macaroni &amp; Cheese Classic 7.25oz</w:t>
            </w:r>
          </w:p>
        </w:tc>
        <w:tc>
          <w:tcPr>
            <w:tcW w:w="630" w:type="dxa"/>
            <w:tcMar>
              <w:top w:w="28" w:type="dxa"/>
              <w:left w:w="38" w:type="dxa"/>
              <w:bottom w:w="28" w:type="dxa"/>
              <w:right w:w="38" w:type="dxa"/>
            </w:tcMar>
            <w:vAlign w:val="center"/>
          </w:tcPr>
          <w:p w14:paraId="296BA9DC"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22601D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50547B" w14:textId="77777777" w:rsidR="00D60D5E" w:rsidRDefault="00D60D5E">
            <w:pPr>
              <w:jc w:val="center"/>
            </w:pPr>
          </w:p>
        </w:tc>
      </w:tr>
      <w:tr w:rsidR="00D60D5E" w14:paraId="062E69AC" w14:textId="77777777" w:rsidTr="000617E0">
        <w:trPr>
          <w:cantSplit/>
          <w:jc w:val="center"/>
        </w:trPr>
        <w:tc>
          <w:tcPr>
            <w:tcW w:w="677" w:type="dxa"/>
            <w:tcMar>
              <w:top w:w="28" w:type="dxa"/>
              <w:left w:w="38" w:type="dxa"/>
              <w:bottom w:w="28" w:type="dxa"/>
              <w:right w:w="38" w:type="dxa"/>
            </w:tcMar>
            <w:vAlign w:val="center"/>
          </w:tcPr>
          <w:p w14:paraId="12352079" w14:textId="77777777" w:rsidR="00D60D5E" w:rsidRDefault="00891EF0">
            <w:pPr>
              <w:spacing w:after="0" w:line="240" w:lineRule="auto"/>
              <w:jc w:val="center"/>
            </w:pPr>
            <w:r>
              <w:rPr>
                <w:rFonts w:eastAsia="Aptos"/>
                <w:color w:val="6A7075"/>
                <w:sz w:val="17"/>
              </w:rPr>
              <w:t>215-210</w:t>
            </w:r>
          </w:p>
        </w:tc>
        <w:tc>
          <w:tcPr>
            <w:tcW w:w="2648" w:type="dxa"/>
            <w:tcMar>
              <w:top w:w="28" w:type="dxa"/>
              <w:left w:w="38" w:type="dxa"/>
              <w:bottom w:w="28" w:type="dxa"/>
              <w:right w:w="38" w:type="dxa"/>
            </w:tcMar>
            <w:vAlign w:val="center"/>
          </w:tcPr>
          <w:p w14:paraId="1B2B6F71" w14:textId="77777777" w:rsidR="00D60D5E" w:rsidRDefault="00891EF0">
            <w:pPr>
              <w:spacing w:after="0" w:line="240" w:lineRule="auto"/>
            </w:pPr>
            <w:r>
              <w:rPr>
                <w:rFonts w:eastAsia="Aptos"/>
                <w:sz w:val="17"/>
              </w:rPr>
              <w:t>Macaroni &amp; Cheese Classic 14.5oz Family Pak</w:t>
            </w:r>
          </w:p>
        </w:tc>
        <w:tc>
          <w:tcPr>
            <w:tcW w:w="630" w:type="dxa"/>
            <w:tcMar>
              <w:top w:w="28" w:type="dxa"/>
              <w:left w:w="38" w:type="dxa"/>
              <w:bottom w:w="28" w:type="dxa"/>
              <w:right w:w="38" w:type="dxa"/>
            </w:tcMar>
            <w:vAlign w:val="center"/>
          </w:tcPr>
          <w:p w14:paraId="6C5EFF57" w14:textId="77777777" w:rsidR="00D60D5E" w:rsidRDefault="00891EF0">
            <w:pPr>
              <w:spacing w:after="0" w:line="240" w:lineRule="auto"/>
              <w:jc w:val="center"/>
            </w:pPr>
            <w:r>
              <w:rPr>
                <w:rFonts w:eastAsia="Aptos"/>
                <w:b/>
                <w:sz w:val="17"/>
              </w:rPr>
              <w:t>7.20</w:t>
            </w:r>
          </w:p>
        </w:tc>
        <w:tc>
          <w:tcPr>
            <w:tcW w:w="540" w:type="dxa"/>
            <w:tcMar>
              <w:top w:w="28" w:type="dxa"/>
              <w:left w:w="38" w:type="dxa"/>
              <w:bottom w:w="28" w:type="dxa"/>
              <w:right w:w="38" w:type="dxa"/>
            </w:tcMar>
            <w:vAlign w:val="center"/>
          </w:tcPr>
          <w:p w14:paraId="13769C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692E9F" w14:textId="77777777" w:rsidR="00D60D5E" w:rsidRDefault="00D60D5E">
            <w:pPr>
              <w:jc w:val="center"/>
            </w:pPr>
          </w:p>
        </w:tc>
      </w:tr>
      <w:tr w:rsidR="00D60D5E" w14:paraId="5FDAAECB" w14:textId="77777777" w:rsidTr="000617E0">
        <w:trPr>
          <w:cantSplit/>
          <w:jc w:val="center"/>
        </w:trPr>
        <w:tc>
          <w:tcPr>
            <w:tcW w:w="677" w:type="dxa"/>
            <w:tcMar>
              <w:top w:w="28" w:type="dxa"/>
              <w:left w:w="38" w:type="dxa"/>
              <w:bottom w:w="28" w:type="dxa"/>
              <w:right w:w="38" w:type="dxa"/>
            </w:tcMar>
            <w:vAlign w:val="center"/>
          </w:tcPr>
          <w:p w14:paraId="3D98B224" w14:textId="77777777" w:rsidR="00D60D5E" w:rsidRDefault="00891EF0">
            <w:pPr>
              <w:spacing w:after="0" w:line="240" w:lineRule="auto"/>
              <w:jc w:val="center"/>
            </w:pPr>
            <w:r>
              <w:rPr>
                <w:rFonts w:eastAsia="Aptos"/>
                <w:color w:val="6A7075"/>
                <w:sz w:val="17"/>
              </w:rPr>
              <w:t>215-215</w:t>
            </w:r>
          </w:p>
        </w:tc>
        <w:tc>
          <w:tcPr>
            <w:tcW w:w="2648" w:type="dxa"/>
            <w:tcMar>
              <w:top w:w="28" w:type="dxa"/>
              <w:left w:w="38" w:type="dxa"/>
              <w:bottom w:w="28" w:type="dxa"/>
              <w:right w:w="38" w:type="dxa"/>
            </w:tcMar>
            <w:vAlign w:val="center"/>
          </w:tcPr>
          <w:p w14:paraId="25F6F3EF" w14:textId="77777777" w:rsidR="00D60D5E" w:rsidRDefault="00891EF0">
            <w:pPr>
              <w:spacing w:after="0" w:line="240" w:lineRule="auto"/>
            </w:pPr>
            <w:r>
              <w:rPr>
                <w:rFonts w:eastAsia="Aptos"/>
                <w:sz w:val="17"/>
              </w:rPr>
              <w:t>Velveeta Shell &amp; Cheese 12oz Reg/Bacon/Spice</w:t>
            </w:r>
          </w:p>
        </w:tc>
        <w:tc>
          <w:tcPr>
            <w:tcW w:w="630" w:type="dxa"/>
            <w:tcMar>
              <w:top w:w="28" w:type="dxa"/>
              <w:left w:w="38" w:type="dxa"/>
              <w:bottom w:w="28" w:type="dxa"/>
              <w:right w:w="38" w:type="dxa"/>
            </w:tcMar>
            <w:vAlign w:val="center"/>
          </w:tcPr>
          <w:p w14:paraId="0DF8DE09"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1F6ABA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7A6DFF" w14:textId="77777777" w:rsidR="00D60D5E" w:rsidRDefault="00D60D5E">
            <w:pPr>
              <w:jc w:val="center"/>
            </w:pPr>
          </w:p>
        </w:tc>
      </w:tr>
      <w:tr w:rsidR="00D60D5E" w14:paraId="074A6A05" w14:textId="77777777" w:rsidTr="000617E0">
        <w:trPr>
          <w:cantSplit/>
          <w:jc w:val="center"/>
        </w:trPr>
        <w:tc>
          <w:tcPr>
            <w:tcW w:w="677" w:type="dxa"/>
            <w:shd w:val="clear" w:color="auto" w:fill="D9EAF7"/>
            <w:tcMar>
              <w:top w:w="28" w:type="dxa"/>
              <w:left w:w="38" w:type="dxa"/>
              <w:bottom w:w="28" w:type="dxa"/>
              <w:right w:w="38" w:type="dxa"/>
            </w:tcMar>
            <w:vAlign w:val="center"/>
          </w:tcPr>
          <w:p w14:paraId="637095CF" w14:textId="77777777" w:rsidR="00D60D5E" w:rsidRDefault="00891EF0">
            <w:pPr>
              <w:spacing w:after="0" w:line="240" w:lineRule="auto"/>
              <w:jc w:val="center"/>
            </w:pPr>
            <w:r>
              <w:rPr>
                <w:rFonts w:eastAsia="Aptos"/>
                <w:b/>
                <w:color w:val="76A943"/>
                <w:sz w:val="18"/>
              </w:rPr>
              <w:t>220-</w:t>
            </w:r>
          </w:p>
        </w:tc>
        <w:tc>
          <w:tcPr>
            <w:tcW w:w="2648" w:type="dxa"/>
            <w:shd w:val="clear" w:color="auto" w:fill="D9EAF7"/>
            <w:tcMar>
              <w:top w:w="28" w:type="dxa"/>
              <w:left w:w="38" w:type="dxa"/>
              <w:bottom w:w="28" w:type="dxa"/>
              <w:right w:w="38" w:type="dxa"/>
            </w:tcMar>
            <w:vAlign w:val="center"/>
          </w:tcPr>
          <w:p w14:paraId="71300DE6" w14:textId="77777777" w:rsidR="00D60D5E" w:rsidRDefault="00891EF0">
            <w:pPr>
              <w:spacing w:after="0" w:line="240" w:lineRule="auto"/>
            </w:pPr>
            <w:r>
              <w:rPr>
                <w:rFonts w:eastAsia="Aptos"/>
                <w:b/>
                <w:color w:val="76A943"/>
                <w:sz w:val="18"/>
              </w:rPr>
              <w:t>SPICED DRIED</w:t>
            </w:r>
          </w:p>
        </w:tc>
        <w:tc>
          <w:tcPr>
            <w:tcW w:w="630" w:type="dxa"/>
            <w:shd w:val="clear" w:color="auto" w:fill="D9EAF7"/>
            <w:tcMar>
              <w:top w:w="28" w:type="dxa"/>
              <w:left w:w="38" w:type="dxa"/>
              <w:bottom w:w="28" w:type="dxa"/>
              <w:right w:w="38" w:type="dxa"/>
            </w:tcMar>
            <w:vAlign w:val="center"/>
          </w:tcPr>
          <w:p w14:paraId="5B921961"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EE47C94"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6E8BE12D" w14:textId="77777777" w:rsidR="00D60D5E" w:rsidRDefault="00D60D5E">
            <w:pPr>
              <w:jc w:val="center"/>
            </w:pPr>
          </w:p>
        </w:tc>
      </w:tr>
      <w:tr w:rsidR="00D60D5E" w14:paraId="3A2B47DB" w14:textId="77777777" w:rsidTr="000617E0">
        <w:trPr>
          <w:cantSplit/>
          <w:jc w:val="center"/>
        </w:trPr>
        <w:tc>
          <w:tcPr>
            <w:tcW w:w="677" w:type="dxa"/>
            <w:tcMar>
              <w:top w:w="28" w:type="dxa"/>
              <w:left w:w="38" w:type="dxa"/>
              <w:bottom w:w="28" w:type="dxa"/>
              <w:right w:w="38" w:type="dxa"/>
            </w:tcMar>
            <w:vAlign w:val="center"/>
          </w:tcPr>
          <w:p w14:paraId="4CD2003B" w14:textId="77777777" w:rsidR="00D60D5E" w:rsidRDefault="00891EF0">
            <w:pPr>
              <w:spacing w:after="0" w:line="240" w:lineRule="auto"/>
              <w:jc w:val="center"/>
            </w:pPr>
            <w:r>
              <w:rPr>
                <w:rFonts w:eastAsia="Aptos"/>
                <w:color w:val="6A7075"/>
                <w:sz w:val="17"/>
              </w:rPr>
              <w:t>220-105</w:t>
            </w:r>
          </w:p>
        </w:tc>
        <w:tc>
          <w:tcPr>
            <w:tcW w:w="2648" w:type="dxa"/>
            <w:tcMar>
              <w:top w:w="28" w:type="dxa"/>
              <w:left w:w="38" w:type="dxa"/>
              <w:bottom w:w="28" w:type="dxa"/>
              <w:right w:w="38" w:type="dxa"/>
            </w:tcMar>
            <w:vAlign w:val="center"/>
          </w:tcPr>
          <w:p w14:paraId="2F5FBD0A" w14:textId="77777777" w:rsidR="00D60D5E" w:rsidRDefault="00891EF0">
            <w:pPr>
              <w:spacing w:after="0" w:line="240" w:lineRule="auto"/>
            </w:pPr>
            <w:r>
              <w:rPr>
                <w:rFonts w:eastAsia="Aptos"/>
                <w:sz w:val="17"/>
              </w:rPr>
              <w:t>Basil .62oz</w:t>
            </w:r>
          </w:p>
        </w:tc>
        <w:tc>
          <w:tcPr>
            <w:tcW w:w="630" w:type="dxa"/>
            <w:tcMar>
              <w:top w:w="28" w:type="dxa"/>
              <w:left w:w="38" w:type="dxa"/>
              <w:bottom w:w="28" w:type="dxa"/>
              <w:right w:w="38" w:type="dxa"/>
            </w:tcMar>
            <w:vAlign w:val="center"/>
          </w:tcPr>
          <w:p w14:paraId="06E3E7CD" w14:textId="77777777" w:rsidR="00D60D5E" w:rsidRDefault="00891EF0">
            <w:pPr>
              <w:spacing w:after="0" w:line="240" w:lineRule="auto"/>
              <w:jc w:val="center"/>
            </w:pPr>
            <w:r>
              <w:rPr>
                <w:rFonts w:eastAsia="Aptos"/>
                <w:b/>
                <w:sz w:val="17"/>
              </w:rPr>
              <w:t>6.10</w:t>
            </w:r>
          </w:p>
        </w:tc>
        <w:tc>
          <w:tcPr>
            <w:tcW w:w="540" w:type="dxa"/>
            <w:tcMar>
              <w:top w:w="28" w:type="dxa"/>
              <w:left w:w="38" w:type="dxa"/>
              <w:bottom w:w="28" w:type="dxa"/>
              <w:right w:w="38" w:type="dxa"/>
            </w:tcMar>
            <w:vAlign w:val="center"/>
          </w:tcPr>
          <w:p w14:paraId="70405BA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0991CD" w14:textId="77777777" w:rsidR="00D60D5E" w:rsidRDefault="00D60D5E">
            <w:pPr>
              <w:jc w:val="center"/>
            </w:pPr>
          </w:p>
        </w:tc>
      </w:tr>
      <w:tr w:rsidR="00D60D5E" w14:paraId="39B10B93" w14:textId="77777777" w:rsidTr="000617E0">
        <w:trPr>
          <w:cantSplit/>
          <w:jc w:val="center"/>
        </w:trPr>
        <w:tc>
          <w:tcPr>
            <w:tcW w:w="677" w:type="dxa"/>
            <w:tcMar>
              <w:top w:w="28" w:type="dxa"/>
              <w:left w:w="38" w:type="dxa"/>
              <w:bottom w:w="28" w:type="dxa"/>
              <w:right w:w="38" w:type="dxa"/>
            </w:tcMar>
            <w:vAlign w:val="center"/>
          </w:tcPr>
          <w:p w14:paraId="29706311" w14:textId="77777777" w:rsidR="00D60D5E" w:rsidRDefault="00891EF0">
            <w:pPr>
              <w:spacing w:after="0" w:line="240" w:lineRule="auto"/>
              <w:jc w:val="center"/>
            </w:pPr>
            <w:r>
              <w:rPr>
                <w:rFonts w:eastAsia="Aptos"/>
                <w:color w:val="6A7075"/>
                <w:sz w:val="17"/>
              </w:rPr>
              <w:t>220-110</w:t>
            </w:r>
          </w:p>
        </w:tc>
        <w:tc>
          <w:tcPr>
            <w:tcW w:w="2648" w:type="dxa"/>
            <w:tcMar>
              <w:top w:w="28" w:type="dxa"/>
              <w:left w:w="38" w:type="dxa"/>
              <w:bottom w:w="28" w:type="dxa"/>
              <w:right w:w="38" w:type="dxa"/>
            </w:tcMar>
            <w:vAlign w:val="center"/>
          </w:tcPr>
          <w:p w14:paraId="57955A17" w14:textId="77777777" w:rsidR="00D60D5E" w:rsidRDefault="00891EF0">
            <w:pPr>
              <w:spacing w:after="0" w:line="240" w:lineRule="auto"/>
            </w:pPr>
            <w:r>
              <w:rPr>
                <w:rFonts w:eastAsia="Aptos"/>
                <w:sz w:val="17"/>
              </w:rPr>
              <w:t>Bay Leave 3 g</w:t>
            </w:r>
          </w:p>
        </w:tc>
        <w:tc>
          <w:tcPr>
            <w:tcW w:w="630" w:type="dxa"/>
            <w:tcMar>
              <w:top w:w="28" w:type="dxa"/>
              <w:left w:w="38" w:type="dxa"/>
              <w:bottom w:w="28" w:type="dxa"/>
              <w:right w:w="38" w:type="dxa"/>
            </w:tcMar>
            <w:vAlign w:val="center"/>
          </w:tcPr>
          <w:p w14:paraId="17AE192C" w14:textId="77777777" w:rsidR="00D60D5E" w:rsidRDefault="00891EF0">
            <w:pPr>
              <w:spacing w:after="0" w:line="240" w:lineRule="auto"/>
              <w:jc w:val="center"/>
            </w:pPr>
            <w:r>
              <w:rPr>
                <w:rFonts w:eastAsia="Aptos"/>
                <w:b/>
                <w:sz w:val="17"/>
              </w:rPr>
              <w:t>7.35</w:t>
            </w:r>
          </w:p>
        </w:tc>
        <w:tc>
          <w:tcPr>
            <w:tcW w:w="540" w:type="dxa"/>
            <w:tcMar>
              <w:top w:w="28" w:type="dxa"/>
              <w:left w:w="38" w:type="dxa"/>
              <w:bottom w:w="28" w:type="dxa"/>
              <w:right w:w="38" w:type="dxa"/>
            </w:tcMar>
            <w:vAlign w:val="center"/>
          </w:tcPr>
          <w:p w14:paraId="0D08674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6EF4C6" w14:textId="77777777" w:rsidR="00D60D5E" w:rsidRDefault="00D60D5E">
            <w:pPr>
              <w:jc w:val="center"/>
            </w:pPr>
          </w:p>
        </w:tc>
      </w:tr>
      <w:tr w:rsidR="00D60D5E" w14:paraId="2DBEAE3D" w14:textId="77777777" w:rsidTr="000617E0">
        <w:trPr>
          <w:cantSplit/>
          <w:jc w:val="center"/>
        </w:trPr>
        <w:tc>
          <w:tcPr>
            <w:tcW w:w="677" w:type="dxa"/>
            <w:tcMar>
              <w:top w:w="28" w:type="dxa"/>
              <w:left w:w="38" w:type="dxa"/>
              <w:bottom w:w="28" w:type="dxa"/>
              <w:right w:w="38" w:type="dxa"/>
            </w:tcMar>
            <w:vAlign w:val="center"/>
          </w:tcPr>
          <w:p w14:paraId="5815D05B" w14:textId="77777777" w:rsidR="00D60D5E" w:rsidRDefault="00891EF0">
            <w:pPr>
              <w:spacing w:after="0" w:line="240" w:lineRule="auto"/>
              <w:jc w:val="center"/>
            </w:pPr>
            <w:r>
              <w:rPr>
                <w:rFonts w:eastAsia="Aptos"/>
                <w:color w:val="6A7075"/>
                <w:sz w:val="17"/>
              </w:rPr>
              <w:t>220-115</w:t>
            </w:r>
          </w:p>
        </w:tc>
        <w:tc>
          <w:tcPr>
            <w:tcW w:w="2648" w:type="dxa"/>
            <w:tcMar>
              <w:top w:w="28" w:type="dxa"/>
              <w:left w:w="38" w:type="dxa"/>
              <w:bottom w:w="28" w:type="dxa"/>
              <w:right w:w="38" w:type="dxa"/>
            </w:tcMar>
            <w:vAlign w:val="center"/>
          </w:tcPr>
          <w:p w14:paraId="57E7179C" w14:textId="77777777" w:rsidR="00D60D5E" w:rsidRDefault="00891EF0">
            <w:pPr>
              <w:spacing w:after="0" w:line="240" w:lineRule="auto"/>
            </w:pPr>
            <w:r>
              <w:rPr>
                <w:rFonts w:eastAsia="Aptos"/>
                <w:sz w:val="17"/>
              </w:rPr>
              <w:t>Oregano .75oz</w:t>
            </w:r>
          </w:p>
        </w:tc>
        <w:tc>
          <w:tcPr>
            <w:tcW w:w="630" w:type="dxa"/>
            <w:tcMar>
              <w:top w:w="28" w:type="dxa"/>
              <w:left w:w="38" w:type="dxa"/>
              <w:bottom w:w="28" w:type="dxa"/>
              <w:right w:w="38" w:type="dxa"/>
            </w:tcMar>
            <w:vAlign w:val="center"/>
          </w:tcPr>
          <w:p w14:paraId="5781B2BB" w14:textId="77777777" w:rsidR="00D60D5E" w:rsidRDefault="00891EF0">
            <w:pPr>
              <w:spacing w:after="0" w:line="240" w:lineRule="auto"/>
              <w:jc w:val="center"/>
            </w:pPr>
            <w:r>
              <w:rPr>
                <w:rFonts w:eastAsia="Aptos"/>
                <w:b/>
                <w:sz w:val="17"/>
              </w:rPr>
              <w:t>3.69</w:t>
            </w:r>
          </w:p>
        </w:tc>
        <w:tc>
          <w:tcPr>
            <w:tcW w:w="540" w:type="dxa"/>
            <w:tcMar>
              <w:top w:w="28" w:type="dxa"/>
              <w:left w:w="38" w:type="dxa"/>
              <w:bottom w:w="28" w:type="dxa"/>
              <w:right w:w="38" w:type="dxa"/>
            </w:tcMar>
            <w:vAlign w:val="center"/>
          </w:tcPr>
          <w:p w14:paraId="25B2A1D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F6F916" w14:textId="77777777" w:rsidR="00D60D5E" w:rsidRDefault="00D60D5E">
            <w:pPr>
              <w:jc w:val="center"/>
            </w:pPr>
          </w:p>
        </w:tc>
      </w:tr>
      <w:tr w:rsidR="00D60D5E" w14:paraId="33E49F0D" w14:textId="77777777" w:rsidTr="000617E0">
        <w:trPr>
          <w:cantSplit/>
          <w:jc w:val="center"/>
        </w:trPr>
        <w:tc>
          <w:tcPr>
            <w:tcW w:w="677" w:type="dxa"/>
            <w:tcMar>
              <w:top w:w="28" w:type="dxa"/>
              <w:left w:w="38" w:type="dxa"/>
              <w:bottom w:w="28" w:type="dxa"/>
              <w:right w:w="38" w:type="dxa"/>
            </w:tcMar>
            <w:vAlign w:val="center"/>
          </w:tcPr>
          <w:p w14:paraId="072F2D8F" w14:textId="77777777" w:rsidR="00D60D5E" w:rsidRDefault="00891EF0">
            <w:pPr>
              <w:spacing w:after="0" w:line="240" w:lineRule="auto"/>
              <w:jc w:val="center"/>
            </w:pPr>
            <w:r>
              <w:rPr>
                <w:rFonts w:eastAsia="Aptos"/>
                <w:color w:val="6A7075"/>
                <w:sz w:val="17"/>
              </w:rPr>
              <w:t>220-120</w:t>
            </w:r>
          </w:p>
        </w:tc>
        <w:tc>
          <w:tcPr>
            <w:tcW w:w="2648" w:type="dxa"/>
            <w:tcMar>
              <w:top w:w="28" w:type="dxa"/>
              <w:left w:w="38" w:type="dxa"/>
              <w:bottom w:w="28" w:type="dxa"/>
              <w:right w:w="38" w:type="dxa"/>
            </w:tcMar>
            <w:vAlign w:val="center"/>
          </w:tcPr>
          <w:p w14:paraId="37F380CB" w14:textId="77777777" w:rsidR="00D60D5E" w:rsidRDefault="00891EF0">
            <w:pPr>
              <w:spacing w:after="0" w:line="240" w:lineRule="auto"/>
            </w:pPr>
            <w:r>
              <w:rPr>
                <w:rFonts w:eastAsia="Aptos"/>
                <w:sz w:val="17"/>
              </w:rPr>
              <w:t>Cinnamon 1oz</w:t>
            </w:r>
          </w:p>
        </w:tc>
        <w:tc>
          <w:tcPr>
            <w:tcW w:w="630" w:type="dxa"/>
            <w:tcMar>
              <w:top w:w="28" w:type="dxa"/>
              <w:left w:w="38" w:type="dxa"/>
              <w:bottom w:w="28" w:type="dxa"/>
              <w:right w:w="38" w:type="dxa"/>
            </w:tcMar>
            <w:vAlign w:val="center"/>
          </w:tcPr>
          <w:p w14:paraId="13A0CE48" w14:textId="77777777" w:rsidR="00D60D5E" w:rsidRDefault="00891EF0">
            <w:pPr>
              <w:spacing w:after="0" w:line="240" w:lineRule="auto"/>
              <w:jc w:val="center"/>
            </w:pPr>
            <w:r>
              <w:rPr>
                <w:rFonts w:eastAsia="Aptos"/>
                <w:b/>
                <w:sz w:val="17"/>
              </w:rPr>
              <w:t>2.84</w:t>
            </w:r>
          </w:p>
        </w:tc>
        <w:tc>
          <w:tcPr>
            <w:tcW w:w="540" w:type="dxa"/>
            <w:tcMar>
              <w:top w:w="28" w:type="dxa"/>
              <w:left w:w="38" w:type="dxa"/>
              <w:bottom w:w="28" w:type="dxa"/>
              <w:right w:w="38" w:type="dxa"/>
            </w:tcMar>
            <w:vAlign w:val="center"/>
          </w:tcPr>
          <w:p w14:paraId="1B164E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C168F7" w14:textId="77777777" w:rsidR="00D60D5E" w:rsidRDefault="00D60D5E">
            <w:pPr>
              <w:jc w:val="center"/>
            </w:pPr>
          </w:p>
        </w:tc>
      </w:tr>
      <w:tr w:rsidR="00D60D5E" w14:paraId="0C7A8612" w14:textId="77777777" w:rsidTr="000617E0">
        <w:trPr>
          <w:cantSplit/>
          <w:jc w:val="center"/>
        </w:trPr>
        <w:tc>
          <w:tcPr>
            <w:tcW w:w="677" w:type="dxa"/>
            <w:tcMar>
              <w:top w:w="28" w:type="dxa"/>
              <w:left w:w="38" w:type="dxa"/>
              <w:bottom w:w="28" w:type="dxa"/>
              <w:right w:w="38" w:type="dxa"/>
            </w:tcMar>
            <w:vAlign w:val="center"/>
          </w:tcPr>
          <w:p w14:paraId="64B68EF6" w14:textId="77777777" w:rsidR="00D60D5E" w:rsidRDefault="00891EF0">
            <w:pPr>
              <w:spacing w:after="0" w:line="240" w:lineRule="auto"/>
              <w:jc w:val="center"/>
            </w:pPr>
            <w:r>
              <w:rPr>
                <w:rFonts w:eastAsia="Aptos"/>
                <w:color w:val="6A7075"/>
                <w:sz w:val="17"/>
              </w:rPr>
              <w:t>220-125</w:t>
            </w:r>
          </w:p>
        </w:tc>
        <w:tc>
          <w:tcPr>
            <w:tcW w:w="2648" w:type="dxa"/>
            <w:tcMar>
              <w:top w:w="28" w:type="dxa"/>
              <w:left w:w="38" w:type="dxa"/>
              <w:bottom w:w="28" w:type="dxa"/>
              <w:right w:w="38" w:type="dxa"/>
            </w:tcMar>
            <w:vAlign w:val="center"/>
          </w:tcPr>
          <w:p w14:paraId="4A975A05" w14:textId="77777777" w:rsidR="00D60D5E" w:rsidRDefault="00891EF0">
            <w:pPr>
              <w:spacing w:after="0" w:line="240" w:lineRule="auto"/>
            </w:pPr>
            <w:r>
              <w:rPr>
                <w:rFonts w:eastAsia="Aptos"/>
                <w:sz w:val="17"/>
              </w:rPr>
              <w:t>Nutmeg 2oz</w:t>
            </w:r>
          </w:p>
        </w:tc>
        <w:tc>
          <w:tcPr>
            <w:tcW w:w="630" w:type="dxa"/>
            <w:tcMar>
              <w:top w:w="28" w:type="dxa"/>
              <w:left w:w="38" w:type="dxa"/>
              <w:bottom w:w="28" w:type="dxa"/>
              <w:right w:w="38" w:type="dxa"/>
            </w:tcMar>
            <w:vAlign w:val="center"/>
          </w:tcPr>
          <w:p w14:paraId="2B6545D0" w14:textId="77777777" w:rsidR="00D60D5E" w:rsidRDefault="00891EF0">
            <w:pPr>
              <w:spacing w:after="0" w:line="240" w:lineRule="auto"/>
              <w:jc w:val="center"/>
            </w:pPr>
            <w:r>
              <w:rPr>
                <w:rFonts w:eastAsia="Aptos"/>
                <w:b/>
                <w:sz w:val="17"/>
              </w:rPr>
              <w:t>5.30</w:t>
            </w:r>
          </w:p>
        </w:tc>
        <w:tc>
          <w:tcPr>
            <w:tcW w:w="540" w:type="dxa"/>
            <w:tcMar>
              <w:top w:w="28" w:type="dxa"/>
              <w:left w:w="38" w:type="dxa"/>
              <w:bottom w:w="28" w:type="dxa"/>
              <w:right w:w="38" w:type="dxa"/>
            </w:tcMar>
            <w:vAlign w:val="center"/>
          </w:tcPr>
          <w:p w14:paraId="673407C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1BB84F" w14:textId="77777777" w:rsidR="00D60D5E" w:rsidRDefault="00D60D5E">
            <w:pPr>
              <w:jc w:val="center"/>
            </w:pPr>
          </w:p>
        </w:tc>
      </w:tr>
      <w:tr w:rsidR="00D60D5E" w14:paraId="6B062283" w14:textId="77777777" w:rsidTr="000617E0">
        <w:trPr>
          <w:cantSplit/>
          <w:jc w:val="center"/>
        </w:trPr>
        <w:tc>
          <w:tcPr>
            <w:tcW w:w="677" w:type="dxa"/>
            <w:tcMar>
              <w:top w:w="28" w:type="dxa"/>
              <w:left w:w="38" w:type="dxa"/>
              <w:bottom w:w="28" w:type="dxa"/>
              <w:right w:w="38" w:type="dxa"/>
            </w:tcMar>
            <w:vAlign w:val="center"/>
          </w:tcPr>
          <w:p w14:paraId="53760C12" w14:textId="77777777" w:rsidR="00D60D5E" w:rsidRDefault="00891EF0">
            <w:pPr>
              <w:spacing w:after="0" w:line="240" w:lineRule="auto"/>
              <w:jc w:val="center"/>
            </w:pPr>
            <w:r>
              <w:rPr>
                <w:rFonts w:eastAsia="Aptos"/>
                <w:color w:val="6A7075"/>
                <w:sz w:val="17"/>
              </w:rPr>
              <w:t>220-130</w:t>
            </w:r>
          </w:p>
        </w:tc>
        <w:tc>
          <w:tcPr>
            <w:tcW w:w="2648" w:type="dxa"/>
            <w:tcMar>
              <w:top w:w="28" w:type="dxa"/>
              <w:left w:w="38" w:type="dxa"/>
              <w:bottom w:w="28" w:type="dxa"/>
              <w:right w:w="38" w:type="dxa"/>
            </w:tcMar>
            <w:vAlign w:val="center"/>
          </w:tcPr>
          <w:p w14:paraId="72B9FCD5" w14:textId="77777777" w:rsidR="00D60D5E" w:rsidRDefault="00891EF0">
            <w:pPr>
              <w:spacing w:after="0" w:line="240" w:lineRule="auto"/>
            </w:pPr>
            <w:r>
              <w:rPr>
                <w:rFonts w:eastAsia="Aptos"/>
                <w:sz w:val="17"/>
              </w:rPr>
              <w:t>Ground Ginger .8oz</w:t>
            </w:r>
          </w:p>
        </w:tc>
        <w:tc>
          <w:tcPr>
            <w:tcW w:w="630" w:type="dxa"/>
            <w:tcMar>
              <w:top w:w="28" w:type="dxa"/>
              <w:left w:w="38" w:type="dxa"/>
              <w:bottom w:w="28" w:type="dxa"/>
              <w:right w:w="38" w:type="dxa"/>
            </w:tcMar>
            <w:vAlign w:val="center"/>
          </w:tcPr>
          <w:p w14:paraId="64255F9A"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08D18A4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B1F4B8" w14:textId="77777777" w:rsidR="00D60D5E" w:rsidRDefault="00D60D5E">
            <w:pPr>
              <w:jc w:val="center"/>
            </w:pPr>
          </w:p>
        </w:tc>
      </w:tr>
      <w:tr w:rsidR="00D60D5E" w14:paraId="192E7E19" w14:textId="77777777" w:rsidTr="000617E0">
        <w:trPr>
          <w:cantSplit/>
          <w:jc w:val="center"/>
        </w:trPr>
        <w:tc>
          <w:tcPr>
            <w:tcW w:w="677" w:type="dxa"/>
            <w:tcMar>
              <w:top w:w="28" w:type="dxa"/>
              <w:left w:w="38" w:type="dxa"/>
              <w:bottom w:w="28" w:type="dxa"/>
              <w:right w:w="38" w:type="dxa"/>
            </w:tcMar>
            <w:vAlign w:val="center"/>
          </w:tcPr>
          <w:p w14:paraId="6566FC77" w14:textId="77777777" w:rsidR="00D60D5E" w:rsidRDefault="00891EF0">
            <w:pPr>
              <w:spacing w:after="0" w:line="240" w:lineRule="auto"/>
              <w:jc w:val="center"/>
            </w:pPr>
            <w:r>
              <w:rPr>
                <w:rFonts w:eastAsia="Aptos"/>
                <w:color w:val="6A7075"/>
                <w:sz w:val="17"/>
              </w:rPr>
              <w:t>220-135</w:t>
            </w:r>
          </w:p>
        </w:tc>
        <w:tc>
          <w:tcPr>
            <w:tcW w:w="2648" w:type="dxa"/>
            <w:tcMar>
              <w:top w:w="28" w:type="dxa"/>
              <w:left w:w="38" w:type="dxa"/>
              <w:bottom w:w="28" w:type="dxa"/>
              <w:right w:w="38" w:type="dxa"/>
            </w:tcMar>
            <w:vAlign w:val="center"/>
          </w:tcPr>
          <w:p w14:paraId="3AF04B41" w14:textId="77777777" w:rsidR="00D60D5E" w:rsidRDefault="00891EF0">
            <w:pPr>
              <w:spacing w:after="0" w:line="240" w:lineRule="auto"/>
            </w:pPr>
            <w:r>
              <w:rPr>
                <w:rFonts w:eastAsia="Aptos"/>
                <w:sz w:val="17"/>
              </w:rPr>
              <w:t>Garlic Powder 3.1oz</w:t>
            </w:r>
          </w:p>
        </w:tc>
        <w:tc>
          <w:tcPr>
            <w:tcW w:w="630" w:type="dxa"/>
            <w:tcMar>
              <w:top w:w="28" w:type="dxa"/>
              <w:left w:w="38" w:type="dxa"/>
              <w:bottom w:w="28" w:type="dxa"/>
              <w:right w:w="38" w:type="dxa"/>
            </w:tcMar>
            <w:vAlign w:val="center"/>
          </w:tcPr>
          <w:p w14:paraId="2F83D747"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6FE690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3E1EBF" w14:textId="77777777" w:rsidR="00D60D5E" w:rsidRDefault="00D60D5E">
            <w:pPr>
              <w:jc w:val="center"/>
            </w:pPr>
          </w:p>
        </w:tc>
      </w:tr>
      <w:tr w:rsidR="00D60D5E" w14:paraId="4BED6FBB" w14:textId="77777777" w:rsidTr="000617E0">
        <w:trPr>
          <w:cantSplit/>
          <w:jc w:val="center"/>
        </w:trPr>
        <w:tc>
          <w:tcPr>
            <w:tcW w:w="677" w:type="dxa"/>
            <w:tcMar>
              <w:top w:w="28" w:type="dxa"/>
              <w:left w:w="38" w:type="dxa"/>
              <w:bottom w:w="28" w:type="dxa"/>
              <w:right w:w="38" w:type="dxa"/>
            </w:tcMar>
            <w:vAlign w:val="center"/>
          </w:tcPr>
          <w:p w14:paraId="27A85089" w14:textId="77777777" w:rsidR="00D60D5E" w:rsidRDefault="00891EF0">
            <w:pPr>
              <w:spacing w:after="0" w:line="240" w:lineRule="auto"/>
              <w:jc w:val="center"/>
            </w:pPr>
            <w:r>
              <w:rPr>
                <w:rFonts w:eastAsia="Aptos"/>
                <w:color w:val="6A7075"/>
                <w:sz w:val="17"/>
              </w:rPr>
              <w:t>220-140</w:t>
            </w:r>
          </w:p>
        </w:tc>
        <w:tc>
          <w:tcPr>
            <w:tcW w:w="2648" w:type="dxa"/>
            <w:tcMar>
              <w:top w:w="28" w:type="dxa"/>
              <w:left w:w="38" w:type="dxa"/>
              <w:bottom w:w="28" w:type="dxa"/>
              <w:right w:w="38" w:type="dxa"/>
            </w:tcMar>
            <w:vAlign w:val="center"/>
          </w:tcPr>
          <w:p w14:paraId="7F266E3C" w14:textId="77777777" w:rsidR="00D60D5E" w:rsidRDefault="00891EF0">
            <w:pPr>
              <w:spacing w:after="0" w:line="240" w:lineRule="auto"/>
            </w:pPr>
            <w:r>
              <w:rPr>
                <w:rFonts w:eastAsia="Aptos"/>
                <w:sz w:val="17"/>
              </w:rPr>
              <w:t>Garlic Salt 5.25oz</w:t>
            </w:r>
          </w:p>
        </w:tc>
        <w:tc>
          <w:tcPr>
            <w:tcW w:w="630" w:type="dxa"/>
            <w:tcMar>
              <w:top w:w="28" w:type="dxa"/>
              <w:left w:w="38" w:type="dxa"/>
              <w:bottom w:w="28" w:type="dxa"/>
              <w:right w:w="38" w:type="dxa"/>
            </w:tcMar>
            <w:vAlign w:val="center"/>
          </w:tcPr>
          <w:p w14:paraId="005FE52B" w14:textId="77777777" w:rsidR="00D60D5E" w:rsidRDefault="00891EF0">
            <w:pPr>
              <w:spacing w:after="0" w:line="240" w:lineRule="auto"/>
              <w:jc w:val="center"/>
            </w:pPr>
            <w:r>
              <w:rPr>
                <w:rFonts w:eastAsia="Aptos"/>
                <w:b/>
                <w:sz w:val="17"/>
              </w:rPr>
              <w:t>3.56</w:t>
            </w:r>
          </w:p>
        </w:tc>
        <w:tc>
          <w:tcPr>
            <w:tcW w:w="540" w:type="dxa"/>
            <w:tcMar>
              <w:top w:w="28" w:type="dxa"/>
              <w:left w:w="38" w:type="dxa"/>
              <w:bottom w:w="28" w:type="dxa"/>
              <w:right w:w="38" w:type="dxa"/>
            </w:tcMar>
            <w:vAlign w:val="center"/>
          </w:tcPr>
          <w:p w14:paraId="79E74F5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DC1A65" w14:textId="77777777" w:rsidR="00D60D5E" w:rsidRDefault="00D60D5E">
            <w:pPr>
              <w:jc w:val="center"/>
            </w:pPr>
          </w:p>
        </w:tc>
      </w:tr>
      <w:tr w:rsidR="00D60D5E" w14:paraId="0111A634" w14:textId="77777777" w:rsidTr="000617E0">
        <w:trPr>
          <w:cantSplit/>
          <w:jc w:val="center"/>
        </w:trPr>
        <w:tc>
          <w:tcPr>
            <w:tcW w:w="677" w:type="dxa"/>
            <w:tcMar>
              <w:top w:w="28" w:type="dxa"/>
              <w:left w:w="38" w:type="dxa"/>
              <w:bottom w:w="28" w:type="dxa"/>
              <w:right w:w="38" w:type="dxa"/>
            </w:tcMar>
            <w:vAlign w:val="center"/>
          </w:tcPr>
          <w:p w14:paraId="6EE42702" w14:textId="77777777" w:rsidR="00D60D5E" w:rsidRDefault="00891EF0">
            <w:pPr>
              <w:spacing w:after="0" w:line="240" w:lineRule="auto"/>
              <w:jc w:val="center"/>
            </w:pPr>
            <w:r>
              <w:rPr>
                <w:rFonts w:eastAsia="Aptos"/>
                <w:color w:val="6A7075"/>
                <w:sz w:val="17"/>
              </w:rPr>
              <w:t>220-145</w:t>
            </w:r>
          </w:p>
        </w:tc>
        <w:tc>
          <w:tcPr>
            <w:tcW w:w="2648" w:type="dxa"/>
            <w:tcMar>
              <w:top w:w="28" w:type="dxa"/>
              <w:left w:w="38" w:type="dxa"/>
              <w:bottom w:w="28" w:type="dxa"/>
              <w:right w:w="38" w:type="dxa"/>
            </w:tcMar>
            <w:vAlign w:val="center"/>
          </w:tcPr>
          <w:p w14:paraId="41B95BE8" w14:textId="77777777" w:rsidR="00D60D5E" w:rsidRDefault="00891EF0">
            <w:pPr>
              <w:spacing w:after="0" w:line="240" w:lineRule="auto"/>
            </w:pPr>
            <w:r>
              <w:rPr>
                <w:rFonts w:eastAsia="Aptos"/>
                <w:sz w:val="17"/>
              </w:rPr>
              <w:t>Whole Cloves .62oz</w:t>
            </w:r>
          </w:p>
        </w:tc>
        <w:tc>
          <w:tcPr>
            <w:tcW w:w="630" w:type="dxa"/>
            <w:tcMar>
              <w:top w:w="28" w:type="dxa"/>
              <w:left w:w="38" w:type="dxa"/>
              <w:bottom w:w="28" w:type="dxa"/>
              <w:right w:w="38" w:type="dxa"/>
            </w:tcMar>
            <w:vAlign w:val="center"/>
          </w:tcPr>
          <w:p w14:paraId="7F07A792" w14:textId="77777777" w:rsidR="00D60D5E" w:rsidRDefault="00891EF0">
            <w:pPr>
              <w:spacing w:after="0" w:line="240" w:lineRule="auto"/>
              <w:jc w:val="center"/>
            </w:pPr>
            <w:r>
              <w:rPr>
                <w:rFonts w:eastAsia="Aptos"/>
                <w:b/>
                <w:sz w:val="17"/>
              </w:rPr>
              <w:t>25.80</w:t>
            </w:r>
          </w:p>
        </w:tc>
        <w:tc>
          <w:tcPr>
            <w:tcW w:w="540" w:type="dxa"/>
            <w:tcMar>
              <w:top w:w="28" w:type="dxa"/>
              <w:left w:w="38" w:type="dxa"/>
              <w:bottom w:w="28" w:type="dxa"/>
              <w:right w:w="38" w:type="dxa"/>
            </w:tcMar>
            <w:vAlign w:val="center"/>
          </w:tcPr>
          <w:p w14:paraId="63B4998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71C14F" w14:textId="77777777" w:rsidR="00D60D5E" w:rsidRDefault="00D60D5E">
            <w:pPr>
              <w:jc w:val="center"/>
            </w:pPr>
          </w:p>
        </w:tc>
      </w:tr>
      <w:tr w:rsidR="00D60D5E" w14:paraId="061975C8" w14:textId="77777777" w:rsidTr="000617E0">
        <w:trPr>
          <w:cantSplit/>
          <w:jc w:val="center"/>
        </w:trPr>
        <w:tc>
          <w:tcPr>
            <w:tcW w:w="677" w:type="dxa"/>
            <w:tcMar>
              <w:top w:w="28" w:type="dxa"/>
              <w:left w:w="38" w:type="dxa"/>
              <w:bottom w:w="28" w:type="dxa"/>
              <w:right w:w="38" w:type="dxa"/>
            </w:tcMar>
            <w:vAlign w:val="center"/>
          </w:tcPr>
          <w:p w14:paraId="1D21DCB4" w14:textId="77777777" w:rsidR="00D60D5E" w:rsidRDefault="00891EF0">
            <w:pPr>
              <w:spacing w:after="0" w:line="240" w:lineRule="auto"/>
              <w:jc w:val="center"/>
            </w:pPr>
            <w:r>
              <w:rPr>
                <w:rFonts w:eastAsia="Aptos"/>
                <w:color w:val="6A7075"/>
                <w:sz w:val="17"/>
              </w:rPr>
              <w:t>220-150</w:t>
            </w:r>
          </w:p>
        </w:tc>
        <w:tc>
          <w:tcPr>
            <w:tcW w:w="2648" w:type="dxa"/>
            <w:tcMar>
              <w:top w:w="28" w:type="dxa"/>
              <w:left w:w="38" w:type="dxa"/>
              <w:bottom w:w="28" w:type="dxa"/>
              <w:right w:w="38" w:type="dxa"/>
            </w:tcMar>
            <w:vAlign w:val="center"/>
          </w:tcPr>
          <w:p w14:paraId="371CA7A1" w14:textId="77777777" w:rsidR="00D60D5E" w:rsidRDefault="00891EF0">
            <w:pPr>
              <w:spacing w:after="0" w:line="240" w:lineRule="auto"/>
            </w:pPr>
            <w:r>
              <w:rPr>
                <w:rFonts w:eastAsia="Aptos"/>
                <w:sz w:val="17"/>
              </w:rPr>
              <w:t>Curry Powder 1.75 oz(Goya)</w:t>
            </w:r>
          </w:p>
        </w:tc>
        <w:tc>
          <w:tcPr>
            <w:tcW w:w="630" w:type="dxa"/>
            <w:tcMar>
              <w:top w:w="28" w:type="dxa"/>
              <w:left w:w="38" w:type="dxa"/>
              <w:bottom w:w="28" w:type="dxa"/>
              <w:right w:w="38" w:type="dxa"/>
            </w:tcMar>
            <w:vAlign w:val="center"/>
          </w:tcPr>
          <w:p w14:paraId="6157A058"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79AF31D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174E08" w14:textId="77777777" w:rsidR="00D60D5E" w:rsidRDefault="00D60D5E">
            <w:pPr>
              <w:jc w:val="center"/>
            </w:pPr>
          </w:p>
        </w:tc>
      </w:tr>
      <w:tr w:rsidR="00D60D5E" w14:paraId="045A8422" w14:textId="77777777" w:rsidTr="000617E0">
        <w:trPr>
          <w:cantSplit/>
          <w:jc w:val="center"/>
        </w:trPr>
        <w:tc>
          <w:tcPr>
            <w:tcW w:w="677" w:type="dxa"/>
            <w:tcMar>
              <w:top w:w="28" w:type="dxa"/>
              <w:left w:w="38" w:type="dxa"/>
              <w:bottom w:w="28" w:type="dxa"/>
              <w:right w:w="38" w:type="dxa"/>
            </w:tcMar>
            <w:vAlign w:val="center"/>
          </w:tcPr>
          <w:p w14:paraId="19C82A36" w14:textId="77777777" w:rsidR="00D60D5E" w:rsidRDefault="00891EF0">
            <w:pPr>
              <w:spacing w:after="0" w:line="240" w:lineRule="auto"/>
              <w:jc w:val="center"/>
            </w:pPr>
            <w:r>
              <w:rPr>
                <w:rFonts w:eastAsia="Aptos"/>
                <w:color w:val="6A7075"/>
                <w:sz w:val="17"/>
              </w:rPr>
              <w:t>220-155</w:t>
            </w:r>
          </w:p>
        </w:tc>
        <w:tc>
          <w:tcPr>
            <w:tcW w:w="2648" w:type="dxa"/>
            <w:tcMar>
              <w:top w:w="28" w:type="dxa"/>
              <w:left w:w="38" w:type="dxa"/>
              <w:bottom w:w="28" w:type="dxa"/>
              <w:right w:w="38" w:type="dxa"/>
            </w:tcMar>
            <w:vAlign w:val="center"/>
          </w:tcPr>
          <w:p w14:paraId="2F082812" w14:textId="77777777" w:rsidR="00D60D5E" w:rsidRDefault="00891EF0">
            <w:pPr>
              <w:spacing w:after="0" w:line="240" w:lineRule="auto"/>
            </w:pPr>
            <w:r>
              <w:rPr>
                <w:rFonts w:eastAsia="Aptos"/>
                <w:sz w:val="17"/>
              </w:rPr>
              <w:t>Cuminn .90oz</w:t>
            </w:r>
          </w:p>
        </w:tc>
        <w:tc>
          <w:tcPr>
            <w:tcW w:w="630" w:type="dxa"/>
            <w:tcMar>
              <w:top w:w="28" w:type="dxa"/>
              <w:left w:w="38" w:type="dxa"/>
              <w:bottom w:w="28" w:type="dxa"/>
              <w:right w:w="38" w:type="dxa"/>
            </w:tcMar>
            <w:vAlign w:val="center"/>
          </w:tcPr>
          <w:p w14:paraId="66F5F4D5" w14:textId="77777777" w:rsidR="00D60D5E" w:rsidRDefault="00891EF0">
            <w:pPr>
              <w:spacing w:after="0" w:line="240" w:lineRule="auto"/>
              <w:jc w:val="center"/>
            </w:pPr>
            <w:r>
              <w:rPr>
                <w:rFonts w:eastAsia="Aptos"/>
                <w:b/>
                <w:sz w:val="17"/>
              </w:rPr>
              <w:t>3.28</w:t>
            </w:r>
          </w:p>
        </w:tc>
        <w:tc>
          <w:tcPr>
            <w:tcW w:w="540" w:type="dxa"/>
            <w:tcMar>
              <w:top w:w="28" w:type="dxa"/>
              <w:left w:w="38" w:type="dxa"/>
              <w:bottom w:w="28" w:type="dxa"/>
              <w:right w:w="38" w:type="dxa"/>
            </w:tcMar>
            <w:vAlign w:val="center"/>
          </w:tcPr>
          <w:p w14:paraId="04BE75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A90611" w14:textId="77777777" w:rsidR="00D60D5E" w:rsidRDefault="00D60D5E">
            <w:pPr>
              <w:jc w:val="center"/>
            </w:pPr>
          </w:p>
        </w:tc>
      </w:tr>
      <w:tr w:rsidR="00D60D5E" w14:paraId="59D39BE4" w14:textId="77777777" w:rsidTr="000617E0">
        <w:trPr>
          <w:cantSplit/>
          <w:jc w:val="center"/>
        </w:trPr>
        <w:tc>
          <w:tcPr>
            <w:tcW w:w="677" w:type="dxa"/>
            <w:tcMar>
              <w:top w:w="28" w:type="dxa"/>
              <w:left w:w="38" w:type="dxa"/>
              <w:bottom w:w="28" w:type="dxa"/>
              <w:right w:w="38" w:type="dxa"/>
            </w:tcMar>
            <w:vAlign w:val="center"/>
          </w:tcPr>
          <w:p w14:paraId="1F8BCA8B" w14:textId="77777777" w:rsidR="00D60D5E" w:rsidRDefault="00891EF0">
            <w:pPr>
              <w:spacing w:after="0" w:line="240" w:lineRule="auto"/>
              <w:jc w:val="center"/>
            </w:pPr>
            <w:r>
              <w:rPr>
                <w:rFonts w:eastAsia="Aptos"/>
                <w:color w:val="6A7075"/>
                <w:sz w:val="17"/>
              </w:rPr>
              <w:t>220-160</w:t>
            </w:r>
          </w:p>
        </w:tc>
        <w:tc>
          <w:tcPr>
            <w:tcW w:w="2648" w:type="dxa"/>
            <w:tcMar>
              <w:top w:w="28" w:type="dxa"/>
              <w:left w:w="38" w:type="dxa"/>
              <w:bottom w:w="28" w:type="dxa"/>
              <w:right w:w="38" w:type="dxa"/>
            </w:tcMar>
            <w:vAlign w:val="center"/>
          </w:tcPr>
          <w:p w14:paraId="50E60731" w14:textId="77777777" w:rsidR="00D60D5E" w:rsidRDefault="00891EF0">
            <w:pPr>
              <w:spacing w:after="0" w:line="240" w:lineRule="auto"/>
            </w:pPr>
            <w:r>
              <w:rPr>
                <w:rFonts w:eastAsia="Aptos"/>
                <w:sz w:val="17"/>
              </w:rPr>
              <w:t>Whole Pepper Corn 2.37oz McCormick</w:t>
            </w:r>
          </w:p>
        </w:tc>
        <w:tc>
          <w:tcPr>
            <w:tcW w:w="630" w:type="dxa"/>
            <w:tcMar>
              <w:top w:w="28" w:type="dxa"/>
              <w:left w:w="38" w:type="dxa"/>
              <w:bottom w:w="28" w:type="dxa"/>
              <w:right w:w="38" w:type="dxa"/>
            </w:tcMar>
            <w:vAlign w:val="center"/>
          </w:tcPr>
          <w:p w14:paraId="23AED4B2" w14:textId="77777777" w:rsidR="00D60D5E" w:rsidRDefault="00891EF0">
            <w:pPr>
              <w:spacing w:after="0" w:line="240" w:lineRule="auto"/>
              <w:jc w:val="center"/>
            </w:pPr>
            <w:r>
              <w:rPr>
                <w:rFonts w:eastAsia="Aptos"/>
                <w:b/>
                <w:sz w:val="17"/>
              </w:rPr>
              <w:t>4.65</w:t>
            </w:r>
          </w:p>
        </w:tc>
        <w:tc>
          <w:tcPr>
            <w:tcW w:w="540" w:type="dxa"/>
            <w:tcMar>
              <w:top w:w="28" w:type="dxa"/>
              <w:left w:w="38" w:type="dxa"/>
              <w:bottom w:w="28" w:type="dxa"/>
              <w:right w:w="38" w:type="dxa"/>
            </w:tcMar>
            <w:vAlign w:val="center"/>
          </w:tcPr>
          <w:p w14:paraId="052267B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F2848C" w14:textId="77777777" w:rsidR="00D60D5E" w:rsidRDefault="00D60D5E">
            <w:pPr>
              <w:jc w:val="center"/>
            </w:pPr>
          </w:p>
        </w:tc>
      </w:tr>
      <w:tr w:rsidR="00D60D5E" w14:paraId="6B19355C" w14:textId="77777777" w:rsidTr="000617E0">
        <w:trPr>
          <w:cantSplit/>
          <w:jc w:val="center"/>
        </w:trPr>
        <w:tc>
          <w:tcPr>
            <w:tcW w:w="677" w:type="dxa"/>
            <w:tcMar>
              <w:top w:w="28" w:type="dxa"/>
              <w:left w:w="38" w:type="dxa"/>
              <w:bottom w:w="28" w:type="dxa"/>
              <w:right w:w="38" w:type="dxa"/>
            </w:tcMar>
            <w:vAlign w:val="center"/>
          </w:tcPr>
          <w:p w14:paraId="26105A0A" w14:textId="77777777" w:rsidR="00D60D5E" w:rsidRDefault="00891EF0">
            <w:pPr>
              <w:spacing w:after="0" w:line="240" w:lineRule="auto"/>
              <w:jc w:val="center"/>
            </w:pPr>
            <w:r>
              <w:rPr>
                <w:rFonts w:eastAsia="Aptos"/>
                <w:color w:val="6A7075"/>
                <w:sz w:val="17"/>
              </w:rPr>
              <w:t>220-165</w:t>
            </w:r>
          </w:p>
        </w:tc>
        <w:tc>
          <w:tcPr>
            <w:tcW w:w="2648" w:type="dxa"/>
            <w:tcMar>
              <w:top w:w="28" w:type="dxa"/>
              <w:left w:w="38" w:type="dxa"/>
              <w:bottom w:w="28" w:type="dxa"/>
              <w:right w:w="38" w:type="dxa"/>
            </w:tcMar>
            <w:vAlign w:val="center"/>
          </w:tcPr>
          <w:p w14:paraId="5C5AEDCD" w14:textId="77777777" w:rsidR="00D60D5E" w:rsidRDefault="00891EF0">
            <w:pPr>
              <w:spacing w:after="0" w:line="240" w:lineRule="auto"/>
            </w:pPr>
            <w:r>
              <w:rPr>
                <w:rFonts w:eastAsia="Aptos"/>
                <w:sz w:val="17"/>
              </w:rPr>
              <w:t>Ground Pepper Black 2oz</w:t>
            </w:r>
          </w:p>
        </w:tc>
        <w:tc>
          <w:tcPr>
            <w:tcW w:w="630" w:type="dxa"/>
            <w:tcMar>
              <w:top w:w="28" w:type="dxa"/>
              <w:left w:w="38" w:type="dxa"/>
              <w:bottom w:w="28" w:type="dxa"/>
              <w:right w:w="38" w:type="dxa"/>
            </w:tcMar>
            <w:vAlign w:val="center"/>
          </w:tcPr>
          <w:p w14:paraId="2761A5D8"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6824172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99ECAB" w14:textId="77777777" w:rsidR="00D60D5E" w:rsidRDefault="00D60D5E">
            <w:pPr>
              <w:jc w:val="center"/>
            </w:pPr>
          </w:p>
        </w:tc>
      </w:tr>
      <w:tr w:rsidR="00D60D5E" w14:paraId="628ADAC5" w14:textId="77777777" w:rsidTr="000617E0">
        <w:trPr>
          <w:cantSplit/>
          <w:jc w:val="center"/>
        </w:trPr>
        <w:tc>
          <w:tcPr>
            <w:tcW w:w="677" w:type="dxa"/>
            <w:tcMar>
              <w:top w:w="28" w:type="dxa"/>
              <w:left w:w="38" w:type="dxa"/>
              <w:bottom w:w="28" w:type="dxa"/>
              <w:right w:w="38" w:type="dxa"/>
            </w:tcMar>
            <w:vAlign w:val="center"/>
          </w:tcPr>
          <w:p w14:paraId="4120F113" w14:textId="77777777" w:rsidR="00D60D5E" w:rsidRDefault="00891EF0">
            <w:pPr>
              <w:spacing w:after="0" w:line="240" w:lineRule="auto"/>
              <w:jc w:val="center"/>
            </w:pPr>
            <w:r>
              <w:rPr>
                <w:rFonts w:eastAsia="Aptos"/>
                <w:color w:val="6A7075"/>
                <w:sz w:val="17"/>
              </w:rPr>
              <w:t>220-170</w:t>
            </w:r>
          </w:p>
        </w:tc>
        <w:tc>
          <w:tcPr>
            <w:tcW w:w="2648" w:type="dxa"/>
            <w:tcMar>
              <w:top w:w="28" w:type="dxa"/>
              <w:left w:w="38" w:type="dxa"/>
              <w:bottom w:w="28" w:type="dxa"/>
              <w:right w:w="38" w:type="dxa"/>
            </w:tcMar>
            <w:vAlign w:val="center"/>
          </w:tcPr>
          <w:p w14:paraId="27CD3A0C" w14:textId="77777777" w:rsidR="00D60D5E" w:rsidRDefault="00891EF0">
            <w:pPr>
              <w:spacing w:after="0" w:line="240" w:lineRule="auto"/>
            </w:pPr>
            <w:r>
              <w:rPr>
                <w:rFonts w:eastAsia="Aptos"/>
                <w:sz w:val="17"/>
              </w:rPr>
              <w:t>Course Ground Pepper 2.12oz</w:t>
            </w:r>
          </w:p>
        </w:tc>
        <w:tc>
          <w:tcPr>
            <w:tcW w:w="630" w:type="dxa"/>
            <w:tcMar>
              <w:top w:w="28" w:type="dxa"/>
              <w:left w:w="38" w:type="dxa"/>
              <w:bottom w:w="28" w:type="dxa"/>
              <w:right w:w="38" w:type="dxa"/>
            </w:tcMar>
            <w:vAlign w:val="center"/>
          </w:tcPr>
          <w:p w14:paraId="0738B787" w14:textId="77777777" w:rsidR="00D60D5E" w:rsidRDefault="00891EF0">
            <w:pPr>
              <w:spacing w:after="0" w:line="240" w:lineRule="auto"/>
              <w:jc w:val="center"/>
            </w:pPr>
            <w:r>
              <w:rPr>
                <w:rFonts w:eastAsia="Aptos"/>
                <w:b/>
                <w:sz w:val="17"/>
              </w:rPr>
              <w:t>4.10</w:t>
            </w:r>
          </w:p>
        </w:tc>
        <w:tc>
          <w:tcPr>
            <w:tcW w:w="540" w:type="dxa"/>
            <w:tcMar>
              <w:top w:w="28" w:type="dxa"/>
              <w:left w:w="38" w:type="dxa"/>
              <w:bottom w:w="28" w:type="dxa"/>
              <w:right w:w="38" w:type="dxa"/>
            </w:tcMar>
            <w:vAlign w:val="center"/>
          </w:tcPr>
          <w:p w14:paraId="25E56F5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EE1AE6" w14:textId="77777777" w:rsidR="00D60D5E" w:rsidRDefault="00D60D5E">
            <w:pPr>
              <w:jc w:val="center"/>
            </w:pPr>
          </w:p>
        </w:tc>
      </w:tr>
      <w:tr w:rsidR="00D60D5E" w14:paraId="534BA034" w14:textId="77777777" w:rsidTr="000617E0">
        <w:trPr>
          <w:cantSplit/>
          <w:jc w:val="center"/>
        </w:trPr>
        <w:tc>
          <w:tcPr>
            <w:tcW w:w="677" w:type="dxa"/>
            <w:tcMar>
              <w:top w:w="28" w:type="dxa"/>
              <w:left w:w="38" w:type="dxa"/>
              <w:bottom w:w="28" w:type="dxa"/>
              <w:right w:w="38" w:type="dxa"/>
            </w:tcMar>
            <w:vAlign w:val="center"/>
          </w:tcPr>
          <w:p w14:paraId="03F7A318" w14:textId="77777777" w:rsidR="00D60D5E" w:rsidRDefault="00891EF0">
            <w:pPr>
              <w:spacing w:after="0" w:line="240" w:lineRule="auto"/>
              <w:jc w:val="center"/>
            </w:pPr>
            <w:r>
              <w:rPr>
                <w:rFonts w:eastAsia="Aptos"/>
                <w:color w:val="6A7075"/>
                <w:sz w:val="17"/>
              </w:rPr>
              <w:t>220-175</w:t>
            </w:r>
          </w:p>
        </w:tc>
        <w:tc>
          <w:tcPr>
            <w:tcW w:w="2648" w:type="dxa"/>
            <w:tcMar>
              <w:top w:w="28" w:type="dxa"/>
              <w:left w:w="38" w:type="dxa"/>
              <w:bottom w:w="28" w:type="dxa"/>
              <w:right w:w="38" w:type="dxa"/>
            </w:tcMar>
            <w:vAlign w:val="center"/>
          </w:tcPr>
          <w:p w14:paraId="4E3875EF" w14:textId="77777777" w:rsidR="00D60D5E" w:rsidRDefault="00891EF0">
            <w:pPr>
              <w:spacing w:after="0" w:line="240" w:lineRule="auto"/>
            </w:pPr>
            <w:r>
              <w:rPr>
                <w:rFonts w:eastAsia="Aptos"/>
                <w:sz w:val="17"/>
              </w:rPr>
              <w:t>Ground White Pepper 1oz</w:t>
            </w:r>
          </w:p>
        </w:tc>
        <w:tc>
          <w:tcPr>
            <w:tcW w:w="630" w:type="dxa"/>
            <w:tcMar>
              <w:top w:w="28" w:type="dxa"/>
              <w:left w:w="38" w:type="dxa"/>
              <w:bottom w:w="28" w:type="dxa"/>
              <w:right w:w="38" w:type="dxa"/>
            </w:tcMar>
            <w:vAlign w:val="center"/>
          </w:tcPr>
          <w:p w14:paraId="67111DB9" w14:textId="77777777" w:rsidR="00D60D5E" w:rsidRDefault="00891EF0">
            <w:pPr>
              <w:spacing w:after="0" w:line="240" w:lineRule="auto"/>
              <w:jc w:val="center"/>
            </w:pPr>
            <w:r>
              <w:rPr>
                <w:rFonts w:eastAsia="Aptos"/>
                <w:b/>
                <w:sz w:val="17"/>
              </w:rPr>
              <w:t>4.48</w:t>
            </w:r>
          </w:p>
        </w:tc>
        <w:tc>
          <w:tcPr>
            <w:tcW w:w="540" w:type="dxa"/>
            <w:tcMar>
              <w:top w:w="28" w:type="dxa"/>
              <w:left w:w="38" w:type="dxa"/>
              <w:bottom w:w="28" w:type="dxa"/>
              <w:right w:w="38" w:type="dxa"/>
            </w:tcMar>
            <w:vAlign w:val="center"/>
          </w:tcPr>
          <w:p w14:paraId="16AE427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3967B0" w14:textId="77777777" w:rsidR="00D60D5E" w:rsidRDefault="00D60D5E">
            <w:pPr>
              <w:jc w:val="center"/>
            </w:pPr>
          </w:p>
        </w:tc>
      </w:tr>
      <w:tr w:rsidR="00D60D5E" w14:paraId="1F890642" w14:textId="77777777" w:rsidTr="000617E0">
        <w:trPr>
          <w:cantSplit/>
          <w:jc w:val="center"/>
        </w:trPr>
        <w:tc>
          <w:tcPr>
            <w:tcW w:w="677" w:type="dxa"/>
            <w:tcMar>
              <w:top w:w="28" w:type="dxa"/>
              <w:left w:w="38" w:type="dxa"/>
              <w:bottom w:w="28" w:type="dxa"/>
              <w:right w:w="38" w:type="dxa"/>
            </w:tcMar>
            <w:vAlign w:val="center"/>
          </w:tcPr>
          <w:p w14:paraId="174DDFDB" w14:textId="77777777" w:rsidR="00D60D5E" w:rsidRDefault="00891EF0">
            <w:pPr>
              <w:spacing w:after="0" w:line="240" w:lineRule="auto"/>
              <w:jc w:val="center"/>
            </w:pPr>
            <w:r>
              <w:rPr>
                <w:rFonts w:eastAsia="Aptos"/>
                <w:color w:val="6A7075"/>
                <w:sz w:val="17"/>
              </w:rPr>
              <w:t>220-180</w:t>
            </w:r>
          </w:p>
        </w:tc>
        <w:tc>
          <w:tcPr>
            <w:tcW w:w="2648" w:type="dxa"/>
            <w:tcMar>
              <w:top w:w="28" w:type="dxa"/>
              <w:left w:w="38" w:type="dxa"/>
              <w:bottom w:w="28" w:type="dxa"/>
              <w:right w:w="38" w:type="dxa"/>
            </w:tcMar>
            <w:vAlign w:val="center"/>
          </w:tcPr>
          <w:p w14:paraId="21919CCB" w14:textId="77777777" w:rsidR="00D60D5E" w:rsidRDefault="00891EF0">
            <w:pPr>
              <w:spacing w:after="0" w:line="240" w:lineRule="auto"/>
            </w:pPr>
            <w:r>
              <w:rPr>
                <w:rFonts w:eastAsia="Aptos"/>
                <w:sz w:val="17"/>
              </w:rPr>
              <w:t>Mustard Dry 2 oz Kolmans</w:t>
            </w:r>
          </w:p>
        </w:tc>
        <w:tc>
          <w:tcPr>
            <w:tcW w:w="630" w:type="dxa"/>
            <w:tcMar>
              <w:top w:w="28" w:type="dxa"/>
              <w:left w:w="38" w:type="dxa"/>
              <w:bottom w:w="28" w:type="dxa"/>
              <w:right w:w="38" w:type="dxa"/>
            </w:tcMar>
            <w:vAlign w:val="center"/>
          </w:tcPr>
          <w:p w14:paraId="6A38CF1E"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206E94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49B3F1" w14:textId="77777777" w:rsidR="00D60D5E" w:rsidRDefault="00D60D5E">
            <w:pPr>
              <w:jc w:val="center"/>
            </w:pPr>
          </w:p>
        </w:tc>
      </w:tr>
      <w:tr w:rsidR="00D60D5E" w14:paraId="645BF03A" w14:textId="77777777" w:rsidTr="000617E0">
        <w:trPr>
          <w:cantSplit/>
          <w:jc w:val="center"/>
        </w:trPr>
        <w:tc>
          <w:tcPr>
            <w:tcW w:w="677" w:type="dxa"/>
            <w:tcMar>
              <w:top w:w="28" w:type="dxa"/>
              <w:left w:w="38" w:type="dxa"/>
              <w:bottom w:w="28" w:type="dxa"/>
              <w:right w:w="38" w:type="dxa"/>
            </w:tcMar>
            <w:vAlign w:val="center"/>
          </w:tcPr>
          <w:p w14:paraId="66C1E66B" w14:textId="77777777" w:rsidR="00D60D5E" w:rsidRDefault="00891EF0">
            <w:pPr>
              <w:spacing w:after="0" w:line="240" w:lineRule="auto"/>
              <w:jc w:val="center"/>
            </w:pPr>
            <w:r>
              <w:rPr>
                <w:rFonts w:eastAsia="Aptos"/>
                <w:color w:val="6A7075"/>
                <w:sz w:val="17"/>
              </w:rPr>
              <w:t>220-185</w:t>
            </w:r>
          </w:p>
        </w:tc>
        <w:tc>
          <w:tcPr>
            <w:tcW w:w="2648" w:type="dxa"/>
            <w:tcMar>
              <w:top w:w="28" w:type="dxa"/>
              <w:left w:w="38" w:type="dxa"/>
              <w:bottom w:w="28" w:type="dxa"/>
              <w:right w:w="38" w:type="dxa"/>
            </w:tcMar>
            <w:vAlign w:val="center"/>
          </w:tcPr>
          <w:p w14:paraId="37B18BE9" w14:textId="77777777" w:rsidR="00D60D5E" w:rsidRDefault="00891EF0">
            <w:pPr>
              <w:spacing w:after="0" w:line="240" w:lineRule="auto"/>
            </w:pPr>
            <w:r>
              <w:rPr>
                <w:rFonts w:eastAsia="Aptos"/>
                <w:sz w:val="17"/>
              </w:rPr>
              <w:t>Pepper Flakes (crushed) 1.5oz Goya</w:t>
            </w:r>
          </w:p>
        </w:tc>
        <w:tc>
          <w:tcPr>
            <w:tcW w:w="630" w:type="dxa"/>
            <w:tcMar>
              <w:top w:w="28" w:type="dxa"/>
              <w:left w:w="38" w:type="dxa"/>
              <w:bottom w:w="28" w:type="dxa"/>
              <w:right w:w="38" w:type="dxa"/>
            </w:tcMar>
            <w:vAlign w:val="center"/>
          </w:tcPr>
          <w:p w14:paraId="315138D8" w14:textId="77777777" w:rsidR="00D60D5E" w:rsidRDefault="00891EF0">
            <w:pPr>
              <w:spacing w:after="0" w:line="240" w:lineRule="auto"/>
              <w:jc w:val="center"/>
            </w:pPr>
            <w:r>
              <w:rPr>
                <w:rFonts w:eastAsia="Aptos"/>
                <w:b/>
                <w:sz w:val="17"/>
              </w:rPr>
              <w:t>3.39</w:t>
            </w:r>
          </w:p>
        </w:tc>
        <w:tc>
          <w:tcPr>
            <w:tcW w:w="540" w:type="dxa"/>
            <w:tcMar>
              <w:top w:w="28" w:type="dxa"/>
              <w:left w:w="38" w:type="dxa"/>
              <w:bottom w:w="28" w:type="dxa"/>
              <w:right w:w="38" w:type="dxa"/>
            </w:tcMar>
            <w:vAlign w:val="center"/>
          </w:tcPr>
          <w:p w14:paraId="13FE901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EA58C3" w14:textId="77777777" w:rsidR="00D60D5E" w:rsidRDefault="00D60D5E">
            <w:pPr>
              <w:jc w:val="center"/>
            </w:pPr>
          </w:p>
        </w:tc>
      </w:tr>
      <w:tr w:rsidR="00D60D5E" w14:paraId="3E467CCA" w14:textId="77777777" w:rsidTr="000617E0">
        <w:trPr>
          <w:cantSplit/>
          <w:jc w:val="center"/>
        </w:trPr>
        <w:tc>
          <w:tcPr>
            <w:tcW w:w="677" w:type="dxa"/>
            <w:tcMar>
              <w:top w:w="28" w:type="dxa"/>
              <w:left w:w="38" w:type="dxa"/>
              <w:bottom w:w="28" w:type="dxa"/>
              <w:right w:w="38" w:type="dxa"/>
            </w:tcMar>
            <w:vAlign w:val="center"/>
          </w:tcPr>
          <w:p w14:paraId="361BD489" w14:textId="77777777" w:rsidR="00D60D5E" w:rsidRDefault="00891EF0">
            <w:pPr>
              <w:spacing w:after="0" w:line="240" w:lineRule="auto"/>
              <w:jc w:val="center"/>
            </w:pPr>
            <w:r>
              <w:rPr>
                <w:rFonts w:eastAsia="Aptos"/>
                <w:color w:val="6A7075"/>
                <w:sz w:val="17"/>
              </w:rPr>
              <w:t>220-190</w:t>
            </w:r>
          </w:p>
        </w:tc>
        <w:tc>
          <w:tcPr>
            <w:tcW w:w="2648" w:type="dxa"/>
            <w:tcMar>
              <w:top w:w="28" w:type="dxa"/>
              <w:left w:w="38" w:type="dxa"/>
              <w:bottom w:w="28" w:type="dxa"/>
              <w:right w:w="38" w:type="dxa"/>
            </w:tcMar>
            <w:vAlign w:val="center"/>
          </w:tcPr>
          <w:p w14:paraId="64B56216" w14:textId="77777777" w:rsidR="00D60D5E" w:rsidRDefault="00891EF0">
            <w:pPr>
              <w:spacing w:after="0" w:line="240" w:lineRule="auto"/>
            </w:pPr>
            <w:r>
              <w:rPr>
                <w:rFonts w:eastAsia="Aptos"/>
                <w:sz w:val="17"/>
              </w:rPr>
              <w:t>Rosemary .5oz Badia</w:t>
            </w:r>
          </w:p>
        </w:tc>
        <w:tc>
          <w:tcPr>
            <w:tcW w:w="630" w:type="dxa"/>
            <w:tcMar>
              <w:top w:w="28" w:type="dxa"/>
              <w:left w:w="38" w:type="dxa"/>
              <w:bottom w:w="28" w:type="dxa"/>
              <w:right w:w="38" w:type="dxa"/>
            </w:tcMar>
            <w:vAlign w:val="center"/>
          </w:tcPr>
          <w:p w14:paraId="1D80C96D" w14:textId="77777777" w:rsidR="00D60D5E" w:rsidRDefault="00891EF0">
            <w:pPr>
              <w:spacing w:after="0" w:line="240" w:lineRule="auto"/>
              <w:jc w:val="center"/>
            </w:pPr>
            <w:r>
              <w:rPr>
                <w:rFonts w:eastAsia="Aptos"/>
                <w:b/>
                <w:sz w:val="17"/>
              </w:rPr>
              <w:t>3.48</w:t>
            </w:r>
          </w:p>
        </w:tc>
        <w:tc>
          <w:tcPr>
            <w:tcW w:w="540" w:type="dxa"/>
            <w:tcMar>
              <w:top w:w="28" w:type="dxa"/>
              <w:left w:w="38" w:type="dxa"/>
              <w:bottom w:w="28" w:type="dxa"/>
              <w:right w:w="38" w:type="dxa"/>
            </w:tcMar>
            <w:vAlign w:val="center"/>
          </w:tcPr>
          <w:p w14:paraId="70BC0F7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AB5E1D" w14:textId="77777777" w:rsidR="00D60D5E" w:rsidRDefault="00D60D5E">
            <w:pPr>
              <w:jc w:val="center"/>
            </w:pPr>
          </w:p>
        </w:tc>
      </w:tr>
      <w:tr w:rsidR="00D60D5E" w14:paraId="442AB798" w14:textId="77777777" w:rsidTr="000617E0">
        <w:trPr>
          <w:cantSplit/>
          <w:jc w:val="center"/>
        </w:trPr>
        <w:tc>
          <w:tcPr>
            <w:tcW w:w="677" w:type="dxa"/>
            <w:tcMar>
              <w:top w:w="28" w:type="dxa"/>
              <w:left w:w="38" w:type="dxa"/>
              <w:bottom w:w="28" w:type="dxa"/>
              <w:right w:w="38" w:type="dxa"/>
            </w:tcMar>
            <w:vAlign w:val="center"/>
          </w:tcPr>
          <w:p w14:paraId="312E2DC5" w14:textId="77777777" w:rsidR="00D60D5E" w:rsidRDefault="00891EF0">
            <w:pPr>
              <w:spacing w:after="0" w:line="240" w:lineRule="auto"/>
              <w:jc w:val="center"/>
            </w:pPr>
            <w:r>
              <w:rPr>
                <w:rFonts w:eastAsia="Aptos"/>
                <w:color w:val="6A7075"/>
                <w:sz w:val="17"/>
              </w:rPr>
              <w:t>220-195</w:t>
            </w:r>
          </w:p>
        </w:tc>
        <w:tc>
          <w:tcPr>
            <w:tcW w:w="2648" w:type="dxa"/>
            <w:tcMar>
              <w:top w:w="28" w:type="dxa"/>
              <w:left w:w="38" w:type="dxa"/>
              <w:bottom w:w="28" w:type="dxa"/>
              <w:right w:w="38" w:type="dxa"/>
            </w:tcMar>
            <w:vAlign w:val="center"/>
          </w:tcPr>
          <w:p w14:paraId="539EB6FB" w14:textId="77777777" w:rsidR="00D60D5E" w:rsidRDefault="00891EF0">
            <w:pPr>
              <w:spacing w:after="0" w:line="240" w:lineRule="auto"/>
            </w:pPr>
            <w:r>
              <w:rPr>
                <w:rFonts w:eastAsia="Aptos"/>
                <w:sz w:val="17"/>
              </w:rPr>
              <w:t>Tarragon .2oz</w:t>
            </w:r>
          </w:p>
        </w:tc>
        <w:tc>
          <w:tcPr>
            <w:tcW w:w="630" w:type="dxa"/>
            <w:tcMar>
              <w:top w:w="28" w:type="dxa"/>
              <w:left w:w="38" w:type="dxa"/>
              <w:bottom w:w="28" w:type="dxa"/>
              <w:right w:w="38" w:type="dxa"/>
            </w:tcMar>
            <w:vAlign w:val="center"/>
          </w:tcPr>
          <w:p w14:paraId="0ADEA1EA" w14:textId="77777777" w:rsidR="00D60D5E" w:rsidRDefault="00891EF0">
            <w:pPr>
              <w:spacing w:after="0" w:line="240" w:lineRule="auto"/>
              <w:jc w:val="center"/>
            </w:pPr>
            <w:r>
              <w:rPr>
                <w:rFonts w:eastAsia="Aptos"/>
                <w:b/>
                <w:sz w:val="17"/>
              </w:rPr>
              <w:t>11.60</w:t>
            </w:r>
          </w:p>
        </w:tc>
        <w:tc>
          <w:tcPr>
            <w:tcW w:w="540" w:type="dxa"/>
            <w:tcMar>
              <w:top w:w="28" w:type="dxa"/>
              <w:left w:w="38" w:type="dxa"/>
              <w:bottom w:w="28" w:type="dxa"/>
              <w:right w:w="38" w:type="dxa"/>
            </w:tcMar>
            <w:vAlign w:val="center"/>
          </w:tcPr>
          <w:p w14:paraId="19F6429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76621C8" w14:textId="77777777" w:rsidR="00D60D5E" w:rsidRDefault="00D60D5E">
            <w:pPr>
              <w:jc w:val="center"/>
            </w:pPr>
          </w:p>
        </w:tc>
      </w:tr>
      <w:tr w:rsidR="00D60D5E" w14:paraId="3EB80A60" w14:textId="77777777" w:rsidTr="000617E0">
        <w:trPr>
          <w:cantSplit/>
          <w:jc w:val="center"/>
        </w:trPr>
        <w:tc>
          <w:tcPr>
            <w:tcW w:w="677" w:type="dxa"/>
            <w:tcMar>
              <w:top w:w="28" w:type="dxa"/>
              <w:left w:w="38" w:type="dxa"/>
              <w:bottom w:w="28" w:type="dxa"/>
              <w:right w:w="38" w:type="dxa"/>
            </w:tcMar>
            <w:vAlign w:val="center"/>
          </w:tcPr>
          <w:p w14:paraId="35D21611" w14:textId="77777777" w:rsidR="00D60D5E" w:rsidRDefault="00891EF0">
            <w:pPr>
              <w:spacing w:after="0" w:line="240" w:lineRule="auto"/>
              <w:jc w:val="center"/>
            </w:pPr>
            <w:r>
              <w:rPr>
                <w:rFonts w:eastAsia="Aptos"/>
                <w:color w:val="6A7075"/>
                <w:sz w:val="17"/>
              </w:rPr>
              <w:t>220-200</w:t>
            </w:r>
          </w:p>
        </w:tc>
        <w:tc>
          <w:tcPr>
            <w:tcW w:w="2648" w:type="dxa"/>
            <w:tcMar>
              <w:top w:w="28" w:type="dxa"/>
              <w:left w:w="38" w:type="dxa"/>
              <w:bottom w:w="28" w:type="dxa"/>
              <w:right w:w="38" w:type="dxa"/>
            </w:tcMar>
            <w:vAlign w:val="center"/>
          </w:tcPr>
          <w:p w14:paraId="57A54777" w14:textId="77777777" w:rsidR="00D60D5E" w:rsidRDefault="00891EF0">
            <w:pPr>
              <w:spacing w:after="0" w:line="240" w:lineRule="auto"/>
            </w:pPr>
            <w:r>
              <w:rPr>
                <w:rFonts w:eastAsia="Aptos"/>
                <w:sz w:val="17"/>
              </w:rPr>
              <w:t>Thyme .37oz MC CORMICK</w:t>
            </w:r>
          </w:p>
        </w:tc>
        <w:tc>
          <w:tcPr>
            <w:tcW w:w="630" w:type="dxa"/>
            <w:tcMar>
              <w:top w:w="28" w:type="dxa"/>
              <w:left w:w="38" w:type="dxa"/>
              <w:bottom w:w="28" w:type="dxa"/>
              <w:right w:w="38" w:type="dxa"/>
            </w:tcMar>
            <w:vAlign w:val="center"/>
          </w:tcPr>
          <w:p w14:paraId="7AB39065" w14:textId="77777777" w:rsidR="00D60D5E" w:rsidRDefault="00891EF0">
            <w:pPr>
              <w:spacing w:after="0" w:line="240" w:lineRule="auto"/>
              <w:jc w:val="center"/>
            </w:pPr>
            <w:r>
              <w:rPr>
                <w:rFonts w:eastAsia="Aptos"/>
                <w:b/>
                <w:sz w:val="17"/>
              </w:rPr>
              <w:t>3.62</w:t>
            </w:r>
          </w:p>
        </w:tc>
        <w:tc>
          <w:tcPr>
            <w:tcW w:w="540" w:type="dxa"/>
            <w:tcMar>
              <w:top w:w="28" w:type="dxa"/>
              <w:left w:w="38" w:type="dxa"/>
              <w:bottom w:w="28" w:type="dxa"/>
              <w:right w:w="38" w:type="dxa"/>
            </w:tcMar>
            <w:vAlign w:val="center"/>
          </w:tcPr>
          <w:p w14:paraId="55B76F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43F26C" w14:textId="77777777" w:rsidR="00D60D5E" w:rsidRDefault="00D60D5E">
            <w:pPr>
              <w:jc w:val="center"/>
            </w:pPr>
          </w:p>
        </w:tc>
      </w:tr>
      <w:tr w:rsidR="00D60D5E" w14:paraId="452A2AF3" w14:textId="77777777" w:rsidTr="000617E0">
        <w:trPr>
          <w:cantSplit/>
          <w:jc w:val="center"/>
        </w:trPr>
        <w:tc>
          <w:tcPr>
            <w:tcW w:w="677" w:type="dxa"/>
            <w:tcMar>
              <w:top w:w="28" w:type="dxa"/>
              <w:left w:w="38" w:type="dxa"/>
              <w:bottom w:w="28" w:type="dxa"/>
              <w:right w:w="38" w:type="dxa"/>
            </w:tcMar>
            <w:vAlign w:val="center"/>
          </w:tcPr>
          <w:p w14:paraId="3572E981" w14:textId="77777777" w:rsidR="00D60D5E" w:rsidRDefault="00891EF0">
            <w:pPr>
              <w:spacing w:after="0" w:line="240" w:lineRule="auto"/>
              <w:jc w:val="center"/>
            </w:pPr>
            <w:r>
              <w:rPr>
                <w:rFonts w:eastAsia="Aptos"/>
                <w:color w:val="6A7075"/>
                <w:sz w:val="17"/>
              </w:rPr>
              <w:lastRenderedPageBreak/>
              <w:t>220-205</w:t>
            </w:r>
          </w:p>
        </w:tc>
        <w:tc>
          <w:tcPr>
            <w:tcW w:w="2648" w:type="dxa"/>
            <w:tcMar>
              <w:top w:w="28" w:type="dxa"/>
              <w:left w:w="38" w:type="dxa"/>
              <w:bottom w:w="28" w:type="dxa"/>
              <w:right w:w="38" w:type="dxa"/>
            </w:tcMar>
            <w:vAlign w:val="center"/>
          </w:tcPr>
          <w:p w14:paraId="1474D188" w14:textId="77777777" w:rsidR="00D60D5E" w:rsidRDefault="00891EF0">
            <w:pPr>
              <w:spacing w:after="0" w:line="240" w:lineRule="auto"/>
            </w:pPr>
            <w:r>
              <w:rPr>
                <w:rFonts w:eastAsia="Aptos"/>
                <w:sz w:val="17"/>
              </w:rPr>
              <w:t>Saffron 230g CHIEF</w:t>
            </w:r>
          </w:p>
        </w:tc>
        <w:tc>
          <w:tcPr>
            <w:tcW w:w="630" w:type="dxa"/>
            <w:tcMar>
              <w:top w:w="28" w:type="dxa"/>
              <w:left w:w="38" w:type="dxa"/>
              <w:bottom w:w="28" w:type="dxa"/>
              <w:right w:w="38" w:type="dxa"/>
            </w:tcMar>
            <w:vAlign w:val="center"/>
          </w:tcPr>
          <w:p w14:paraId="609715D0" w14:textId="77777777" w:rsidR="00D60D5E" w:rsidRDefault="00891EF0">
            <w:pPr>
              <w:spacing w:after="0" w:line="240" w:lineRule="auto"/>
              <w:jc w:val="center"/>
            </w:pPr>
            <w:r>
              <w:rPr>
                <w:rFonts w:eastAsia="Aptos"/>
                <w:b/>
                <w:sz w:val="17"/>
              </w:rPr>
              <w:t>5.86</w:t>
            </w:r>
          </w:p>
        </w:tc>
        <w:tc>
          <w:tcPr>
            <w:tcW w:w="540" w:type="dxa"/>
            <w:tcMar>
              <w:top w:w="28" w:type="dxa"/>
              <w:left w:w="38" w:type="dxa"/>
              <w:bottom w:w="28" w:type="dxa"/>
              <w:right w:w="38" w:type="dxa"/>
            </w:tcMar>
            <w:vAlign w:val="center"/>
          </w:tcPr>
          <w:p w14:paraId="1F2CAA6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90E83D" w14:textId="77777777" w:rsidR="00D60D5E" w:rsidRDefault="00D60D5E">
            <w:pPr>
              <w:jc w:val="center"/>
            </w:pPr>
          </w:p>
        </w:tc>
      </w:tr>
      <w:tr w:rsidR="00D60D5E" w14:paraId="1390E67E" w14:textId="77777777" w:rsidTr="000617E0">
        <w:trPr>
          <w:cantSplit/>
          <w:jc w:val="center"/>
        </w:trPr>
        <w:tc>
          <w:tcPr>
            <w:tcW w:w="677" w:type="dxa"/>
            <w:tcMar>
              <w:top w:w="28" w:type="dxa"/>
              <w:left w:w="38" w:type="dxa"/>
              <w:bottom w:w="28" w:type="dxa"/>
              <w:right w:w="38" w:type="dxa"/>
            </w:tcMar>
            <w:vAlign w:val="center"/>
          </w:tcPr>
          <w:p w14:paraId="7DBE8E5B" w14:textId="77777777" w:rsidR="00D60D5E" w:rsidRDefault="00891EF0">
            <w:pPr>
              <w:spacing w:after="0" w:line="240" w:lineRule="auto"/>
              <w:jc w:val="center"/>
            </w:pPr>
            <w:r>
              <w:rPr>
                <w:rFonts w:eastAsia="Aptos"/>
                <w:color w:val="6A7075"/>
                <w:sz w:val="17"/>
              </w:rPr>
              <w:t>220-210</w:t>
            </w:r>
          </w:p>
        </w:tc>
        <w:tc>
          <w:tcPr>
            <w:tcW w:w="2648" w:type="dxa"/>
            <w:tcMar>
              <w:top w:w="28" w:type="dxa"/>
              <w:left w:w="38" w:type="dxa"/>
              <w:bottom w:w="28" w:type="dxa"/>
              <w:right w:w="38" w:type="dxa"/>
            </w:tcMar>
            <w:vAlign w:val="center"/>
          </w:tcPr>
          <w:p w14:paraId="12683059" w14:textId="77777777" w:rsidR="00D60D5E" w:rsidRDefault="00891EF0">
            <w:pPr>
              <w:spacing w:after="0" w:line="240" w:lineRule="auto"/>
            </w:pPr>
            <w:r>
              <w:rPr>
                <w:rFonts w:eastAsia="Aptos"/>
                <w:sz w:val="17"/>
              </w:rPr>
              <w:t>Celery Salt 4oz</w:t>
            </w:r>
          </w:p>
        </w:tc>
        <w:tc>
          <w:tcPr>
            <w:tcW w:w="630" w:type="dxa"/>
            <w:tcMar>
              <w:top w:w="28" w:type="dxa"/>
              <w:left w:w="38" w:type="dxa"/>
              <w:bottom w:w="28" w:type="dxa"/>
              <w:right w:w="38" w:type="dxa"/>
            </w:tcMar>
            <w:vAlign w:val="center"/>
          </w:tcPr>
          <w:p w14:paraId="42138067"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0131C07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B269C7" w14:textId="77777777" w:rsidR="00D60D5E" w:rsidRDefault="00D60D5E">
            <w:pPr>
              <w:jc w:val="center"/>
            </w:pPr>
          </w:p>
        </w:tc>
      </w:tr>
      <w:tr w:rsidR="00D60D5E" w14:paraId="112B402E" w14:textId="77777777" w:rsidTr="000617E0">
        <w:trPr>
          <w:cantSplit/>
          <w:jc w:val="center"/>
        </w:trPr>
        <w:tc>
          <w:tcPr>
            <w:tcW w:w="677" w:type="dxa"/>
            <w:tcMar>
              <w:top w:w="28" w:type="dxa"/>
              <w:left w:w="38" w:type="dxa"/>
              <w:bottom w:w="28" w:type="dxa"/>
              <w:right w:w="38" w:type="dxa"/>
            </w:tcMar>
            <w:vAlign w:val="center"/>
          </w:tcPr>
          <w:p w14:paraId="38E71DB5" w14:textId="77777777" w:rsidR="00D60D5E" w:rsidRDefault="00891EF0">
            <w:pPr>
              <w:spacing w:after="0" w:line="240" w:lineRule="auto"/>
              <w:jc w:val="center"/>
            </w:pPr>
            <w:r>
              <w:rPr>
                <w:rFonts w:eastAsia="Aptos"/>
                <w:color w:val="6A7075"/>
                <w:sz w:val="17"/>
              </w:rPr>
              <w:t>220-215</w:t>
            </w:r>
          </w:p>
        </w:tc>
        <w:tc>
          <w:tcPr>
            <w:tcW w:w="2648" w:type="dxa"/>
            <w:tcMar>
              <w:top w:w="28" w:type="dxa"/>
              <w:left w:w="38" w:type="dxa"/>
              <w:bottom w:w="28" w:type="dxa"/>
              <w:right w:w="38" w:type="dxa"/>
            </w:tcMar>
            <w:vAlign w:val="center"/>
          </w:tcPr>
          <w:p w14:paraId="156B697F" w14:textId="77777777" w:rsidR="00D60D5E" w:rsidRDefault="00891EF0">
            <w:pPr>
              <w:spacing w:after="0" w:line="240" w:lineRule="auto"/>
            </w:pPr>
            <w:r>
              <w:rPr>
                <w:rFonts w:eastAsia="Aptos"/>
                <w:sz w:val="17"/>
              </w:rPr>
              <w:t>Poppy Seeds 1.25oz McCormick</w:t>
            </w:r>
          </w:p>
        </w:tc>
        <w:tc>
          <w:tcPr>
            <w:tcW w:w="630" w:type="dxa"/>
            <w:tcMar>
              <w:top w:w="28" w:type="dxa"/>
              <w:left w:w="38" w:type="dxa"/>
              <w:bottom w:w="28" w:type="dxa"/>
              <w:right w:w="38" w:type="dxa"/>
            </w:tcMar>
            <w:vAlign w:val="center"/>
          </w:tcPr>
          <w:p w14:paraId="54BADE37" w14:textId="77777777" w:rsidR="00D60D5E" w:rsidRDefault="00891EF0">
            <w:pPr>
              <w:spacing w:after="0" w:line="240" w:lineRule="auto"/>
              <w:jc w:val="center"/>
            </w:pPr>
            <w:r>
              <w:rPr>
                <w:rFonts w:eastAsia="Aptos"/>
                <w:b/>
                <w:sz w:val="17"/>
              </w:rPr>
              <w:t>3.14</w:t>
            </w:r>
          </w:p>
        </w:tc>
        <w:tc>
          <w:tcPr>
            <w:tcW w:w="540" w:type="dxa"/>
            <w:tcMar>
              <w:top w:w="28" w:type="dxa"/>
              <w:left w:w="38" w:type="dxa"/>
              <w:bottom w:w="28" w:type="dxa"/>
              <w:right w:w="38" w:type="dxa"/>
            </w:tcMar>
            <w:vAlign w:val="center"/>
          </w:tcPr>
          <w:p w14:paraId="1FEBBCD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B894A5" w14:textId="77777777" w:rsidR="00D60D5E" w:rsidRDefault="00D60D5E">
            <w:pPr>
              <w:jc w:val="center"/>
            </w:pPr>
          </w:p>
        </w:tc>
      </w:tr>
      <w:tr w:rsidR="00D60D5E" w14:paraId="18C0AA20" w14:textId="77777777" w:rsidTr="000617E0">
        <w:trPr>
          <w:cantSplit/>
          <w:jc w:val="center"/>
        </w:trPr>
        <w:tc>
          <w:tcPr>
            <w:tcW w:w="677" w:type="dxa"/>
            <w:tcMar>
              <w:top w:w="28" w:type="dxa"/>
              <w:left w:w="38" w:type="dxa"/>
              <w:bottom w:w="28" w:type="dxa"/>
              <w:right w:w="38" w:type="dxa"/>
            </w:tcMar>
            <w:vAlign w:val="center"/>
          </w:tcPr>
          <w:p w14:paraId="4349EE11" w14:textId="77777777" w:rsidR="00D60D5E" w:rsidRDefault="00891EF0">
            <w:pPr>
              <w:spacing w:after="0" w:line="240" w:lineRule="auto"/>
              <w:jc w:val="center"/>
            </w:pPr>
            <w:r>
              <w:rPr>
                <w:rFonts w:eastAsia="Aptos"/>
                <w:color w:val="6A7075"/>
                <w:sz w:val="17"/>
              </w:rPr>
              <w:t>220-220</w:t>
            </w:r>
          </w:p>
        </w:tc>
        <w:tc>
          <w:tcPr>
            <w:tcW w:w="2648" w:type="dxa"/>
            <w:tcMar>
              <w:top w:w="28" w:type="dxa"/>
              <w:left w:w="38" w:type="dxa"/>
              <w:bottom w:w="28" w:type="dxa"/>
              <w:right w:w="38" w:type="dxa"/>
            </w:tcMar>
            <w:vAlign w:val="center"/>
          </w:tcPr>
          <w:p w14:paraId="063ED55A" w14:textId="77777777" w:rsidR="00D60D5E" w:rsidRDefault="00891EF0">
            <w:pPr>
              <w:spacing w:after="0" w:line="240" w:lineRule="auto"/>
            </w:pPr>
            <w:r>
              <w:rPr>
                <w:rFonts w:eastAsia="Aptos"/>
                <w:sz w:val="17"/>
              </w:rPr>
              <w:t>Sesame Seeds 1oz</w:t>
            </w:r>
          </w:p>
        </w:tc>
        <w:tc>
          <w:tcPr>
            <w:tcW w:w="630" w:type="dxa"/>
            <w:tcMar>
              <w:top w:w="28" w:type="dxa"/>
              <w:left w:w="38" w:type="dxa"/>
              <w:bottom w:w="28" w:type="dxa"/>
              <w:right w:w="38" w:type="dxa"/>
            </w:tcMar>
            <w:vAlign w:val="center"/>
          </w:tcPr>
          <w:p w14:paraId="338B82A3" w14:textId="77777777" w:rsidR="00D60D5E" w:rsidRDefault="00891EF0">
            <w:pPr>
              <w:spacing w:after="0" w:line="240" w:lineRule="auto"/>
              <w:jc w:val="center"/>
            </w:pPr>
            <w:r>
              <w:rPr>
                <w:rFonts w:eastAsia="Aptos"/>
                <w:b/>
                <w:sz w:val="17"/>
              </w:rPr>
              <w:t>3.39</w:t>
            </w:r>
          </w:p>
        </w:tc>
        <w:tc>
          <w:tcPr>
            <w:tcW w:w="540" w:type="dxa"/>
            <w:tcMar>
              <w:top w:w="28" w:type="dxa"/>
              <w:left w:w="38" w:type="dxa"/>
              <w:bottom w:w="28" w:type="dxa"/>
              <w:right w:w="38" w:type="dxa"/>
            </w:tcMar>
            <w:vAlign w:val="center"/>
          </w:tcPr>
          <w:p w14:paraId="0A1F6FC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0EC5A1" w14:textId="77777777" w:rsidR="00D60D5E" w:rsidRDefault="00D60D5E">
            <w:pPr>
              <w:jc w:val="center"/>
            </w:pPr>
          </w:p>
        </w:tc>
      </w:tr>
      <w:tr w:rsidR="00D60D5E" w14:paraId="0595E8D2" w14:textId="77777777" w:rsidTr="000617E0">
        <w:trPr>
          <w:cantSplit/>
          <w:jc w:val="center"/>
        </w:trPr>
        <w:tc>
          <w:tcPr>
            <w:tcW w:w="677" w:type="dxa"/>
            <w:tcMar>
              <w:top w:w="28" w:type="dxa"/>
              <w:left w:w="38" w:type="dxa"/>
              <w:bottom w:w="28" w:type="dxa"/>
              <w:right w:w="38" w:type="dxa"/>
            </w:tcMar>
            <w:vAlign w:val="center"/>
          </w:tcPr>
          <w:p w14:paraId="324B5230" w14:textId="77777777" w:rsidR="00D60D5E" w:rsidRDefault="00891EF0">
            <w:pPr>
              <w:spacing w:after="0" w:line="240" w:lineRule="auto"/>
              <w:jc w:val="center"/>
            </w:pPr>
            <w:r>
              <w:rPr>
                <w:rFonts w:eastAsia="Aptos"/>
                <w:color w:val="6A7075"/>
                <w:sz w:val="17"/>
              </w:rPr>
              <w:t>220-225</w:t>
            </w:r>
          </w:p>
        </w:tc>
        <w:tc>
          <w:tcPr>
            <w:tcW w:w="2648" w:type="dxa"/>
            <w:tcMar>
              <w:top w:w="28" w:type="dxa"/>
              <w:left w:w="38" w:type="dxa"/>
              <w:bottom w:w="28" w:type="dxa"/>
              <w:right w:w="38" w:type="dxa"/>
            </w:tcMar>
            <w:vAlign w:val="center"/>
          </w:tcPr>
          <w:p w14:paraId="0E9CB6A2" w14:textId="77777777" w:rsidR="00D60D5E" w:rsidRDefault="00891EF0">
            <w:pPr>
              <w:spacing w:after="0" w:line="240" w:lineRule="auto"/>
            </w:pPr>
            <w:r>
              <w:rPr>
                <w:rFonts w:eastAsia="Aptos"/>
                <w:sz w:val="17"/>
              </w:rPr>
              <w:t>Allspice .92oz</w:t>
            </w:r>
          </w:p>
        </w:tc>
        <w:tc>
          <w:tcPr>
            <w:tcW w:w="630" w:type="dxa"/>
            <w:tcMar>
              <w:top w:w="28" w:type="dxa"/>
              <w:left w:w="38" w:type="dxa"/>
              <w:bottom w:w="28" w:type="dxa"/>
              <w:right w:w="38" w:type="dxa"/>
            </w:tcMar>
            <w:vAlign w:val="center"/>
          </w:tcPr>
          <w:p w14:paraId="2D172B5C" w14:textId="77777777" w:rsidR="00D60D5E" w:rsidRDefault="00891EF0">
            <w:pPr>
              <w:spacing w:after="0" w:line="240" w:lineRule="auto"/>
              <w:jc w:val="center"/>
            </w:pPr>
            <w:r>
              <w:rPr>
                <w:rFonts w:eastAsia="Aptos"/>
                <w:b/>
                <w:sz w:val="17"/>
              </w:rPr>
              <w:t>18.50</w:t>
            </w:r>
          </w:p>
        </w:tc>
        <w:tc>
          <w:tcPr>
            <w:tcW w:w="540" w:type="dxa"/>
            <w:tcMar>
              <w:top w:w="28" w:type="dxa"/>
              <w:left w:w="38" w:type="dxa"/>
              <w:bottom w:w="28" w:type="dxa"/>
              <w:right w:w="38" w:type="dxa"/>
            </w:tcMar>
            <w:vAlign w:val="center"/>
          </w:tcPr>
          <w:p w14:paraId="6CE73F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75BB0D" w14:textId="77777777" w:rsidR="00D60D5E" w:rsidRDefault="00D60D5E">
            <w:pPr>
              <w:jc w:val="center"/>
            </w:pPr>
          </w:p>
        </w:tc>
      </w:tr>
      <w:tr w:rsidR="00D60D5E" w14:paraId="3F02F982" w14:textId="77777777" w:rsidTr="000617E0">
        <w:trPr>
          <w:cantSplit/>
          <w:jc w:val="center"/>
        </w:trPr>
        <w:tc>
          <w:tcPr>
            <w:tcW w:w="677" w:type="dxa"/>
            <w:tcMar>
              <w:top w:w="28" w:type="dxa"/>
              <w:left w:w="38" w:type="dxa"/>
              <w:bottom w:w="28" w:type="dxa"/>
              <w:right w:w="38" w:type="dxa"/>
            </w:tcMar>
            <w:vAlign w:val="center"/>
          </w:tcPr>
          <w:p w14:paraId="631186F2" w14:textId="77777777" w:rsidR="00D60D5E" w:rsidRDefault="00891EF0">
            <w:pPr>
              <w:spacing w:after="0" w:line="240" w:lineRule="auto"/>
              <w:jc w:val="center"/>
            </w:pPr>
            <w:r>
              <w:rPr>
                <w:rFonts w:eastAsia="Aptos"/>
                <w:color w:val="6A7075"/>
                <w:sz w:val="17"/>
              </w:rPr>
              <w:t>220-230</w:t>
            </w:r>
          </w:p>
        </w:tc>
        <w:tc>
          <w:tcPr>
            <w:tcW w:w="2648" w:type="dxa"/>
            <w:tcMar>
              <w:top w:w="28" w:type="dxa"/>
              <w:left w:w="38" w:type="dxa"/>
              <w:bottom w:w="28" w:type="dxa"/>
              <w:right w:w="38" w:type="dxa"/>
            </w:tcMar>
            <w:vAlign w:val="center"/>
          </w:tcPr>
          <w:p w14:paraId="3272D6C5" w14:textId="77777777" w:rsidR="00D60D5E" w:rsidRDefault="00891EF0">
            <w:pPr>
              <w:spacing w:after="0" w:line="240" w:lineRule="auto"/>
            </w:pPr>
            <w:r>
              <w:rPr>
                <w:rFonts w:eastAsia="Aptos"/>
                <w:sz w:val="17"/>
              </w:rPr>
              <w:t>Paprika 1oz</w:t>
            </w:r>
          </w:p>
        </w:tc>
        <w:tc>
          <w:tcPr>
            <w:tcW w:w="630" w:type="dxa"/>
            <w:tcMar>
              <w:top w:w="28" w:type="dxa"/>
              <w:left w:w="38" w:type="dxa"/>
              <w:bottom w:w="28" w:type="dxa"/>
              <w:right w:w="38" w:type="dxa"/>
            </w:tcMar>
            <w:vAlign w:val="center"/>
          </w:tcPr>
          <w:p w14:paraId="7AA609C5" w14:textId="77777777" w:rsidR="00D60D5E" w:rsidRDefault="00891EF0">
            <w:pPr>
              <w:spacing w:after="0" w:line="240" w:lineRule="auto"/>
              <w:jc w:val="center"/>
            </w:pPr>
            <w:r>
              <w:rPr>
                <w:rFonts w:eastAsia="Aptos"/>
                <w:b/>
                <w:sz w:val="17"/>
              </w:rPr>
              <w:t>5.98</w:t>
            </w:r>
          </w:p>
        </w:tc>
        <w:tc>
          <w:tcPr>
            <w:tcW w:w="540" w:type="dxa"/>
            <w:tcMar>
              <w:top w:w="28" w:type="dxa"/>
              <w:left w:w="38" w:type="dxa"/>
              <w:bottom w:w="28" w:type="dxa"/>
              <w:right w:w="38" w:type="dxa"/>
            </w:tcMar>
            <w:vAlign w:val="center"/>
          </w:tcPr>
          <w:p w14:paraId="4ED1D2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7F0C2D" w14:textId="77777777" w:rsidR="00D60D5E" w:rsidRDefault="00D60D5E">
            <w:pPr>
              <w:jc w:val="center"/>
            </w:pPr>
          </w:p>
        </w:tc>
      </w:tr>
      <w:tr w:rsidR="00D60D5E" w14:paraId="79352BE5" w14:textId="77777777" w:rsidTr="000617E0">
        <w:trPr>
          <w:cantSplit/>
          <w:jc w:val="center"/>
        </w:trPr>
        <w:tc>
          <w:tcPr>
            <w:tcW w:w="677" w:type="dxa"/>
            <w:tcMar>
              <w:top w:w="28" w:type="dxa"/>
              <w:left w:w="38" w:type="dxa"/>
              <w:bottom w:w="28" w:type="dxa"/>
              <w:right w:w="38" w:type="dxa"/>
            </w:tcMar>
            <w:vAlign w:val="center"/>
          </w:tcPr>
          <w:p w14:paraId="702ABDED" w14:textId="77777777" w:rsidR="00D60D5E" w:rsidRDefault="00891EF0">
            <w:pPr>
              <w:spacing w:after="0" w:line="240" w:lineRule="auto"/>
              <w:jc w:val="center"/>
            </w:pPr>
            <w:r>
              <w:rPr>
                <w:rFonts w:eastAsia="Aptos"/>
                <w:color w:val="6A7075"/>
                <w:sz w:val="17"/>
              </w:rPr>
              <w:t>220-235</w:t>
            </w:r>
          </w:p>
        </w:tc>
        <w:tc>
          <w:tcPr>
            <w:tcW w:w="2648" w:type="dxa"/>
            <w:tcMar>
              <w:top w:w="28" w:type="dxa"/>
              <w:left w:w="38" w:type="dxa"/>
              <w:bottom w:w="28" w:type="dxa"/>
              <w:right w:w="38" w:type="dxa"/>
            </w:tcMar>
            <w:vAlign w:val="center"/>
          </w:tcPr>
          <w:p w14:paraId="32C514CD" w14:textId="77777777" w:rsidR="00D60D5E" w:rsidRDefault="00891EF0">
            <w:pPr>
              <w:spacing w:after="0" w:line="240" w:lineRule="auto"/>
            </w:pPr>
            <w:r>
              <w:rPr>
                <w:rFonts w:eastAsia="Aptos"/>
                <w:sz w:val="17"/>
              </w:rPr>
              <w:t>Dill Weed .3oz</w:t>
            </w:r>
          </w:p>
        </w:tc>
        <w:tc>
          <w:tcPr>
            <w:tcW w:w="630" w:type="dxa"/>
            <w:tcMar>
              <w:top w:w="28" w:type="dxa"/>
              <w:left w:w="38" w:type="dxa"/>
              <w:bottom w:w="28" w:type="dxa"/>
              <w:right w:w="38" w:type="dxa"/>
            </w:tcMar>
            <w:vAlign w:val="center"/>
          </w:tcPr>
          <w:p w14:paraId="4DBBBEEF" w14:textId="77777777" w:rsidR="00D60D5E" w:rsidRDefault="00891EF0">
            <w:pPr>
              <w:spacing w:after="0" w:line="240" w:lineRule="auto"/>
              <w:jc w:val="center"/>
            </w:pPr>
            <w:r>
              <w:rPr>
                <w:rFonts w:eastAsia="Aptos"/>
                <w:b/>
                <w:sz w:val="17"/>
              </w:rPr>
              <w:t>3.96</w:t>
            </w:r>
          </w:p>
        </w:tc>
        <w:tc>
          <w:tcPr>
            <w:tcW w:w="540" w:type="dxa"/>
            <w:tcMar>
              <w:top w:w="28" w:type="dxa"/>
              <w:left w:w="38" w:type="dxa"/>
              <w:bottom w:w="28" w:type="dxa"/>
              <w:right w:w="38" w:type="dxa"/>
            </w:tcMar>
            <w:vAlign w:val="center"/>
          </w:tcPr>
          <w:p w14:paraId="3698B51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67D3CD" w14:textId="77777777" w:rsidR="00D60D5E" w:rsidRDefault="00D60D5E">
            <w:pPr>
              <w:jc w:val="center"/>
            </w:pPr>
          </w:p>
        </w:tc>
      </w:tr>
      <w:tr w:rsidR="00D60D5E" w14:paraId="3E47FCA6" w14:textId="77777777" w:rsidTr="000617E0">
        <w:trPr>
          <w:cantSplit/>
          <w:jc w:val="center"/>
        </w:trPr>
        <w:tc>
          <w:tcPr>
            <w:tcW w:w="677" w:type="dxa"/>
            <w:tcMar>
              <w:top w:w="28" w:type="dxa"/>
              <w:left w:w="38" w:type="dxa"/>
              <w:bottom w:w="28" w:type="dxa"/>
              <w:right w:w="38" w:type="dxa"/>
            </w:tcMar>
            <w:vAlign w:val="center"/>
          </w:tcPr>
          <w:p w14:paraId="07E1FAE3" w14:textId="77777777" w:rsidR="00D60D5E" w:rsidRDefault="00891EF0">
            <w:pPr>
              <w:spacing w:after="0" w:line="240" w:lineRule="auto"/>
              <w:jc w:val="center"/>
            </w:pPr>
            <w:r>
              <w:rPr>
                <w:rFonts w:eastAsia="Aptos"/>
                <w:color w:val="6A7075"/>
                <w:sz w:val="17"/>
              </w:rPr>
              <w:t>220-240</w:t>
            </w:r>
          </w:p>
        </w:tc>
        <w:tc>
          <w:tcPr>
            <w:tcW w:w="2648" w:type="dxa"/>
            <w:tcMar>
              <w:top w:w="28" w:type="dxa"/>
              <w:left w:w="38" w:type="dxa"/>
              <w:bottom w:w="28" w:type="dxa"/>
              <w:right w:w="38" w:type="dxa"/>
            </w:tcMar>
            <w:vAlign w:val="center"/>
          </w:tcPr>
          <w:p w14:paraId="03629256" w14:textId="77777777" w:rsidR="00D60D5E" w:rsidRDefault="00891EF0">
            <w:pPr>
              <w:spacing w:after="0" w:line="240" w:lineRule="auto"/>
            </w:pPr>
            <w:r>
              <w:rPr>
                <w:rFonts w:eastAsia="Aptos"/>
                <w:sz w:val="17"/>
              </w:rPr>
              <w:t>Fennel Seeds .85oz</w:t>
            </w:r>
          </w:p>
        </w:tc>
        <w:tc>
          <w:tcPr>
            <w:tcW w:w="630" w:type="dxa"/>
            <w:tcMar>
              <w:top w:w="28" w:type="dxa"/>
              <w:left w:w="38" w:type="dxa"/>
              <w:bottom w:w="28" w:type="dxa"/>
              <w:right w:w="38" w:type="dxa"/>
            </w:tcMar>
            <w:vAlign w:val="center"/>
          </w:tcPr>
          <w:p w14:paraId="7794A5BC" w14:textId="77777777" w:rsidR="00D60D5E" w:rsidRDefault="00891EF0">
            <w:pPr>
              <w:spacing w:after="0" w:line="240" w:lineRule="auto"/>
              <w:jc w:val="center"/>
            </w:pPr>
            <w:r>
              <w:rPr>
                <w:rFonts w:eastAsia="Aptos"/>
                <w:b/>
                <w:sz w:val="17"/>
              </w:rPr>
              <w:t>2.71</w:t>
            </w:r>
          </w:p>
        </w:tc>
        <w:tc>
          <w:tcPr>
            <w:tcW w:w="540" w:type="dxa"/>
            <w:tcMar>
              <w:top w:w="28" w:type="dxa"/>
              <w:left w:w="38" w:type="dxa"/>
              <w:bottom w:w="28" w:type="dxa"/>
              <w:right w:w="38" w:type="dxa"/>
            </w:tcMar>
            <w:vAlign w:val="center"/>
          </w:tcPr>
          <w:p w14:paraId="1CA71B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E44C17" w14:textId="77777777" w:rsidR="00D60D5E" w:rsidRDefault="00D60D5E">
            <w:pPr>
              <w:jc w:val="center"/>
            </w:pPr>
          </w:p>
        </w:tc>
      </w:tr>
      <w:tr w:rsidR="00D60D5E" w14:paraId="689C3F4B" w14:textId="77777777" w:rsidTr="000617E0">
        <w:trPr>
          <w:cantSplit/>
          <w:jc w:val="center"/>
        </w:trPr>
        <w:tc>
          <w:tcPr>
            <w:tcW w:w="677" w:type="dxa"/>
            <w:tcMar>
              <w:top w:w="28" w:type="dxa"/>
              <w:left w:w="38" w:type="dxa"/>
              <w:bottom w:w="28" w:type="dxa"/>
              <w:right w:w="38" w:type="dxa"/>
            </w:tcMar>
            <w:vAlign w:val="center"/>
          </w:tcPr>
          <w:p w14:paraId="6AB45487" w14:textId="77777777" w:rsidR="00D60D5E" w:rsidRDefault="00891EF0">
            <w:pPr>
              <w:spacing w:after="0" w:line="240" w:lineRule="auto"/>
              <w:jc w:val="center"/>
            </w:pPr>
            <w:r>
              <w:rPr>
                <w:rFonts w:eastAsia="Aptos"/>
                <w:color w:val="6A7075"/>
                <w:sz w:val="17"/>
              </w:rPr>
              <w:t>220-245</w:t>
            </w:r>
          </w:p>
        </w:tc>
        <w:tc>
          <w:tcPr>
            <w:tcW w:w="2648" w:type="dxa"/>
            <w:tcMar>
              <w:top w:w="28" w:type="dxa"/>
              <w:left w:w="38" w:type="dxa"/>
              <w:bottom w:w="28" w:type="dxa"/>
              <w:right w:w="38" w:type="dxa"/>
            </w:tcMar>
            <w:vAlign w:val="center"/>
          </w:tcPr>
          <w:p w14:paraId="231BB249" w14:textId="77777777" w:rsidR="00D60D5E" w:rsidRDefault="00891EF0">
            <w:pPr>
              <w:spacing w:after="0" w:line="240" w:lineRule="auto"/>
            </w:pPr>
            <w:r>
              <w:rPr>
                <w:rFonts w:eastAsia="Aptos"/>
                <w:sz w:val="17"/>
              </w:rPr>
              <w:t>Cilantro Leaves .5oz</w:t>
            </w:r>
          </w:p>
        </w:tc>
        <w:tc>
          <w:tcPr>
            <w:tcW w:w="630" w:type="dxa"/>
            <w:tcMar>
              <w:top w:w="28" w:type="dxa"/>
              <w:left w:w="38" w:type="dxa"/>
              <w:bottom w:w="28" w:type="dxa"/>
              <w:right w:w="38" w:type="dxa"/>
            </w:tcMar>
            <w:vAlign w:val="center"/>
          </w:tcPr>
          <w:p w14:paraId="78935BEE" w14:textId="77777777" w:rsidR="00D60D5E" w:rsidRDefault="00891EF0">
            <w:pPr>
              <w:spacing w:after="0" w:line="240" w:lineRule="auto"/>
              <w:jc w:val="center"/>
            </w:pPr>
            <w:r>
              <w:rPr>
                <w:rFonts w:eastAsia="Aptos"/>
                <w:b/>
                <w:sz w:val="17"/>
              </w:rPr>
              <w:t>8.39</w:t>
            </w:r>
          </w:p>
        </w:tc>
        <w:tc>
          <w:tcPr>
            <w:tcW w:w="540" w:type="dxa"/>
            <w:tcMar>
              <w:top w:w="28" w:type="dxa"/>
              <w:left w:w="38" w:type="dxa"/>
              <w:bottom w:w="28" w:type="dxa"/>
              <w:right w:w="38" w:type="dxa"/>
            </w:tcMar>
            <w:vAlign w:val="center"/>
          </w:tcPr>
          <w:p w14:paraId="483AA94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7BFCC1" w14:textId="77777777" w:rsidR="00D60D5E" w:rsidRDefault="00D60D5E">
            <w:pPr>
              <w:jc w:val="center"/>
            </w:pPr>
          </w:p>
        </w:tc>
      </w:tr>
      <w:tr w:rsidR="00D60D5E" w14:paraId="3242629D" w14:textId="77777777" w:rsidTr="000617E0">
        <w:trPr>
          <w:cantSplit/>
          <w:jc w:val="center"/>
        </w:trPr>
        <w:tc>
          <w:tcPr>
            <w:tcW w:w="677" w:type="dxa"/>
            <w:tcMar>
              <w:top w:w="28" w:type="dxa"/>
              <w:left w:w="38" w:type="dxa"/>
              <w:bottom w:w="28" w:type="dxa"/>
              <w:right w:w="38" w:type="dxa"/>
            </w:tcMar>
            <w:vAlign w:val="center"/>
          </w:tcPr>
          <w:p w14:paraId="4D350F84" w14:textId="77777777" w:rsidR="00D60D5E" w:rsidRDefault="00891EF0">
            <w:pPr>
              <w:spacing w:after="0" w:line="240" w:lineRule="auto"/>
              <w:jc w:val="center"/>
            </w:pPr>
            <w:r>
              <w:rPr>
                <w:rFonts w:eastAsia="Aptos"/>
                <w:color w:val="6A7075"/>
                <w:sz w:val="17"/>
              </w:rPr>
              <w:t>220-250</w:t>
            </w:r>
          </w:p>
        </w:tc>
        <w:tc>
          <w:tcPr>
            <w:tcW w:w="2648" w:type="dxa"/>
            <w:tcMar>
              <w:top w:w="28" w:type="dxa"/>
              <w:left w:w="38" w:type="dxa"/>
              <w:bottom w:w="28" w:type="dxa"/>
              <w:right w:w="38" w:type="dxa"/>
            </w:tcMar>
            <w:vAlign w:val="center"/>
          </w:tcPr>
          <w:p w14:paraId="07A10AAE" w14:textId="77777777" w:rsidR="00D60D5E" w:rsidRDefault="00891EF0">
            <w:pPr>
              <w:spacing w:after="0" w:line="240" w:lineRule="auto"/>
            </w:pPr>
            <w:r>
              <w:rPr>
                <w:rFonts w:eastAsia="Aptos"/>
                <w:sz w:val="17"/>
              </w:rPr>
              <w:t>Italian Seasoning 1.43oz McCormick</w:t>
            </w:r>
          </w:p>
        </w:tc>
        <w:tc>
          <w:tcPr>
            <w:tcW w:w="630" w:type="dxa"/>
            <w:tcMar>
              <w:top w:w="28" w:type="dxa"/>
              <w:left w:w="38" w:type="dxa"/>
              <w:bottom w:w="28" w:type="dxa"/>
              <w:right w:w="38" w:type="dxa"/>
            </w:tcMar>
            <w:vAlign w:val="center"/>
          </w:tcPr>
          <w:p w14:paraId="482372E0" w14:textId="77777777" w:rsidR="00D60D5E" w:rsidRDefault="00891EF0">
            <w:pPr>
              <w:spacing w:after="0" w:line="240" w:lineRule="auto"/>
              <w:jc w:val="center"/>
            </w:pPr>
            <w:r>
              <w:rPr>
                <w:rFonts w:eastAsia="Aptos"/>
                <w:b/>
                <w:sz w:val="17"/>
              </w:rPr>
              <w:t>4.51</w:t>
            </w:r>
          </w:p>
        </w:tc>
        <w:tc>
          <w:tcPr>
            <w:tcW w:w="540" w:type="dxa"/>
            <w:tcMar>
              <w:top w:w="28" w:type="dxa"/>
              <w:left w:w="38" w:type="dxa"/>
              <w:bottom w:w="28" w:type="dxa"/>
              <w:right w:w="38" w:type="dxa"/>
            </w:tcMar>
            <w:vAlign w:val="center"/>
          </w:tcPr>
          <w:p w14:paraId="12FAE80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A3F031" w14:textId="77777777" w:rsidR="00D60D5E" w:rsidRDefault="00D60D5E">
            <w:pPr>
              <w:jc w:val="center"/>
            </w:pPr>
          </w:p>
        </w:tc>
      </w:tr>
      <w:tr w:rsidR="00D60D5E" w14:paraId="1C2C142A" w14:textId="77777777" w:rsidTr="000617E0">
        <w:trPr>
          <w:cantSplit/>
          <w:jc w:val="center"/>
        </w:trPr>
        <w:tc>
          <w:tcPr>
            <w:tcW w:w="677" w:type="dxa"/>
            <w:tcMar>
              <w:top w:w="28" w:type="dxa"/>
              <w:left w:w="38" w:type="dxa"/>
              <w:bottom w:w="28" w:type="dxa"/>
              <w:right w:w="38" w:type="dxa"/>
            </w:tcMar>
            <w:vAlign w:val="center"/>
          </w:tcPr>
          <w:p w14:paraId="37CE0092" w14:textId="77777777" w:rsidR="00D60D5E" w:rsidRDefault="00891EF0">
            <w:pPr>
              <w:spacing w:after="0" w:line="240" w:lineRule="auto"/>
              <w:jc w:val="center"/>
            </w:pPr>
            <w:r>
              <w:rPr>
                <w:rFonts w:eastAsia="Aptos"/>
                <w:color w:val="6A7075"/>
                <w:sz w:val="17"/>
              </w:rPr>
              <w:t>220-255</w:t>
            </w:r>
          </w:p>
        </w:tc>
        <w:tc>
          <w:tcPr>
            <w:tcW w:w="2648" w:type="dxa"/>
            <w:tcMar>
              <w:top w:w="28" w:type="dxa"/>
              <w:left w:w="38" w:type="dxa"/>
              <w:bottom w:w="28" w:type="dxa"/>
              <w:right w:w="38" w:type="dxa"/>
            </w:tcMar>
            <w:vAlign w:val="center"/>
          </w:tcPr>
          <w:p w14:paraId="74F8AB37" w14:textId="77777777" w:rsidR="00D60D5E" w:rsidRDefault="00891EF0">
            <w:pPr>
              <w:spacing w:after="0" w:line="240" w:lineRule="auto"/>
            </w:pPr>
            <w:r>
              <w:rPr>
                <w:rFonts w:eastAsia="Aptos"/>
                <w:sz w:val="17"/>
              </w:rPr>
              <w:t>Pizza Seasoning 1.7oz</w:t>
            </w:r>
          </w:p>
        </w:tc>
        <w:tc>
          <w:tcPr>
            <w:tcW w:w="630" w:type="dxa"/>
            <w:tcMar>
              <w:top w:w="28" w:type="dxa"/>
              <w:left w:w="38" w:type="dxa"/>
              <w:bottom w:w="28" w:type="dxa"/>
              <w:right w:w="38" w:type="dxa"/>
            </w:tcMar>
            <w:vAlign w:val="center"/>
          </w:tcPr>
          <w:p w14:paraId="02CD5671" w14:textId="77777777" w:rsidR="00D60D5E" w:rsidRDefault="00891EF0">
            <w:pPr>
              <w:spacing w:after="0" w:line="240" w:lineRule="auto"/>
              <w:jc w:val="center"/>
            </w:pPr>
            <w:r>
              <w:rPr>
                <w:rFonts w:eastAsia="Aptos"/>
                <w:b/>
                <w:sz w:val="17"/>
              </w:rPr>
              <w:t>2.70</w:t>
            </w:r>
          </w:p>
        </w:tc>
        <w:tc>
          <w:tcPr>
            <w:tcW w:w="540" w:type="dxa"/>
            <w:tcMar>
              <w:top w:w="28" w:type="dxa"/>
              <w:left w:w="38" w:type="dxa"/>
              <w:bottom w:w="28" w:type="dxa"/>
              <w:right w:w="38" w:type="dxa"/>
            </w:tcMar>
            <w:vAlign w:val="center"/>
          </w:tcPr>
          <w:p w14:paraId="1A79F17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310F7D" w14:textId="77777777" w:rsidR="00D60D5E" w:rsidRDefault="00D60D5E">
            <w:pPr>
              <w:jc w:val="center"/>
            </w:pPr>
          </w:p>
        </w:tc>
      </w:tr>
      <w:tr w:rsidR="00D60D5E" w14:paraId="6DF72F0D" w14:textId="77777777" w:rsidTr="000617E0">
        <w:trPr>
          <w:cantSplit/>
          <w:jc w:val="center"/>
        </w:trPr>
        <w:tc>
          <w:tcPr>
            <w:tcW w:w="677" w:type="dxa"/>
            <w:tcMar>
              <w:top w:w="28" w:type="dxa"/>
              <w:left w:w="38" w:type="dxa"/>
              <w:bottom w:w="28" w:type="dxa"/>
              <w:right w:w="38" w:type="dxa"/>
            </w:tcMar>
            <w:vAlign w:val="center"/>
          </w:tcPr>
          <w:p w14:paraId="620E5C5B" w14:textId="77777777" w:rsidR="00D60D5E" w:rsidRDefault="00891EF0">
            <w:pPr>
              <w:spacing w:after="0" w:line="240" w:lineRule="auto"/>
              <w:jc w:val="center"/>
            </w:pPr>
            <w:r>
              <w:rPr>
                <w:rFonts w:eastAsia="Aptos"/>
                <w:color w:val="6A7075"/>
                <w:sz w:val="17"/>
              </w:rPr>
              <w:t>220-260</w:t>
            </w:r>
          </w:p>
        </w:tc>
        <w:tc>
          <w:tcPr>
            <w:tcW w:w="2648" w:type="dxa"/>
            <w:tcMar>
              <w:top w:w="28" w:type="dxa"/>
              <w:left w:w="38" w:type="dxa"/>
              <w:bottom w:w="28" w:type="dxa"/>
              <w:right w:w="38" w:type="dxa"/>
            </w:tcMar>
            <w:vAlign w:val="center"/>
          </w:tcPr>
          <w:p w14:paraId="5BFA0BBD" w14:textId="77777777" w:rsidR="00D60D5E" w:rsidRDefault="00891EF0">
            <w:pPr>
              <w:spacing w:after="0" w:line="240" w:lineRule="auto"/>
            </w:pPr>
            <w:r>
              <w:rPr>
                <w:rFonts w:eastAsia="Aptos"/>
                <w:sz w:val="17"/>
              </w:rPr>
              <w:t>Lemon Pepper 2.5oz</w:t>
            </w:r>
          </w:p>
        </w:tc>
        <w:tc>
          <w:tcPr>
            <w:tcW w:w="630" w:type="dxa"/>
            <w:tcMar>
              <w:top w:w="28" w:type="dxa"/>
              <w:left w:w="38" w:type="dxa"/>
              <w:bottom w:w="28" w:type="dxa"/>
              <w:right w:w="38" w:type="dxa"/>
            </w:tcMar>
            <w:vAlign w:val="center"/>
          </w:tcPr>
          <w:p w14:paraId="22A13518" w14:textId="77777777" w:rsidR="00D60D5E" w:rsidRDefault="00891EF0">
            <w:pPr>
              <w:spacing w:after="0" w:line="240" w:lineRule="auto"/>
              <w:jc w:val="center"/>
            </w:pPr>
            <w:r>
              <w:rPr>
                <w:rFonts w:eastAsia="Aptos"/>
                <w:b/>
                <w:sz w:val="17"/>
              </w:rPr>
              <w:t>4.84</w:t>
            </w:r>
          </w:p>
        </w:tc>
        <w:tc>
          <w:tcPr>
            <w:tcW w:w="540" w:type="dxa"/>
            <w:tcMar>
              <w:top w:w="28" w:type="dxa"/>
              <w:left w:w="38" w:type="dxa"/>
              <w:bottom w:w="28" w:type="dxa"/>
              <w:right w:w="38" w:type="dxa"/>
            </w:tcMar>
            <w:vAlign w:val="center"/>
          </w:tcPr>
          <w:p w14:paraId="1D7E8E9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322662" w14:textId="77777777" w:rsidR="00D60D5E" w:rsidRDefault="00D60D5E">
            <w:pPr>
              <w:jc w:val="center"/>
            </w:pPr>
          </w:p>
        </w:tc>
      </w:tr>
      <w:tr w:rsidR="00D60D5E" w14:paraId="3BABA666" w14:textId="77777777" w:rsidTr="000617E0">
        <w:trPr>
          <w:cantSplit/>
          <w:jc w:val="center"/>
        </w:trPr>
        <w:tc>
          <w:tcPr>
            <w:tcW w:w="677" w:type="dxa"/>
            <w:tcMar>
              <w:top w:w="28" w:type="dxa"/>
              <w:left w:w="38" w:type="dxa"/>
              <w:bottom w:w="28" w:type="dxa"/>
              <w:right w:w="38" w:type="dxa"/>
            </w:tcMar>
            <w:vAlign w:val="center"/>
          </w:tcPr>
          <w:p w14:paraId="3ED5016E" w14:textId="77777777" w:rsidR="00D60D5E" w:rsidRDefault="00891EF0">
            <w:pPr>
              <w:spacing w:after="0" w:line="240" w:lineRule="auto"/>
              <w:jc w:val="center"/>
            </w:pPr>
            <w:r>
              <w:rPr>
                <w:rFonts w:eastAsia="Aptos"/>
                <w:color w:val="6A7075"/>
                <w:sz w:val="17"/>
              </w:rPr>
              <w:t>220-265</w:t>
            </w:r>
          </w:p>
        </w:tc>
        <w:tc>
          <w:tcPr>
            <w:tcW w:w="2648" w:type="dxa"/>
            <w:tcMar>
              <w:top w:w="28" w:type="dxa"/>
              <w:left w:w="38" w:type="dxa"/>
              <w:bottom w:w="28" w:type="dxa"/>
              <w:right w:w="38" w:type="dxa"/>
            </w:tcMar>
            <w:vAlign w:val="center"/>
          </w:tcPr>
          <w:p w14:paraId="0CA4AE9C" w14:textId="77777777" w:rsidR="00D60D5E" w:rsidRDefault="00891EF0">
            <w:pPr>
              <w:spacing w:after="0" w:line="240" w:lineRule="auto"/>
            </w:pPr>
            <w:r>
              <w:rPr>
                <w:rFonts w:eastAsia="Aptos"/>
                <w:sz w:val="17"/>
              </w:rPr>
              <w:t>Chili Powder 2.5oz GOYA</w:t>
            </w:r>
          </w:p>
        </w:tc>
        <w:tc>
          <w:tcPr>
            <w:tcW w:w="630" w:type="dxa"/>
            <w:tcMar>
              <w:top w:w="28" w:type="dxa"/>
              <w:left w:w="38" w:type="dxa"/>
              <w:bottom w:w="28" w:type="dxa"/>
              <w:right w:w="38" w:type="dxa"/>
            </w:tcMar>
            <w:vAlign w:val="center"/>
          </w:tcPr>
          <w:p w14:paraId="24CB3B64" w14:textId="77777777" w:rsidR="00D60D5E" w:rsidRDefault="00891EF0">
            <w:pPr>
              <w:spacing w:after="0" w:line="240" w:lineRule="auto"/>
              <w:jc w:val="center"/>
            </w:pPr>
            <w:r>
              <w:rPr>
                <w:rFonts w:eastAsia="Aptos"/>
                <w:b/>
                <w:sz w:val="17"/>
              </w:rPr>
              <w:t>3.73</w:t>
            </w:r>
          </w:p>
        </w:tc>
        <w:tc>
          <w:tcPr>
            <w:tcW w:w="540" w:type="dxa"/>
            <w:tcMar>
              <w:top w:w="28" w:type="dxa"/>
              <w:left w:w="38" w:type="dxa"/>
              <w:bottom w:w="28" w:type="dxa"/>
              <w:right w:w="38" w:type="dxa"/>
            </w:tcMar>
            <w:vAlign w:val="center"/>
          </w:tcPr>
          <w:p w14:paraId="23B21EF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5A5641" w14:textId="77777777" w:rsidR="00D60D5E" w:rsidRDefault="00D60D5E">
            <w:pPr>
              <w:jc w:val="center"/>
            </w:pPr>
          </w:p>
        </w:tc>
      </w:tr>
      <w:tr w:rsidR="00D60D5E" w14:paraId="0365BF94" w14:textId="77777777" w:rsidTr="000617E0">
        <w:trPr>
          <w:cantSplit/>
          <w:jc w:val="center"/>
        </w:trPr>
        <w:tc>
          <w:tcPr>
            <w:tcW w:w="677" w:type="dxa"/>
            <w:tcMar>
              <w:top w:w="28" w:type="dxa"/>
              <w:left w:w="38" w:type="dxa"/>
              <w:bottom w:w="28" w:type="dxa"/>
              <w:right w:w="38" w:type="dxa"/>
            </w:tcMar>
            <w:vAlign w:val="center"/>
          </w:tcPr>
          <w:p w14:paraId="431B6607" w14:textId="77777777" w:rsidR="00D60D5E" w:rsidRDefault="00891EF0">
            <w:pPr>
              <w:spacing w:after="0" w:line="240" w:lineRule="auto"/>
              <w:jc w:val="center"/>
            </w:pPr>
            <w:r>
              <w:rPr>
                <w:rFonts w:eastAsia="Aptos"/>
                <w:color w:val="6A7075"/>
                <w:sz w:val="17"/>
              </w:rPr>
              <w:t>220-270</w:t>
            </w:r>
          </w:p>
        </w:tc>
        <w:tc>
          <w:tcPr>
            <w:tcW w:w="2648" w:type="dxa"/>
            <w:tcMar>
              <w:top w:w="28" w:type="dxa"/>
              <w:left w:w="38" w:type="dxa"/>
              <w:bottom w:w="28" w:type="dxa"/>
              <w:right w:w="38" w:type="dxa"/>
            </w:tcMar>
            <w:vAlign w:val="center"/>
          </w:tcPr>
          <w:p w14:paraId="0D26059E" w14:textId="77777777" w:rsidR="00D60D5E" w:rsidRDefault="00891EF0">
            <w:pPr>
              <w:spacing w:after="0" w:line="240" w:lineRule="auto"/>
            </w:pPr>
            <w:r>
              <w:rPr>
                <w:rFonts w:eastAsia="Aptos"/>
                <w:sz w:val="17"/>
              </w:rPr>
              <w:t>Caribbean Jerk Seasoning 3.25oz</w:t>
            </w:r>
          </w:p>
        </w:tc>
        <w:tc>
          <w:tcPr>
            <w:tcW w:w="630" w:type="dxa"/>
            <w:tcMar>
              <w:top w:w="28" w:type="dxa"/>
              <w:left w:w="38" w:type="dxa"/>
              <w:bottom w:w="28" w:type="dxa"/>
              <w:right w:w="38" w:type="dxa"/>
            </w:tcMar>
            <w:vAlign w:val="center"/>
          </w:tcPr>
          <w:p w14:paraId="06B24788" w14:textId="77777777" w:rsidR="00D60D5E" w:rsidRDefault="00891EF0">
            <w:pPr>
              <w:spacing w:after="0" w:line="240" w:lineRule="auto"/>
              <w:jc w:val="center"/>
            </w:pPr>
            <w:r>
              <w:rPr>
                <w:rFonts w:eastAsia="Aptos"/>
                <w:b/>
                <w:sz w:val="17"/>
              </w:rPr>
              <w:t>3.72</w:t>
            </w:r>
          </w:p>
        </w:tc>
        <w:tc>
          <w:tcPr>
            <w:tcW w:w="540" w:type="dxa"/>
            <w:tcMar>
              <w:top w:w="28" w:type="dxa"/>
              <w:left w:w="38" w:type="dxa"/>
              <w:bottom w:w="28" w:type="dxa"/>
              <w:right w:w="38" w:type="dxa"/>
            </w:tcMar>
            <w:vAlign w:val="center"/>
          </w:tcPr>
          <w:p w14:paraId="006EEA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2DA027" w14:textId="77777777" w:rsidR="00D60D5E" w:rsidRDefault="00D60D5E">
            <w:pPr>
              <w:jc w:val="center"/>
            </w:pPr>
          </w:p>
        </w:tc>
      </w:tr>
      <w:tr w:rsidR="00D60D5E" w14:paraId="5BE3EB05" w14:textId="77777777" w:rsidTr="000617E0">
        <w:trPr>
          <w:cantSplit/>
          <w:jc w:val="center"/>
        </w:trPr>
        <w:tc>
          <w:tcPr>
            <w:tcW w:w="677" w:type="dxa"/>
            <w:tcMar>
              <w:top w:w="28" w:type="dxa"/>
              <w:left w:w="38" w:type="dxa"/>
              <w:bottom w:w="28" w:type="dxa"/>
              <w:right w:w="38" w:type="dxa"/>
            </w:tcMar>
            <w:vAlign w:val="center"/>
          </w:tcPr>
          <w:p w14:paraId="717353AD" w14:textId="77777777" w:rsidR="00D60D5E" w:rsidRDefault="00891EF0">
            <w:pPr>
              <w:spacing w:after="0" w:line="240" w:lineRule="auto"/>
              <w:jc w:val="center"/>
            </w:pPr>
            <w:r>
              <w:rPr>
                <w:rFonts w:eastAsia="Aptos"/>
                <w:color w:val="6A7075"/>
                <w:sz w:val="17"/>
              </w:rPr>
              <w:t>220-275</w:t>
            </w:r>
          </w:p>
        </w:tc>
        <w:tc>
          <w:tcPr>
            <w:tcW w:w="2648" w:type="dxa"/>
            <w:tcMar>
              <w:top w:w="28" w:type="dxa"/>
              <w:left w:w="38" w:type="dxa"/>
              <w:bottom w:w="28" w:type="dxa"/>
              <w:right w:w="38" w:type="dxa"/>
            </w:tcMar>
            <w:vAlign w:val="center"/>
          </w:tcPr>
          <w:p w14:paraId="705DF58D" w14:textId="77777777" w:rsidR="00D60D5E" w:rsidRDefault="00891EF0">
            <w:pPr>
              <w:spacing w:after="0" w:line="240" w:lineRule="auto"/>
            </w:pPr>
            <w:r>
              <w:rPr>
                <w:rFonts w:eastAsia="Aptos"/>
                <w:sz w:val="17"/>
              </w:rPr>
              <w:t>Lawry Season Salt 4oz</w:t>
            </w:r>
          </w:p>
        </w:tc>
        <w:tc>
          <w:tcPr>
            <w:tcW w:w="630" w:type="dxa"/>
            <w:tcMar>
              <w:top w:w="28" w:type="dxa"/>
              <w:left w:w="38" w:type="dxa"/>
              <w:bottom w:w="28" w:type="dxa"/>
              <w:right w:w="38" w:type="dxa"/>
            </w:tcMar>
            <w:vAlign w:val="center"/>
          </w:tcPr>
          <w:p w14:paraId="5FA21D07" w14:textId="77777777" w:rsidR="00D60D5E" w:rsidRDefault="00891EF0">
            <w:pPr>
              <w:spacing w:after="0" w:line="240" w:lineRule="auto"/>
              <w:jc w:val="center"/>
            </w:pPr>
            <w:r>
              <w:rPr>
                <w:rFonts w:eastAsia="Aptos"/>
                <w:b/>
                <w:sz w:val="17"/>
              </w:rPr>
              <w:t>3.87</w:t>
            </w:r>
          </w:p>
        </w:tc>
        <w:tc>
          <w:tcPr>
            <w:tcW w:w="540" w:type="dxa"/>
            <w:tcMar>
              <w:top w:w="28" w:type="dxa"/>
              <w:left w:w="38" w:type="dxa"/>
              <w:bottom w:w="28" w:type="dxa"/>
              <w:right w:w="38" w:type="dxa"/>
            </w:tcMar>
            <w:vAlign w:val="center"/>
          </w:tcPr>
          <w:p w14:paraId="69408A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142532" w14:textId="77777777" w:rsidR="00D60D5E" w:rsidRDefault="00D60D5E">
            <w:pPr>
              <w:jc w:val="center"/>
            </w:pPr>
          </w:p>
        </w:tc>
      </w:tr>
      <w:tr w:rsidR="00D60D5E" w14:paraId="011A8261" w14:textId="77777777" w:rsidTr="000617E0">
        <w:trPr>
          <w:cantSplit/>
          <w:jc w:val="center"/>
        </w:trPr>
        <w:tc>
          <w:tcPr>
            <w:tcW w:w="677" w:type="dxa"/>
            <w:tcMar>
              <w:top w:w="28" w:type="dxa"/>
              <w:left w:w="38" w:type="dxa"/>
              <w:bottom w:w="28" w:type="dxa"/>
              <w:right w:w="38" w:type="dxa"/>
            </w:tcMar>
            <w:vAlign w:val="center"/>
          </w:tcPr>
          <w:p w14:paraId="51BC0265" w14:textId="77777777" w:rsidR="00D60D5E" w:rsidRDefault="00891EF0">
            <w:pPr>
              <w:spacing w:after="0" w:line="240" w:lineRule="auto"/>
              <w:jc w:val="center"/>
            </w:pPr>
            <w:r>
              <w:rPr>
                <w:rFonts w:eastAsia="Aptos"/>
                <w:color w:val="6A7075"/>
                <w:sz w:val="17"/>
              </w:rPr>
              <w:t>220-280</w:t>
            </w:r>
          </w:p>
        </w:tc>
        <w:tc>
          <w:tcPr>
            <w:tcW w:w="2648" w:type="dxa"/>
            <w:tcMar>
              <w:top w:w="28" w:type="dxa"/>
              <w:left w:w="38" w:type="dxa"/>
              <w:bottom w:w="28" w:type="dxa"/>
              <w:right w:w="38" w:type="dxa"/>
            </w:tcMar>
            <w:vAlign w:val="center"/>
          </w:tcPr>
          <w:p w14:paraId="34B4C5E4" w14:textId="77777777" w:rsidR="00D60D5E" w:rsidRDefault="00891EF0">
            <w:pPr>
              <w:spacing w:after="0" w:line="240" w:lineRule="auto"/>
            </w:pPr>
            <w:r>
              <w:rPr>
                <w:rFonts w:eastAsia="Aptos"/>
                <w:sz w:val="17"/>
              </w:rPr>
              <w:t>Lawry seasoned Pepper 2.25oz</w:t>
            </w:r>
          </w:p>
        </w:tc>
        <w:tc>
          <w:tcPr>
            <w:tcW w:w="630" w:type="dxa"/>
            <w:tcMar>
              <w:top w:w="28" w:type="dxa"/>
              <w:left w:w="38" w:type="dxa"/>
              <w:bottom w:w="28" w:type="dxa"/>
              <w:right w:w="38" w:type="dxa"/>
            </w:tcMar>
            <w:vAlign w:val="center"/>
          </w:tcPr>
          <w:p w14:paraId="16189692" w14:textId="77777777" w:rsidR="00D60D5E" w:rsidRDefault="00891EF0">
            <w:pPr>
              <w:spacing w:after="0" w:line="240" w:lineRule="auto"/>
              <w:jc w:val="center"/>
            </w:pPr>
            <w:r>
              <w:rPr>
                <w:rFonts w:eastAsia="Aptos"/>
                <w:b/>
                <w:sz w:val="17"/>
              </w:rPr>
              <w:t>5.89</w:t>
            </w:r>
          </w:p>
        </w:tc>
        <w:tc>
          <w:tcPr>
            <w:tcW w:w="540" w:type="dxa"/>
            <w:tcMar>
              <w:top w:w="28" w:type="dxa"/>
              <w:left w:w="38" w:type="dxa"/>
              <w:bottom w:w="28" w:type="dxa"/>
              <w:right w:w="38" w:type="dxa"/>
            </w:tcMar>
            <w:vAlign w:val="center"/>
          </w:tcPr>
          <w:p w14:paraId="485511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8345D4" w14:textId="77777777" w:rsidR="00D60D5E" w:rsidRDefault="00D60D5E">
            <w:pPr>
              <w:jc w:val="center"/>
            </w:pPr>
          </w:p>
        </w:tc>
      </w:tr>
      <w:tr w:rsidR="00D60D5E" w14:paraId="122181A4" w14:textId="77777777" w:rsidTr="000617E0">
        <w:trPr>
          <w:cantSplit/>
          <w:jc w:val="center"/>
        </w:trPr>
        <w:tc>
          <w:tcPr>
            <w:tcW w:w="677" w:type="dxa"/>
            <w:tcMar>
              <w:top w:w="28" w:type="dxa"/>
              <w:left w:w="38" w:type="dxa"/>
              <w:bottom w:w="28" w:type="dxa"/>
              <w:right w:w="38" w:type="dxa"/>
            </w:tcMar>
            <w:vAlign w:val="center"/>
          </w:tcPr>
          <w:p w14:paraId="710864BB" w14:textId="77777777" w:rsidR="00D60D5E" w:rsidRDefault="00891EF0">
            <w:pPr>
              <w:spacing w:after="0" w:line="240" w:lineRule="auto"/>
              <w:jc w:val="center"/>
            </w:pPr>
            <w:r>
              <w:rPr>
                <w:rFonts w:eastAsia="Aptos"/>
                <w:color w:val="6A7075"/>
                <w:sz w:val="17"/>
              </w:rPr>
              <w:t>220-285</w:t>
            </w:r>
          </w:p>
        </w:tc>
        <w:tc>
          <w:tcPr>
            <w:tcW w:w="2648" w:type="dxa"/>
            <w:tcMar>
              <w:top w:w="28" w:type="dxa"/>
              <w:left w:w="38" w:type="dxa"/>
              <w:bottom w:w="28" w:type="dxa"/>
              <w:right w:w="38" w:type="dxa"/>
            </w:tcMar>
            <w:vAlign w:val="center"/>
          </w:tcPr>
          <w:p w14:paraId="6A0D522F" w14:textId="77777777" w:rsidR="00D60D5E" w:rsidRDefault="00891EF0">
            <w:pPr>
              <w:spacing w:after="0" w:line="240" w:lineRule="auto"/>
            </w:pPr>
            <w:r>
              <w:rPr>
                <w:rFonts w:eastAsia="Aptos"/>
                <w:sz w:val="17"/>
              </w:rPr>
              <w:t>Caribbean Season Salt 5oz BVI Spice</w:t>
            </w:r>
          </w:p>
        </w:tc>
        <w:tc>
          <w:tcPr>
            <w:tcW w:w="630" w:type="dxa"/>
            <w:tcMar>
              <w:top w:w="28" w:type="dxa"/>
              <w:left w:w="38" w:type="dxa"/>
              <w:bottom w:w="28" w:type="dxa"/>
              <w:right w:w="38" w:type="dxa"/>
            </w:tcMar>
            <w:vAlign w:val="center"/>
          </w:tcPr>
          <w:p w14:paraId="1C16D6A1"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3334942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23DEA8" w14:textId="77777777" w:rsidR="00D60D5E" w:rsidRDefault="00D60D5E">
            <w:pPr>
              <w:jc w:val="center"/>
            </w:pPr>
          </w:p>
        </w:tc>
      </w:tr>
      <w:tr w:rsidR="00D60D5E" w14:paraId="5A8A472E" w14:textId="77777777" w:rsidTr="000617E0">
        <w:trPr>
          <w:cantSplit/>
          <w:jc w:val="center"/>
        </w:trPr>
        <w:tc>
          <w:tcPr>
            <w:tcW w:w="677" w:type="dxa"/>
            <w:tcMar>
              <w:top w:w="28" w:type="dxa"/>
              <w:left w:w="38" w:type="dxa"/>
              <w:bottom w:w="28" w:type="dxa"/>
              <w:right w:w="38" w:type="dxa"/>
            </w:tcMar>
            <w:vAlign w:val="center"/>
          </w:tcPr>
          <w:p w14:paraId="2A77234F" w14:textId="77777777" w:rsidR="00D60D5E" w:rsidRDefault="00891EF0">
            <w:pPr>
              <w:spacing w:after="0" w:line="240" w:lineRule="auto"/>
              <w:jc w:val="center"/>
            </w:pPr>
            <w:r>
              <w:rPr>
                <w:rFonts w:eastAsia="Aptos"/>
                <w:color w:val="6A7075"/>
                <w:sz w:val="17"/>
              </w:rPr>
              <w:t>220-290</w:t>
            </w:r>
          </w:p>
        </w:tc>
        <w:tc>
          <w:tcPr>
            <w:tcW w:w="2648" w:type="dxa"/>
            <w:tcMar>
              <w:top w:w="28" w:type="dxa"/>
              <w:left w:w="38" w:type="dxa"/>
              <w:bottom w:w="28" w:type="dxa"/>
              <w:right w:w="38" w:type="dxa"/>
            </w:tcMar>
            <w:vAlign w:val="center"/>
          </w:tcPr>
          <w:p w14:paraId="3792570E" w14:textId="77777777" w:rsidR="00D60D5E" w:rsidRDefault="00891EF0">
            <w:pPr>
              <w:spacing w:after="0" w:line="240" w:lineRule="auto"/>
            </w:pPr>
            <w:r>
              <w:rPr>
                <w:rFonts w:eastAsia="Aptos"/>
                <w:sz w:val="17"/>
              </w:rPr>
              <w:t>Goya Adobo 8oz</w:t>
            </w:r>
          </w:p>
        </w:tc>
        <w:tc>
          <w:tcPr>
            <w:tcW w:w="630" w:type="dxa"/>
            <w:tcMar>
              <w:top w:w="28" w:type="dxa"/>
              <w:left w:w="38" w:type="dxa"/>
              <w:bottom w:w="28" w:type="dxa"/>
              <w:right w:w="38" w:type="dxa"/>
            </w:tcMar>
            <w:vAlign w:val="center"/>
          </w:tcPr>
          <w:p w14:paraId="04228743"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3BABBA4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1624B0" w14:textId="77777777" w:rsidR="00D60D5E" w:rsidRDefault="00D60D5E">
            <w:pPr>
              <w:jc w:val="center"/>
            </w:pPr>
          </w:p>
        </w:tc>
      </w:tr>
      <w:tr w:rsidR="00D60D5E" w14:paraId="0FCA22F6" w14:textId="77777777" w:rsidTr="000617E0">
        <w:trPr>
          <w:cantSplit/>
          <w:jc w:val="center"/>
        </w:trPr>
        <w:tc>
          <w:tcPr>
            <w:tcW w:w="677" w:type="dxa"/>
            <w:tcMar>
              <w:top w:w="28" w:type="dxa"/>
              <w:left w:w="38" w:type="dxa"/>
              <w:bottom w:w="28" w:type="dxa"/>
              <w:right w:w="38" w:type="dxa"/>
            </w:tcMar>
            <w:vAlign w:val="center"/>
          </w:tcPr>
          <w:p w14:paraId="05D9A859" w14:textId="77777777" w:rsidR="00D60D5E" w:rsidRDefault="00891EF0">
            <w:pPr>
              <w:spacing w:after="0" w:line="240" w:lineRule="auto"/>
              <w:jc w:val="center"/>
            </w:pPr>
            <w:r>
              <w:rPr>
                <w:rFonts w:eastAsia="Aptos"/>
                <w:color w:val="6A7075"/>
                <w:sz w:val="17"/>
              </w:rPr>
              <w:t>220-295</w:t>
            </w:r>
          </w:p>
        </w:tc>
        <w:tc>
          <w:tcPr>
            <w:tcW w:w="2648" w:type="dxa"/>
            <w:tcMar>
              <w:top w:w="28" w:type="dxa"/>
              <w:left w:w="38" w:type="dxa"/>
              <w:bottom w:w="28" w:type="dxa"/>
              <w:right w:w="38" w:type="dxa"/>
            </w:tcMar>
            <w:vAlign w:val="center"/>
          </w:tcPr>
          <w:p w14:paraId="0A1C22BF" w14:textId="77777777" w:rsidR="00D60D5E" w:rsidRDefault="00891EF0">
            <w:pPr>
              <w:spacing w:after="0" w:line="240" w:lineRule="auto"/>
            </w:pPr>
            <w:r>
              <w:rPr>
                <w:rFonts w:eastAsia="Aptos"/>
                <w:sz w:val="17"/>
              </w:rPr>
              <w:t>Goya Sazon 0.36g</w:t>
            </w:r>
          </w:p>
        </w:tc>
        <w:tc>
          <w:tcPr>
            <w:tcW w:w="630" w:type="dxa"/>
            <w:tcMar>
              <w:top w:w="28" w:type="dxa"/>
              <w:left w:w="38" w:type="dxa"/>
              <w:bottom w:w="28" w:type="dxa"/>
              <w:right w:w="38" w:type="dxa"/>
            </w:tcMar>
            <w:vAlign w:val="center"/>
          </w:tcPr>
          <w:p w14:paraId="746DA6A4"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2D9ED6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9F1A8B" w14:textId="77777777" w:rsidR="00D60D5E" w:rsidRDefault="00D60D5E">
            <w:pPr>
              <w:jc w:val="center"/>
            </w:pPr>
          </w:p>
        </w:tc>
      </w:tr>
      <w:tr w:rsidR="00D60D5E" w14:paraId="195A560D" w14:textId="77777777" w:rsidTr="000617E0">
        <w:trPr>
          <w:cantSplit/>
          <w:jc w:val="center"/>
        </w:trPr>
        <w:tc>
          <w:tcPr>
            <w:tcW w:w="677" w:type="dxa"/>
            <w:tcMar>
              <w:top w:w="28" w:type="dxa"/>
              <w:left w:w="38" w:type="dxa"/>
              <w:bottom w:w="28" w:type="dxa"/>
              <w:right w:w="38" w:type="dxa"/>
            </w:tcMar>
            <w:vAlign w:val="center"/>
          </w:tcPr>
          <w:p w14:paraId="58ABF063" w14:textId="77777777" w:rsidR="00D60D5E" w:rsidRDefault="00891EF0">
            <w:pPr>
              <w:spacing w:after="0" w:line="240" w:lineRule="auto"/>
              <w:jc w:val="center"/>
            </w:pPr>
            <w:r>
              <w:rPr>
                <w:rFonts w:eastAsia="Aptos"/>
                <w:color w:val="6A7075"/>
                <w:sz w:val="17"/>
              </w:rPr>
              <w:t>220-300</w:t>
            </w:r>
          </w:p>
        </w:tc>
        <w:tc>
          <w:tcPr>
            <w:tcW w:w="2648" w:type="dxa"/>
            <w:tcMar>
              <w:top w:w="28" w:type="dxa"/>
              <w:left w:w="38" w:type="dxa"/>
              <w:bottom w:w="28" w:type="dxa"/>
              <w:right w:w="38" w:type="dxa"/>
            </w:tcMar>
            <w:vAlign w:val="center"/>
          </w:tcPr>
          <w:p w14:paraId="5731E892" w14:textId="77777777" w:rsidR="00D60D5E" w:rsidRDefault="00891EF0">
            <w:pPr>
              <w:spacing w:after="0" w:line="240" w:lineRule="auto"/>
            </w:pPr>
            <w:r>
              <w:rPr>
                <w:rFonts w:eastAsia="Aptos"/>
                <w:sz w:val="17"/>
              </w:rPr>
              <w:t>Beef Bouillon Cubes 71g</w:t>
            </w:r>
          </w:p>
        </w:tc>
        <w:tc>
          <w:tcPr>
            <w:tcW w:w="630" w:type="dxa"/>
            <w:tcMar>
              <w:top w:w="28" w:type="dxa"/>
              <w:left w:w="38" w:type="dxa"/>
              <w:bottom w:w="28" w:type="dxa"/>
              <w:right w:w="38" w:type="dxa"/>
            </w:tcMar>
            <w:vAlign w:val="center"/>
          </w:tcPr>
          <w:p w14:paraId="30B40461" w14:textId="77777777" w:rsidR="00D60D5E" w:rsidRDefault="00891EF0">
            <w:pPr>
              <w:spacing w:after="0" w:line="240" w:lineRule="auto"/>
              <w:jc w:val="center"/>
            </w:pPr>
            <w:r>
              <w:rPr>
                <w:rFonts w:eastAsia="Aptos"/>
                <w:b/>
                <w:sz w:val="17"/>
              </w:rPr>
              <w:t>3.25</w:t>
            </w:r>
          </w:p>
        </w:tc>
        <w:tc>
          <w:tcPr>
            <w:tcW w:w="540" w:type="dxa"/>
            <w:tcMar>
              <w:top w:w="28" w:type="dxa"/>
              <w:left w:w="38" w:type="dxa"/>
              <w:bottom w:w="28" w:type="dxa"/>
              <w:right w:w="38" w:type="dxa"/>
            </w:tcMar>
            <w:vAlign w:val="center"/>
          </w:tcPr>
          <w:p w14:paraId="0518C0D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AA3259" w14:textId="77777777" w:rsidR="00D60D5E" w:rsidRDefault="00D60D5E">
            <w:pPr>
              <w:jc w:val="center"/>
            </w:pPr>
          </w:p>
        </w:tc>
      </w:tr>
      <w:tr w:rsidR="00D60D5E" w14:paraId="06504E0D" w14:textId="77777777" w:rsidTr="000617E0">
        <w:trPr>
          <w:cantSplit/>
          <w:jc w:val="center"/>
        </w:trPr>
        <w:tc>
          <w:tcPr>
            <w:tcW w:w="677" w:type="dxa"/>
            <w:tcMar>
              <w:top w:w="28" w:type="dxa"/>
              <w:left w:w="38" w:type="dxa"/>
              <w:bottom w:w="28" w:type="dxa"/>
              <w:right w:w="38" w:type="dxa"/>
            </w:tcMar>
            <w:vAlign w:val="center"/>
          </w:tcPr>
          <w:p w14:paraId="39A402C5" w14:textId="77777777" w:rsidR="00D60D5E" w:rsidRDefault="00891EF0">
            <w:pPr>
              <w:spacing w:after="0" w:line="240" w:lineRule="auto"/>
              <w:jc w:val="center"/>
            </w:pPr>
            <w:r>
              <w:rPr>
                <w:rFonts w:eastAsia="Aptos"/>
                <w:color w:val="6A7075"/>
                <w:sz w:val="17"/>
              </w:rPr>
              <w:t>220-305</w:t>
            </w:r>
          </w:p>
        </w:tc>
        <w:tc>
          <w:tcPr>
            <w:tcW w:w="2648" w:type="dxa"/>
            <w:tcMar>
              <w:top w:w="28" w:type="dxa"/>
              <w:left w:w="38" w:type="dxa"/>
              <w:bottom w:w="28" w:type="dxa"/>
              <w:right w:w="38" w:type="dxa"/>
            </w:tcMar>
            <w:vAlign w:val="center"/>
          </w:tcPr>
          <w:p w14:paraId="640B156F" w14:textId="77777777" w:rsidR="00D60D5E" w:rsidRDefault="00891EF0">
            <w:pPr>
              <w:spacing w:after="0" w:line="240" w:lineRule="auto"/>
            </w:pPr>
            <w:r>
              <w:rPr>
                <w:rFonts w:eastAsia="Aptos"/>
                <w:sz w:val="17"/>
              </w:rPr>
              <w:t>Chicken Bouillon Cubes 71g</w:t>
            </w:r>
          </w:p>
        </w:tc>
        <w:tc>
          <w:tcPr>
            <w:tcW w:w="630" w:type="dxa"/>
            <w:tcMar>
              <w:top w:w="28" w:type="dxa"/>
              <w:left w:w="38" w:type="dxa"/>
              <w:bottom w:w="28" w:type="dxa"/>
              <w:right w:w="38" w:type="dxa"/>
            </w:tcMar>
            <w:vAlign w:val="center"/>
          </w:tcPr>
          <w:p w14:paraId="1842234F" w14:textId="77777777" w:rsidR="00D60D5E" w:rsidRDefault="00891EF0">
            <w:pPr>
              <w:spacing w:after="0" w:line="240" w:lineRule="auto"/>
              <w:jc w:val="center"/>
            </w:pPr>
            <w:r>
              <w:rPr>
                <w:rFonts w:eastAsia="Aptos"/>
                <w:b/>
                <w:sz w:val="17"/>
              </w:rPr>
              <w:t>2.95</w:t>
            </w:r>
          </w:p>
        </w:tc>
        <w:tc>
          <w:tcPr>
            <w:tcW w:w="540" w:type="dxa"/>
            <w:tcMar>
              <w:top w:w="28" w:type="dxa"/>
              <w:left w:w="38" w:type="dxa"/>
              <w:bottom w:w="28" w:type="dxa"/>
              <w:right w:w="38" w:type="dxa"/>
            </w:tcMar>
            <w:vAlign w:val="center"/>
          </w:tcPr>
          <w:p w14:paraId="3C515B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295FE3" w14:textId="77777777" w:rsidR="00D60D5E" w:rsidRDefault="00D60D5E">
            <w:pPr>
              <w:jc w:val="center"/>
            </w:pPr>
          </w:p>
        </w:tc>
      </w:tr>
      <w:tr w:rsidR="00D60D5E" w14:paraId="3E6D012B" w14:textId="77777777" w:rsidTr="000617E0">
        <w:trPr>
          <w:cantSplit/>
          <w:jc w:val="center"/>
        </w:trPr>
        <w:tc>
          <w:tcPr>
            <w:tcW w:w="677" w:type="dxa"/>
            <w:tcMar>
              <w:top w:w="28" w:type="dxa"/>
              <w:left w:w="38" w:type="dxa"/>
              <w:bottom w:w="28" w:type="dxa"/>
              <w:right w:w="38" w:type="dxa"/>
            </w:tcMar>
            <w:vAlign w:val="center"/>
          </w:tcPr>
          <w:p w14:paraId="51CF003E" w14:textId="77777777" w:rsidR="00D60D5E" w:rsidRDefault="00891EF0">
            <w:pPr>
              <w:spacing w:after="0" w:line="240" w:lineRule="auto"/>
              <w:jc w:val="center"/>
            </w:pPr>
            <w:r>
              <w:rPr>
                <w:rFonts w:eastAsia="Aptos"/>
                <w:color w:val="6A7075"/>
                <w:sz w:val="17"/>
              </w:rPr>
              <w:t>220-310</w:t>
            </w:r>
          </w:p>
        </w:tc>
        <w:tc>
          <w:tcPr>
            <w:tcW w:w="2648" w:type="dxa"/>
            <w:tcMar>
              <w:top w:w="28" w:type="dxa"/>
              <w:left w:w="38" w:type="dxa"/>
              <w:bottom w:w="28" w:type="dxa"/>
              <w:right w:w="38" w:type="dxa"/>
            </w:tcMar>
            <w:vAlign w:val="center"/>
          </w:tcPr>
          <w:p w14:paraId="0D493B38" w14:textId="77777777" w:rsidR="00D60D5E" w:rsidRDefault="00891EF0">
            <w:pPr>
              <w:spacing w:after="0" w:line="240" w:lineRule="auto"/>
            </w:pPr>
            <w:r>
              <w:rPr>
                <w:rFonts w:eastAsia="Aptos"/>
                <w:sz w:val="17"/>
              </w:rPr>
              <w:t>Vegetable Bouillon Cubes 71g</w:t>
            </w:r>
          </w:p>
        </w:tc>
        <w:tc>
          <w:tcPr>
            <w:tcW w:w="630" w:type="dxa"/>
            <w:tcMar>
              <w:top w:w="28" w:type="dxa"/>
              <w:left w:w="38" w:type="dxa"/>
              <w:bottom w:w="28" w:type="dxa"/>
              <w:right w:w="38" w:type="dxa"/>
            </w:tcMar>
            <w:vAlign w:val="center"/>
          </w:tcPr>
          <w:p w14:paraId="4D718E03" w14:textId="77777777" w:rsidR="00D60D5E" w:rsidRDefault="00891EF0">
            <w:pPr>
              <w:spacing w:after="0" w:line="240" w:lineRule="auto"/>
              <w:jc w:val="center"/>
            </w:pPr>
            <w:r>
              <w:rPr>
                <w:rFonts w:eastAsia="Aptos"/>
                <w:b/>
                <w:sz w:val="17"/>
              </w:rPr>
              <w:t>2.80</w:t>
            </w:r>
          </w:p>
        </w:tc>
        <w:tc>
          <w:tcPr>
            <w:tcW w:w="540" w:type="dxa"/>
            <w:tcMar>
              <w:top w:w="28" w:type="dxa"/>
              <w:left w:w="38" w:type="dxa"/>
              <w:bottom w:w="28" w:type="dxa"/>
              <w:right w:w="38" w:type="dxa"/>
            </w:tcMar>
            <w:vAlign w:val="center"/>
          </w:tcPr>
          <w:p w14:paraId="1861EB8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962742" w14:textId="77777777" w:rsidR="00D60D5E" w:rsidRDefault="00D60D5E">
            <w:pPr>
              <w:jc w:val="center"/>
            </w:pPr>
          </w:p>
        </w:tc>
      </w:tr>
      <w:tr w:rsidR="00D60D5E" w14:paraId="0A252757" w14:textId="77777777" w:rsidTr="000617E0">
        <w:trPr>
          <w:cantSplit/>
          <w:jc w:val="center"/>
        </w:trPr>
        <w:tc>
          <w:tcPr>
            <w:tcW w:w="677" w:type="dxa"/>
            <w:tcMar>
              <w:top w:w="28" w:type="dxa"/>
              <w:left w:w="38" w:type="dxa"/>
              <w:bottom w:w="28" w:type="dxa"/>
              <w:right w:w="38" w:type="dxa"/>
            </w:tcMar>
            <w:vAlign w:val="center"/>
          </w:tcPr>
          <w:p w14:paraId="76D2A190" w14:textId="77777777" w:rsidR="00D60D5E" w:rsidRDefault="00891EF0">
            <w:pPr>
              <w:spacing w:after="0" w:line="240" w:lineRule="auto"/>
              <w:jc w:val="center"/>
            </w:pPr>
            <w:r>
              <w:rPr>
                <w:rFonts w:eastAsia="Aptos"/>
                <w:color w:val="6A7075"/>
                <w:sz w:val="17"/>
              </w:rPr>
              <w:t>220-315</w:t>
            </w:r>
          </w:p>
        </w:tc>
        <w:tc>
          <w:tcPr>
            <w:tcW w:w="2648" w:type="dxa"/>
            <w:tcMar>
              <w:top w:w="28" w:type="dxa"/>
              <w:left w:w="38" w:type="dxa"/>
              <w:bottom w:w="28" w:type="dxa"/>
              <w:right w:w="38" w:type="dxa"/>
            </w:tcMar>
            <w:vAlign w:val="center"/>
          </w:tcPr>
          <w:p w14:paraId="098D1471" w14:textId="77777777" w:rsidR="00D60D5E" w:rsidRDefault="00891EF0">
            <w:pPr>
              <w:spacing w:after="0" w:line="240" w:lineRule="auto"/>
            </w:pPr>
            <w:r>
              <w:rPr>
                <w:rFonts w:eastAsia="Aptos"/>
                <w:sz w:val="17"/>
              </w:rPr>
              <w:t>Salt &amp; Pepper Shaker 1.5oz</w:t>
            </w:r>
          </w:p>
        </w:tc>
        <w:tc>
          <w:tcPr>
            <w:tcW w:w="630" w:type="dxa"/>
            <w:tcMar>
              <w:top w:w="28" w:type="dxa"/>
              <w:left w:w="38" w:type="dxa"/>
              <w:bottom w:w="28" w:type="dxa"/>
              <w:right w:w="38" w:type="dxa"/>
            </w:tcMar>
            <w:vAlign w:val="center"/>
          </w:tcPr>
          <w:p w14:paraId="0455E1BC" w14:textId="77777777" w:rsidR="00D60D5E" w:rsidRDefault="00891EF0">
            <w:pPr>
              <w:spacing w:after="0" w:line="240" w:lineRule="auto"/>
              <w:jc w:val="center"/>
            </w:pPr>
            <w:r>
              <w:rPr>
                <w:rFonts w:eastAsia="Aptos"/>
                <w:b/>
                <w:sz w:val="17"/>
              </w:rPr>
              <w:t>3.49</w:t>
            </w:r>
          </w:p>
        </w:tc>
        <w:tc>
          <w:tcPr>
            <w:tcW w:w="540" w:type="dxa"/>
            <w:tcMar>
              <w:top w:w="28" w:type="dxa"/>
              <w:left w:w="38" w:type="dxa"/>
              <w:bottom w:w="28" w:type="dxa"/>
              <w:right w:w="38" w:type="dxa"/>
            </w:tcMar>
            <w:vAlign w:val="center"/>
          </w:tcPr>
          <w:p w14:paraId="6DC1A2F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96BEDE" w14:textId="77777777" w:rsidR="00D60D5E" w:rsidRDefault="00D60D5E">
            <w:pPr>
              <w:jc w:val="center"/>
            </w:pPr>
          </w:p>
        </w:tc>
      </w:tr>
      <w:tr w:rsidR="00D60D5E" w14:paraId="2D218E32" w14:textId="77777777" w:rsidTr="000617E0">
        <w:trPr>
          <w:cantSplit/>
          <w:jc w:val="center"/>
        </w:trPr>
        <w:tc>
          <w:tcPr>
            <w:tcW w:w="677" w:type="dxa"/>
            <w:shd w:val="clear" w:color="auto" w:fill="D9EAF7"/>
            <w:tcMar>
              <w:top w:w="28" w:type="dxa"/>
              <w:left w:w="38" w:type="dxa"/>
              <w:bottom w:w="28" w:type="dxa"/>
              <w:right w:w="38" w:type="dxa"/>
            </w:tcMar>
            <w:vAlign w:val="center"/>
          </w:tcPr>
          <w:p w14:paraId="4E62DC2B" w14:textId="77777777" w:rsidR="00D60D5E" w:rsidRDefault="00891EF0">
            <w:pPr>
              <w:spacing w:after="0" w:line="240" w:lineRule="auto"/>
              <w:jc w:val="center"/>
            </w:pPr>
            <w:r>
              <w:rPr>
                <w:rFonts w:eastAsia="Aptos"/>
                <w:b/>
                <w:color w:val="2F4F8F"/>
                <w:sz w:val="18"/>
              </w:rPr>
              <w:t>225-</w:t>
            </w:r>
          </w:p>
        </w:tc>
        <w:tc>
          <w:tcPr>
            <w:tcW w:w="2648" w:type="dxa"/>
            <w:shd w:val="clear" w:color="auto" w:fill="D9EAF7"/>
            <w:tcMar>
              <w:top w:w="28" w:type="dxa"/>
              <w:left w:w="38" w:type="dxa"/>
              <w:bottom w:w="28" w:type="dxa"/>
              <w:right w:w="38" w:type="dxa"/>
            </w:tcMar>
            <w:vAlign w:val="center"/>
          </w:tcPr>
          <w:p w14:paraId="41A533DD" w14:textId="77777777" w:rsidR="00D60D5E" w:rsidRDefault="00891EF0">
            <w:pPr>
              <w:spacing w:after="0" w:line="240" w:lineRule="auto"/>
            </w:pPr>
            <w:r>
              <w:rPr>
                <w:rFonts w:eastAsia="Aptos"/>
                <w:b/>
                <w:color w:val="2F4F8F"/>
                <w:sz w:val="18"/>
              </w:rPr>
              <w:t>PAPER &amp; PLASTIC</w:t>
            </w:r>
          </w:p>
        </w:tc>
        <w:tc>
          <w:tcPr>
            <w:tcW w:w="630" w:type="dxa"/>
            <w:shd w:val="clear" w:color="auto" w:fill="D9EAF7"/>
            <w:tcMar>
              <w:top w:w="28" w:type="dxa"/>
              <w:left w:w="38" w:type="dxa"/>
              <w:bottom w:w="28" w:type="dxa"/>
              <w:right w:w="38" w:type="dxa"/>
            </w:tcMar>
            <w:vAlign w:val="center"/>
          </w:tcPr>
          <w:p w14:paraId="79C381BE"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5C555BC5"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1AE773F" w14:textId="77777777" w:rsidR="00D60D5E" w:rsidRDefault="00D60D5E">
            <w:pPr>
              <w:jc w:val="center"/>
            </w:pPr>
          </w:p>
        </w:tc>
      </w:tr>
      <w:tr w:rsidR="00D60D5E" w14:paraId="5D23A944" w14:textId="77777777" w:rsidTr="000617E0">
        <w:trPr>
          <w:cantSplit/>
          <w:jc w:val="center"/>
        </w:trPr>
        <w:tc>
          <w:tcPr>
            <w:tcW w:w="677" w:type="dxa"/>
            <w:tcMar>
              <w:top w:w="28" w:type="dxa"/>
              <w:left w:w="38" w:type="dxa"/>
              <w:bottom w:w="28" w:type="dxa"/>
              <w:right w:w="38" w:type="dxa"/>
            </w:tcMar>
            <w:vAlign w:val="center"/>
          </w:tcPr>
          <w:p w14:paraId="7B58D3A0" w14:textId="77777777" w:rsidR="00D60D5E" w:rsidRDefault="00891EF0">
            <w:pPr>
              <w:spacing w:after="0" w:line="240" w:lineRule="auto"/>
              <w:jc w:val="center"/>
            </w:pPr>
            <w:r>
              <w:rPr>
                <w:rFonts w:eastAsia="Aptos"/>
                <w:color w:val="6A7075"/>
                <w:sz w:val="17"/>
              </w:rPr>
              <w:t>225-105</w:t>
            </w:r>
          </w:p>
        </w:tc>
        <w:tc>
          <w:tcPr>
            <w:tcW w:w="2648" w:type="dxa"/>
            <w:tcMar>
              <w:top w:w="28" w:type="dxa"/>
              <w:left w:w="38" w:type="dxa"/>
              <w:bottom w:w="28" w:type="dxa"/>
              <w:right w:w="38" w:type="dxa"/>
            </w:tcMar>
            <w:vAlign w:val="center"/>
          </w:tcPr>
          <w:p w14:paraId="19BB9B8F" w14:textId="77777777" w:rsidR="00D60D5E" w:rsidRDefault="00891EF0">
            <w:pPr>
              <w:spacing w:after="0" w:line="240" w:lineRule="auto"/>
            </w:pPr>
            <w:r>
              <w:rPr>
                <w:rFonts w:eastAsia="Aptos"/>
                <w:sz w:val="17"/>
              </w:rPr>
              <w:t>Dinner Plates 9” 25ct EVERY DINNER</w:t>
            </w:r>
          </w:p>
        </w:tc>
        <w:tc>
          <w:tcPr>
            <w:tcW w:w="630" w:type="dxa"/>
            <w:tcMar>
              <w:top w:w="28" w:type="dxa"/>
              <w:left w:w="38" w:type="dxa"/>
              <w:bottom w:w="28" w:type="dxa"/>
              <w:right w:w="38" w:type="dxa"/>
            </w:tcMar>
            <w:vAlign w:val="center"/>
          </w:tcPr>
          <w:p w14:paraId="4D4B8F4C" w14:textId="77777777" w:rsidR="00D60D5E" w:rsidRDefault="00891EF0">
            <w:pPr>
              <w:spacing w:after="0" w:line="240" w:lineRule="auto"/>
              <w:jc w:val="center"/>
            </w:pPr>
            <w:r>
              <w:rPr>
                <w:rFonts w:eastAsia="Aptos"/>
                <w:b/>
                <w:sz w:val="17"/>
              </w:rPr>
              <w:t>8.20</w:t>
            </w:r>
          </w:p>
        </w:tc>
        <w:tc>
          <w:tcPr>
            <w:tcW w:w="540" w:type="dxa"/>
            <w:tcMar>
              <w:top w:w="28" w:type="dxa"/>
              <w:left w:w="38" w:type="dxa"/>
              <w:bottom w:w="28" w:type="dxa"/>
              <w:right w:w="38" w:type="dxa"/>
            </w:tcMar>
            <w:vAlign w:val="center"/>
          </w:tcPr>
          <w:p w14:paraId="66C521F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B5B669" w14:textId="77777777" w:rsidR="00D60D5E" w:rsidRDefault="00D60D5E">
            <w:pPr>
              <w:jc w:val="center"/>
            </w:pPr>
          </w:p>
        </w:tc>
      </w:tr>
      <w:tr w:rsidR="00D60D5E" w14:paraId="46276FA8" w14:textId="77777777" w:rsidTr="000617E0">
        <w:trPr>
          <w:cantSplit/>
          <w:jc w:val="center"/>
        </w:trPr>
        <w:tc>
          <w:tcPr>
            <w:tcW w:w="677" w:type="dxa"/>
            <w:tcMar>
              <w:top w:w="28" w:type="dxa"/>
              <w:left w:w="38" w:type="dxa"/>
              <w:bottom w:w="28" w:type="dxa"/>
              <w:right w:w="38" w:type="dxa"/>
            </w:tcMar>
            <w:vAlign w:val="center"/>
          </w:tcPr>
          <w:p w14:paraId="3C218EB6" w14:textId="77777777" w:rsidR="00D60D5E" w:rsidRDefault="00891EF0">
            <w:pPr>
              <w:spacing w:after="0" w:line="240" w:lineRule="auto"/>
              <w:jc w:val="center"/>
            </w:pPr>
            <w:r>
              <w:rPr>
                <w:rFonts w:eastAsia="Aptos"/>
                <w:color w:val="6A7075"/>
                <w:sz w:val="17"/>
              </w:rPr>
              <w:t>225-110</w:t>
            </w:r>
          </w:p>
        </w:tc>
        <w:tc>
          <w:tcPr>
            <w:tcW w:w="2648" w:type="dxa"/>
            <w:tcMar>
              <w:top w:w="28" w:type="dxa"/>
              <w:left w:w="38" w:type="dxa"/>
              <w:bottom w:w="28" w:type="dxa"/>
              <w:right w:w="38" w:type="dxa"/>
            </w:tcMar>
            <w:vAlign w:val="center"/>
          </w:tcPr>
          <w:p w14:paraId="6E6CC35E" w14:textId="77777777" w:rsidR="00D60D5E" w:rsidRDefault="00891EF0">
            <w:pPr>
              <w:spacing w:after="0" w:line="240" w:lineRule="auto"/>
            </w:pPr>
            <w:r>
              <w:rPr>
                <w:rFonts w:eastAsia="Aptos"/>
                <w:sz w:val="17"/>
              </w:rPr>
              <w:t>Small Plates 6" 25ct</w:t>
            </w:r>
          </w:p>
        </w:tc>
        <w:tc>
          <w:tcPr>
            <w:tcW w:w="630" w:type="dxa"/>
            <w:tcMar>
              <w:top w:w="28" w:type="dxa"/>
              <w:left w:w="38" w:type="dxa"/>
              <w:bottom w:w="28" w:type="dxa"/>
              <w:right w:w="38" w:type="dxa"/>
            </w:tcMar>
            <w:vAlign w:val="center"/>
          </w:tcPr>
          <w:p w14:paraId="5D8FD286" w14:textId="77777777" w:rsidR="00D60D5E" w:rsidRDefault="00891EF0">
            <w:pPr>
              <w:spacing w:after="0" w:line="240" w:lineRule="auto"/>
              <w:jc w:val="center"/>
            </w:pPr>
            <w:r>
              <w:rPr>
                <w:rFonts w:eastAsia="Aptos"/>
                <w:b/>
                <w:sz w:val="17"/>
              </w:rPr>
              <w:t>4.10</w:t>
            </w:r>
          </w:p>
        </w:tc>
        <w:tc>
          <w:tcPr>
            <w:tcW w:w="540" w:type="dxa"/>
            <w:tcMar>
              <w:top w:w="28" w:type="dxa"/>
              <w:left w:w="38" w:type="dxa"/>
              <w:bottom w:w="28" w:type="dxa"/>
              <w:right w:w="38" w:type="dxa"/>
            </w:tcMar>
            <w:vAlign w:val="center"/>
          </w:tcPr>
          <w:p w14:paraId="718C55B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C2258D" w14:textId="77777777" w:rsidR="00D60D5E" w:rsidRDefault="00D60D5E">
            <w:pPr>
              <w:jc w:val="center"/>
            </w:pPr>
          </w:p>
        </w:tc>
      </w:tr>
      <w:tr w:rsidR="00D60D5E" w14:paraId="08F9ED6E" w14:textId="77777777" w:rsidTr="000617E0">
        <w:trPr>
          <w:cantSplit/>
          <w:jc w:val="center"/>
        </w:trPr>
        <w:tc>
          <w:tcPr>
            <w:tcW w:w="677" w:type="dxa"/>
            <w:tcMar>
              <w:top w:w="28" w:type="dxa"/>
              <w:left w:w="38" w:type="dxa"/>
              <w:bottom w:w="28" w:type="dxa"/>
              <w:right w:w="38" w:type="dxa"/>
            </w:tcMar>
            <w:vAlign w:val="center"/>
          </w:tcPr>
          <w:p w14:paraId="71F36D46" w14:textId="77777777" w:rsidR="00D60D5E" w:rsidRDefault="00891EF0">
            <w:pPr>
              <w:spacing w:after="0" w:line="240" w:lineRule="auto"/>
              <w:jc w:val="center"/>
            </w:pPr>
            <w:r>
              <w:rPr>
                <w:rFonts w:eastAsia="Aptos"/>
                <w:color w:val="6A7075"/>
                <w:sz w:val="17"/>
              </w:rPr>
              <w:t>225-111</w:t>
            </w:r>
          </w:p>
        </w:tc>
        <w:tc>
          <w:tcPr>
            <w:tcW w:w="2648" w:type="dxa"/>
            <w:tcMar>
              <w:top w:w="28" w:type="dxa"/>
              <w:left w:w="38" w:type="dxa"/>
              <w:bottom w:w="28" w:type="dxa"/>
              <w:right w:w="38" w:type="dxa"/>
            </w:tcMar>
            <w:vAlign w:val="center"/>
          </w:tcPr>
          <w:p w14:paraId="22B41031" w14:textId="77777777" w:rsidR="00D60D5E" w:rsidRDefault="00891EF0">
            <w:pPr>
              <w:spacing w:after="0" w:line="240" w:lineRule="auto"/>
            </w:pPr>
            <w:r>
              <w:rPr>
                <w:rFonts w:eastAsia="Aptos"/>
                <w:sz w:val="17"/>
              </w:rPr>
              <w:t>Paper Plates 40ct SAFE-T</w:t>
            </w:r>
          </w:p>
        </w:tc>
        <w:tc>
          <w:tcPr>
            <w:tcW w:w="630" w:type="dxa"/>
            <w:tcMar>
              <w:top w:w="28" w:type="dxa"/>
              <w:left w:w="38" w:type="dxa"/>
              <w:bottom w:w="28" w:type="dxa"/>
              <w:right w:w="38" w:type="dxa"/>
            </w:tcMar>
            <w:vAlign w:val="center"/>
          </w:tcPr>
          <w:p w14:paraId="70DDE1B8"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0B29395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89B538" w14:textId="77777777" w:rsidR="00D60D5E" w:rsidRDefault="00D60D5E">
            <w:pPr>
              <w:jc w:val="center"/>
            </w:pPr>
          </w:p>
        </w:tc>
      </w:tr>
      <w:tr w:rsidR="00D60D5E" w14:paraId="40C83F3B" w14:textId="77777777" w:rsidTr="000617E0">
        <w:trPr>
          <w:cantSplit/>
          <w:jc w:val="center"/>
        </w:trPr>
        <w:tc>
          <w:tcPr>
            <w:tcW w:w="677" w:type="dxa"/>
            <w:tcMar>
              <w:top w:w="28" w:type="dxa"/>
              <w:left w:w="38" w:type="dxa"/>
              <w:bottom w:w="28" w:type="dxa"/>
              <w:right w:w="38" w:type="dxa"/>
            </w:tcMar>
            <w:vAlign w:val="center"/>
          </w:tcPr>
          <w:p w14:paraId="77163E65" w14:textId="77777777" w:rsidR="00D60D5E" w:rsidRDefault="00891EF0">
            <w:pPr>
              <w:spacing w:after="0" w:line="240" w:lineRule="auto"/>
              <w:jc w:val="center"/>
            </w:pPr>
            <w:r>
              <w:rPr>
                <w:rFonts w:eastAsia="Aptos"/>
                <w:color w:val="6A7075"/>
                <w:sz w:val="17"/>
              </w:rPr>
              <w:t>225-115</w:t>
            </w:r>
          </w:p>
        </w:tc>
        <w:tc>
          <w:tcPr>
            <w:tcW w:w="2648" w:type="dxa"/>
            <w:tcMar>
              <w:top w:w="28" w:type="dxa"/>
              <w:left w:w="38" w:type="dxa"/>
              <w:bottom w:w="28" w:type="dxa"/>
              <w:right w:w="38" w:type="dxa"/>
            </w:tcMar>
            <w:vAlign w:val="center"/>
          </w:tcPr>
          <w:p w14:paraId="2B6493B1" w14:textId="77777777" w:rsidR="00D60D5E" w:rsidRDefault="00891EF0">
            <w:pPr>
              <w:spacing w:after="0" w:line="240" w:lineRule="auto"/>
            </w:pPr>
            <w:r>
              <w:rPr>
                <w:rFonts w:eastAsia="Aptos"/>
                <w:sz w:val="17"/>
              </w:rPr>
              <w:t>Bowls 25ct</w:t>
            </w:r>
          </w:p>
        </w:tc>
        <w:tc>
          <w:tcPr>
            <w:tcW w:w="630" w:type="dxa"/>
            <w:tcMar>
              <w:top w:w="28" w:type="dxa"/>
              <w:left w:w="38" w:type="dxa"/>
              <w:bottom w:w="28" w:type="dxa"/>
              <w:right w:w="38" w:type="dxa"/>
            </w:tcMar>
            <w:vAlign w:val="center"/>
          </w:tcPr>
          <w:p w14:paraId="4C82AF76" w14:textId="77777777" w:rsidR="00D60D5E" w:rsidRDefault="00891EF0">
            <w:pPr>
              <w:spacing w:after="0" w:line="240" w:lineRule="auto"/>
              <w:jc w:val="center"/>
            </w:pPr>
            <w:r>
              <w:rPr>
                <w:rFonts w:eastAsia="Aptos"/>
                <w:b/>
                <w:sz w:val="17"/>
              </w:rPr>
              <w:t>5.85</w:t>
            </w:r>
          </w:p>
        </w:tc>
        <w:tc>
          <w:tcPr>
            <w:tcW w:w="540" w:type="dxa"/>
            <w:tcMar>
              <w:top w:w="28" w:type="dxa"/>
              <w:left w:w="38" w:type="dxa"/>
              <w:bottom w:w="28" w:type="dxa"/>
              <w:right w:w="38" w:type="dxa"/>
            </w:tcMar>
            <w:vAlign w:val="center"/>
          </w:tcPr>
          <w:p w14:paraId="4C922A9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79C6B1" w14:textId="77777777" w:rsidR="00D60D5E" w:rsidRDefault="00D60D5E">
            <w:pPr>
              <w:jc w:val="center"/>
            </w:pPr>
          </w:p>
        </w:tc>
      </w:tr>
      <w:tr w:rsidR="00D60D5E" w14:paraId="5A728B06" w14:textId="77777777" w:rsidTr="000617E0">
        <w:trPr>
          <w:cantSplit/>
          <w:jc w:val="center"/>
        </w:trPr>
        <w:tc>
          <w:tcPr>
            <w:tcW w:w="677" w:type="dxa"/>
            <w:tcMar>
              <w:top w:w="28" w:type="dxa"/>
              <w:left w:w="38" w:type="dxa"/>
              <w:bottom w:w="28" w:type="dxa"/>
              <w:right w:w="38" w:type="dxa"/>
            </w:tcMar>
            <w:vAlign w:val="center"/>
          </w:tcPr>
          <w:p w14:paraId="5D2E867C" w14:textId="77777777" w:rsidR="00D60D5E" w:rsidRDefault="00891EF0">
            <w:pPr>
              <w:spacing w:after="0" w:line="240" w:lineRule="auto"/>
              <w:jc w:val="center"/>
            </w:pPr>
            <w:r>
              <w:rPr>
                <w:rFonts w:eastAsia="Aptos"/>
                <w:color w:val="6A7075"/>
                <w:sz w:val="17"/>
              </w:rPr>
              <w:t>225-120</w:t>
            </w:r>
          </w:p>
        </w:tc>
        <w:tc>
          <w:tcPr>
            <w:tcW w:w="2648" w:type="dxa"/>
            <w:tcMar>
              <w:top w:w="28" w:type="dxa"/>
              <w:left w:w="38" w:type="dxa"/>
              <w:bottom w:w="28" w:type="dxa"/>
              <w:right w:w="38" w:type="dxa"/>
            </w:tcMar>
            <w:vAlign w:val="center"/>
          </w:tcPr>
          <w:p w14:paraId="5CEA2AE5" w14:textId="77777777" w:rsidR="00D60D5E" w:rsidRDefault="00891EF0">
            <w:pPr>
              <w:spacing w:after="0" w:line="240" w:lineRule="auto"/>
            </w:pPr>
            <w:r>
              <w:rPr>
                <w:rFonts w:eastAsia="Aptos"/>
                <w:sz w:val="17"/>
              </w:rPr>
              <w:t>Plastic Glasses 9oz 80ct CLUB</w:t>
            </w:r>
          </w:p>
        </w:tc>
        <w:tc>
          <w:tcPr>
            <w:tcW w:w="630" w:type="dxa"/>
            <w:tcMar>
              <w:top w:w="28" w:type="dxa"/>
              <w:left w:w="38" w:type="dxa"/>
              <w:bottom w:w="28" w:type="dxa"/>
              <w:right w:w="38" w:type="dxa"/>
            </w:tcMar>
            <w:vAlign w:val="center"/>
          </w:tcPr>
          <w:p w14:paraId="1E7C89F5" w14:textId="77777777" w:rsidR="00D60D5E" w:rsidRDefault="00891EF0">
            <w:pPr>
              <w:spacing w:after="0" w:line="240" w:lineRule="auto"/>
              <w:jc w:val="center"/>
            </w:pPr>
            <w:r>
              <w:rPr>
                <w:rFonts w:eastAsia="Aptos"/>
                <w:b/>
                <w:sz w:val="17"/>
              </w:rPr>
              <w:t>3.89</w:t>
            </w:r>
          </w:p>
        </w:tc>
        <w:tc>
          <w:tcPr>
            <w:tcW w:w="540" w:type="dxa"/>
            <w:tcMar>
              <w:top w:w="28" w:type="dxa"/>
              <w:left w:w="38" w:type="dxa"/>
              <w:bottom w:w="28" w:type="dxa"/>
              <w:right w:w="38" w:type="dxa"/>
            </w:tcMar>
            <w:vAlign w:val="center"/>
          </w:tcPr>
          <w:p w14:paraId="2AC52BA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28B9F3" w14:textId="77777777" w:rsidR="00D60D5E" w:rsidRDefault="00D60D5E">
            <w:pPr>
              <w:jc w:val="center"/>
            </w:pPr>
          </w:p>
        </w:tc>
      </w:tr>
      <w:tr w:rsidR="00D60D5E" w14:paraId="405EA117" w14:textId="77777777" w:rsidTr="000617E0">
        <w:trPr>
          <w:cantSplit/>
          <w:jc w:val="center"/>
        </w:trPr>
        <w:tc>
          <w:tcPr>
            <w:tcW w:w="677" w:type="dxa"/>
            <w:tcMar>
              <w:top w:w="28" w:type="dxa"/>
              <w:left w:w="38" w:type="dxa"/>
              <w:bottom w:w="28" w:type="dxa"/>
              <w:right w:w="38" w:type="dxa"/>
            </w:tcMar>
            <w:vAlign w:val="center"/>
          </w:tcPr>
          <w:p w14:paraId="774C46A9" w14:textId="77777777" w:rsidR="00D60D5E" w:rsidRDefault="00891EF0">
            <w:pPr>
              <w:spacing w:after="0" w:line="240" w:lineRule="auto"/>
              <w:jc w:val="center"/>
            </w:pPr>
            <w:r>
              <w:rPr>
                <w:rFonts w:eastAsia="Aptos"/>
                <w:color w:val="6A7075"/>
                <w:sz w:val="17"/>
              </w:rPr>
              <w:t>225-125</w:t>
            </w:r>
          </w:p>
        </w:tc>
        <w:tc>
          <w:tcPr>
            <w:tcW w:w="2648" w:type="dxa"/>
            <w:tcMar>
              <w:top w:w="28" w:type="dxa"/>
              <w:left w:w="38" w:type="dxa"/>
              <w:bottom w:w="28" w:type="dxa"/>
              <w:right w:w="38" w:type="dxa"/>
            </w:tcMar>
            <w:vAlign w:val="center"/>
          </w:tcPr>
          <w:p w14:paraId="443FA74C" w14:textId="77777777" w:rsidR="00D60D5E" w:rsidRDefault="00891EF0">
            <w:pPr>
              <w:spacing w:after="0" w:line="240" w:lineRule="auto"/>
            </w:pPr>
            <w:r>
              <w:rPr>
                <w:rFonts w:eastAsia="Aptos"/>
                <w:sz w:val="17"/>
              </w:rPr>
              <w:t>Forks 24ea EVERY DINNER</w:t>
            </w:r>
          </w:p>
        </w:tc>
        <w:tc>
          <w:tcPr>
            <w:tcW w:w="630" w:type="dxa"/>
            <w:tcMar>
              <w:top w:w="28" w:type="dxa"/>
              <w:left w:w="38" w:type="dxa"/>
              <w:bottom w:w="28" w:type="dxa"/>
              <w:right w:w="38" w:type="dxa"/>
            </w:tcMar>
            <w:vAlign w:val="center"/>
          </w:tcPr>
          <w:p w14:paraId="5901E9A5" w14:textId="77777777" w:rsidR="00D60D5E" w:rsidRDefault="00891EF0">
            <w:pPr>
              <w:spacing w:after="0" w:line="240" w:lineRule="auto"/>
              <w:jc w:val="center"/>
            </w:pPr>
            <w:r>
              <w:rPr>
                <w:rFonts w:eastAsia="Aptos"/>
                <w:b/>
                <w:sz w:val="17"/>
              </w:rPr>
              <w:t>2.49</w:t>
            </w:r>
          </w:p>
        </w:tc>
        <w:tc>
          <w:tcPr>
            <w:tcW w:w="540" w:type="dxa"/>
            <w:tcMar>
              <w:top w:w="28" w:type="dxa"/>
              <w:left w:w="38" w:type="dxa"/>
              <w:bottom w:w="28" w:type="dxa"/>
              <w:right w:w="38" w:type="dxa"/>
            </w:tcMar>
            <w:vAlign w:val="center"/>
          </w:tcPr>
          <w:p w14:paraId="396D536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24946B" w14:textId="77777777" w:rsidR="00D60D5E" w:rsidRDefault="00D60D5E">
            <w:pPr>
              <w:jc w:val="center"/>
            </w:pPr>
          </w:p>
        </w:tc>
      </w:tr>
      <w:tr w:rsidR="00D60D5E" w14:paraId="71FEFB6F" w14:textId="77777777" w:rsidTr="000617E0">
        <w:trPr>
          <w:cantSplit/>
          <w:jc w:val="center"/>
        </w:trPr>
        <w:tc>
          <w:tcPr>
            <w:tcW w:w="677" w:type="dxa"/>
            <w:tcMar>
              <w:top w:w="28" w:type="dxa"/>
              <w:left w:w="38" w:type="dxa"/>
              <w:bottom w:w="28" w:type="dxa"/>
              <w:right w:w="38" w:type="dxa"/>
            </w:tcMar>
            <w:vAlign w:val="center"/>
          </w:tcPr>
          <w:p w14:paraId="0956CF7E" w14:textId="77777777" w:rsidR="00D60D5E" w:rsidRDefault="00891EF0">
            <w:pPr>
              <w:spacing w:after="0" w:line="240" w:lineRule="auto"/>
              <w:jc w:val="center"/>
            </w:pPr>
            <w:r>
              <w:rPr>
                <w:rFonts w:eastAsia="Aptos"/>
                <w:color w:val="6A7075"/>
                <w:sz w:val="17"/>
              </w:rPr>
              <w:t>225-130</w:t>
            </w:r>
          </w:p>
        </w:tc>
        <w:tc>
          <w:tcPr>
            <w:tcW w:w="2648" w:type="dxa"/>
            <w:tcMar>
              <w:top w:w="28" w:type="dxa"/>
              <w:left w:w="38" w:type="dxa"/>
              <w:bottom w:w="28" w:type="dxa"/>
              <w:right w:w="38" w:type="dxa"/>
            </w:tcMar>
            <w:vAlign w:val="center"/>
          </w:tcPr>
          <w:p w14:paraId="6262C9F9" w14:textId="77777777" w:rsidR="00D60D5E" w:rsidRDefault="00891EF0">
            <w:pPr>
              <w:spacing w:after="0" w:line="240" w:lineRule="auto"/>
            </w:pPr>
            <w:r>
              <w:rPr>
                <w:rFonts w:eastAsia="Aptos"/>
                <w:sz w:val="17"/>
              </w:rPr>
              <w:t>Knives 24ea EVERY DINNER</w:t>
            </w:r>
          </w:p>
        </w:tc>
        <w:tc>
          <w:tcPr>
            <w:tcW w:w="630" w:type="dxa"/>
            <w:tcMar>
              <w:top w:w="28" w:type="dxa"/>
              <w:left w:w="38" w:type="dxa"/>
              <w:bottom w:w="28" w:type="dxa"/>
              <w:right w:w="38" w:type="dxa"/>
            </w:tcMar>
            <w:vAlign w:val="center"/>
          </w:tcPr>
          <w:p w14:paraId="02EB2DF4"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134E8A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285984" w14:textId="77777777" w:rsidR="00D60D5E" w:rsidRDefault="00D60D5E">
            <w:pPr>
              <w:jc w:val="center"/>
            </w:pPr>
          </w:p>
        </w:tc>
      </w:tr>
      <w:tr w:rsidR="00D60D5E" w14:paraId="40BE7B84" w14:textId="77777777" w:rsidTr="000617E0">
        <w:trPr>
          <w:cantSplit/>
          <w:jc w:val="center"/>
        </w:trPr>
        <w:tc>
          <w:tcPr>
            <w:tcW w:w="677" w:type="dxa"/>
            <w:tcMar>
              <w:top w:w="28" w:type="dxa"/>
              <w:left w:w="38" w:type="dxa"/>
              <w:bottom w:w="28" w:type="dxa"/>
              <w:right w:w="38" w:type="dxa"/>
            </w:tcMar>
            <w:vAlign w:val="center"/>
          </w:tcPr>
          <w:p w14:paraId="5E00D366" w14:textId="77777777" w:rsidR="00D60D5E" w:rsidRDefault="00891EF0">
            <w:pPr>
              <w:spacing w:after="0" w:line="240" w:lineRule="auto"/>
              <w:jc w:val="center"/>
            </w:pPr>
            <w:r>
              <w:rPr>
                <w:rFonts w:eastAsia="Aptos"/>
                <w:color w:val="6A7075"/>
                <w:sz w:val="17"/>
              </w:rPr>
              <w:t>225-135</w:t>
            </w:r>
          </w:p>
        </w:tc>
        <w:tc>
          <w:tcPr>
            <w:tcW w:w="2648" w:type="dxa"/>
            <w:tcMar>
              <w:top w:w="28" w:type="dxa"/>
              <w:left w:w="38" w:type="dxa"/>
              <w:bottom w:w="28" w:type="dxa"/>
              <w:right w:w="38" w:type="dxa"/>
            </w:tcMar>
            <w:vAlign w:val="center"/>
          </w:tcPr>
          <w:p w14:paraId="60BAD67B" w14:textId="77777777" w:rsidR="00D60D5E" w:rsidRDefault="00891EF0">
            <w:pPr>
              <w:spacing w:after="0" w:line="240" w:lineRule="auto"/>
            </w:pPr>
            <w:r>
              <w:rPr>
                <w:rFonts w:eastAsia="Aptos"/>
                <w:sz w:val="17"/>
              </w:rPr>
              <w:t>Spoons 24ea</w:t>
            </w:r>
          </w:p>
        </w:tc>
        <w:tc>
          <w:tcPr>
            <w:tcW w:w="630" w:type="dxa"/>
            <w:tcMar>
              <w:top w:w="28" w:type="dxa"/>
              <w:left w:w="38" w:type="dxa"/>
              <w:bottom w:w="28" w:type="dxa"/>
              <w:right w:w="38" w:type="dxa"/>
            </w:tcMar>
            <w:vAlign w:val="center"/>
          </w:tcPr>
          <w:p w14:paraId="7AC31222"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289BA04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61B736" w14:textId="77777777" w:rsidR="00D60D5E" w:rsidRDefault="00D60D5E">
            <w:pPr>
              <w:jc w:val="center"/>
            </w:pPr>
          </w:p>
        </w:tc>
      </w:tr>
      <w:tr w:rsidR="00D60D5E" w14:paraId="6E9E8EB7" w14:textId="77777777" w:rsidTr="000617E0">
        <w:trPr>
          <w:cantSplit/>
          <w:jc w:val="center"/>
        </w:trPr>
        <w:tc>
          <w:tcPr>
            <w:tcW w:w="677" w:type="dxa"/>
            <w:tcMar>
              <w:top w:w="28" w:type="dxa"/>
              <w:left w:w="38" w:type="dxa"/>
              <w:bottom w:w="28" w:type="dxa"/>
              <w:right w:w="38" w:type="dxa"/>
            </w:tcMar>
            <w:vAlign w:val="center"/>
          </w:tcPr>
          <w:p w14:paraId="66955C2E" w14:textId="77777777" w:rsidR="00D60D5E" w:rsidRDefault="00891EF0">
            <w:pPr>
              <w:spacing w:after="0" w:line="240" w:lineRule="auto"/>
              <w:jc w:val="center"/>
            </w:pPr>
            <w:r>
              <w:rPr>
                <w:rFonts w:eastAsia="Aptos"/>
                <w:color w:val="6A7075"/>
                <w:sz w:val="17"/>
              </w:rPr>
              <w:t>225-140</w:t>
            </w:r>
          </w:p>
        </w:tc>
        <w:tc>
          <w:tcPr>
            <w:tcW w:w="2648" w:type="dxa"/>
            <w:tcMar>
              <w:top w:w="28" w:type="dxa"/>
              <w:left w:w="38" w:type="dxa"/>
              <w:bottom w:w="28" w:type="dxa"/>
              <w:right w:w="38" w:type="dxa"/>
            </w:tcMar>
            <w:vAlign w:val="center"/>
          </w:tcPr>
          <w:p w14:paraId="0AFE39C4" w14:textId="77777777" w:rsidR="00D60D5E" w:rsidRDefault="00891EF0">
            <w:pPr>
              <w:spacing w:after="0" w:line="240" w:lineRule="auto"/>
            </w:pPr>
            <w:r>
              <w:rPr>
                <w:rFonts w:eastAsia="Aptos"/>
                <w:sz w:val="17"/>
              </w:rPr>
              <w:t>Napkins Vanity Fair All Occasions 100pk</w:t>
            </w:r>
          </w:p>
        </w:tc>
        <w:tc>
          <w:tcPr>
            <w:tcW w:w="630" w:type="dxa"/>
            <w:tcMar>
              <w:top w:w="28" w:type="dxa"/>
              <w:left w:w="38" w:type="dxa"/>
              <w:bottom w:w="28" w:type="dxa"/>
              <w:right w:w="38" w:type="dxa"/>
            </w:tcMar>
            <w:vAlign w:val="center"/>
          </w:tcPr>
          <w:p w14:paraId="55FABAA4"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0ED7066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1CD183" w14:textId="77777777" w:rsidR="00D60D5E" w:rsidRDefault="00D60D5E">
            <w:pPr>
              <w:jc w:val="center"/>
            </w:pPr>
          </w:p>
        </w:tc>
      </w:tr>
      <w:tr w:rsidR="00D60D5E" w14:paraId="4C570149" w14:textId="77777777" w:rsidTr="000617E0">
        <w:trPr>
          <w:cantSplit/>
          <w:jc w:val="center"/>
        </w:trPr>
        <w:tc>
          <w:tcPr>
            <w:tcW w:w="677" w:type="dxa"/>
            <w:tcMar>
              <w:top w:w="28" w:type="dxa"/>
              <w:left w:w="38" w:type="dxa"/>
              <w:bottom w:w="28" w:type="dxa"/>
              <w:right w:w="38" w:type="dxa"/>
            </w:tcMar>
            <w:vAlign w:val="center"/>
          </w:tcPr>
          <w:p w14:paraId="53D5F38C" w14:textId="77777777" w:rsidR="00D60D5E" w:rsidRDefault="00891EF0">
            <w:pPr>
              <w:spacing w:after="0" w:line="240" w:lineRule="auto"/>
              <w:jc w:val="center"/>
            </w:pPr>
            <w:r>
              <w:rPr>
                <w:rFonts w:eastAsia="Aptos"/>
                <w:color w:val="6A7075"/>
                <w:sz w:val="17"/>
              </w:rPr>
              <w:t>225-145</w:t>
            </w:r>
          </w:p>
        </w:tc>
        <w:tc>
          <w:tcPr>
            <w:tcW w:w="2648" w:type="dxa"/>
            <w:tcMar>
              <w:top w:w="28" w:type="dxa"/>
              <w:left w:w="38" w:type="dxa"/>
              <w:bottom w:w="28" w:type="dxa"/>
              <w:right w:w="38" w:type="dxa"/>
            </w:tcMar>
            <w:vAlign w:val="center"/>
          </w:tcPr>
          <w:p w14:paraId="51ED1F72" w14:textId="77777777" w:rsidR="00D60D5E" w:rsidRDefault="00891EF0">
            <w:pPr>
              <w:spacing w:after="0" w:line="240" w:lineRule="auto"/>
            </w:pPr>
            <w:r>
              <w:rPr>
                <w:rFonts w:eastAsia="Aptos"/>
                <w:sz w:val="17"/>
              </w:rPr>
              <w:t>Napkins Vanity Fair Dinner 40pk</w:t>
            </w:r>
          </w:p>
        </w:tc>
        <w:tc>
          <w:tcPr>
            <w:tcW w:w="630" w:type="dxa"/>
            <w:tcMar>
              <w:top w:w="28" w:type="dxa"/>
              <w:left w:w="38" w:type="dxa"/>
              <w:bottom w:w="28" w:type="dxa"/>
              <w:right w:w="38" w:type="dxa"/>
            </w:tcMar>
            <w:vAlign w:val="center"/>
          </w:tcPr>
          <w:p w14:paraId="10DC2D3C" w14:textId="77777777" w:rsidR="00D60D5E" w:rsidRDefault="00891EF0">
            <w:pPr>
              <w:spacing w:after="0" w:line="240" w:lineRule="auto"/>
              <w:jc w:val="center"/>
            </w:pPr>
            <w:r>
              <w:rPr>
                <w:rFonts w:eastAsia="Aptos"/>
                <w:b/>
                <w:sz w:val="17"/>
              </w:rPr>
              <w:t>4.46</w:t>
            </w:r>
          </w:p>
        </w:tc>
        <w:tc>
          <w:tcPr>
            <w:tcW w:w="540" w:type="dxa"/>
            <w:tcMar>
              <w:top w:w="28" w:type="dxa"/>
              <w:left w:w="38" w:type="dxa"/>
              <w:bottom w:w="28" w:type="dxa"/>
              <w:right w:w="38" w:type="dxa"/>
            </w:tcMar>
            <w:vAlign w:val="center"/>
          </w:tcPr>
          <w:p w14:paraId="69C021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E3483D" w14:textId="77777777" w:rsidR="00D60D5E" w:rsidRDefault="00D60D5E">
            <w:pPr>
              <w:jc w:val="center"/>
            </w:pPr>
          </w:p>
        </w:tc>
      </w:tr>
      <w:tr w:rsidR="00D60D5E" w14:paraId="1780D26F" w14:textId="77777777" w:rsidTr="000617E0">
        <w:trPr>
          <w:cantSplit/>
          <w:jc w:val="center"/>
        </w:trPr>
        <w:tc>
          <w:tcPr>
            <w:tcW w:w="677" w:type="dxa"/>
            <w:tcMar>
              <w:top w:w="28" w:type="dxa"/>
              <w:left w:w="38" w:type="dxa"/>
              <w:bottom w:w="28" w:type="dxa"/>
              <w:right w:w="38" w:type="dxa"/>
            </w:tcMar>
            <w:vAlign w:val="center"/>
          </w:tcPr>
          <w:p w14:paraId="40D91F0B" w14:textId="77777777" w:rsidR="00D60D5E" w:rsidRDefault="00891EF0">
            <w:pPr>
              <w:spacing w:after="0" w:line="240" w:lineRule="auto"/>
              <w:jc w:val="center"/>
            </w:pPr>
            <w:r>
              <w:rPr>
                <w:rFonts w:eastAsia="Aptos"/>
                <w:color w:val="6A7075"/>
                <w:sz w:val="17"/>
              </w:rPr>
              <w:t>225-150</w:t>
            </w:r>
          </w:p>
        </w:tc>
        <w:tc>
          <w:tcPr>
            <w:tcW w:w="2648" w:type="dxa"/>
            <w:tcMar>
              <w:top w:w="28" w:type="dxa"/>
              <w:left w:w="38" w:type="dxa"/>
              <w:bottom w:w="28" w:type="dxa"/>
              <w:right w:w="38" w:type="dxa"/>
            </w:tcMar>
            <w:vAlign w:val="center"/>
          </w:tcPr>
          <w:p w14:paraId="6488B472" w14:textId="77777777" w:rsidR="00D60D5E" w:rsidRDefault="00891EF0">
            <w:pPr>
              <w:spacing w:after="0" w:line="240" w:lineRule="auto"/>
            </w:pPr>
            <w:r>
              <w:rPr>
                <w:rFonts w:eastAsia="Aptos"/>
                <w:sz w:val="17"/>
              </w:rPr>
              <w:t>Cocktail Straw / Stirrers 1000ct</w:t>
            </w:r>
          </w:p>
        </w:tc>
        <w:tc>
          <w:tcPr>
            <w:tcW w:w="630" w:type="dxa"/>
            <w:tcMar>
              <w:top w:w="28" w:type="dxa"/>
              <w:left w:w="38" w:type="dxa"/>
              <w:bottom w:w="28" w:type="dxa"/>
              <w:right w:w="38" w:type="dxa"/>
            </w:tcMar>
            <w:vAlign w:val="center"/>
          </w:tcPr>
          <w:p w14:paraId="6B7F763E" w14:textId="77777777" w:rsidR="00D60D5E" w:rsidRDefault="00891EF0">
            <w:pPr>
              <w:spacing w:after="0" w:line="240" w:lineRule="auto"/>
              <w:jc w:val="center"/>
            </w:pPr>
            <w:r>
              <w:rPr>
                <w:rFonts w:eastAsia="Aptos"/>
                <w:b/>
                <w:sz w:val="17"/>
              </w:rPr>
              <w:t>3.56</w:t>
            </w:r>
          </w:p>
        </w:tc>
        <w:tc>
          <w:tcPr>
            <w:tcW w:w="540" w:type="dxa"/>
            <w:tcMar>
              <w:top w:w="28" w:type="dxa"/>
              <w:left w:w="38" w:type="dxa"/>
              <w:bottom w:w="28" w:type="dxa"/>
              <w:right w:w="38" w:type="dxa"/>
            </w:tcMar>
            <w:vAlign w:val="center"/>
          </w:tcPr>
          <w:p w14:paraId="13E819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3612EC" w14:textId="77777777" w:rsidR="00D60D5E" w:rsidRDefault="00D60D5E">
            <w:pPr>
              <w:jc w:val="center"/>
            </w:pPr>
          </w:p>
        </w:tc>
      </w:tr>
      <w:tr w:rsidR="00D60D5E" w14:paraId="7749425A" w14:textId="77777777" w:rsidTr="000617E0">
        <w:trPr>
          <w:cantSplit/>
          <w:jc w:val="center"/>
        </w:trPr>
        <w:tc>
          <w:tcPr>
            <w:tcW w:w="677" w:type="dxa"/>
            <w:tcMar>
              <w:top w:w="28" w:type="dxa"/>
              <w:left w:w="38" w:type="dxa"/>
              <w:bottom w:w="28" w:type="dxa"/>
              <w:right w:w="38" w:type="dxa"/>
            </w:tcMar>
            <w:vAlign w:val="center"/>
          </w:tcPr>
          <w:p w14:paraId="4415B8FA" w14:textId="77777777" w:rsidR="00D60D5E" w:rsidRDefault="00891EF0">
            <w:pPr>
              <w:spacing w:after="0" w:line="240" w:lineRule="auto"/>
              <w:jc w:val="center"/>
            </w:pPr>
            <w:r>
              <w:rPr>
                <w:rFonts w:eastAsia="Aptos"/>
                <w:color w:val="6A7075"/>
                <w:sz w:val="17"/>
              </w:rPr>
              <w:t>225-155</w:t>
            </w:r>
          </w:p>
        </w:tc>
        <w:tc>
          <w:tcPr>
            <w:tcW w:w="2648" w:type="dxa"/>
            <w:tcMar>
              <w:top w:w="28" w:type="dxa"/>
              <w:left w:w="38" w:type="dxa"/>
              <w:bottom w:w="28" w:type="dxa"/>
              <w:right w:w="38" w:type="dxa"/>
            </w:tcMar>
            <w:vAlign w:val="center"/>
          </w:tcPr>
          <w:p w14:paraId="106621B2" w14:textId="77777777" w:rsidR="00D60D5E" w:rsidRDefault="00891EF0">
            <w:pPr>
              <w:spacing w:after="0" w:line="240" w:lineRule="auto"/>
            </w:pPr>
            <w:r>
              <w:rPr>
                <w:rFonts w:eastAsia="Aptos"/>
                <w:sz w:val="17"/>
              </w:rPr>
              <w:t>Drinking Straw 100ct</w:t>
            </w:r>
          </w:p>
        </w:tc>
        <w:tc>
          <w:tcPr>
            <w:tcW w:w="630" w:type="dxa"/>
            <w:tcMar>
              <w:top w:w="28" w:type="dxa"/>
              <w:left w:w="38" w:type="dxa"/>
              <w:bottom w:w="28" w:type="dxa"/>
              <w:right w:w="38" w:type="dxa"/>
            </w:tcMar>
            <w:vAlign w:val="center"/>
          </w:tcPr>
          <w:p w14:paraId="39275918"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3591C6B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81EC0B" w14:textId="77777777" w:rsidR="00D60D5E" w:rsidRDefault="00D60D5E">
            <w:pPr>
              <w:jc w:val="center"/>
            </w:pPr>
          </w:p>
        </w:tc>
      </w:tr>
      <w:tr w:rsidR="00D60D5E" w14:paraId="4B73E4F3" w14:textId="77777777" w:rsidTr="000617E0">
        <w:trPr>
          <w:cantSplit/>
          <w:jc w:val="center"/>
        </w:trPr>
        <w:tc>
          <w:tcPr>
            <w:tcW w:w="677" w:type="dxa"/>
            <w:tcMar>
              <w:top w:w="28" w:type="dxa"/>
              <w:left w:w="38" w:type="dxa"/>
              <w:bottom w:w="28" w:type="dxa"/>
              <w:right w:w="38" w:type="dxa"/>
            </w:tcMar>
            <w:vAlign w:val="center"/>
          </w:tcPr>
          <w:p w14:paraId="50836729" w14:textId="77777777" w:rsidR="00D60D5E" w:rsidRDefault="00891EF0">
            <w:pPr>
              <w:spacing w:after="0" w:line="240" w:lineRule="auto"/>
              <w:jc w:val="center"/>
            </w:pPr>
            <w:r>
              <w:rPr>
                <w:rFonts w:eastAsia="Aptos"/>
                <w:color w:val="6A7075"/>
                <w:sz w:val="17"/>
              </w:rPr>
              <w:t>225-160</w:t>
            </w:r>
          </w:p>
        </w:tc>
        <w:tc>
          <w:tcPr>
            <w:tcW w:w="2648" w:type="dxa"/>
            <w:tcMar>
              <w:top w:w="28" w:type="dxa"/>
              <w:left w:w="38" w:type="dxa"/>
              <w:bottom w:w="28" w:type="dxa"/>
              <w:right w:w="38" w:type="dxa"/>
            </w:tcMar>
            <w:vAlign w:val="center"/>
          </w:tcPr>
          <w:p w14:paraId="5C198275" w14:textId="77777777" w:rsidR="00D60D5E" w:rsidRDefault="00891EF0">
            <w:pPr>
              <w:spacing w:after="0" w:line="240" w:lineRule="auto"/>
            </w:pPr>
            <w:r>
              <w:rPr>
                <w:rFonts w:eastAsia="Aptos"/>
                <w:sz w:val="17"/>
              </w:rPr>
              <w:t>Toothpicks 250ct</w:t>
            </w:r>
          </w:p>
        </w:tc>
        <w:tc>
          <w:tcPr>
            <w:tcW w:w="630" w:type="dxa"/>
            <w:tcMar>
              <w:top w:w="28" w:type="dxa"/>
              <w:left w:w="38" w:type="dxa"/>
              <w:bottom w:w="28" w:type="dxa"/>
              <w:right w:w="38" w:type="dxa"/>
            </w:tcMar>
            <w:vAlign w:val="center"/>
          </w:tcPr>
          <w:p w14:paraId="59AEB84A" w14:textId="77777777" w:rsidR="00D60D5E" w:rsidRDefault="00891EF0">
            <w:pPr>
              <w:spacing w:after="0" w:line="240" w:lineRule="auto"/>
              <w:jc w:val="center"/>
            </w:pPr>
            <w:r>
              <w:rPr>
                <w:rFonts w:eastAsia="Aptos"/>
                <w:b/>
                <w:sz w:val="17"/>
              </w:rPr>
              <w:t>1.98</w:t>
            </w:r>
          </w:p>
        </w:tc>
        <w:tc>
          <w:tcPr>
            <w:tcW w:w="540" w:type="dxa"/>
            <w:tcMar>
              <w:top w:w="28" w:type="dxa"/>
              <w:left w:w="38" w:type="dxa"/>
              <w:bottom w:w="28" w:type="dxa"/>
              <w:right w:w="38" w:type="dxa"/>
            </w:tcMar>
            <w:vAlign w:val="center"/>
          </w:tcPr>
          <w:p w14:paraId="1EE0DD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9A8F30" w14:textId="77777777" w:rsidR="00D60D5E" w:rsidRDefault="00D60D5E">
            <w:pPr>
              <w:jc w:val="center"/>
            </w:pPr>
          </w:p>
        </w:tc>
      </w:tr>
      <w:tr w:rsidR="00D60D5E" w14:paraId="7640B8D7" w14:textId="77777777" w:rsidTr="000617E0">
        <w:trPr>
          <w:cantSplit/>
          <w:jc w:val="center"/>
        </w:trPr>
        <w:tc>
          <w:tcPr>
            <w:tcW w:w="677" w:type="dxa"/>
            <w:tcMar>
              <w:top w:w="28" w:type="dxa"/>
              <w:left w:w="38" w:type="dxa"/>
              <w:bottom w:w="28" w:type="dxa"/>
              <w:right w:w="38" w:type="dxa"/>
            </w:tcMar>
            <w:vAlign w:val="center"/>
          </w:tcPr>
          <w:p w14:paraId="3823272E" w14:textId="77777777" w:rsidR="00D60D5E" w:rsidRDefault="00891EF0">
            <w:pPr>
              <w:spacing w:after="0" w:line="240" w:lineRule="auto"/>
              <w:jc w:val="center"/>
            </w:pPr>
            <w:r>
              <w:rPr>
                <w:rFonts w:eastAsia="Aptos"/>
                <w:color w:val="6A7075"/>
                <w:sz w:val="17"/>
              </w:rPr>
              <w:t>225-165</w:t>
            </w:r>
          </w:p>
        </w:tc>
        <w:tc>
          <w:tcPr>
            <w:tcW w:w="2648" w:type="dxa"/>
            <w:tcMar>
              <w:top w:w="28" w:type="dxa"/>
              <w:left w:w="38" w:type="dxa"/>
              <w:bottom w:w="28" w:type="dxa"/>
              <w:right w:w="38" w:type="dxa"/>
            </w:tcMar>
            <w:vAlign w:val="center"/>
          </w:tcPr>
          <w:p w14:paraId="37A2CE94" w14:textId="77777777" w:rsidR="00D60D5E" w:rsidRDefault="00891EF0">
            <w:pPr>
              <w:spacing w:after="0" w:line="240" w:lineRule="auto"/>
            </w:pPr>
            <w:r>
              <w:rPr>
                <w:rFonts w:eastAsia="Aptos"/>
                <w:sz w:val="17"/>
              </w:rPr>
              <w:t>Frilly Toothpicks 48ct</w:t>
            </w:r>
          </w:p>
        </w:tc>
        <w:tc>
          <w:tcPr>
            <w:tcW w:w="630" w:type="dxa"/>
            <w:tcMar>
              <w:top w:w="28" w:type="dxa"/>
              <w:left w:w="38" w:type="dxa"/>
              <w:bottom w:w="28" w:type="dxa"/>
              <w:right w:w="38" w:type="dxa"/>
            </w:tcMar>
            <w:vAlign w:val="center"/>
          </w:tcPr>
          <w:p w14:paraId="7BDBC673"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39591C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B82A6F" w14:textId="77777777" w:rsidR="00D60D5E" w:rsidRDefault="00D60D5E">
            <w:pPr>
              <w:jc w:val="center"/>
            </w:pPr>
          </w:p>
        </w:tc>
      </w:tr>
      <w:tr w:rsidR="00D60D5E" w14:paraId="7A5946BF" w14:textId="77777777" w:rsidTr="000617E0">
        <w:trPr>
          <w:cantSplit/>
          <w:jc w:val="center"/>
        </w:trPr>
        <w:tc>
          <w:tcPr>
            <w:tcW w:w="677" w:type="dxa"/>
            <w:tcMar>
              <w:top w:w="28" w:type="dxa"/>
              <w:left w:w="38" w:type="dxa"/>
              <w:bottom w:w="28" w:type="dxa"/>
              <w:right w:w="38" w:type="dxa"/>
            </w:tcMar>
            <w:vAlign w:val="center"/>
          </w:tcPr>
          <w:p w14:paraId="2C000C1D" w14:textId="77777777" w:rsidR="00D60D5E" w:rsidRDefault="00891EF0">
            <w:pPr>
              <w:spacing w:after="0" w:line="240" w:lineRule="auto"/>
              <w:jc w:val="center"/>
            </w:pPr>
            <w:r>
              <w:rPr>
                <w:rFonts w:eastAsia="Aptos"/>
                <w:color w:val="6A7075"/>
                <w:sz w:val="17"/>
              </w:rPr>
              <w:t>225-170</w:t>
            </w:r>
          </w:p>
        </w:tc>
        <w:tc>
          <w:tcPr>
            <w:tcW w:w="2648" w:type="dxa"/>
            <w:tcMar>
              <w:top w:w="28" w:type="dxa"/>
              <w:left w:w="38" w:type="dxa"/>
              <w:bottom w:w="28" w:type="dxa"/>
              <w:right w:w="38" w:type="dxa"/>
            </w:tcMar>
            <w:vAlign w:val="center"/>
          </w:tcPr>
          <w:p w14:paraId="18DD7FB1" w14:textId="77777777" w:rsidR="00D60D5E" w:rsidRDefault="00891EF0">
            <w:pPr>
              <w:spacing w:after="0" w:line="240" w:lineRule="auto"/>
            </w:pPr>
            <w:r>
              <w:rPr>
                <w:rFonts w:eastAsia="Aptos"/>
                <w:sz w:val="17"/>
              </w:rPr>
              <w:t>Paper Towels Regular Single Roll</w:t>
            </w:r>
          </w:p>
        </w:tc>
        <w:tc>
          <w:tcPr>
            <w:tcW w:w="630" w:type="dxa"/>
            <w:tcMar>
              <w:top w:w="28" w:type="dxa"/>
              <w:left w:w="38" w:type="dxa"/>
              <w:bottom w:w="28" w:type="dxa"/>
              <w:right w:w="38" w:type="dxa"/>
            </w:tcMar>
            <w:vAlign w:val="center"/>
          </w:tcPr>
          <w:p w14:paraId="047863E6" w14:textId="77777777" w:rsidR="00D60D5E" w:rsidRDefault="00891EF0">
            <w:pPr>
              <w:spacing w:after="0" w:line="240" w:lineRule="auto"/>
              <w:jc w:val="center"/>
            </w:pPr>
            <w:r>
              <w:rPr>
                <w:rFonts w:eastAsia="Aptos"/>
                <w:b/>
                <w:sz w:val="17"/>
              </w:rPr>
              <w:t>3.79</w:t>
            </w:r>
          </w:p>
        </w:tc>
        <w:tc>
          <w:tcPr>
            <w:tcW w:w="540" w:type="dxa"/>
            <w:tcMar>
              <w:top w:w="28" w:type="dxa"/>
              <w:left w:w="38" w:type="dxa"/>
              <w:bottom w:w="28" w:type="dxa"/>
              <w:right w:w="38" w:type="dxa"/>
            </w:tcMar>
            <w:vAlign w:val="center"/>
          </w:tcPr>
          <w:p w14:paraId="199D23A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6E9BBC" w14:textId="77777777" w:rsidR="00D60D5E" w:rsidRDefault="00D60D5E">
            <w:pPr>
              <w:jc w:val="center"/>
            </w:pPr>
          </w:p>
        </w:tc>
      </w:tr>
      <w:tr w:rsidR="00D60D5E" w14:paraId="109959C0" w14:textId="77777777" w:rsidTr="000617E0">
        <w:trPr>
          <w:cantSplit/>
          <w:jc w:val="center"/>
        </w:trPr>
        <w:tc>
          <w:tcPr>
            <w:tcW w:w="677" w:type="dxa"/>
            <w:tcMar>
              <w:top w:w="28" w:type="dxa"/>
              <w:left w:w="38" w:type="dxa"/>
              <w:bottom w:w="28" w:type="dxa"/>
              <w:right w:w="38" w:type="dxa"/>
            </w:tcMar>
            <w:vAlign w:val="center"/>
          </w:tcPr>
          <w:p w14:paraId="4DFC0A37" w14:textId="77777777" w:rsidR="00D60D5E" w:rsidRDefault="00891EF0">
            <w:pPr>
              <w:spacing w:after="0" w:line="240" w:lineRule="auto"/>
              <w:jc w:val="center"/>
            </w:pPr>
            <w:r>
              <w:rPr>
                <w:rFonts w:eastAsia="Aptos"/>
                <w:color w:val="6A7075"/>
                <w:sz w:val="17"/>
              </w:rPr>
              <w:t>225-175</w:t>
            </w:r>
          </w:p>
        </w:tc>
        <w:tc>
          <w:tcPr>
            <w:tcW w:w="2648" w:type="dxa"/>
            <w:tcMar>
              <w:top w:w="28" w:type="dxa"/>
              <w:left w:w="38" w:type="dxa"/>
              <w:bottom w:w="28" w:type="dxa"/>
              <w:right w:w="38" w:type="dxa"/>
            </w:tcMar>
            <w:vAlign w:val="center"/>
          </w:tcPr>
          <w:p w14:paraId="5920D17F" w14:textId="77777777" w:rsidR="00D60D5E" w:rsidRDefault="00891EF0">
            <w:pPr>
              <w:spacing w:after="0" w:line="240" w:lineRule="auto"/>
            </w:pPr>
            <w:r>
              <w:rPr>
                <w:rFonts w:eastAsia="Aptos"/>
                <w:sz w:val="17"/>
              </w:rPr>
              <w:t>Toilet Paper x 6 pk Charmin</w:t>
            </w:r>
          </w:p>
        </w:tc>
        <w:tc>
          <w:tcPr>
            <w:tcW w:w="630" w:type="dxa"/>
            <w:tcMar>
              <w:top w:w="28" w:type="dxa"/>
              <w:left w:w="38" w:type="dxa"/>
              <w:bottom w:w="28" w:type="dxa"/>
              <w:right w:w="38" w:type="dxa"/>
            </w:tcMar>
            <w:vAlign w:val="center"/>
          </w:tcPr>
          <w:p w14:paraId="5B11D618" w14:textId="77777777" w:rsidR="00D60D5E" w:rsidRDefault="00891EF0">
            <w:pPr>
              <w:spacing w:after="0" w:line="240" w:lineRule="auto"/>
              <w:jc w:val="center"/>
            </w:pPr>
            <w:r>
              <w:rPr>
                <w:rFonts w:eastAsia="Aptos"/>
                <w:b/>
                <w:sz w:val="17"/>
              </w:rPr>
              <w:t>9.25</w:t>
            </w:r>
          </w:p>
        </w:tc>
        <w:tc>
          <w:tcPr>
            <w:tcW w:w="540" w:type="dxa"/>
            <w:tcMar>
              <w:top w:w="28" w:type="dxa"/>
              <w:left w:w="38" w:type="dxa"/>
              <w:bottom w:w="28" w:type="dxa"/>
              <w:right w:w="38" w:type="dxa"/>
            </w:tcMar>
            <w:vAlign w:val="center"/>
          </w:tcPr>
          <w:p w14:paraId="564F323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45ECC7" w14:textId="77777777" w:rsidR="00D60D5E" w:rsidRDefault="00D60D5E">
            <w:pPr>
              <w:jc w:val="center"/>
            </w:pPr>
          </w:p>
        </w:tc>
      </w:tr>
      <w:tr w:rsidR="00D60D5E" w14:paraId="518695C8" w14:textId="77777777" w:rsidTr="000617E0">
        <w:trPr>
          <w:cantSplit/>
          <w:jc w:val="center"/>
        </w:trPr>
        <w:tc>
          <w:tcPr>
            <w:tcW w:w="677" w:type="dxa"/>
            <w:tcMar>
              <w:top w:w="28" w:type="dxa"/>
              <w:left w:w="38" w:type="dxa"/>
              <w:bottom w:w="28" w:type="dxa"/>
              <w:right w:w="38" w:type="dxa"/>
            </w:tcMar>
            <w:vAlign w:val="center"/>
          </w:tcPr>
          <w:p w14:paraId="6614CADA" w14:textId="77777777" w:rsidR="00D60D5E" w:rsidRDefault="00891EF0">
            <w:pPr>
              <w:spacing w:after="0" w:line="240" w:lineRule="auto"/>
              <w:jc w:val="center"/>
            </w:pPr>
            <w:r>
              <w:rPr>
                <w:rFonts w:eastAsia="Aptos"/>
                <w:color w:val="6A7075"/>
                <w:sz w:val="17"/>
              </w:rPr>
              <w:t>225-180</w:t>
            </w:r>
          </w:p>
        </w:tc>
        <w:tc>
          <w:tcPr>
            <w:tcW w:w="2648" w:type="dxa"/>
            <w:tcMar>
              <w:top w:w="28" w:type="dxa"/>
              <w:left w:w="38" w:type="dxa"/>
              <w:bottom w:w="28" w:type="dxa"/>
              <w:right w:w="38" w:type="dxa"/>
            </w:tcMar>
            <w:vAlign w:val="center"/>
          </w:tcPr>
          <w:p w14:paraId="46B6FE90" w14:textId="77777777" w:rsidR="00D60D5E" w:rsidRDefault="00891EF0">
            <w:pPr>
              <w:spacing w:after="0" w:line="240" w:lineRule="auto"/>
            </w:pPr>
            <w:r>
              <w:rPr>
                <w:rFonts w:eastAsia="Aptos"/>
                <w:sz w:val="17"/>
              </w:rPr>
              <w:t>Kleenex Square Box 2ply/85ct</w:t>
            </w:r>
          </w:p>
        </w:tc>
        <w:tc>
          <w:tcPr>
            <w:tcW w:w="630" w:type="dxa"/>
            <w:tcMar>
              <w:top w:w="28" w:type="dxa"/>
              <w:left w:w="38" w:type="dxa"/>
              <w:bottom w:w="28" w:type="dxa"/>
              <w:right w:w="38" w:type="dxa"/>
            </w:tcMar>
            <w:vAlign w:val="center"/>
          </w:tcPr>
          <w:p w14:paraId="7550AD55" w14:textId="77777777" w:rsidR="00D60D5E" w:rsidRDefault="00891EF0">
            <w:pPr>
              <w:spacing w:after="0" w:line="240" w:lineRule="auto"/>
              <w:jc w:val="center"/>
            </w:pPr>
            <w:r>
              <w:rPr>
                <w:rFonts w:eastAsia="Aptos"/>
                <w:b/>
                <w:sz w:val="17"/>
              </w:rPr>
              <w:t>6.79</w:t>
            </w:r>
          </w:p>
        </w:tc>
        <w:tc>
          <w:tcPr>
            <w:tcW w:w="540" w:type="dxa"/>
            <w:tcMar>
              <w:top w:w="28" w:type="dxa"/>
              <w:left w:w="38" w:type="dxa"/>
              <w:bottom w:w="28" w:type="dxa"/>
              <w:right w:w="38" w:type="dxa"/>
            </w:tcMar>
            <w:vAlign w:val="center"/>
          </w:tcPr>
          <w:p w14:paraId="3316799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442686" w14:textId="77777777" w:rsidR="00D60D5E" w:rsidRDefault="00D60D5E">
            <w:pPr>
              <w:jc w:val="center"/>
            </w:pPr>
          </w:p>
        </w:tc>
      </w:tr>
      <w:tr w:rsidR="00D60D5E" w14:paraId="6FF9F83A" w14:textId="77777777" w:rsidTr="000617E0">
        <w:trPr>
          <w:cantSplit/>
          <w:jc w:val="center"/>
        </w:trPr>
        <w:tc>
          <w:tcPr>
            <w:tcW w:w="677" w:type="dxa"/>
            <w:tcMar>
              <w:top w:w="28" w:type="dxa"/>
              <w:left w:w="38" w:type="dxa"/>
              <w:bottom w:w="28" w:type="dxa"/>
              <w:right w:w="38" w:type="dxa"/>
            </w:tcMar>
            <w:vAlign w:val="center"/>
          </w:tcPr>
          <w:p w14:paraId="332CEEDA" w14:textId="77777777" w:rsidR="00D60D5E" w:rsidRDefault="00891EF0">
            <w:pPr>
              <w:spacing w:after="0" w:line="240" w:lineRule="auto"/>
              <w:jc w:val="center"/>
            </w:pPr>
            <w:r>
              <w:rPr>
                <w:rFonts w:eastAsia="Aptos"/>
                <w:color w:val="6A7075"/>
                <w:sz w:val="17"/>
              </w:rPr>
              <w:t>225-185</w:t>
            </w:r>
          </w:p>
        </w:tc>
        <w:tc>
          <w:tcPr>
            <w:tcW w:w="2648" w:type="dxa"/>
            <w:tcMar>
              <w:top w:w="28" w:type="dxa"/>
              <w:left w:w="38" w:type="dxa"/>
              <w:bottom w:w="28" w:type="dxa"/>
              <w:right w:w="38" w:type="dxa"/>
            </w:tcMar>
            <w:vAlign w:val="center"/>
          </w:tcPr>
          <w:p w14:paraId="5DD3F736" w14:textId="77777777" w:rsidR="00D60D5E" w:rsidRDefault="00891EF0">
            <w:pPr>
              <w:spacing w:after="0" w:line="240" w:lineRule="auto"/>
            </w:pPr>
            <w:r>
              <w:rPr>
                <w:rFonts w:eastAsia="Aptos"/>
                <w:sz w:val="17"/>
              </w:rPr>
              <w:t>Trash Bag Sml GLAD 8gal 18ct</w:t>
            </w:r>
          </w:p>
        </w:tc>
        <w:tc>
          <w:tcPr>
            <w:tcW w:w="630" w:type="dxa"/>
            <w:tcMar>
              <w:top w:w="28" w:type="dxa"/>
              <w:left w:w="38" w:type="dxa"/>
              <w:bottom w:w="28" w:type="dxa"/>
              <w:right w:w="38" w:type="dxa"/>
            </w:tcMar>
            <w:vAlign w:val="center"/>
          </w:tcPr>
          <w:p w14:paraId="27BFC08A" w14:textId="77777777" w:rsidR="00D60D5E" w:rsidRDefault="00891EF0">
            <w:pPr>
              <w:spacing w:after="0" w:line="240" w:lineRule="auto"/>
              <w:jc w:val="center"/>
            </w:pPr>
            <w:r>
              <w:rPr>
                <w:rFonts w:eastAsia="Aptos"/>
                <w:b/>
                <w:sz w:val="17"/>
              </w:rPr>
              <w:t>5.50</w:t>
            </w:r>
          </w:p>
        </w:tc>
        <w:tc>
          <w:tcPr>
            <w:tcW w:w="540" w:type="dxa"/>
            <w:tcMar>
              <w:top w:w="28" w:type="dxa"/>
              <w:left w:w="38" w:type="dxa"/>
              <w:bottom w:w="28" w:type="dxa"/>
              <w:right w:w="38" w:type="dxa"/>
            </w:tcMar>
            <w:vAlign w:val="center"/>
          </w:tcPr>
          <w:p w14:paraId="024A338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A7306F" w14:textId="77777777" w:rsidR="00D60D5E" w:rsidRDefault="00D60D5E">
            <w:pPr>
              <w:jc w:val="center"/>
            </w:pPr>
          </w:p>
        </w:tc>
      </w:tr>
      <w:tr w:rsidR="00D60D5E" w14:paraId="5EA567C4" w14:textId="77777777" w:rsidTr="000617E0">
        <w:trPr>
          <w:cantSplit/>
          <w:jc w:val="center"/>
        </w:trPr>
        <w:tc>
          <w:tcPr>
            <w:tcW w:w="677" w:type="dxa"/>
            <w:tcMar>
              <w:top w:w="28" w:type="dxa"/>
              <w:left w:w="38" w:type="dxa"/>
              <w:bottom w:w="28" w:type="dxa"/>
              <w:right w:w="38" w:type="dxa"/>
            </w:tcMar>
            <w:vAlign w:val="center"/>
          </w:tcPr>
          <w:p w14:paraId="63B4BB2F" w14:textId="77777777" w:rsidR="00D60D5E" w:rsidRDefault="00891EF0">
            <w:pPr>
              <w:spacing w:after="0" w:line="240" w:lineRule="auto"/>
              <w:jc w:val="center"/>
            </w:pPr>
            <w:r>
              <w:rPr>
                <w:rFonts w:eastAsia="Aptos"/>
                <w:color w:val="6A7075"/>
                <w:sz w:val="17"/>
              </w:rPr>
              <w:t>225-190</w:t>
            </w:r>
          </w:p>
        </w:tc>
        <w:tc>
          <w:tcPr>
            <w:tcW w:w="2648" w:type="dxa"/>
            <w:tcMar>
              <w:top w:w="28" w:type="dxa"/>
              <w:left w:w="38" w:type="dxa"/>
              <w:bottom w:w="28" w:type="dxa"/>
              <w:right w:w="38" w:type="dxa"/>
            </w:tcMar>
            <w:vAlign w:val="center"/>
          </w:tcPr>
          <w:p w14:paraId="277DEC7E" w14:textId="77777777" w:rsidR="00D60D5E" w:rsidRDefault="00891EF0">
            <w:pPr>
              <w:spacing w:after="0" w:line="240" w:lineRule="auto"/>
            </w:pPr>
            <w:r>
              <w:rPr>
                <w:rFonts w:eastAsia="Aptos"/>
                <w:sz w:val="17"/>
              </w:rPr>
              <w:t>Garbage Bag GLAD 33gal 15ct</w:t>
            </w:r>
          </w:p>
        </w:tc>
        <w:tc>
          <w:tcPr>
            <w:tcW w:w="630" w:type="dxa"/>
            <w:tcMar>
              <w:top w:w="28" w:type="dxa"/>
              <w:left w:w="38" w:type="dxa"/>
              <w:bottom w:w="28" w:type="dxa"/>
              <w:right w:w="38" w:type="dxa"/>
            </w:tcMar>
            <w:vAlign w:val="center"/>
          </w:tcPr>
          <w:p w14:paraId="24E65F43" w14:textId="77777777" w:rsidR="00D60D5E" w:rsidRDefault="00891EF0">
            <w:pPr>
              <w:spacing w:after="0" w:line="240" w:lineRule="auto"/>
              <w:jc w:val="center"/>
            </w:pPr>
            <w:r>
              <w:rPr>
                <w:rFonts w:eastAsia="Aptos"/>
                <w:b/>
                <w:sz w:val="17"/>
              </w:rPr>
              <w:t>9.69</w:t>
            </w:r>
          </w:p>
        </w:tc>
        <w:tc>
          <w:tcPr>
            <w:tcW w:w="540" w:type="dxa"/>
            <w:tcMar>
              <w:top w:w="28" w:type="dxa"/>
              <w:left w:w="38" w:type="dxa"/>
              <w:bottom w:w="28" w:type="dxa"/>
              <w:right w:w="38" w:type="dxa"/>
            </w:tcMar>
            <w:vAlign w:val="center"/>
          </w:tcPr>
          <w:p w14:paraId="34E15DB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D5F1AE" w14:textId="77777777" w:rsidR="00D60D5E" w:rsidRDefault="00D60D5E">
            <w:pPr>
              <w:jc w:val="center"/>
            </w:pPr>
          </w:p>
        </w:tc>
      </w:tr>
      <w:tr w:rsidR="00D60D5E" w14:paraId="52205DD4" w14:textId="77777777" w:rsidTr="000617E0">
        <w:trPr>
          <w:cantSplit/>
          <w:jc w:val="center"/>
        </w:trPr>
        <w:tc>
          <w:tcPr>
            <w:tcW w:w="677" w:type="dxa"/>
            <w:tcMar>
              <w:top w:w="28" w:type="dxa"/>
              <w:left w:w="38" w:type="dxa"/>
              <w:bottom w:w="28" w:type="dxa"/>
              <w:right w:w="38" w:type="dxa"/>
            </w:tcMar>
            <w:vAlign w:val="center"/>
          </w:tcPr>
          <w:p w14:paraId="0A8AB5F4" w14:textId="77777777" w:rsidR="00D60D5E" w:rsidRDefault="00891EF0">
            <w:pPr>
              <w:spacing w:after="0" w:line="240" w:lineRule="auto"/>
              <w:jc w:val="center"/>
            </w:pPr>
            <w:r>
              <w:rPr>
                <w:rFonts w:eastAsia="Aptos"/>
                <w:color w:val="6A7075"/>
                <w:sz w:val="17"/>
              </w:rPr>
              <w:t>225-191</w:t>
            </w:r>
          </w:p>
        </w:tc>
        <w:tc>
          <w:tcPr>
            <w:tcW w:w="2648" w:type="dxa"/>
            <w:tcMar>
              <w:top w:w="28" w:type="dxa"/>
              <w:left w:w="38" w:type="dxa"/>
              <w:bottom w:w="28" w:type="dxa"/>
              <w:right w:w="38" w:type="dxa"/>
            </w:tcMar>
            <w:vAlign w:val="center"/>
          </w:tcPr>
          <w:p w14:paraId="06730CC3" w14:textId="77777777" w:rsidR="00D60D5E" w:rsidRDefault="00891EF0">
            <w:pPr>
              <w:spacing w:after="0" w:line="240" w:lineRule="auto"/>
            </w:pPr>
            <w:r>
              <w:rPr>
                <w:rFonts w:eastAsia="Aptos"/>
                <w:sz w:val="17"/>
              </w:rPr>
              <w:t>Garbage Bags Glad Draw String 30gal 8ct</w:t>
            </w:r>
          </w:p>
        </w:tc>
        <w:tc>
          <w:tcPr>
            <w:tcW w:w="630" w:type="dxa"/>
            <w:tcMar>
              <w:top w:w="28" w:type="dxa"/>
              <w:left w:w="38" w:type="dxa"/>
              <w:bottom w:w="28" w:type="dxa"/>
              <w:right w:w="38" w:type="dxa"/>
            </w:tcMar>
            <w:vAlign w:val="center"/>
          </w:tcPr>
          <w:p w14:paraId="06BD5462"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285AE84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8DB9DE" w14:textId="77777777" w:rsidR="00D60D5E" w:rsidRDefault="00D60D5E">
            <w:pPr>
              <w:jc w:val="center"/>
            </w:pPr>
          </w:p>
        </w:tc>
      </w:tr>
      <w:tr w:rsidR="00D60D5E" w14:paraId="49F154C4" w14:textId="77777777" w:rsidTr="000617E0">
        <w:trPr>
          <w:cantSplit/>
          <w:jc w:val="center"/>
        </w:trPr>
        <w:tc>
          <w:tcPr>
            <w:tcW w:w="677" w:type="dxa"/>
            <w:tcMar>
              <w:top w:w="28" w:type="dxa"/>
              <w:left w:w="38" w:type="dxa"/>
              <w:bottom w:w="28" w:type="dxa"/>
              <w:right w:w="38" w:type="dxa"/>
            </w:tcMar>
            <w:vAlign w:val="center"/>
          </w:tcPr>
          <w:p w14:paraId="3EBC623C" w14:textId="77777777" w:rsidR="00D60D5E" w:rsidRDefault="00891EF0">
            <w:pPr>
              <w:spacing w:after="0" w:line="240" w:lineRule="auto"/>
              <w:jc w:val="center"/>
            </w:pPr>
            <w:r>
              <w:rPr>
                <w:rFonts w:eastAsia="Aptos"/>
                <w:color w:val="6A7075"/>
                <w:sz w:val="17"/>
              </w:rPr>
              <w:t>225-195</w:t>
            </w:r>
          </w:p>
        </w:tc>
        <w:tc>
          <w:tcPr>
            <w:tcW w:w="2648" w:type="dxa"/>
            <w:tcMar>
              <w:top w:w="28" w:type="dxa"/>
              <w:left w:w="38" w:type="dxa"/>
              <w:bottom w:w="28" w:type="dxa"/>
              <w:right w:w="38" w:type="dxa"/>
            </w:tcMar>
            <w:vAlign w:val="center"/>
          </w:tcPr>
          <w:p w14:paraId="5C1177EE" w14:textId="77777777" w:rsidR="00D60D5E" w:rsidRDefault="00891EF0">
            <w:pPr>
              <w:spacing w:after="0" w:line="240" w:lineRule="auto"/>
            </w:pPr>
            <w:r>
              <w:rPr>
                <w:rFonts w:eastAsia="Aptos"/>
                <w:sz w:val="17"/>
              </w:rPr>
              <w:t>Aluminum Foil 25ft</w:t>
            </w:r>
          </w:p>
        </w:tc>
        <w:tc>
          <w:tcPr>
            <w:tcW w:w="630" w:type="dxa"/>
            <w:tcMar>
              <w:top w:w="28" w:type="dxa"/>
              <w:left w:w="38" w:type="dxa"/>
              <w:bottom w:w="28" w:type="dxa"/>
              <w:right w:w="38" w:type="dxa"/>
            </w:tcMar>
            <w:vAlign w:val="center"/>
          </w:tcPr>
          <w:p w14:paraId="2532C106" w14:textId="77777777" w:rsidR="00D60D5E" w:rsidRDefault="00891EF0">
            <w:pPr>
              <w:spacing w:after="0" w:line="240" w:lineRule="auto"/>
              <w:jc w:val="center"/>
            </w:pPr>
            <w:r>
              <w:rPr>
                <w:rFonts w:eastAsia="Aptos"/>
                <w:b/>
                <w:sz w:val="17"/>
              </w:rPr>
              <w:t>4.19</w:t>
            </w:r>
          </w:p>
        </w:tc>
        <w:tc>
          <w:tcPr>
            <w:tcW w:w="540" w:type="dxa"/>
            <w:tcMar>
              <w:top w:w="28" w:type="dxa"/>
              <w:left w:w="38" w:type="dxa"/>
              <w:bottom w:w="28" w:type="dxa"/>
              <w:right w:w="38" w:type="dxa"/>
            </w:tcMar>
            <w:vAlign w:val="center"/>
          </w:tcPr>
          <w:p w14:paraId="2723DB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AF1CD1" w14:textId="77777777" w:rsidR="00D60D5E" w:rsidRDefault="00D60D5E">
            <w:pPr>
              <w:jc w:val="center"/>
            </w:pPr>
          </w:p>
        </w:tc>
      </w:tr>
      <w:tr w:rsidR="00D60D5E" w14:paraId="0949D436" w14:textId="77777777" w:rsidTr="000617E0">
        <w:trPr>
          <w:cantSplit/>
          <w:jc w:val="center"/>
        </w:trPr>
        <w:tc>
          <w:tcPr>
            <w:tcW w:w="677" w:type="dxa"/>
            <w:tcMar>
              <w:top w:w="28" w:type="dxa"/>
              <w:left w:w="38" w:type="dxa"/>
              <w:bottom w:w="28" w:type="dxa"/>
              <w:right w:w="38" w:type="dxa"/>
            </w:tcMar>
            <w:vAlign w:val="center"/>
          </w:tcPr>
          <w:p w14:paraId="4A4DD10C" w14:textId="77777777" w:rsidR="00D60D5E" w:rsidRDefault="00891EF0">
            <w:pPr>
              <w:spacing w:after="0" w:line="240" w:lineRule="auto"/>
              <w:jc w:val="center"/>
            </w:pPr>
            <w:r>
              <w:rPr>
                <w:rFonts w:eastAsia="Aptos"/>
                <w:color w:val="6A7075"/>
                <w:sz w:val="17"/>
              </w:rPr>
              <w:t>225-200</w:t>
            </w:r>
          </w:p>
        </w:tc>
        <w:tc>
          <w:tcPr>
            <w:tcW w:w="2648" w:type="dxa"/>
            <w:tcMar>
              <w:top w:w="28" w:type="dxa"/>
              <w:left w:w="38" w:type="dxa"/>
              <w:bottom w:w="28" w:type="dxa"/>
              <w:right w:w="38" w:type="dxa"/>
            </w:tcMar>
            <w:vAlign w:val="center"/>
          </w:tcPr>
          <w:p w14:paraId="26599E24" w14:textId="77777777" w:rsidR="00D60D5E" w:rsidRDefault="00891EF0">
            <w:pPr>
              <w:spacing w:after="0" w:line="240" w:lineRule="auto"/>
            </w:pPr>
            <w:r>
              <w:rPr>
                <w:rFonts w:eastAsia="Aptos"/>
                <w:sz w:val="17"/>
              </w:rPr>
              <w:t>Cling Wrap 100ft SARAN</w:t>
            </w:r>
          </w:p>
        </w:tc>
        <w:tc>
          <w:tcPr>
            <w:tcW w:w="630" w:type="dxa"/>
            <w:tcMar>
              <w:top w:w="28" w:type="dxa"/>
              <w:left w:w="38" w:type="dxa"/>
              <w:bottom w:w="28" w:type="dxa"/>
              <w:right w:w="38" w:type="dxa"/>
            </w:tcMar>
            <w:vAlign w:val="center"/>
          </w:tcPr>
          <w:p w14:paraId="57148A51" w14:textId="77777777" w:rsidR="00D60D5E" w:rsidRDefault="00891EF0">
            <w:pPr>
              <w:spacing w:after="0" w:line="240" w:lineRule="auto"/>
              <w:jc w:val="center"/>
            </w:pPr>
            <w:r>
              <w:rPr>
                <w:rFonts w:eastAsia="Aptos"/>
                <w:b/>
                <w:sz w:val="17"/>
              </w:rPr>
              <w:t>4.65</w:t>
            </w:r>
          </w:p>
        </w:tc>
        <w:tc>
          <w:tcPr>
            <w:tcW w:w="540" w:type="dxa"/>
            <w:tcMar>
              <w:top w:w="28" w:type="dxa"/>
              <w:left w:w="38" w:type="dxa"/>
              <w:bottom w:w="28" w:type="dxa"/>
              <w:right w:w="38" w:type="dxa"/>
            </w:tcMar>
            <w:vAlign w:val="center"/>
          </w:tcPr>
          <w:p w14:paraId="4A0B2AF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7BB134" w14:textId="77777777" w:rsidR="00D60D5E" w:rsidRDefault="00D60D5E">
            <w:pPr>
              <w:jc w:val="center"/>
            </w:pPr>
          </w:p>
        </w:tc>
      </w:tr>
      <w:tr w:rsidR="00D60D5E" w14:paraId="59AEF311" w14:textId="77777777" w:rsidTr="000617E0">
        <w:trPr>
          <w:cantSplit/>
          <w:jc w:val="center"/>
        </w:trPr>
        <w:tc>
          <w:tcPr>
            <w:tcW w:w="677" w:type="dxa"/>
            <w:tcMar>
              <w:top w:w="28" w:type="dxa"/>
              <w:left w:w="38" w:type="dxa"/>
              <w:bottom w:w="28" w:type="dxa"/>
              <w:right w:w="38" w:type="dxa"/>
            </w:tcMar>
            <w:vAlign w:val="center"/>
          </w:tcPr>
          <w:p w14:paraId="705ED78F" w14:textId="77777777" w:rsidR="00D60D5E" w:rsidRDefault="00891EF0">
            <w:pPr>
              <w:spacing w:after="0" w:line="240" w:lineRule="auto"/>
              <w:jc w:val="center"/>
            </w:pPr>
            <w:r>
              <w:rPr>
                <w:rFonts w:eastAsia="Aptos"/>
                <w:color w:val="6A7075"/>
                <w:sz w:val="17"/>
              </w:rPr>
              <w:t>225-205</w:t>
            </w:r>
          </w:p>
        </w:tc>
        <w:tc>
          <w:tcPr>
            <w:tcW w:w="2648" w:type="dxa"/>
            <w:tcMar>
              <w:top w:w="28" w:type="dxa"/>
              <w:left w:w="38" w:type="dxa"/>
              <w:bottom w:w="28" w:type="dxa"/>
              <w:right w:w="38" w:type="dxa"/>
            </w:tcMar>
            <w:vAlign w:val="center"/>
          </w:tcPr>
          <w:p w14:paraId="01806EC8" w14:textId="77777777" w:rsidR="00D60D5E" w:rsidRDefault="00891EF0">
            <w:pPr>
              <w:spacing w:after="0" w:line="240" w:lineRule="auto"/>
            </w:pPr>
            <w:r>
              <w:rPr>
                <w:rFonts w:eastAsia="Aptos"/>
                <w:sz w:val="17"/>
              </w:rPr>
              <w:t>Storage Bags QT 25CT ZIPLOCK</w:t>
            </w:r>
          </w:p>
        </w:tc>
        <w:tc>
          <w:tcPr>
            <w:tcW w:w="630" w:type="dxa"/>
            <w:tcMar>
              <w:top w:w="28" w:type="dxa"/>
              <w:left w:w="38" w:type="dxa"/>
              <w:bottom w:w="28" w:type="dxa"/>
              <w:right w:w="38" w:type="dxa"/>
            </w:tcMar>
            <w:vAlign w:val="center"/>
          </w:tcPr>
          <w:p w14:paraId="37269C70" w14:textId="77777777" w:rsidR="00D60D5E" w:rsidRDefault="00891EF0">
            <w:pPr>
              <w:spacing w:after="0" w:line="240" w:lineRule="auto"/>
              <w:jc w:val="center"/>
            </w:pPr>
            <w:r>
              <w:rPr>
                <w:rFonts w:eastAsia="Aptos"/>
                <w:b/>
                <w:sz w:val="17"/>
              </w:rPr>
              <w:t>4.65</w:t>
            </w:r>
          </w:p>
        </w:tc>
        <w:tc>
          <w:tcPr>
            <w:tcW w:w="540" w:type="dxa"/>
            <w:tcMar>
              <w:top w:w="28" w:type="dxa"/>
              <w:left w:w="38" w:type="dxa"/>
              <w:bottom w:w="28" w:type="dxa"/>
              <w:right w:w="38" w:type="dxa"/>
            </w:tcMar>
            <w:vAlign w:val="center"/>
          </w:tcPr>
          <w:p w14:paraId="5F4C4D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538F59" w14:textId="77777777" w:rsidR="00D60D5E" w:rsidRDefault="00D60D5E">
            <w:pPr>
              <w:jc w:val="center"/>
            </w:pPr>
          </w:p>
        </w:tc>
      </w:tr>
      <w:tr w:rsidR="00D60D5E" w14:paraId="66535461" w14:textId="77777777" w:rsidTr="000617E0">
        <w:trPr>
          <w:cantSplit/>
          <w:jc w:val="center"/>
        </w:trPr>
        <w:tc>
          <w:tcPr>
            <w:tcW w:w="677" w:type="dxa"/>
            <w:tcMar>
              <w:top w:w="28" w:type="dxa"/>
              <w:left w:w="38" w:type="dxa"/>
              <w:bottom w:w="28" w:type="dxa"/>
              <w:right w:w="38" w:type="dxa"/>
            </w:tcMar>
            <w:vAlign w:val="center"/>
          </w:tcPr>
          <w:p w14:paraId="27AFB3AF" w14:textId="77777777" w:rsidR="00D60D5E" w:rsidRDefault="00891EF0">
            <w:pPr>
              <w:spacing w:after="0" w:line="240" w:lineRule="auto"/>
              <w:jc w:val="center"/>
            </w:pPr>
            <w:r>
              <w:rPr>
                <w:rFonts w:eastAsia="Aptos"/>
                <w:color w:val="6A7075"/>
                <w:sz w:val="17"/>
              </w:rPr>
              <w:t>225-210</w:t>
            </w:r>
          </w:p>
        </w:tc>
        <w:tc>
          <w:tcPr>
            <w:tcW w:w="2648" w:type="dxa"/>
            <w:tcMar>
              <w:top w:w="28" w:type="dxa"/>
              <w:left w:w="38" w:type="dxa"/>
              <w:bottom w:w="28" w:type="dxa"/>
              <w:right w:w="38" w:type="dxa"/>
            </w:tcMar>
            <w:vAlign w:val="center"/>
          </w:tcPr>
          <w:p w14:paraId="1A8D189E" w14:textId="77777777" w:rsidR="00D60D5E" w:rsidRDefault="00891EF0">
            <w:pPr>
              <w:spacing w:after="0" w:line="240" w:lineRule="auto"/>
            </w:pPr>
            <w:r>
              <w:rPr>
                <w:rFonts w:eastAsia="Aptos"/>
                <w:sz w:val="17"/>
              </w:rPr>
              <w:t>Plastic Cups 10oz 50ct</w:t>
            </w:r>
          </w:p>
        </w:tc>
        <w:tc>
          <w:tcPr>
            <w:tcW w:w="630" w:type="dxa"/>
            <w:tcMar>
              <w:top w:w="28" w:type="dxa"/>
              <w:left w:w="38" w:type="dxa"/>
              <w:bottom w:w="28" w:type="dxa"/>
              <w:right w:w="38" w:type="dxa"/>
            </w:tcMar>
            <w:vAlign w:val="center"/>
          </w:tcPr>
          <w:p w14:paraId="31F62949" w14:textId="77777777" w:rsidR="00D60D5E" w:rsidRDefault="00891EF0">
            <w:pPr>
              <w:spacing w:after="0" w:line="240" w:lineRule="auto"/>
              <w:jc w:val="center"/>
            </w:pPr>
            <w:r>
              <w:rPr>
                <w:rFonts w:eastAsia="Aptos"/>
                <w:b/>
                <w:sz w:val="17"/>
              </w:rPr>
              <w:t>4.10</w:t>
            </w:r>
          </w:p>
        </w:tc>
        <w:tc>
          <w:tcPr>
            <w:tcW w:w="540" w:type="dxa"/>
            <w:tcMar>
              <w:top w:w="28" w:type="dxa"/>
              <w:left w:w="38" w:type="dxa"/>
              <w:bottom w:w="28" w:type="dxa"/>
              <w:right w:w="38" w:type="dxa"/>
            </w:tcMar>
            <w:vAlign w:val="center"/>
          </w:tcPr>
          <w:p w14:paraId="4B9A9EB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C80ACF" w14:textId="77777777" w:rsidR="00D60D5E" w:rsidRDefault="00D60D5E">
            <w:pPr>
              <w:jc w:val="center"/>
            </w:pPr>
          </w:p>
        </w:tc>
      </w:tr>
      <w:tr w:rsidR="00D60D5E" w14:paraId="78B56650" w14:textId="77777777" w:rsidTr="000617E0">
        <w:trPr>
          <w:cantSplit/>
          <w:jc w:val="center"/>
        </w:trPr>
        <w:tc>
          <w:tcPr>
            <w:tcW w:w="677" w:type="dxa"/>
            <w:tcMar>
              <w:top w:w="28" w:type="dxa"/>
              <w:left w:w="38" w:type="dxa"/>
              <w:bottom w:w="28" w:type="dxa"/>
              <w:right w:w="38" w:type="dxa"/>
            </w:tcMar>
            <w:vAlign w:val="center"/>
          </w:tcPr>
          <w:p w14:paraId="25D8FB63" w14:textId="77777777" w:rsidR="00D60D5E" w:rsidRDefault="00891EF0">
            <w:pPr>
              <w:spacing w:after="0" w:line="240" w:lineRule="auto"/>
              <w:jc w:val="center"/>
            </w:pPr>
            <w:r>
              <w:rPr>
                <w:rFonts w:eastAsia="Aptos"/>
                <w:color w:val="6A7075"/>
                <w:sz w:val="17"/>
              </w:rPr>
              <w:t>225-211</w:t>
            </w:r>
          </w:p>
        </w:tc>
        <w:tc>
          <w:tcPr>
            <w:tcW w:w="2648" w:type="dxa"/>
            <w:tcMar>
              <w:top w:w="28" w:type="dxa"/>
              <w:left w:w="38" w:type="dxa"/>
              <w:bottom w:w="28" w:type="dxa"/>
              <w:right w:w="38" w:type="dxa"/>
            </w:tcMar>
            <w:vAlign w:val="center"/>
          </w:tcPr>
          <w:p w14:paraId="1030B8E5" w14:textId="77777777" w:rsidR="00D60D5E" w:rsidRDefault="00891EF0">
            <w:pPr>
              <w:spacing w:after="0" w:line="240" w:lineRule="auto"/>
            </w:pPr>
            <w:r>
              <w:rPr>
                <w:rFonts w:eastAsia="Aptos"/>
                <w:sz w:val="17"/>
              </w:rPr>
              <w:t>Plastic Cups 12oz 50ct PLASTIFAIR</w:t>
            </w:r>
          </w:p>
        </w:tc>
        <w:tc>
          <w:tcPr>
            <w:tcW w:w="630" w:type="dxa"/>
            <w:tcMar>
              <w:top w:w="28" w:type="dxa"/>
              <w:left w:w="38" w:type="dxa"/>
              <w:bottom w:w="28" w:type="dxa"/>
              <w:right w:w="38" w:type="dxa"/>
            </w:tcMar>
            <w:vAlign w:val="center"/>
          </w:tcPr>
          <w:p w14:paraId="3831D7F3" w14:textId="77777777" w:rsidR="00D60D5E" w:rsidRDefault="00891EF0">
            <w:pPr>
              <w:spacing w:after="0" w:line="240" w:lineRule="auto"/>
              <w:jc w:val="center"/>
            </w:pPr>
            <w:r>
              <w:rPr>
                <w:rFonts w:eastAsia="Aptos"/>
                <w:b/>
                <w:sz w:val="17"/>
              </w:rPr>
              <w:t>4.45</w:t>
            </w:r>
          </w:p>
        </w:tc>
        <w:tc>
          <w:tcPr>
            <w:tcW w:w="540" w:type="dxa"/>
            <w:tcMar>
              <w:top w:w="28" w:type="dxa"/>
              <w:left w:w="38" w:type="dxa"/>
              <w:bottom w:w="28" w:type="dxa"/>
              <w:right w:w="38" w:type="dxa"/>
            </w:tcMar>
            <w:vAlign w:val="center"/>
          </w:tcPr>
          <w:p w14:paraId="6B3645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25FF07" w14:textId="77777777" w:rsidR="00D60D5E" w:rsidRDefault="00D60D5E">
            <w:pPr>
              <w:jc w:val="center"/>
            </w:pPr>
          </w:p>
        </w:tc>
      </w:tr>
      <w:tr w:rsidR="00D60D5E" w14:paraId="54F64D0D" w14:textId="77777777" w:rsidTr="000617E0">
        <w:trPr>
          <w:cantSplit/>
          <w:jc w:val="center"/>
        </w:trPr>
        <w:tc>
          <w:tcPr>
            <w:tcW w:w="677" w:type="dxa"/>
            <w:tcMar>
              <w:top w:w="28" w:type="dxa"/>
              <w:left w:w="38" w:type="dxa"/>
              <w:bottom w:w="28" w:type="dxa"/>
              <w:right w:w="38" w:type="dxa"/>
            </w:tcMar>
            <w:vAlign w:val="center"/>
          </w:tcPr>
          <w:p w14:paraId="622302CC" w14:textId="77777777" w:rsidR="00D60D5E" w:rsidRDefault="00891EF0">
            <w:pPr>
              <w:spacing w:after="0" w:line="240" w:lineRule="auto"/>
              <w:jc w:val="center"/>
            </w:pPr>
            <w:r>
              <w:rPr>
                <w:rFonts w:eastAsia="Aptos"/>
                <w:color w:val="6A7075"/>
                <w:sz w:val="17"/>
              </w:rPr>
              <w:t>225-212</w:t>
            </w:r>
          </w:p>
        </w:tc>
        <w:tc>
          <w:tcPr>
            <w:tcW w:w="2648" w:type="dxa"/>
            <w:tcMar>
              <w:top w:w="28" w:type="dxa"/>
              <w:left w:w="38" w:type="dxa"/>
              <w:bottom w:w="28" w:type="dxa"/>
              <w:right w:w="38" w:type="dxa"/>
            </w:tcMar>
            <w:vAlign w:val="center"/>
          </w:tcPr>
          <w:p w14:paraId="742F3023" w14:textId="77777777" w:rsidR="00D60D5E" w:rsidRDefault="00891EF0">
            <w:pPr>
              <w:spacing w:after="0" w:line="240" w:lineRule="auto"/>
            </w:pPr>
            <w:r>
              <w:rPr>
                <w:rFonts w:eastAsia="Aptos"/>
                <w:sz w:val="17"/>
              </w:rPr>
              <w:t>Plastic Cups 16oz 50ct</w:t>
            </w:r>
          </w:p>
        </w:tc>
        <w:tc>
          <w:tcPr>
            <w:tcW w:w="630" w:type="dxa"/>
            <w:tcMar>
              <w:top w:w="28" w:type="dxa"/>
              <w:left w:w="38" w:type="dxa"/>
              <w:bottom w:w="28" w:type="dxa"/>
              <w:right w:w="38" w:type="dxa"/>
            </w:tcMar>
            <w:vAlign w:val="center"/>
          </w:tcPr>
          <w:p w14:paraId="51569B5C" w14:textId="77777777" w:rsidR="00D60D5E" w:rsidRDefault="00891EF0">
            <w:pPr>
              <w:spacing w:after="0" w:line="240" w:lineRule="auto"/>
              <w:jc w:val="center"/>
            </w:pPr>
            <w:r>
              <w:rPr>
                <w:rFonts w:eastAsia="Aptos"/>
                <w:b/>
                <w:sz w:val="17"/>
              </w:rPr>
              <w:t>5.89</w:t>
            </w:r>
          </w:p>
        </w:tc>
        <w:tc>
          <w:tcPr>
            <w:tcW w:w="540" w:type="dxa"/>
            <w:tcMar>
              <w:top w:w="28" w:type="dxa"/>
              <w:left w:w="38" w:type="dxa"/>
              <w:bottom w:w="28" w:type="dxa"/>
              <w:right w:w="38" w:type="dxa"/>
            </w:tcMar>
            <w:vAlign w:val="center"/>
          </w:tcPr>
          <w:p w14:paraId="029300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982CAA" w14:textId="77777777" w:rsidR="00D60D5E" w:rsidRDefault="00D60D5E">
            <w:pPr>
              <w:jc w:val="center"/>
            </w:pPr>
          </w:p>
        </w:tc>
      </w:tr>
      <w:tr w:rsidR="00D60D5E" w14:paraId="58EAEC37" w14:textId="77777777" w:rsidTr="000617E0">
        <w:trPr>
          <w:cantSplit/>
          <w:jc w:val="center"/>
        </w:trPr>
        <w:tc>
          <w:tcPr>
            <w:tcW w:w="677" w:type="dxa"/>
            <w:tcMar>
              <w:top w:w="28" w:type="dxa"/>
              <w:left w:w="38" w:type="dxa"/>
              <w:bottom w:w="28" w:type="dxa"/>
              <w:right w:w="38" w:type="dxa"/>
            </w:tcMar>
            <w:vAlign w:val="center"/>
          </w:tcPr>
          <w:p w14:paraId="07F6CDA8" w14:textId="77777777" w:rsidR="00D60D5E" w:rsidRDefault="00891EF0">
            <w:pPr>
              <w:spacing w:after="0" w:line="240" w:lineRule="auto"/>
              <w:jc w:val="center"/>
            </w:pPr>
            <w:r>
              <w:rPr>
                <w:rFonts w:eastAsia="Aptos"/>
                <w:color w:val="6A7075"/>
                <w:sz w:val="17"/>
              </w:rPr>
              <w:t>225-215</w:t>
            </w:r>
          </w:p>
        </w:tc>
        <w:tc>
          <w:tcPr>
            <w:tcW w:w="2648" w:type="dxa"/>
            <w:tcMar>
              <w:top w:w="28" w:type="dxa"/>
              <w:left w:w="38" w:type="dxa"/>
              <w:bottom w:w="28" w:type="dxa"/>
              <w:right w:w="38" w:type="dxa"/>
            </w:tcMar>
            <w:vAlign w:val="center"/>
          </w:tcPr>
          <w:p w14:paraId="223C6905" w14:textId="77777777" w:rsidR="00D60D5E" w:rsidRDefault="00891EF0">
            <w:pPr>
              <w:spacing w:after="0" w:line="240" w:lineRule="auto"/>
            </w:pPr>
            <w:r>
              <w:rPr>
                <w:rFonts w:eastAsia="Aptos"/>
                <w:sz w:val="17"/>
              </w:rPr>
              <w:t>Trash Bags Medium 13gal 12ct</w:t>
            </w:r>
          </w:p>
        </w:tc>
        <w:tc>
          <w:tcPr>
            <w:tcW w:w="630" w:type="dxa"/>
            <w:tcMar>
              <w:top w:w="28" w:type="dxa"/>
              <w:left w:w="38" w:type="dxa"/>
              <w:bottom w:w="28" w:type="dxa"/>
              <w:right w:w="38" w:type="dxa"/>
            </w:tcMar>
            <w:vAlign w:val="center"/>
          </w:tcPr>
          <w:p w14:paraId="0295A722" w14:textId="77777777" w:rsidR="00D60D5E" w:rsidRDefault="00891EF0">
            <w:pPr>
              <w:spacing w:after="0" w:line="240" w:lineRule="auto"/>
              <w:jc w:val="center"/>
            </w:pPr>
            <w:r>
              <w:rPr>
                <w:rFonts w:eastAsia="Aptos"/>
                <w:b/>
                <w:sz w:val="17"/>
              </w:rPr>
              <w:t>6.25</w:t>
            </w:r>
          </w:p>
        </w:tc>
        <w:tc>
          <w:tcPr>
            <w:tcW w:w="540" w:type="dxa"/>
            <w:tcMar>
              <w:top w:w="28" w:type="dxa"/>
              <w:left w:w="38" w:type="dxa"/>
              <w:bottom w:w="28" w:type="dxa"/>
              <w:right w:w="38" w:type="dxa"/>
            </w:tcMar>
            <w:vAlign w:val="center"/>
          </w:tcPr>
          <w:p w14:paraId="42396D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23651E" w14:textId="77777777" w:rsidR="00D60D5E" w:rsidRDefault="00D60D5E">
            <w:pPr>
              <w:jc w:val="center"/>
            </w:pPr>
          </w:p>
        </w:tc>
      </w:tr>
      <w:tr w:rsidR="00D60D5E" w14:paraId="0FF1E5DA" w14:textId="77777777" w:rsidTr="000617E0">
        <w:trPr>
          <w:cantSplit/>
          <w:jc w:val="center"/>
        </w:trPr>
        <w:tc>
          <w:tcPr>
            <w:tcW w:w="677" w:type="dxa"/>
            <w:tcMar>
              <w:top w:w="28" w:type="dxa"/>
              <w:left w:w="38" w:type="dxa"/>
              <w:bottom w:w="28" w:type="dxa"/>
              <w:right w:w="38" w:type="dxa"/>
            </w:tcMar>
            <w:vAlign w:val="center"/>
          </w:tcPr>
          <w:p w14:paraId="4774DC49" w14:textId="77777777" w:rsidR="00D60D5E" w:rsidRDefault="00891EF0">
            <w:pPr>
              <w:spacing w:after="0" w:line="240" w:lineRule="auto"/>
              <w:jc w:val="center"/>
            </w:pPr>
            <w:r>
              <w:rPr>
                <w:rFonts w:eastAsia="Aptos"/>
                <w:color w:val="6A7075"/>
                <w:sz w:val="17"/>
              </w:rPr>
              <w:t>225-220</w:t>
            </w:r>
          </w:p>
        </w:tc>
        <w:tc>
          <w:tcPr>
            <w:tcW w:w="2648" w:type="dxa"/>
            <w:tcMar>
              <w:top w:w="28" w:type="dxa"/>
              <w:left w:w="38" w:type="dxa"/>
              <w:bottom w:w="28" w:type="dxa"/>
              <w:right w:w="38" w:type="dxa"/>
            </w:tcMar>
            <w:vAlign w:val="center"/>
          </w:tcPr>
          <w:p w14:paraId="6933C258" w14:textId="77777777" w:rsidR="00D60D5E" w:rsidRDefault="00891EF0">
            <w:pPr>
              <w:spacing w:after="0" w:line="240" w:lineRule="auto"/>
            </w:pPr>
            <w:r>
              <w:rPr>
                <w:rFonts w:eastAsia="Aptos"/>
                <w:sz w:val="17"/>
              </w:rPr>
              <w:t>Aluminum Foil 75ft</w:t>
            </w:r>
          </w:p>
        </w:tc>
        <w:tc>
          <w:tcPr>
            <w:tcW w:w="630" w:type="dxa"/>
            <w:tcMar>
              <w:top w:w="28" w:type="dxa"/>
              <w:left w:w="38" w:type="dxa"/>
              <w:bottom w:w="28" w:type="dxa"/>
              <w:right w:w="38" w:type="dxa"/>
            </w:tcMar>
            <w:vAlign w:val="center"/>
          </w:tcPr>
          <w:p w14:paraId="01B3A468" w14:textId="77777777" w:rsidR="00D60D5E" w:rsidRDefault="00891EF0">
            <w:pPr>
              <w:spacing w:after="0" w:line="240" w:lineRule="auto"/>
              <w:jc w:val="center"/>
            </w:pPr>
            <w:r>
              <w:rPr>
                <w:rFonts w:eastAsia="Aptos"/>
                <w:b/>
                <w:sz w:val="17"/>
              </w:rPr>
              <w:t>10.59</w:t>
            </w:r>
          </w:p>
        </w:tc>
        <w:tc>
          <w:tcPr>
            <w:tcW w:w="540" w:type="dxa"/>
            <w:tcMar>
              <w:top w:w="28" w:type="dxa"/>
              <w:left w:w="38" w:type="dxa"/>
              <w:bottom w:w="28" w:type="dxa"/>
              <w:right w:w="38" w:type="dxa"/>
            </w:tcMar>
            <w:vAlign w:val="center"/>
          </w:tcPr>
          <w:p w14:paraId="63B6D5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2DCBD7" w14:textId="77777777" w:rsidR="00D60D5E" w:rsidRDefault="00D60D5E">
            <w:pPr>
              <w:jc w:val="center"/>
            </w:pPr>
          </w:p>
        </w:tc>
      </w:tr>
      <w:tr w:rsidR="00D60D5E" w14:paraId="4E5900DC" w14:textId="77777777" w:rsidTr="000617E0">
        <w:trPr>
          <w:cantSplit/>
          <w:jc w:val="center"/>
        </w:trPr>
        <w:tc>
          <w:tcPr>
            <w:tcW w:w="677" w:type="dxa"/>
            <w:tcMar>
              <w:top w:w="28" w:type="dxa"/>
              <w:left w:w="38" w:type="dxa"/>
              <w:bottom w:w="28" w:type="dxa"/>
              <w:right w:w="38" w:type="dxa"/>
            </w:tcMar>
            <w:vAlign w:val="center"/>
          </w:tcPr>
          <w:p w14:paraId="4E0BA1A7" w14:textId="77777777" w:rsidR="00D60D5E" w:rsidRDefault="00891EF0">
            <w:pPr>
              <w:spacing w:after="0" w:line="240" w:lineRule="auto"/>
              <w:jc w:val="center"/>
            </w:pPr>
            <w:r>
              <w:rPr>
                <w:rFonts w:eastAsia="Aptos"/>
                <w:color w:val="6A7075"/>
                <w:sz w:val="17"/>
              </w:rPr>
              <w:t>225-225</w:t>
            </w:r>
          </w:p>
        </w:tc>
        <w:tc>
          <w:tcPr>
            <w:tcW w:w="2648" w:type="dxa"/>
            <w:tcMar>
              <w:top w:w="28" w:type="dxa"/>
              <w:left w:w="38" w:type="dxa"/>
              <w:bottom w:w="28" w:type="dxa"/>
              <w:right w:w="38" w:type="dxa"/>
            </w:tcMar>
            <w:vAlign w:val="center"/>
          </w:tcPr>
          <w:p w14:paraId="2F456C1F" w14:textId="77777777" w:rsidR="00D60D5E" w:rsidRDefault="00891EF0">
            <w:pPr>
              <w:spacing w:after="0" w:line="240" w:lineRule="auto"/>
            </w:pPr>
            <w:r>
              <w:rPr>
                <w:rFonts w:eastAsia="Aptos"/>
                <w:sz w:val="17"/>
              </w:rPr>
              <w:t>Storage Bags GAL 20CT ZIPLOCK</w:t>
            </w:r>
          </w:p>
        </w:tc>
        <w:tc>
          <w:tcPr>
            <w:tcW w:w="630" w:type="dxa"/>
            <w:tcMar>
              <w:top w:w="28" w:type="dxa"/>
              <w:left w:w="38" w:type="dxa"/>
              <w:bottom w:w="28" w:type="dxa"/>
              <w:right w:w="38" w:type="dxa"/>
            </w:tcMar>
            <w:vAlign w:val="center"/>
          </w:tcPr>
          <w:p w14:paraId="15519CAF" w14:textId="77777777" w:rsidR="00D60D5E" w:rsidRDefault="00891EF0">
            <w:pPr>
              <w:spacing w:after="0" w:line="240" w:lineRule="auto"/>
              <w:jc w:val="center"/>
            </w:pPr>
            <w:r>
              <w:rPr>
                <w:rFonts w:eastAsia="Aptos"/>
                <w:b/>
                <w:sz w:val="17"/>
              </w:rPr>
              <w:t>7.85</w:t>
            </w:r>
          </w:p>
        </w:tc>
        <w:tc>
          <w:tcPr>
            <w:tcW w:w="540" w:type="dxa"/>
            <w:tcMar>
              <w:top w:w="28" w:type="dxa"/>
              <w:left w:w="38" w:type="dxa"/>
              <w:bottom w:w="28" w:type="dxa"/>
              <w:right w:w="38" w:type="dxa"/>
            </w:tcMar>
            <w:vAlign w:val="center"/>
          </w:tcPr>
          <w:p w14:paraId="76F49A9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0DCB6AE" w14:textId="77777777" w:rsidR="00D60D5E" w:rsidRDefault="00D60D5E">
            <w:pPr>
              <w:jc w:val="center"/>
            </w:pPr>
          </w:p>
        </w:tc>
      </w:tr>
      <w:tr w:rsidR="00D60D5E" w14:paraId="63F263B8" w14:textId="77777777" w:rsidTr="000617E0">
        <w:trPr>
          <w:cantSplit/>
          <w:jc w:val="center"/>
        </w:trPr>
        <w:tc>
          <w:tcPr>
            <w:tcW w:w="677" w:type="dxa"/>
            <w:tcMar>
              <w:top w:w="28" w:type="dxa"/>
              <w:left w:w="38" w:type="dxa"/>
              <w:bottom w:w="28" w:type="dxa"/>
              <w:right w:w="38" w:type="dxa"/>
            </w:tcMar>
            <w:vAlign w:val="center"/>
          </w:tcPr>
          <w:p w14:paraId="4782D4FC" w14:textId="77777777" w:rsidR="00D60D5E" w:rsidRDefault="00891EF0">
            <w:pPr>
              <w:spacing w:after="0" w:line="240" w:lineRule="auto"/>
              <w:jc w:val="center"/>
            </w:pPr>
            <w:r>
              <w:rPr>
                <w:rFonts w:eastAsia="Aptos"/>
                <w:color w:val="6A7075"/>
                <w:sz w:val="17"/>
              </w:rPr>
              <w:t>225-230</w:t>
            </w:r>
          </w:p>
        </w:tc>
        <w:tc>
          <w:tcPr>
            <w:tcW w:w="2648" w:type="dxa"/>
            <w:tcMar>
              <w:top w:w="28" w:type="dxa"/>
              <w:left w:w="38" w:type="dxa"/>
              <w:bottom w:w="28" w:type="dxa"/>
              <w:right w:w="38" w:type="dxa"/>
            </w:tcMar>
            <w:vAlign w:val="center"/>
          </w:tcPr>
          <w:p w14:paraId="013191F4" w14:textId="77777777" w:rsidR="00D60D5E" w:rsidRDefault="00891EF0">
            <w:pPr>
              <w:spacing w:after="0" w:line="240" w:lineRule="auto"/>
            </w:pPr>
            <w:r>
              <w:rPr>
                <w:rFonts w:eastAsia="Aptos"/>
                <w:sz w:val="17"/>
              </w:rPr>
              <w:t>Scott Regular Napkins 100pk</w:t>
            </w:r>
          </w:p>
        </w:tc>
        <w:tc>
          <w:tcPr>
            <w:tcW w:w="630" w:type="dxa"/>
            <w:tcMar>
              <w:top w:w="28" w:type="dxa"/>
              <w:left w:w="38" w:type="dxa"/>
              <w:bottom w:w="28" w:type="dxa"/>
              <w:right w:w="38" w:type="dxa"/>
            </w:tcMar>
            <w:vAlign w:val="center"/>
          </w:tcPr>
          <w:p w14:paraId="65B8FF47" w14:textId="77777777" w:rsidR="00D60D5E" w:rsidRDefault="00891EF0">
            <w:pPr>
              <w:spacing w:after="0" w:line="240" w:lineRule="auto"/>
              <w:jc w:val="center"/>
            </w:pPr>
            <w:r>
              <w:rPr>
                <w:rFonts w:eastAsia="Aptos"/>
                <w:b/>
                <w:sz w:val="17"/>
              </w:rPr>
              <w:t>3.29</w:t>
            </w:r>
          </w:p>
        </w:tc>
        <w:tc>
          <w:tcPr>
            <w:tcW w:w="540" w:type="dxa"/>
            <w:tcMar>
              <w:top w:w="28" w:type="dxa"/>
              <w:left w:w="38" w:type="dxa"/>
              <w:bottom w:w="28" w:type="dxa"/>
              <w:right w:w="38" w:type="dxa"/>
            </w:tcMar>
            <w:vAlign w:val="center"/>
          </w:tcPr>
          <w:p w14:paraId="0526252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6B3C3B" w14:textId="77777777" w:rsidR="00D60D5E" w:rsidRDefault="00D60D5E">
            <w:pPr>
              <w:jc w:val="center"/>
            </w:pPr>
          </w:p>
        </w:tc>
      </w:tr>
      <w:tr w:rsidR="00D60D5E" w14:paraId="5F042F69" w14:textId="77777777" w:rsidTr="000617E0">
        <w:trPr>
          <w:cantSplit/>
          <w:jc w:val="center"/>
        </w:trPr>
        <w:tc>
          <w:tcPr>
            <w:tcW w:w="677" w:type="dxa"/>
            <w:shd w:val="clear" w:color="auto" w:fill="D9EAF7"/>
            <w:tcMar>
              <w:top w:w="28" w:type="dxa"/>
              <w:left w:w="38" w:type="dxa"/>
              <w:bottom w:w="28" w:type="dxa"/>
              <w:right w:w="38" w:type="dxa"/>
            </w:tcMar>
            <w:vAlign w:val="center"/>
          </w:tcPr>
          <w:p w14:paraId="64E88433" w14:textId="77777777" w:rsidR="00D60D5E" w:rsidRDefault="00891EF0">
            <w:pPr>
              <w:spacing w:after="0" w:line="240" w:lineRule="auto"/>
              <w:jc w:val="center"/>
            </w:pPr>
            <w:r>
              <w:rPr>
                <w:rFonts w:eastAsia="Aptos"/>
                <w:b/>
                <w:color w:val="76A943"/>
                <w:sz w:val="18"/>
              </w:rPr>
              <w:t>230-</w:t>
            </w:r>
          </w:p>
        </w:tc>
        <w:tc>
          <w:tcPr>
            <w:tcW w:w="2648" w:type="dxa"/>
            <w:shd w:val="clear" w:color="auto" w:fill="D9EAF7"/>
            <w:tcMar>
              <w:top w:w="28" w:type="dxa"/>
              <w:left w:w="38" w:type="dxa"/>
              <w:bottom w:w="28" w:type="dxa"/>
              <w:right w:w="38" w:type="dxa"/>
            </w:tcMar>
            <w:vAlign w:val="center"/>
          </w:tcPr>
          <w:p w14:paraId="47248A1E" w14:textId="77777777" w:rsidR="00D60D5E" w:rsidRDefault="00891EF0">
            <w:pPr>
              <w:spacing w:after="0" w:line="240" w:lineRule="auto"/>
            </w:pPr>
            <w:r>
              <w:rPr>
                <w:rFonts w:eastAsia="Aptos"/>
                <w:b/>
                <w:color w:val="76A943"/>
                <w:sz w:val="18"/>
              </w:rPr>
              <w:t>YACHT SUPPLIES</w:t>
            </w:r>
          </w:p>
        </w:tc>
        <w:tc>
          <w:tcPr>
            <w:tcW w:w="630" w:type="dxa"/>
            <w:shd w:val="clear" w:color="auto" w:fill="D9EAF7"/>
            <w:tcMar>
              <w:top w:w="28" w:type="dxa"/>
              <w:left w:w="38" w:type="dxa"/>
              <w:bottom w:w="28" w:type="dxa"/>
              <w:right w:w="38" w:type="dxa"/>
            </w:tcMar>
            <w:vAlign w:val="center"/>
          </w:tcPr>
          <w:p w14:paraId="5FD388D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5134DE05"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43637B6" w14:textId="77777777" w:rsidR="00D60D5E" w:rsidRDefault="00D60D5E">
            <w:pPr>
              <w:jc w:val="center"/>
            </w:pPr>
          </w:p>
        </w:tc>
      </w:tr>
      <w:tr w:rsidR="00D60D5E" w14:paraId="35D10E3B" w14:textId="77777777" w:rsidTr="000617E0">
        <w:trPr>
          <w:cantSplit/>
          <w:jc w:val="center"/>
        </w:trPr>
        <w:tc>
          <w:tcPr>
            <w:tcW w:w="677" w:type="dxa"/>
            <w:tcMar>
              <w:top w:w="28" w:type="dxa"/>
              <w:left w:w="38" w:type="dxa"/>
              <w:bottom w:w="28" w:type="dxa"/>
              <w:right w:w="38" w:type="dxa"/>
            </w:tcMar>
            <w:vAlign w:val="center"/>
          </w:tcPr>
          <w:p w14:paraId="3E9BB75F" w14:textId="77777777" w:rsidR="00D60D5E" w:rsidRDefault="00891EF0">
            <w:pPr>
              <w:spacing w:after="0" w:line="240" w:lineRule="auto"/>
              <w:jc w:val="center"/>
            </w:pPr>
            <w:r>
              <w:rPr>
                <w:rFonts w:eastAsia="Aptos"/>
                <w:color w:val="6A7075"/>
                <w:sz w:val="17"/>
              </w:rPr>
              <w:t>230-105</w:t>
            </w:r>
          </w:p>
        </w:tc>
        <w:tc>
          <w:tcPr>
            <w:tcW w:w="2648" w:type="dxa"/>
            <w:tcMar>
              <w:top w:w="28" w:type="dxa"/>
              <w:left w:w="38" w:type="dxa"/>
              <w:bottom w:w="28" w:type="dxa"/>
              <w:right w:w="38" w:type="dxa"/>
            </w:tcMar>
            <w:vAlign w:val="center"/>
          </w:tcPr>
          <w:p w14:paraId="76D68463" w14:textId="77777777" w:rsidR="00D60D5E" w:rsidRDefault="00891EF0">
            <w:pPr>
              <w:spacing w:after="0" w:line="240" w:lineRule="auto"/>
            </w:pPr>
            <w:r>
              <w:rPr>
                <w:rFonts w:eastAsia="Aptos"/>
                <w:sz w:val="17"/>
              </w:rPr>
              <w:t>Instant Charcoal 3.6LB KINGSFORD</w:t>
            </w:r>
          </w:p>
        </w:tc>
        <w:tc>
          <w:tcPr>
            <w:tcW w:w="630" w:type="dxa"/>
            <w:tcMar>
              <w:top w:w="28" w:type="dxa"/>
              <w:left w:w="38" w:type="dxa"/>
              <w:bottom w:w="28" w:type="dxa"/>
              <w:right w:w="38" w:type="dxa"/>
            </w:tcMar>
            <w:vAlign w:val="center"/>
          </w:tcPr>
          <w:p w14:paraId="1EA1B1BE" w14:textId="77777777" w:rsidR="00D60D5E" w:rsidRDefault="00891EF0">
            <w:pPr>
              <w:spacing w:after="0" w:line="240" w:lineRule="auto"/>
              <w:jc w:val="center"/>
            </w:pPr>
            <w:r>
              <w:rPr>
                <w:rFonts w:eastAsia="Aptos"/>
                <w:b/>
                <w:sz w:val="17"/>
              </w:rPr>
              <w:t>6.97</w:t>
            </w:r>
          </w:p>
        </w:tc>
        <w:tc>
          <w:tcPr>
            <w:tcW w:w="540" w:type="dxa"/>
            <w:tcMar>
              <w:top w:w="28" w:type="dxa"/>
              <w:left w:w="38" w:type="dxa"/>
              <w:bottom w:w="28" w:type="dxa"/>
              <w:right w:w="38" w:type="dxa"/>
            </w:tcMar>
            <w:vAlign w:val="center"/>
          </w:tcPr>
          <w:p w14:paraId="3C2C8F8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48B0F27" w14:textId="77777777" w:rsidR="00D60D5E" w:rsidRDefault="00D60D5E">
            <w:pPr>
              <w:jc w:val="center"/>
            </w:pPr>
          </w:p>
        </w:tc>
      </w:tr>
      <w:tr w:rsidR="00D60D5E" w14:paraId="04B9F65C" w14:textId="77777777" w:rsidTr="000617E0">
        <w:trPr>
          <w:cantSplit/>
          <w:jc w:val="center"/>
        </w:trPr>
        <w:tc>
          <w:tcPr>
            <w:tcW w:w="677" w:type="dxa"/>
            <w:tcMar>
              <w:top w:w="28" w:type="dxa"/>
              <w:left w:w="38" w:type="dxa"/>
              <w:bottom w:w="28" w:type="dxa"/>
              <w:right w:w="38" w:type="dxa"/>
            </w:tcMar>
            <w:vAlign w:val="center"/>
          </w:tcPr>
          <w:p w14:paraId="301BB6B7" w14:textId="77777777" w:rsidR="00D60D5E" w:rsidRDefault="00891EF0">
            <w:pPr>
              <w:spacing w:after="0" w:line="240" w:lineRule="auto"/>
              <w:jc w:val="center"/>
            </w:pPr>
            <w:r>
              <w:rPr>
                <w:rFonts w:eastAsia="Aptos"/>
                <w:color w:val="6A7075"/>
                <w:sz w:val="17"/>
              </w:rPr>
              <w:lastRenderedPageBreak/>
              <w:t>230-110</w:t>
            </w:r>
          </w:p>
        </w:tc>
        <w:tc>
          <w:tcPr>
            <w:tcW w:w="2648" w:type="dxa"/>
            <w:tcMar>
              <w:top w:w="28" w:type="dxa"/>
              <w:left w:w="38" w:type="dxa"/>
              <w:bottom w:w="28" w:type="dxa"/>
              <w:right w:w="38" w:type="dxa"/>
            </w:tcMar>
            <w:vAlign w:val="center"/>
          </w:tcPr>
          <w:p w14:paraId="323D56AF" w14:textId="77777777" w:rsidR="00D60D5E" w:rsidRDefault="00891EF0">
            <w:pPr>
              <w:spacing w:after="0" w:line="240" w:lineRule="auto"/>
            </w:pPr>
            <w:r>
              <w:rPr>
                <w:rFonts w:eastAsia="Aptos"/>
                <w:sz w:val="17"/>
              </w:rPr>
              <w:t>Charcoal Minit light INSTANT ROYAL OAK 6.2 lb</w:t>
            </w:r>
          </w:p>
        </w:tc>
        <w:tc>
          <w:tcPr>
            <w:tcW w:w="630" w:type="dxa"/>
            <w:tcMar>
              <w:top w:w="28" w:type="dxa"/>
              <w:left w:w="38" w:type="dxa"/>
              <w:bottom w:w="28" w:type="dxa"/>
              <w:right w:w="38" w:type="dxa"/>
            </w:tcMar>
            <w:vAlign w:val="center"/>
          </w:tcPr>
          <w:p w14:paraId="763346FF" w14:textId="77777777" w:rsidR="00D60D5E" w:rsidRDefault="00891EF0">
            <w:pPr>
              <w:spacing w:after="0" w:line="240" w:lineRule="auto"/>
              <w:jc w:val="center"/>
            </w:pPr>
            <w:r>
              <w:rPr>
                <w:rFonts w:eastAsia="Aptos"/>
                <w:b/>
                <w:sz w:val="17"/>
              </w:rPr>
              <w:t>14.85</w:t>
            </w:r>
          </w:p>
        </w:tc>
        <w:tc>
          <w:tcPr>
            <w:tcW w:w="540" w:type="dxa"/>
            <w:tcMar>
              <w:top w:w="28" w:type="dxa"/>
              <w:left w:w="38" w:type="dxa"/>
              <w:bottom w:w="28" w:type="dxa"/>
              <w:right w:w="38" w:type="dxa"/>
            </w:tcMar>
            <w:vAlign w:val="center"/>
          </w:tcPr>
          <w:p w14:paraId="2837932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153C5F" w14:textId="77777777" w:rsidR="00D60D5E" w:rsidRDefault="00D60D5E">
            <w:pPr>
              <w:jc w:val="center"/>
            </w:pPr>
          </w:p>
        </w:tc>
      </w:tr>
      <w:tr w:rsidR="00D60D5E" w14:paraId="5EF53C62" w14:textId="77777777" w:rsidTr="000617E0">
        <w:trPr>
          <w:cantSplit/>
          <w:jc w:val="center"/>
        </w:trPr>
        <w:tc>
          <w:tcPr>
            <w:tcW w:w="677" w:type="dxa"/>
            <w:tcMar>
              <w:top w:w="28" w:type="dxa"/>
              <w:left w:w="38" w:type="dxa"/>
              <w:bottom w:w="28" w:type="dxa"/>
              <w:right w:w="38" w:type="dxa"/>
            </w:tcMar>
            <w:vAlign w:val="center"/>
          </w:tcPr>
          <w:p w14:paraId="6D2CE5FC" w14:textId="77777777" w:rsidR="00D60D5E" w:rsidRDefault="00891EF0">
            <w:pPr>
              <w:spacing w:after="0" w:line="240" w:lineRule="auto"/>
              <w:jc w:val="center"/>
            </w:pPr>
            <w:r>
              <w:rPr>
                <w:rFonts w:eastAsia="Aptos"/>
                <w:color w:val="6A7075"/>
                <w:sz w:val="17"/>
              </w:rPr>
              <w:t>230-115</w:t>
            </w:r>
          </w:p>
        </w:tc>
        <w:tc>
          <w:tcPr>
            <w:tcW w:w="2648" w:type="dxa"/>
            <w:tcMar>
              <w:top w:w="28" w:type="dxa"/>
              <w:left w:w="38" w:type="dxa"/>
              <w:bottom w:w="28" w:type="dxa"/>
              <w:right w:w="38" w:type="dxa"/>
            </w:tcMar>
            <w:vAlign w:val="center"/>
          </w:tcPr>
          <w:p w14:paraId="6E7FE815" w14:textId="77777777" w:rsidR="00D60D5E" w:rsidRDefault="00891EF0">
            <w:pPr>
              <w:spacing w:after="0" w:line="240" w:lineRule="auto"/>
            </w:pPr>
            <w:r>
              <w:rPr>
                <w:rFonts w:eastAsia="Aptos"/>
                <w:sz w:val="17"/>
              </w:rPr>
              <w:t>Three Star Matches 10pk</w:t>
            </w:r>
          </w:p>
        </w:tc>
        <w:tc>
          <w:tcPr>
            <w:tcW w:w="630" w:type="dxa"/>
            <w:tcMar>
              <w:top w:w="28" w:type="dxa"/>
              <w:left w:w="38" w:type="dxa"/>
              <w:bottom w:w="28" w:type="dxa"/>
              <w:right w:w="38" w:type="dxa"/>
            </w:tcMar>
            <w:vAlign w:val="center"/>
          </w:tcPr>
          <w:p w14:paraId="3BF7716E" w14:textId="77777777" w:rsidR="00D60D5E" w:rsidRDefault="00891EF0">
            <w:pPr>
              <w:spacing w:after="0" w:line="240" w:lineRule="auto"/>
              <w:jc w:val="center"/>
            </w:pPr>
            <w:r>
              <w:rPr>
                <w:rFonts w:eastAsia="Aptos"/>
                <w:b/>
                <w:sz w:val="17"/>
              </w:rPr>
              <w:t>1.49</w:t>
            </w:r>
          </w:p>
        </w:tc>
        <w:tc>
          <w:tcPr>
            <w:tcW w:w="540" w:type="dxa"/>
            <w:tcMar>
              <w:top w:w="28" w:type="dxa"/>
              <w:left w:w="38" w:type="dxa"/>
              <w:bottom w:w="28" w:type="dxa"/>
              <w:right w:w="38" w:type="dxa"/>
            </w:tcMar>
            <w:vAlign w:val="center"/>
          </w:tcPr>
          <w:p w14:paraId="1EC74FE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F51C4BC" w14:textId="77777777" w:rsidR="00D60D5E" w:rsidRDefault="00D60D5E">
            <w:pPr>
              <w:jc w:val="center"/>
            </w:pPr>
          </w:p>
        </w:tc>
      </w:tr>
      <w:tr w:rsidR="00D60D5E" w14:paraId="0BFB5D76" w14:textId="77777777" w:rsidTr="000617E0">
        <w:trPr>
          <w:cantSplit/>
          <w:jc w:val="center"/>
        </w:trPr>
        <w:tc>
          <w:tcPr>
            <w:tcW w:w="677" w:type="dxa"/>
            <w:tcMar>
              <w:top w:w="28" w:type="dxa"/>
              <w:left w:w="38" w:type="dxa"/>
              <w:bottom w:w="28" w:type="dxa"/>
              <w:right w:w="38" w:type="dxa"/>
            </w:tcMar>
            <w:vAlign w:val="center"/>
          </w:tcPr>
          <w:p w14:paraId="011A5E83" w14:textId="77777777" w:rsidR="00D60D5E" w:rsidRDefault="00891EF0">
            <w:pPr>
              <w:spacing w:after="0" w:line="240" w:lineRule="auto"/>
              <w:jc w:val="center"/>
            </w:pPr>
            <w:r>
              <w:rPr>
                <w:rFonts w:eastAsia="Aptos"/>
                <w:color w:val="6A7075"/>
                <w:sz w:val="17"/>
              </w:rPr>
              <w:t>230-120</w:t>
            </w:r>
          </w:p>
        </w:tc>
        <w:tc>
          <w:tcPr>
            <w:tcW w:w="2648" w:type="dxa"/>
            <w:tcMar>
              <w:top w:w="28" w:type="dxa"/>
              <w:left w:w="38" w:type="dxa"/>
              <w:bottom w:w="28" w:type="dxa"/>
              <w:right w:w="38" w:type="dxa"/>
            </w:tcMar>
            <w:vAlign w:val="center"/>
          </w:tcPr>
          <w:p w14:paraId="6BA87212" w14:textId="77777777" w:rsidR="00D60D5E" w:rsidRDefault="00891EF0">
            <w:pPr>
              <w:spacing w:after="0" w:line="240" w:lineRule="auto"/>
            </w:pPr>
            <w:r>
              <w:rPr>
                <w:rFonts w:eastAsia="Aptos"/>
                <w:sz w:val="17"/>
              </w:rPr>
              <w:t>Toilet Bowl Cleaner Lysol 24oz</w:t>
            </w:r>
          </w:p>
        </w:tc>
        <w:tc>
          <w:tcPr>
            <w:tcW w:w="630" w:type="dxa"/>
            <w:tcMar>
              <w:top w:w="28" w:type="dxa"/>
              <w:left w:w="38" w:type="dxa"/>
              <w:bottom w:w="28" w:type="dxa"/>
              <w:right w:w="38" w:type="dxa"/>
            </w:tcMar>
            <w:vAlign w:val="center"/>
          </w:tcPr>
          <w:p w14:paraId="382D1C5E" w14:textId="77777777" w:rsidR="00D60D5E" w:rsidRDefault="00891EF0">
            <w:pPr>
              <w:spacing w:after="0" w:line="240" w:lineRule="auto"/>
              <w:jc w:val="center"/>
            </w:pPr>
            <w:r>
              <w:rPr>
                <w:rFonts w:eastAsia="Aptos"/>
                <w:b/>
                <w:sz w:val="17"/>
              </w:rPr>
              <w:t>6.20</w:t>
            </w:r>
          </w:p>
        </w:tc>
        <w:tc>
          <w:tcPr>
            <w:tcW w:w="540" w:type="dxa"/>
            <w:tcMar>
              <w:top w:w="28" w:type="dxa"/>
              <w:left w:w="38" w:type="dxa"/>
              <w:bottom w:w="28" w:type="dxa"/>
              <w:right w:w="38" w:type="dxa"/>
            </w:tcMar>
            <w:vAlign w:val="center"/>
          </w:tcPr>
          <w:p w14:paraId="35A622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94FEAF" w14:textId="77777777" w:rsidR="00D60D5E" w:rsidRDefault="00D60D5E">
            <w:pPr>
              <w:jc w:val="center"/>
            </w:pPr>
          </w:p>
        </w:tc>
      </w:tr>
      <w:tr w:rsidR="00D60D5E" w14:paraId="72776BEF" w14:textId="77777777" w:rsidTr="000617E0">
        <w:trPr>
          <w:cantSplit/>
          <w:jc w:val="center"/>
        </w:trPr>
        <w:tc>
          <w:tcPr>
            <w:tcW w:w="677" w:type="dxa"/>
            <w:tcMar>
              <w:top w:w="28" w:type="dxa"/>
              <w:left w:w="38" w:type="dxa"/>
              <w:bottom w:w="28" w:type="dxa"/>
              <w:right w:w="38" w:type="dxa"/>
            </w:tcMar>
            <w:vAlign w:val="center"/>
          </w:tcPr>
          <w:p w14:paraId="453D4232" w14:textId="77777777" w:rsidR="00D60D5E" w:rsidRDefault="00891EF0">
            <w:pPr>
              <w:spacing w:after="0" w:line="240" w:lineRule="auto"/>
              <w:jc w:val="center"/>
            </w:pPr>
            <w:r>
              <w:rPr>
                <w:rFonts w:eastAsia="Aptos"/>
                <w:color w:val="6A7075"/>
                <w:sz w:val="17"/>
              </w:rPr>
              <w:t>230-125</w:t>
            </w:r>
          </w:p>
        </w:tc>
        <w:tc>
          <w:tcPr>
            <w:tcW w:w="2648" w:type="dxa"/>
            <w:tcMar>
              <w:top w:w="28" w:type="dxa"/>
              <w:left w:w="38" w:type="dxa"/>
              <w:bottom w:w="28" w:type="dxa"/>
              <w:right w:w="38" w:type="dxa"/>
            </w:tcMar>
            <w:vAlign w:val="center"/>
          </w:tcPr>
          <w:p w14:paraId="5A215932" w14:textId="77777777" w:rsidR="00D60D5E" w:rsidRDefault="00891EF0">
            <w:pPr>
              <w:spacing w:after="0" w:line="240" w:lineRule="auto"/>
            </w:pPr>
            <w:r>
              <w:rPr>
                <w:rFonts w:eastAsia="Aptos"/>
                <w:sz w:val="17"/>
              </w:rPr>
              <w:t>Long Matches 40ea</w:t>
            </w:r>
          </w:p>
        </w:tc>
        <w:tc>
          <w:tcPr>
            <w:tcW w:w="630" w:type="dxa"/>
            <w:tcMar>
              <w:top w:w="28" w:type="dxa"/>
              <w:left w:w="38" w:type="dxa"/>
              <w:bottom w:w="28" w:type="dxa"/>
              <w:right w:w="38" w:type="dxa"/>
            </w:tcMar>
            <w:vAlign w:val="center"/>
          </w:tcPr>
          <w:p w14:paraId="4C67B59F"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41AF62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55B117" w14:textId="77777777" w:rsidR="00D60D5E" w:rsidRDefault="00D60D5E">
            <w:pPr>
              <w:jc w:val="center"/>
            </w:pPr>
          </w:p>
        </w:tc>
      </w:tr>
      <w:tr w:rsidR="00D60D5E" w14:paraId="089FC7B0" w14:textId="77777777" w:rsidTr="000617E0">
        <w:trPr>
          <w:cantSplit/>
          <w:jc w:val="center"/>
        </w:trPr>
        <w:tc>
          <w:tcPr>
            <w:tcW w:w="677" w:type="dxa"/>
            <w:tcMar>
              <w:top w:w="28" w:type="dxa"/>
              <w:left w:w="38" w:type="dxa"/>
              <w:bottom w:w="28" w:type="dxa"/>
              <w:right w:w="38" w:type="dxa"/>
            </w:tcMar>
            <w:vAlign w:val="center"/>
          </w:tcPr>
          <w:p w14:paraId="6A74B2F3" w14:textId="77777777" w:rsidR="00D60D5E" w:rsidRDefault="00891EF0">
            <w:pPr>
              <w:spacing w:after="0" w:line="240" w:lineRule="auto"/>
              <w:jc w:val="center"/>
            </w:pPr>
            <w:r>
              <w:rPr>
                <w:rFonts w:eastAsia="Aptos"/>
                <w:color w:val="6A7075"/>
                <w:sz w:val="17"/>
              </w:rPr>
              <w:t>230-130</w:t>
            </w:r>
          </w:p>
        </w:tc>
        <w:tc>
          <w:tcPr>
            <w:tcW w:w="2648" w:type="dxa"/>
            <w:tcMar>
              <w:top w:w="28" w:type="dxa"/>
              <w:left w:w="38" w:type="dxa"/>
              <w:bottom w:w="28" w:type="dxa"/>
              <w:right w:w="38" w:type="dxa"/>
            </w:tcMar>
            <w:vAlign w:val="center"/>
          </w:tcPr>
          <w:p w14:paraId="1A01F78F" w14:textId="77777777" w:rsidR="00D60D5E" w:rsidRDefault="00891EF0">
            <w:pPr>
              <w:spacing w:after="0" w:line="240" w:lineRule="auto"/>
            </w:pPr>
            <w:r>
              <w:rPr>
                <w:rFonts w:eastAsia="Aptos"/>
                <w:sz w:val="17"/>
              </w:rPr>
              <w:t>Clorox Wipes 35 ct</w:t>
            </w:r>
          </w:p>
        </w:tc>
        <w:tc>
          <w:tcPr>
            <w:tcW w:w="630" w:type="dxa"/>
            <w:tcMar>
              <w:top w:w="28" w:type="dxa"/>
              <w:left w:w="38" w:type="dxa"/>
              <w:bottom w:w="28" w:type="dxa"/>
              <w:right w:w="38" w:type="dxa"/>
            </w:tcMar>
            <w:vAlign w:val="center"/>
          </w:tcPr>
          <w:p w14:paraId="5882F646"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332EC6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87CBBD" w14:textId="77777777" w:rsidR="00D60D5E" w:rsidRDefault="00D60D5E">
            <w:pPr>
              <w:jc w:val="center"/>
            </w:pPr>
          </w:p>
        </w:tc>
      </w:tr>
      <w:tr w:rsidR="00D60D5E" w14:paraId="6D1CF802" w14:textId="77777777" w:rsidTr="000617E0">
        <w:trPr>
          <w:cantSplit/>
          <w:jc w:val="center"/>
        </w:trPr>
        <w:tc>
          <w:tcPr>
            <w:tcW w:w="677" w:type="dxa"/>
            <w:tcMar>
              <w:top w:w="28" w:type="dxa"/>
              <w:left w:w="38" w:type="dxa"/>
              <w:bottom w:w="28" w:type="dxa"/>
              <w:right w:w="38" w:type="dxa"/>
            </w:tcMar>
            <w:vAlign w:val="center"/>
          </w:tcPr>
          <w:p w14:paraId="74BC5CFD" w14:textId="77777777" w:rsidR="00D60D5E" w:rsidRDefault="00891EF0">
            <w:pPr>
              <w:spacing w:after="0" w:line="240" w:lineRule="auto"/>
              <w:jc w:val="center"/>
            </w:pPr>
            <w:r>
              <w:rPr>
                <w:rFonts w:eastAsia="Aptos"/>
                <w:color w:val="6A7075"/>
                <w:sz w:val="17"/>
              </w:rPr>
              <w:t>230-135</w:t>
            </w:r>
          </w:p>
        </w:tc>
        <w:tc>
          <w:tcPr>
            <w:tcW w:w="2648" w:type="dxa"/>
            <w:tcMar>
              <w:top w:w="28" w:type="dxa"/>
              <w:left w:w="38" w:type="dxa"/>
              <w:bottom w:w="28" w:type="dxa"/>
              <w:right w:w="38" w:type="dxa"/>
            </w:tcMar>
            <w:vAlign w:val="center"/>
          </w:tcPr>
          <w:p w14:paraId="79483CA2" w14:textId="77777777" w:rsidR="00D60D5E" w:rsidRDefault="00891EF0">
            <w:pPr>
              <w:spacing w:after="0" w:line="240" w:lineRule="auto"/>
            </w:pPr>
            <w:r>
              <w:rPr>
                <w:rFonts w:eastAsia="Aptos"/>
                <w:sz w:val="17"/>
              </w:rPr>
              <w:t>All Purpose Cleaner (409) 32oz</w:t>
            </w:r>
          </w:p>
        </w:tc>
        <w:tc>
          <w:tcPr>
            <w:tcW w:w="630" w:type="dxa"/>
            <w:tcMar>
              <w:top w:w="28" w:type="dxa"/>
              <w:left w:w="38" w:type="dxa"/>
              <w:bottom w:w="28" w:type="dxa"/>
              <w:right w:w="38" w:type="dxa"/>
            </w:tcMar>
            <w:vAlign w:val="center"/>
          </w:tcPr>
          <w:p w14:paraId="634B1440" w14:textId="77777777" w:rsidR="00D60D5E" w:rsidRDefault="00891EF0">
            <w:pPr>
              <w:spacing w:after="0" w:line="240" w:lineRule="auto"/>
              <w:jc w:val="center"/>
            </w:pPr>
            <w:r>
              <w:rPr>
                <w:rFonts w:eastAsia="Aptos"/>
                <w:b/>
                <w:sz w:val="17"/>
              </w:rPr>
              <w:t>6.49</w:t>
            </w:r>
          </w:p>
        </w:tc>
        <w:tc>
          <w:tcPr>
            <w:tcW w:w="540" w:type="dxa"/>
            <w:tcMar>
              <w:top w:w="28" w:type="dxa"/>
              <w:left w:w="38" w:type="dxa"/>
              <w:bottom w:w="28" w:type="dxa"/>
              <w:right w:w="38" w:type="dxa"/>
            </w:tcMar>
            <w:vAlign w:val="center"/>
          </w:tcPr>
          <w:p w14:paraId="5254CFC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B356FD" w14:textId="77777777" w:rsidR="00D60D5E" w:rsidRDefault="00D60D5E">
            <w:pPr>
              <w:jc w:val="center"/>
            </w:pPr>
          </w:p>
        </w:tc>
      </w:tr>
      <w:tr w:rsidR="00D60D5E" w14:paraId="29D773B3" w14:textId="77777777" w:rsidTr="000617E0">
        <w:trPr>
          <w:cantSplit/>
          <w:jc w:val="center"/>
        </w:trPr>
        <w:tc>
          <w:tcPr>
            <w:tcW w:w="677" w:type="dxa"/>
            <w:tcMar>
              <w:top w:w="28" w:type="dxa"/>
              <w:left w:w="38" w:type="dxa"/>
              <w:bottom w:w="28" w:type="dxa"/>
              <w:right w:w="38" w:type="dxa"/>
            </w:tcMar>
            <w:vAlign w:val="center"/>
          </w:tcPr>
          <w:p w14:paraId="0B63453D" w14:textId="77777777" w:rsidR="00D60D5E" w:rsidRDefault="00891EF0">
            <w:pPr>
              <w:spacing w:after="0" w:line="240" w:lineRule="auto"/>
              <w:jc w:val="center"/>
            </w:pPr>
            <w:r>
              <w:rPr>
                <w:rFonts w:eastAsia="Aptos"/>
                <w:color w:val="6A7075"/>
                <w:sz w:val="17"/>
              </w:rPr>
              <w:t>230-140</w:t>
            </w:r>
          </w:p>
        </w:tc>
        <w:tc>
          <w:tcPr>
            <w:tcW w:w="2648" w:type="dxa"/>
            <w:tcMar>
              <w:top w:w="28" w:type="dxa"/>
              <w:left w:w="38" w:type="dxa"/>
              <w:bottom w:w="28" w:type="dxa"/>
              <w:right w:w="38" w:type="dxa"/>
            </w:tcMar>
            <w:vAlign w:val="center"/>
          </w:tcPr>
          <w:p w14:paraId="7A63E6D6" w14:textId="77777777" w:rsidR="00D60D5E" w:rsidRDefault="00891EF0">
            <w:pPr>
              <w:spacing w:after="0" w:line="240" w:lineRule="auto"/>
            </w:pPr>
            <w:r>
              <w:rPr>
                <w:rFonts w:eastAsia="Aptos"/>
                <w:sz w:val="17"/>
              </w:rPr>
              <w:t>Lysol Spray 12oz</w:t>
            </w:r>
          </w:p>
        </w:tc>
        <w:tc>
          <w:tcPr>
            <w:tcW w:w="630" w:type="dxa"/>
            <w:tcMar>
              <w:top w:w="28" w:type="dxa"/>
              <w:left w:w="38" w:type="dxa"/>
              <w:bottom w:w="28" w:type="dxa"/>
              <w:right w:w="38" w:type="dxa"/>
            </w:tcMar>
            <w:vAlign w:val="center"/>
          </w:tcPr>
          <w:p w14:paraId="659B89FD" w14:textId="77777777" w:rsidR="00D60D5E" w:rsidRDefault="00891EF0">
            <w:pPr>
              <w:spacing w:after="0" w:line="240" w:lineRule="auto"/>
              <w:jc w:val="center"/>
            </w:pPr>
            <w:r>
              <w:rPr>
                <w:rFonts w:eastAsia="Aptos"/>
                <w:b/>
                <w:sz w:val="17"/>
              </w:rPr>
              <w:t>8.35</w:t>
            </w:r>
          </w:p>
        </w:tc>
        <w:tc>
          <w:tcPr>
            <w:tcW w:w="540" w:type="dxa"/>
            <w:tcMar>
              <w:top w:w="28" w:type="dxa"/>
              <w:left w:w="38" w:type="dxa"/>
              <w:bottom w:w="28" w:type="dxa"/>
              <w:right w:w="38" w:type="dxa"/>
            </w:tcMar>
            <w:vAlign w:val="center"/>
          </w:tcPr>
          <w:p w14:paraId="1B099EA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B1759A8" w14:textId="77777777" w:rsidR="00D60D5E" w:rsidRDefault="00D60D5E">
            <w:pPr>
              <w:jc w:val="center"/>
            </w:pPr>
          </w:p>
        </w:tc>
      </w:tr>
      <w:tr w:rsidR="00D60D5E" w14:paraId="0F21E225" w14:textId="77777777" w:rsidTr="000617E0">
        <w:trPr>
          <w:cantSplit/>
          <w:jc w:val="center"/>
        </w:trPr>
        <w:tc>
          <w:tcPr>
            <w:tcW w:w="677" w:type="dxa"/>
            <w:tcMar>
              <w:top w:w="28" w:type="dxa"/>
              <w:left w:w="38" w:type="dxa"/>
              <w:bottom w:w="28" w:type="dxa"/>
              <w:right w:w="38" w:type="dxa"/>
            </w:tcMar>
            <w:vAlign w:val="center"/>
          </w:tcPr>
          <w:p w14:paraId="497E628F" w14:textId="77777777" w:rsidR="00D60D5E" w:rsidRDefault="00891EF0">
            <w:pPr>
              <w:spacing w:after="0" w:line="240" w:lineRule="auto"/>
              <w:jc w:val="center"/>
            </w:pPr>
            <w:r>
              <w:rPr>
                <w:rFonts w:eastAsia="Aptos"/>
                <w:color w:val="6A7075"/>
                <w:sz w:val="17"/>
              </w:rPr>
              <w:t>230-145</w:t>
            </w:r>
          </w:p>
        </w:tc>
        <w:tc>
          <w:tcPr>
            <w:tcW w:w="2648" w:type="dxa"/>
            <w:tcMar>
              <w:top w:w="28" w:type="dxa"/>
              <w:left w:w="38" w:type="dxa"/>
              <w:bottom w:w="28" w:type="dxa"/>
              <w:right w:w="38" w:type="dxa"/>
            </w:tcMar>
            <w:vAlign w:val="center"/>
          </w:tcPr>
          <w:p w14:paraId="1097DB33" w14:textId="77777777" w:rsidR="00D60D5E" w:rsidRDefault="00891EF0">
            <w:pPr>
              <w:spacing w:after="0" w:line="240" w:lineRule="auto"/>
            </w:pPr>
            <w:r>
              <w:rPr>
                <w:rFonts w:eastAsia="Aptos"/>
                <w:sz w:val="17"/>
              </w:rPr>
              <w:t>Bleach Clorox 32oz</w:t>
            </w:r>
          </w:p>
        </w:tc>
        <w:tc>
          <w:tcPr>
            <w:tcW w:w="630" w:type="dxa"/>
            <w:tcMar>
              <w:top w:w="28" w:type="dxa"/>
              <w:left w:w="38" w:type="dxa"/>
              <w:bottom w:w="28" w:type="dxa"/>
              <w:right w:w="38" w:type="dxa"/>
            </w:tcMar>
            <w:vAlign w:val="center"/>
          </w:tcPr>
          <w:p w14:paraId="2CC0DF70" w14:textId="77777777" w:rsidR="00D60D5E" w:rsidRDefault="00891EF0">
            <w:pPr>
              <w:spacing w:after="0" w:line="240" w:lineRule="auto"/>
              <w:jc w:val="center"/>
            </w:pPr>
            <w:r>
              <w:rPr>
                <w:rFonts w:eastAsia="Aptos"/>
                <w:b/>
                <w:sz w:val="17"/>
              </w:rPr>
              <w:t>2.89</w:t>
            </w:r>
          </w:p>
        </w:tc>
        <w:tc>
          <w:tcPr>
            <w:tcW w:w="540" w:type="dxa"/>
            <w:tcMar>
              <w:top w:w="28" w:type="dxa"/>
              <w:left w:w="38" w:type="dxa"/>
              <w:bottom w:w="28" w:type="dxa"/>
              <w:right w:w="38" w:type="dxa"/>
            </w:tcMar>
            <w:vAlign w:val="center"/>
          </w:tcPr>
          <w:p w14:paraId="7E48901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CCE2B4" w14:textId="77777777" w:rsidR="00D60D5E" w:rsidRDefault="00D60D5E">
            <w:pPr>
              <w:jc w:val="center"/>
            </w:pPr>
          </w:p>
        </w:tc>
      </w:tr>
      <w:tr w:rsidR="00D60D5E" w14:paraId="528B0C26" w14:textId="77777777" w:rsidTr="000617E0">
        <w:trPr>
          <w:cantSplit/>
          <w:jc w:val="center"/>
        </w:trPr>
        <w:tc>
          <w:tcPr>
            <w:tcW w:w="677" w:type="dxa"/>
            <w:tcMar>
              <w:top w:w="28" w:type="dxa"/>
              <w:left w:w="38" w:type="dxa"/>
              <w:bottom w:w="28" w:type="dxa"/>
              <w:right w:w="38" w:type="dxa"/>
            </w:tcMar>
            <w:vAlign w:val="center"/>
          </w:tcPr>
          <w:p w14:paraId="21ED553F" w14:textId="77777777" w:rsidR="00D60D5E" w:rsidRDefault="00891EF0">
            <w:pPr>
              <w:spacing w:after="0" w:line="240" w:lineRule="auto"/>
              <w:jc w:val="center"/>
            </w:pPr>
            <w:r>
              <w:rPr>
                <w:rFonts w:eastAsia="Aptos"/>
                <w:color w:val="6A7075"/>
                <w:sz w:val="17"/>
              </w:rPr>
              <w:t>235-150</w:t>
            </w:r>
          </w:p>
        </w:tc>
        <w:tc>
          <w:tcPr>
            <w:tcW w:w="2648" w:type="dxa"/>
            <w:tcMar>
              <w:top w:w="28" w:type="dxa"/>
              <w:left w:w="38" w:type="dxa"/>
              <w:bottom w:w="28" w:type="dxa"/>
              <w:right w:w="38" w:type="dxa"/>
            </w:tcMar>
            <w:vAlign w:val="center"/>
          </w:tcPr>
          <w:p w14:paraId="28EC2762" w14:textId="77777777" w:rsidR="00D60D5E" w:rsidRDefault="00891EF0">
            <w:pPr>
              <w:spacing w:after="0" w:line="240" w:lineRule="auto"/>
            </w:pPr>
            <w:r>
              <w:rPr>
                <w:rFonts w:eastAsia="Aptos"/>
                <w:sz w:val="17"/>
              </w:rPr>
              <w:t>Soft Scrub 12oz</w:t>
            </w:r>
          </w:p>
        </w:tc>
        <w:tc>
          <w:tcPr>
            <w:tcW w:w="630" w:type="dxa"/>
            <w:tcMar>
              <w:top w:w="28" w:type="dxa"/>
              <w:left w:w="38" w:type="dxa"/>
              <w:bottom w:w="28" w:type="dxa"/>
              <w:right w:w="38" w:type="dxa"/>
            </w:tcMar>
            <w:vAlign w:val="center"/>
          </w:tcPr>
          <w:p w14:paraId="06AF97BF" w14:textId="77777777" w:rsidR="00D60D5E" w:rsidRDefault="00891EF0">
            <w:pPr>
              <w:spacing w:after="0" w:line="240" w:lineRule="auto"/>
              <w:jc w:val="center"/>
            </w:pPr>
            <w:r>
              <w:rPr>
                <w:rFonts w:eastAsia="Aptos"/>
                <w:b/>
                <w:sz w:val="17"/>
              </w:rPr>
              <w:t>4.72</w:t>
            </w:r>
          </w:p>
        </w:tc>
        <w:tc>
          <w:tcPr>
            <w:tcW w:w="540" w:type="dxa"/>
            <w:tcMar>
              <w:top w:w="28" w:type="dxa"/>
              <w:left w:w="38" w:type="dxa"/>
              <w:bottom w:w="28" w:type="dxa"/>
              <w:right w:w="38" w:type="dxa"/>
            </w:tcMar>
            <w:vAlign w:val="center"/>
          </w:tcPr>
          <w:p w14:paraId="195D364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F73A79" w14:textId="77777777" w:rsidR="00D60D5E" w:rsidRDefault="00D60D5E">
            <w:pPr>
              <w:jc w:val="center"/>
            </w:pPr>
          </w:p>
        </w:tc>
      </w:tr>
      <w:tr w:rsidR="00D60D5E" w14:paraId="5DD09DC5" w14:textId="77777777" w:rsidTr="000617E0">
        <w:trPr>
          <w:cantSplit/>
          <w:jc w:val="center"/>
        </w:trPr>
        <w:tc>
          <w:tcPr>
            <w:tcW w:w="677" w:type="dxa"/>
            <w:tcMar>
              <w:top w:w="28" w:type="dxa"/>
              <w:left w:w="38" w:type="dxa"/>
              <w:bottom w:w="28" w:type="dxa"/>
              <w:right w:w="38" w:type="dxa"/>
            </w:tcMar>
            <w:vAlign w:val="center"/>
          </w:tcPr>
          <w:p w14:paraId="3B5DDFA1" w14:textId="77777777" w:rsidR="00D60D5E" w:rsidRDefault="00891EF0">
            <w:pPr>
              <w:spacing w:after="0" w:line="240" w:lineRule="auto"/>
              <w:jc w:val="center"/>
            </w:pPr>
            <w:r>
              <w:rPr>
                <w:rFonts w:eastAsia="Aptos"/>
                <w:color w:val="6A7075"/>
                <w:sz w:val="17"/>
              </w:rPr>
              <w:t>235-155</w:t>
            </w:r>
          </w:p>
        </w:tc>
        <w:tc>
          <w:tcPr>
            <w:tcW w:w="2648" w:type="dxa"/>
            <w:tcMar>
              <w:top w:w="28" w:type="dxa"/>
              <w:left w:w="38" w:type="dxa"/>
              <w:bottom w:w="28" w:type="dxa"/>
              <w:right w:w="38" w:type="dxa"/>
            </w:tcMar>
            <w:vAlign w:val="center"/>
          </w:tcPr>
          <w:p w14:paraId="1B58E474" w14:textId="77777777" w:rsidR="00D60D5E" w:rsidRDefault="00891EF0">
            <w:pPr>
              <w:spacing w:after="0" w:line="240" w:lineRule="auto"/>
            </w:pPr>
            <w:r>
              <w:rPr>
                <w:rFonts w:eastAsia="Aptos"/>
                <w:sz w:val="17"/>
              </w:rPr>
              <w:t>Window Cleaner 12oz</w:t>
            </w:r>
          </w:p>
        </w:tc>
        <w:tc>
          <w:tcPr>
            <w:tcW w:w="630" w:type="dxa"/>
            <w:tcMar>
              <w:top w:w="28" w:type="dxa"/>
              <w:left w:w="38" w:type="dxa"/>
              <w:bottom w:w="28" w:type="dxa"/>
              <w:right w:w="38" w:type="dxa"/>
            </w:tcMar>
            <w:vAlign w:val="center"/>
          </w:tcPr>
          <w:p w14:paraId="3C40FC20" w14:textId="77777777" w:rsidR="00D60D5E" w:rsidRDefault="00891EF0">
            <w:pPr>
              <w:spacing w:after="0" w:line="240" w:lineRule="auto"/>
              <w:jc w:val="center"/>
            </w:pPr>
            <w:r>
              <w:rPr>
                <w:rFonts w:eastAsia="Aptos"/>
                <w:b/>
                <w:sz w:val="17"/>
              </w:rPr>
              <w:t>6.30</w:t>
            </w:r>
          </w:p>
        </w:tc>
        <w:tc>
          <w:tcPr>
            <w:tcW w:w="540" w:type="dxa"/>
            <w:tcMar>
              <w:top w:w="28" w:type="dxa"/>
              <w:left w:w="38" w:type="dxa"/>
              <w:bottom w:w="28" w:type="dxa"/>
              <w:right w:w="38" w:type="dxa"/>
            </w:tcMar>
            <w:vAlign w:val="center"/>
          </w:tcPr>
          <w:p w14:paraId="241524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17CAEC" w14:textId="77777777" w:rsidR="00D60D5E" w:rsidRDefault="00D60D5E">
            <w:pPr>
              <w:jc w:val="center"/>
            </w:pPr>
          </w:p>
        </w:tc>
      </w:tr>
      <w:tr w:rsidR="00D60D5E" w14:paraId="2BE28041" w14:textId="77777777" w:rsidTr="000617E0">
        <w:trPr>
          <w:cantSplit/>
          <w:jc w:val="center"/>
        </w:trPr>
        <w:tc>
          <w:tcPr>
            <w:tcW w:w="677" w:type="dxa"/>
            <w:tcMar>
              <w:top w:w="28" w:type="dxa"/>
              <w:left w:w="38" w:type="dxa"/>
              <w:bottom w:w="28" w:type="dxa"/>
              <w:right w:w="38" w:type="dxa"/>
            </w:tcMar>
            <w:vAlign w:val="center"/>
          </w:tcPr>
          <w:p w14:paraId="274166D5" w14:textId="77777777" w:rsidR="00D60D5E" w:rsidRDefault="00891EF0">
            <w:pPr>
              <w:spacing w:after="0" w:line="240" w:lineRule="auto"/>
              <w:jc w:val="center"/>
            </w:pPr>
            <w:r>
              <w:rPr>
                <w:rFonts w:eastAsia="Aptos"/>
                <w:color w:val="6A7075"/>
                <w:sz w:val="17"/>
              </w:rPr>
              <w:t>235-160</w:t>
            </w:r>
          </w:p>
        </w:tc>
        <w:tc>
          <w:tcPr>
            <w:tcW w:w="2648" w:type="dxa"/>
            <w:tcMar>
              <w:top w:w="28" w:type="dxa"/>
              <w:left w:w="38" w:type="dxa"/>
              <w:bottom w:w="28" w:type="dxa"/>
              <w:right w:w="38" w:type="dxa"/>
            </w:tcMar>
            <w:vAlign w:val="center"/>
          </w:tcPr>
          <w:p w14:paraId="1312D22C" w14:textId="77777777" w:rsidR="00D60D5E" w:rsidRDefault="00891EF0">
            <w:pPr>
              <w:spacing w:after="0" w:line="240" w:lineRule="auto"/>
            </w:pPr>
            <w:r>
              <w:rPr>
                <w:rFonts w:eastAsia="Aptos"/>
                <w:sz w:val="17"/>
              </w:rPr>
              <w:t>Dish Liquid sml 12.6oz</w:t>
            </w:r>
          </w:p>
        </w:tc>
        <w:tc>
          <w:tcPr>
            <w:tcW w:w="630" w:type="dxa"/>
            <w:tcMar>
              <w:top w:w="28" w:type="dxa"/>
              <w:left w:w="38" w:type="dxa"/>
              <w:bottom w:w="28" w:type="dxa"/>
              <w:right w:w="38" w:type="dxa"/>
            </w:tcMar>
            <w:vAlign w:val="center"/>
          </w:tcPr>
          <w:p w14:paraId="54159ED3" w14:textId="77777777" w:rsidR="00D60D5E" w:rsidRDefault="00891EF0">
            <w:pPr>
              <w:spacing w:after="0" w:line="240" w:lineRule="auto"/>
              <w:jc w:val="center"/>
            </w:pPr>
            <w:r>
              <w:rPr>
                <w:rFonts w:eastAsia="Aptos"/>
                <w:b/>
                <w:sz w:val="17"/>
              </w:rPr>
              <w:t>3.25</w:t>
            </w:r>
          </w:p>
        </w:tc>
        <w:tc>
          <w:tcPr>
            <w:tcW w:w="540" w:type="dxa"/>
            <w:tcMar>
              <w:top w:w="28" w:type="dxa"/>
              <w:left w:w="38" w:type="dxa"/>
              <w:bottom w:w="28" w:type="dxa"/>
              <w:right w:w="38" w:type="dxa"/>
            </w:tcMar>
            <w:vAlign w:val="center"/>
          </w:tcPr>
          <w:p w14:paraId="5C7AF15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8AB8DA" w14:textId="77777777" w:rsidR="00D60D5E" w:rsidRDefault="00D60D5E">
            <w:pPr>
              <w:jc w:val="center"/>
            </w:pPr>
          </w:p>
        </w:tc>
      </w:tr>
      <w:tr w:rsidR="00D60D5E" w14:paraId="10F7E385" w14:textId="77777777" w:rsidTr="000617E0">
        <w:trPr>
          <w:cantSplit/>
          <w:jc w:val="center"/>
        </w:trPr>
        <w:tc>
          <w:tcPr>
            <w:tcW w:w="677" w:type="dxa"/>
            <w:tcMar>
              <w:top w:w="28" w:type="dxa"/>
              <w:left w:w="38" w:type="dxa"/>
              <w:bottom w:w="28" w:type="dxa"/>
              <w:right w:w="38" w:type="dxa"/>
            </w:tcMar>
            <w:vAlign w:val="center"/>
          </w:tcPr>
          <w:p w14:paraId="2B5EF73C" w14:textId="77777777" w:rsidR="00D60D5E" w:rsidRDefault="00891EF0">
            <w:pPr>
              <w:spacing w:after="0" w:line="240" w:lineRule="auto"/>
              <w:jc w:val="center"/>
            </w:pPr>
            <w:r>
              <w:rPr>
                <w:rFonts w:eastAsia="Aptos"/>
                <w:color w:val="6A7075"/>
                <w:sz w:val="17"/>
              </w:rPr>
              <w:t>235-165</w:t>
            </w:r>
          </w:p>
        </w:tc>
        <w:tc>
          <w:tcPr>
            <w:tcW w:w="2648" w:type="dxa"/>
            <w:tcMar>
              <w:top w:w="28" w:type="dxa"/>
              <w:left w:w="38" w:type="dxa"/>
              <w:bottom w:w="28" w:type="dxa"/>
              <w:right w:w="38" w:type="dxa"/>
            </w:tcMar>
            <w:vAlign w:val="center"/>
          </w:tcPr>
          <w:p w14:paraId="753F866B" w14:textId="77777777" w:rsidR="00D60D5E" w:rsidRDefault="00891EF0">
            <w:pPr>
              <w:spacing w:after="0" w:line="240" w:lineRule="auto"/>
            </w:pPr>
            <w:r>
              <w:rPr>
                <w:rFonts w:eastAsia="Aptos"/>
                <w:sz w:val="17"/>
              </w:rPr>
              <w:t>Off Spray 6oz</w:t>
            </w:r>
          </w:p>
        </w:tc>
        <w:tc>
          <w:tcPr>
            <w:tcW w:w="630" w:type="dxa"/>
            <w:tcMar>
              <w:top w:w="28" w:type="dxa"/>
              <w:left w:w="38" w:type="dxa"/>
              <w:bottom w:w="28" w:type="dxa"/>
              <w:right w:w="38" w:type="dxa"/>
            </w:tcMar>
            <w:vAlign w:val="center"/>
          </w:tcPr>
          <w:p w14:paraId="2114BDF8" w14:textId="77777777" w:rsidR="00D60D5E" w:rsidRDefault="00891EF0">
            <w:pPr>
              <w:spacing w:after="0" w:line="240" w:lineRule="auto"/>
              <w:jc w:val="center"/>
            </w:pPr>
            <w:r>
              <w:rPr>
                <w:rFonts w:eastAsia="Aptos"/>
                <w:b/>
                <w:sz w:val="17"/>
              </w:rPr>
              <w:t>9.35</w:t>
            </w:r>
          </w:p>
        </w:tc>
        <w:tc>
          <w:tcPr>
            <w:tcW w:w="540" w:type="dxa"/>
            <w:tcMar>
              <w:top w:w="28" w:type="dxa"/>
              <w:left w:w="38" w:type="dxa"/>
              <w:bottom w:w="28" w:type="dxa"/>
              <w:right w:w="38" w:type="dxa"/>
            </w:tcMar>
            <w:vAlign w:val="center"/>
          </w:tcPr>
          <w:p w14:paraId="33C899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BF3F9B" w14:textId="77777777" w:rsidR="00D60D5E" w:rsidRDefault="00D60D5E">
            <w:pPr>
              <w:jc w:val="center"/>
            </w:pPr>
          </w:p>
        </w:tc>
      </w:tr>
      <w:tr w:rsidR="00D60D5E" w14:paraId="06138A99" w14:textId="77777777" w:rsidTr="000617E0">
        <w:trPr>
          <w:cantSplit/>
          <w:jc w:val="center"/>
        </w:trPr>
        <w:tc>
          <w:tcPr>
            <w:tcW w:w="677" w:type="dxa"/>
            <w:tcMar>
              <w:top w:w="28" w:type="dxa"/>
              <w:left w:w="38" w:type="dxa"/>
              <w:bottom w:w="28" w:type="dxa"/>
              <w:right w:w="38" w:type="dxa"/>
            </w:tcMar>
            <w:vAlign w:val="center"/>
          </w:tcPr>
          <w:p w14:paraId="10E0205D" w14:textId="77777777" w:rsidR="00D60D5E" w:rsidRDefault="00891EF0">
            <w:pPr>
              <w:spacing w:after="0" w:line="240" w:lineRule="auto"/>
              <w:jc w:val="center"/>
            </w:pPr>
            <w:r>
              <w:rPr>
                <w:rFonts w:eastAsia="Aptos"/>
                <w:color w:val="6A7075"/>
                <w:sz w:val="17"/>
              </w:rPr>
              <w:t>235-167</w:t>
            </w:r>
          </w:p>
        </w:tc>
        <w:tc>
          <w:tcPr>
            <w:tcW w:w="2648" w:type="dxa"/>
            <w:tcMar>
              <w:top w:w="28" w:type="dxa"/>
              <w:left w:w="38" w:type="dxa"/>
              <w:bottom w:w="28" w:type="dxa"/>
              <w:right w:w="38" w:type="dxa"/>
            </w:tcMar>
            <w:vAlign w:val="center"/>
          </w:tcPr>
          <w:p w14:paraId="0146485C" w14:textId="77777777" w:rsidR="00D60D5E" w:rsidRDefault="00891EF0">
            <w:pPr>
              <w:spacing w:after="0" w:line="240" w:lineRule="auto"/>
            </w:pPr>
            <w:r>
              <w:rPr>
                <w:rFonts w:eastAsia="Aptos"/>
                <w:sz w:val="17"/>
              </w:rPr>
              <w:t>Mosquito Coils Cobra 10pk</w:t>
            </w:r>
          </w:p>
        </w:tc>
        <w:tc>
          <w:tcPr>
            <w:tcW w:w="630" w:type="dxa"/>
            <w:tcMar>
              <w:top w:w="28" w:type="dxa"/>
              <w:left w:w="38" w:type="dxa"/>
              <w:bottom w:w="28" w:type="dxa"/>
              <w:right w:w="38" w:type="dxa"/>
            </w:tcMar>
            <w:vAlign w:val="center"/>
          </w:tcPr>
          <w:p w14:paraId="0052AA39"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7E58F40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973D32" w14:textId="77777777" w:rsidR="00D60D5E" w:rsidRDefault="00D60D5E">
            <w:pPr>
              <w:jc w:val="center"/>
            </w:pPr>
          </w:p>
        </w:tc>
      </w:tr>
      <w:tr w:rsidR="00D60D5E" w14:paraId="78708543" w14:textId="77777777" w:rsidTr="000617E0">
        <w:trPr>
          <w:cantSplit/>
          <w:jc w:val="center"/>
        </w:trPr>
        <w:tc>
          <w:tcPr>
            <w:tcW w:w="677" w:type="dxa"/>
            <w:tcMar>
              <w:top w:w="28" w:type="dxa"/>
              <w:left w:w="38" w:type="dxa"/>
              <w:bottom w:w="28" w:type="dxa"/>
              <w:right w:w="38" w:type="dxa"/>
            </w:tcMar>
            <w:vAlign w:val="center"/>
          </w:tcPr>
          <w:p w14:paraId="36B8C47B" w14:textId="77777777" w:rsidR="00D60D5E" w:rsidRDefault="00891EF0">
            <w:pPr>
              <w:spacing w:after="0" w:line="240" w:lineRule="auto"/>
              <w:jc w:val="center"/>
            </w:pPr>
            <w:r>
              <w:rPr>
                <w:rFonts w:eastAsia="Aptos"/>
                <w:color w:val="6A7075"/>
                <w:sz w:val="17"/>
              </w:rPr>
              <w:t>235-170</w:t>
            </w:r>
          </w:p>
        </w:tc>
        <w:tc>
          <w:tcPr>
            <w:tcW w:w="2648" w:type="dxa"/>
            <w:tcMar>
              <w:top w:w="28" w:type="dxa"/>
              <w:left w:w="38" w:type="dxa"/>
              <w:bottom w:w="28" w:type="dxa"/>
              <w:right w:w="38" w:type="dxa"/>
            </w:tcMar>
            <w:vAlign w:val="center"/>
          </w:tcPr>
          <w:p w14:paraId="695685A9" w14:textId="77777777" w:rsidR="00D60D5E" w:rsidRDefault="00891EF0">
            <w:pPr>
              <w:spacing w:after="0" w:line="240" w:lineRule="auto"/>
            </w:pPr>
            <w:r>
              <w:rPr>
                <w:rFonts w:eastAsia="Aptos"/>
                <w:sz w:val="17"/>
              </w:rPr>
              <w:t>Baygon Insecticide 400ml</w:t>
            </w:r>
          </w:p>
        </w:tc>
        <w:tc>
          <w:tcPr>
            <w:tcW w:w="630" w:type="dxa"/>
            <w:tcMar>
              <w:top w:w="28" w:type="dxa"/>
              <w:left w:w="38" w:type="dxa"/>
              <w:bottom w:w="28" w:type="dxa"/>
              <w:right w:w="38" w:type="dxa"/>
            </w:tcMar>
            <w:vAlign w:val="center"/>
          </w:tcPr>
          <w:p w14:paraId="3752A293"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7833B6B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F692F4" w14:textId="77777777" w:rsidR="00D60D5E" w:rsidRDefault="00D60D5E">
            <w:pPr>
              <w:jc w:val="center"/>
            </w:pPr>
          </w:p>
        </w:tc>
      </w:tr>
      <w:tr w:rsidR="00D60D5E" w14:paraId="56889521" w14:textId="77777777" w:rsidTr="000617E0">
        <w:trPr>
          <w:cantSplit/>
          <w:jc w:val="center"/>
        </w:trPr>
        <w:tc>
          <w:tcPr>
            <w:tcW w:w="677" w:type="dxa"/>
            <w:tcMar>
              <w:top w:w="28" w:type="dxa"/>
              <w:left w:w="38" w:type="dxa"/>
              <w:bottom w:w="28" w:type="dxa"/>
              <w:right w:w="38" w:type="dxa"/>
            </w:tcMar>
            <w:vAlign w:val="center"/>
          </w:tcPr>
          <w:p w14:paraId="0FB54777" w14:textId="77777777" w:rsidR="00D60D5E" w:rsidRDefault="00891EF0">
            <w:pPr>
              <w:spacing w:after="0" w:line="240" w:lineRule="auto"/>
              <w:jc w:val="center"/>
            </w:pPr>
            <w:r>
              <w:rPr>
                <w:rFonts w:eastAsia="Aptos"/>
                <w:color w:val="6A7075"/>
                <w:sz w:val="17"/>
              </w:rPr>
              <w:t>235-175</w:t>
            </w:r>
          </w:p>
        </w:tc>
        <w:tc>
          <w:tcPr>
            <w:tcW w:w="2648" w:type="dxa"/>
            <w:tcMar>
              <w:top w:w="28" w:type="dxa"/>
              <w:left w:w="38" w:type="dxa"/>
              <w:bottom w:w="28" w:type="dxa"/>
              <w:right w:w="38" w:type="dxa"/>
            </w:tcMar>
            <w:vAlign w:val="center"/>
          </w:tcPr>
          <w:p w14:paraId="388357E7" w14:textId="77777777" w:rsidR="00D60D5E" w:rsidRDefault="00891EF0">
            <w:pPr>
              <w:spacing w:after="0" w:line="240" w:lineRule="auto"/>
            </w:pPr>
            <w:r>
              <w:rPr>
                <w:rFonts w:eastAsia="Aptos"/>
                <w:sz w:val="17"/>
              </w:rPr>
              <w:t>Aerosol Spray Airfreshners 9oz</w:t>
            </w:r>
          </w:p>
        </w:tc>
        <w:tc>
          <w:tcPr>
            <w:tcW w:w="630" w:type="dxa"/>
            <w:tcMar>
              <w:top w:w="28" w:type="dxa"/>
              <w:left w:w="38" w:type="dxa"/>
              <w:bottom w:w="28" w:type="dxa"/>
              <w:right w:w="38" w:type="dxa"/>
            </w:tcMar>
            <w:vAlign w:val="center"/>
          </w:tcPr>
          <w:p w14:paraId="21D01130" w14:textId="77777777" w:rsidR="00D60D5E" w:rsidRDefault="00891EF0">
            <w:pPr>
              <w:spacing w:after="0" w:line="240" w:lineRule="auto"/>
              <w:jc w:val="center"/>
            </w:pPr>
            <w:r>
              <w:rPr>
                <w:rFonts w:eastAsia="Aptos"/>
                <w:b/>
                <w:sz w:val="17"/>
              </w:rPr>
              <w:t>2.99</w:t>
            </w:r>
          </w:p>
        </w:tc>
        <w:tc>
          <w:tcPr>
            <w:tcW w:w="540" w:type="dxa"/>
            <w:tcMar>
              <w:top w:w="28" w:type="dxa"/>
              <w:left w:w="38" w:type="dxa"/>
              <w:bottom w:w="28" w:type="dxa"/>
              <w:right w:w="38" w:type="dxa"/>
            </w:tcMar>
            <w:vAlign w:val="center"/>
          </w:tcPr>
          <w:p w14:paraId="463010D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03D17E" w14:textId="77777777" w:rsidR="00D60D5E" w:rsidRDefault="00D60D5E">
            <w:pPr>
              <w:jc w:val="center"/>
            </w:pPr>
          </w:p>
        </w:tc>
      </w:tr>
      <w:tr w:rsidR="00D60D5E" w14:paraId="5CA8E76B" w14:textId="77777777" w:rsidTr="000617E0">
        <w:trPr>
          <w:cantSplit/>
          <w:jc w:val="center"/>
        </w:trPr>
        <w:tc>
          <w:tcPr>
            <w:tcW w:w="677" w:type="dxa"/>
            <w:tcMar>
              <w:top w:w="28" w:type="dxa"/>
              <w:left w:w="38" w:type="dxa"/>
              <w:bottom w:w="28" w:type="dxa"/>
              <w:right w:w="38" w:type="dxa"/>
            </w:tcMar>
            <w:vAlign w:val="center"/>
          </w:tcPr>
          <w:p w14:paraId="50CE0255" w14:textId="77777777" w:rsidR="00D60D5E" w:rsidRDefault="00891EF0">
            <w:pPr>
              <w:spacing w:after="0" w:line="240" w:lineRule="auto"/>
              <w:jc w:val="center"/>
            </w:pPr>
            <w:r>
              <w:rPr>
                <w:rFonts w:eastAsia="Aptos"/>
                <w:color w:val="6A7075"/>
                <w:sz w:val="17"/>
              </w:rPr>
              <w:t>235-180</w:t>
            </w:r>
          </w:p>
        </w:tc>
        <w:tc>
          <w:tcPr>
            <w:tcW w:w="2648" w:type="dxa"/>
            <w:tcMar>
              <w:top w:w="28" w:type="dxa"/>
              <w:left w:w="38" w:type="dxa"/>
              <w:bottom w:w="28" w:type="dxa"/>
              <w:right w:w="38" w:type="dxa"/>
            </w:tcMar>
            <w:vAlign w:val="center"/>
          </w:tcPr>
          <w:p w14:paraId="0A3C4D93" w14:textId="77777777" w:rsidR="00D60D5E" w:rsidRDefault="00891EF0">
            <w:pPr>
              <w:spacing w:after="0" w:line="240" w:lineRule="auto"/>
            </w:pPr>
            <w:r>
              <w:rPr>
                <w:rFonts w:eastAsia="Aptos"/>
                <w:sz w:val="17"/>
              </w:rPr>
              <w:t>J-Cloths (Handi wipes) 3ct (6CT)</w:t>
            </w:r>
          </w:p>
        </w:tc>
        <w:tc>
          <w:tcPr>
            <w:tcW w:w="630" w:type="dxa"/>
            <w:tcMar>
              <w:top w:w="28" w:type="dxa"/>
              <w:left w:w="38" w:type="dxa"/>
              <w:bottom w:w="28" w:type="dxa"/>
              <w:right w:w="38" w:type="dxa"/>
            </w:tcMar>
            <w:vAlign w:val="center"/>
          </w:tcPr>
          <w:p w14:paraId="4678B9F2" w14:textId="77777777" w:rsidR="00D60D5E" w:rsidRDefault="00891EF0">
            <w:pPr>
              <w:spacing w:after="0" w:line="240" w:lineRule="auto"/>
              <w:jc w:val="center"/>
            </w:pPr>
            <w:r>
              <w:rPr>
                <w:rFonts w:eastAsia="Aptos"/>
                <w:b/>
                <w:sz w:val="17"/>
              </w:rPr>
              <w:t>3.54</w:t>
            </w:r>
          </w:p>
        </w:tc>
        <w:tc>
          <w:tcPr>
            <w:tcW w:w="540" w:type="dxa"/>
            <w:tcMar>
              <w:top w:w="28" w:type="dxa"/>
              <w:left w:w="38" w:type="dxa"/>
              <w:bottom w:w="28" w:type="dxa"/>
              <w:right w:w="38" w:type="dxa"/>
            </w:tcMar>
            <w:vAlign w:val="center"/>
          </w:tcPr>
          <w:p w14:paraId="208265F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8D66AD" w14:textId="77777777" w:rsidR="00D60D5E" w:rsidRDefault="00D60D5E">
            <w:pPr>
              <w:jc w:val="center"/>
            </w:pPr>
          </w:p>
        </w:tc>
      </w:tr>
      <w:tr w:rsidR="00D60D5E" w14:paraId="56D2740C" w14:textId="77777777" w:rsidTr="000617E0">
        <w:trPr>
          <w:cantSplit/>
          <w:jc w:val="center"/>
        </w:trPr>
        <w:tc>
          <w:tcPr>
            <w:tcW w:w="677" w:type="dxa"/>
            <w:tcMar>
              <w:top w:w="28" w:type="dxa"/>
              <w:left w:w="38" w:type="dxa"/>
              <w:bottom w:w="28" w:type="dxa"/>
              <w:right w:w="38" w:type="dxa"/>
            </w:tcMar>
            <w:vAlign w:val="center"/>
          </w:tcPr>
          <w:p w14:paraId="56C2D547" w14:textId="77777777" w:rsidR="00D60D5E" w:rsidRDefault="00891EF0">
            <w:pPr>
              <w:spacing w:after="0" w:line="240" w:lineRule="auto"/>
              <w:jc w:val="center"/>
            </w:pPr>
            <w:r>
              <w:rPr>
                <w:rFonts w:eastAsia="Aptos"/>
                <w:color w:val="6A7075"/>
                <w:sz w:val="17"/>
              </w:rPr>
              <w:t>235-185</w:t>
            </w:r>
          </w:p>
        </w:tc>
        <w:tc>
          <w:tcPr>
            <w:tcW w:w="2648" w:type="dxa"/>
            <w:tcMar>
              <w:top w:w="28" w:type="dxa"/>
              <w:left w:w="38" w:type="dxa"/>
              <w:bottom w:w="28" w:type="dxa"/>
              <w:right w:w="38" w:type="dxa"/>
            </w:tcMar>
            <w:vAlign w:val="center"/>
          </w:tcPr>
          <w:p w14:paraId="0B7CE3BB" w14:textId="77777777" w:rsidR="00D60D5E" w:rsidRDefault="00891EF0">
            <w:pPr>
              <w:spacing w:after="0" w:line="240" w:lineRule="auto"/>
            </w:pPr>
            <w:r>
              <w:rPr>
                <w:rFonts w:eastAsia="Aptos"/>
                <w:sz w:val="17"/>
              </w:rPr>
              <w:t>Sponge 1ea</w:t>
            </w:r>
          </w:p>
        </w:tc>
        <w:tc>
          <w:tcPr>
            <w:tcW w:w="630" w:type="dxa"/>
            <w:tcMar>
              <w:top w:w="28" w:type="dxa"/>
              <w:left w:w="38" w:type="dxa"/>
              <w:bottom w:w="28" w:type="dxa"/>
              <w:right w:w="38" w:type="dxa"/>
            </w:tcMar>
            <w:vAlign w:val="center"/>
          </w:tcPr>
          <w:p w14:paraId="513935BB" w14:textId="77777777" w:rsidR="00D60D5E" w:rsidRDefault="00891EF0">
            <w:pPr>
              <w:spacing w:after="0" w:line="240" w:lineRule="auto"/>
              <w:jc w:val="center"/>
            </w:pPr>
            <w:r>
              <w:rPr>
                <w:rFonts w:eastAsia="Aptos"/>
                <w:b/>
                <w:sz w:val="17"/>
              </w:rPr>
              <w:t>2.75</w:t>
            </w:r>
          </w:p>
        </w:tc>
        <w:tc>
          <w:tcPr>
            <w:tcW w:w="540" w:type="dxa"/>
            <w:tcMar>
              <w:top w:w="28" w:type="dxa"/>
              <w:left w:w="38" w:type="dxa"/>
              <w:bottom w:w="28" w:type="dxa"/>
              <w:right w:w="38" w:type="dxa"/>
            </w:tcMar>
            <w:vAlign w:val="center"/>
          </w:tcPr>
          <w:p w14:paraId="1ACF14A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57728E" w14:textId="77777777" w:rsidR="00D60D5E" w:rsidRDefault="00D60D5E">
            <w:pPr>
              <w:jc w:val="center"/>
            </w:pPr>
          </w:p>
        </w:tc>
      </w:tr>
      <w:tr w:rsidR="00D60D5E" w14:paraId="020205B4" w14:textId="77777777" w:rsidTr="000617E0">
        <w:trPr>
          <w:cantSplit/>
          <w:jc w:val="center"/>
        </w:trPr>
        <w:tc>
          <w:tcPr>
            <w:tcW w:w="677" w:type="dxa"/>
            <w:tcMar>
              <w:top w:w="28" w:type="dxa"/>
              <w:left w:w="38" w:type="dxa"/>
              <w:bottom w:w="28" w:type="dxa"/>
              <w:right w:w="38" w:type="dxa"/>
            </w:tcMar>
            <w:vAlign w:val="center"/>
          </w:tcPr>
          <w:p w14:paraId="62BACE9E" w14:textId="77777777" w:rsidR="00D60D5E" w:rsidRDefault="00891EF0">
            <w:pPr>
              <w:spacing w:after="0" w:line="240" w:lineRule="auto"/>
              <w:jc w:val="center"/>
            </w:pPr>
            <w:r>
              <w:rPr>
                <w:rFonts w:eastAsia="Aptos"/>
                <w:color w:val="6A7075"/>
                <w:sz w:val="17"/>
              </w:rPr>
              <w:t>235-186</w:t>
            </w:r>
          </w:p>
        </w:tc>
        <w:tc>
          <w:tcPr>
            <w:tcW w:w="2648" w:type="dxa"/>
            <w:tcMar>
              <w:top w:w="28" w:type="dxa"/>
              <w:left w:w="38" w:type="dxa"/>
              <w:bottom w:w="28" w:type="dxa"/>
              <w:right w:w="38" w:type="dxa"/>
            </w:tcMar>
            <w:vAlign w:val="center"/>
          </w:tcPr>
          <w:p w14:paraId="33957092" w14:textId="77777777" w:rsidR="00D60D5E" w:rsidRDefault="00891EF0">
            <w:pPr>
              <w:spacing w:after="0" w:line="240" w:lineRule="auto"/>
            </w:pPr>
            <w:r>
              <w:rPr>
                <w:rFonts w:eastAsia="Aptos"/>
                <w:sz w:val="17"/>
              </w:rPr>
              <w:t>Sponge / Scrubber O-Cello 3pk</w:t>
            </w:r>
          </w:p>
        </w:tc>
        <w:tc>
          <w:tcPr>
            <w:tcW w:w="630" w:type="dxa"/>
            <w:tcMar>
              <w:top w:w="28" w:type="dxa"/>
              <w:left w:w="38" w:type="dxa"/>
              <w:bottom w:w="28" w:type="dxa"/>
              <w:right w:w="38" w:type="dxa"/>
            </w:tcMar>
            <w:vAlign w:val="center"/>
          </w:tcPr>
          <w:p w14:paraId="070C5D78" w14:textId="77777777" w:rsidR="00D60D5E" w:rsidRDefault="00891EF0">
            <w:pPr>
              <w:spacing w:after="0" w:line="240" w:lineRule="auto"/>
              <w:jc w:val="center"/>
            </w:pPr>
            <w:r>
              <w:rPr>
                <w:rFonts w:eastAsia="Aptos"/>
                <w:b/>
                <w:sz w:val="17"/>
              </w:rPr>
              <w:t>4.49</w:t>
            </w:r>
          </w:p>
        </w:tc>
        <w:tc>
          <w:tcPr>
            <w:tcW w:w="540" w:type="dxa"/>
            <w:tcMar>
              <w:top w:w="28" w:type="dxa"/>
              <w:left w:w="38" w:type="dxa"/>
              <w:bottom w:w="28" w:type="dxa"/>
              <w:right w:w="38" w:type="dxa"/>
            </w:tcMar>
            <w:vAlign w:val="center"/>
          </w:tcPr>
          <w:p w14:paraId="006A829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1F8A1C" w14:textId="77777777" w:rsidR="00D60D5E" w:rsidRDefault="00D60D5E">
            <w:pPr>
              <w:jc w:val="center"/>
            </w:pPr>
          </w:p>
        </w:tc>
      </w:tr>
      <w:tr w:rsidR="00D60D5E" w14:paraId="2332FFE5" w14:textId="77777777" w:rsidTr="000617E0">
        <w:trPr>
          <w:cantSplit/>
          <w:jc w:val="center"/>
        </w:trPr>
        <w:tc>
          <w:tcPr>
            <w:tcW w:w="677" w:type="dxa"/>
            <w:tcMar>
              <w:top w:w="28" w:type="dxa"/>
              <w:left w:w="38" w:type="dxa"/>
              <w:bottom w:w="28" w:type="dxa"/>
              <w:right w:w="38" w:type="dxa"/>
            </w:tcMar>
            <w:vAlign w:val="center"/>
          </w:tcPr>
          <w:p w14:paraId="22A18BD8" w14:textId="77777777" w:rsidR="00D60D5E" w:rsidRDefault="00891EF0">
            <w:pPr>
              <w:spacing w:after="0" w:line="240" w:lineRule="auto"/>
              <w:jc w:val="center"/>
            </w:pPr>
            <w:r>
              <w:rPr>
                <w:rFonts w:eastAsia="Aptos"/>
                <w:color w:val="6A7075"/>
                <w:sz w:val="17"/>
              </w:rPr>
              <w:t>235-190</w:t>
            </w:r>
          </w:p>
        </w:tc>
        <w:tc>
          <w:tcPr>
            <w:tcW w:w="2648" w:type="dxa"/>
            <w:tcMar>
              <w:top w:w="28" w:type="dxa"/>
              <w:left w:w="38" w:type="dxa"/>
              <w:bottom w:w="28" w:type="dxa"/>
              <w:right w:w="38" w:type="dxa"/>
            </w:tcMar>
            <w:vAlign w:val="center"/>
          </w:tcPr>
          <w:p w14:paraId="2A7E9734" w14:textId="77777777" w:rsidR="00D60D5E" w:rsidRDefault="00891EF0">
            <w:pPr>
              <w:spacing w:after="0" w:line="240" w:lineRule="auto"/>
            </w:pPr>
            <w:r>
              <w:rPr>
                <w:rFonts w:eastAsia="Aptos"/>
                <w:sz w:val="17"/>
              </w:rPr>
              <w:t>Scouring Pads 2pk</w:t>
            </w:r>
          </w:p>
        </w:tc>
        <w:tc>
          <w:tcPr>
            <w:tcW w:w="630" w:type="dxa"/>
            <w:tcMar>
              <w:top w:w="28" w:type="dxa"/>
              <w:left w:w="38" w:type="dxa"/>
              <w:bottom w:w="28" w:type="dxa"/>
              <w:right w:w="38" w:type="dxa"/>
            </w:tcMar>
            <w:vAlign w:val="center"/>
          </w:tcPr>
          <w:p w14:paraId="557B81CA" w14:textId="77777777" w:rsidR="00D60D5E" w:rsidRDefault="00891EF0">
            <w:pPr>
              <w:spacing w:after="0" w:line="240" w:lineRule="auto"/>
              <w:jc w:val="center"/>
            </w:pPr>
            <w:r>
              <w:rPr>
                <w:rFonts w:eastAsia="Aptos"/>
                <w:b/>
                <w:sz w:val="17"/>
              </w:rPr>
              <w:t>2.79</w:t>
            </w:r>
          </w:p>
        </w:tc>
        <w:tc>
          <w:tcPr>
            <w:tcW w:w="540" w:type="dxa"/>
            <w:tcMar>
              <w:top w:w="28" w:type="dxa"/>
              <w:left w:w="38" w:type="dxa"/>
              <w:bottom w:w="28" w:type="dxa"/>
              <w:right w:w="38" w:type="dxa"/>
            </w:tcMar>
            <w:vAlign w:val="center"/>
          </w:tcPr>
          <w:p w14:paraId="7E2F070C" w14:textId="77777777" w:rsidR="00D60D5E" w:rsidRDefault="00891EF0">
            <w:pPr>
              <w:spacing w:after="0" w:line="240" w:lineRule="auto"/>
              <w:jc w:val="center"/>
            </w:pPr>
            <w:r>
              <w:rPr>
                <w:rFonts w:eastAsia="Aptos"/>
                <w:sz w:val="17"/>
              </w:rPr>
              <w:t>PK</w:t>
            </w:r>
          </w:p>
        </w:tc>
        <w:tc>
          <w:tcPr>
            <w:tcW w:w="646" w:type="dxa"/>
            <w:tcMar>
              <w:top w:w="28" w:type="dxa"/>
              <w:left w:w="38" w:type="dxa"/>
              <w:bottom w:w="28" w:type="dxa"/>
              <w:right w:w="38" w:type="dxa"/>
            </w:tcMar>
            <w:vAlign w:val="center"/>
          </w:tcPr>
          <w:p w14:paraId="6D2E45A7" w14:textId="77777777" w:rsidR="00D60D5E" w:rsidRDefault="00D60D5E">
            <w:pPr>
              <w:jc w:val="center"/>
            </w:pPr>
          </w:p>
        </w:tc>
      </w:tr>
      <w:tr w:rsidR="00D60D5E" w14:paraId="2F1F3EFC" w14:textId="77777777" w:rsidTr="000617E0">
        <w:trPr>
          <w:cantSplit/>
          <w:jc w:val="center"/>
        </w:trPr>
        <w:tc>
          <w:tcPr>
            <w:tcW w:w="677" w:type="dxa"/>
            <w:tcMar>
              <w:top w:w="28" w:type="dxa"/>
              <w:left w:w="38" w:type="dxa"/>
              <w:bottom w:w="28" w:type="dxa"/>
              <w:right w:w="38" w:type="dxa"/>
            </w:tcMar>
            <w:vAlign w:val="center"/>
          </w:tcPr>
          <w:p w14:paraId="768FC124" w14:textId="77777777" w:rsidR="00D60D5E" w:rsidRDefault="00891EF0">
            <w:pPr>
              <w:spacing w:after="0" w:line="240" w:lineRule="auto"/>
              <w:jc w:val="center"/>
            </w:pPr>
            <w:r>
              <w:rPr>
                <w:rFonts w:eastAsia="Aptos"/>
                <w:color w:val="6A7075"/>
                <w:sz w:val="17"/>
              </w:rPr>
              <w:t>235-195</w:t>
            </w:r>
          </w:p>
        </w:tc>
        <w:tc>
          <w:tcPr>
            <w:tcW w:w="2648" w:type="dxa"/>
            <w:tcMar>
              <w:top w:w="28" w:type="dxa"/>
              <w:left w:w="38" w:type="dxa"/>
              <w:bottom w:w="28" w:type="dxa"/>
              <w:right w:w="38" w:type="dxa"/>
            </w:tcMar>
            <w:vAlign w:val="center"/>
          </w:tcPr>
          <w:p w14:paraId="03F170D3" w14:textId="77777777" w:rsidR="00D60D5E" w:rsidRDefault="00891EF0">
            <w:pPr>
              <w:spacing w:after="0" w:line="240" w:lineRule="auto"/>
            </w:pPr>
            <w:r>
              <w:rPr>
                <w:rFonts w:eastAsia="Aptos"/>
                <w:sz w:val="17"/>
              </w:rPr>
              <w:t>Low Boy Candles W/net 1ea</w:t>
            </w:r>
          </w:p>
        </w:tc>
        <w:tc>
          <w:tcPr>
            <w:tcW w:w="630" w:type="dxa"/>
            <w:tcMar>
              <w:top w:w="28" w:type="dxa"/>
              <w:left w:w="38" w:type="dxa"/>
              <w:bottom w:w="28" w:type="dxa"/>
              <w:right w:w="38" w:type="dxa"/>
            </w:tcMar>
            <w:vAlign w:val="center"/>
          </w:tcPr>
          <w:p w14:paraId="6082141C" w14:textId="77777777" w:rsidR="00D60D5E" w:rsidRDefault="00891EF0">
            <w:pPr>
              <w:spacing w:after="0" w:line="240" w:lineRule="auto"/>
              <w:jc w:val="center"/>
            </w:pPr>
            <w:r>
              <w:rPr>
                <w:rFonts w:eastAsia="Aptos"/>
                <w:b/>
                <w:sz w:val="17"/>
              </w:rPr>
              <w:t>5.40</w:t>
            </w:r>
          </w:p>
        </w:tc>
        <w:tc>
          <w:tcPr>
            <w:tcW w:w="540" w:type="dxa"/>
            <w:tcMar>
              <w:top w:w="28" w:type="dxa"/>
              <w:left w:w="38" w:type="dxa"/>
              <w:bottom w:w="28" w:type="dxa"/>
              <w:right w:w="38" w:type="dxa"/>
            </w:tcMar>
            <w:vAlign w:val="center"/>
          </w:tcPr>
          <w:p w14:paraId="794A5E9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1CDB8B" w14:textId="77777777" w:rsidR="00D60D5E" w:rsidRDefault="00D60D5E">
            <w:pPr>
              <w:jc w:val="center"/>
            </w:pPr>
          </w:p>
        </w:tc>
      </w:tr>
      <w:tr w:rsidR="00D60D5E" w14:paraId="212C690B" w14:textId="77777777" w:rsidTr="000617E0">
        <w:trPr>
          <w:cantSplit/>
          <w:jc w:val="center"/>
        </w:trPr>
        <w:tc>
          <w:tcPr>
            <w:tcW w:w="677" w:type="dxa"/>
            <w:tcMar>
              <w:top w:w="28" w:type="dxa"/>
              <w:left w:w="38" w:type="dxa"/>
              <w:bottom w:w="28" w:type="dxa"/>
              <w:right w:w="38" w:type="dxa"/>
            </w:tcMar>
            <w:vAlign w:val="center"/>
          </w:tcPr>
          <w:p w14:paraId="5CC01B11" w14:textId="77777777" w:rsidR="00D60D5E" w:rsidRDefault="00891EF0">
            <w:pPr>
              <w:spacing w:after="0" w:line="240" w:lineRule="auto"/>
              <w:jc w:val="center"/>
            </w:pPr>
            <w:r>
              <w:rPr>
                <w:rFonts w:eastAsia="Aptos"/>
                <w:color w:val="6A7075"/>
                <w:sz w:val="17"/>
              </w:rPr>
              <w:t>235-200</w:t>
            </w:r>
          </w:p>
        </w:tc>
        <w:tc>
          <w:tcPr>
            <w:tcW w:w="2648" w:type="dxa"/>
            <w:tcMar>
              <w:top w:w="28" w:type="dxa"/>
              <w:left w:w="38" w:type="dxa"/>
              <w:bottom w:w="28" w:type="dxa"/>
              <w:right w:w="38" w:type="dxa"/>
            </w:tcMar>
            <w:vAlign w:val="center"/>
          </w:tcPr>
          <w:p w14:paraId="50DB4CFE" w14:textId="77777777" w:rsidR="00D60D5E" w:rsidRDefault="00891EF0">
            <w:pPr>
              <w:spacing w:after="0" w:line="240" w:lineRule="auto"/>
            </w:pPr>
            <w:r>
              <w:rPr>
                <w:rFonts w:eastAsia="Aptos"/>
                <w:sz w:val="17"/>
              </w:rPr>
              <w:t>Liquid Soap Antibacterial 11.25oz</w:t>
            </w:r>
          </w:p>
        </w:tc>
        <w:tc>
          <w:tcPr>
            <w:tcW w:w="630" w:type="dxa"/>
            <w:tcMar>
              <w:top w:w="28" w:type="dxa"/>
              <w:left w:w="38" w:type="dxa"/>
              <w:bottom w:w="28" w:type="dxa"/>
              <w:right w:w="38" w:type="dxa"/>
            </w:tcMar>
            <w:vAlign w:val="center"/>
          </w:tcPr>
          <w:p w14:paraId="082582BF" w14:textId="77777777" w:rsidR="00D60D5E" w:rsidRDefault="00891EF0">
            <w:pPr>
              <w:spacing w:after="0" w:line="240" w:lineRule="auto"/>
              <w:jc w:val="center"/>
            </w:pPr>
            <w:r>
              <w:rPr>
                <w:rFonts w:eastAsia="Aptos"/>
                <w:b/>
                <w:sz w:val="17"/>
              </w:rPr>
              <w:t>7.39</w:t>
            </w:r>
          </w:p>
        </w:tc>
        <w:tc>
          <w:tcPr>
            <w:tcW w:w="540" w:type="dxa"/>
            <w:tcMar>
              <w:top w:w="28" w:type="dxa"/>
              <w:left w:w="38" w:type="dxa"/>
              <w:bottom w:w="28" w:type="dxa"/>
              <w:right w:w="38" w:type="dxa"/>
            </w:tcMar>
            <w:vAlign w:val="center"/>
          </w:tcPr>
          <w:p w14:paraId="22157E0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90A591" w14:textId="77777777" w:rsidR="00D60D5E" w:rsidRDefault="00D60D5E">
            <w:pPr>
              <w:jc w:val="center"/>
            </w:pPr>
          </w:p>
        </w:tc>
      </w:tr>
      <w:tr w:rsidR="00D60D5E" w14:paraId="706E1771" w14:textId="77777777" w:rsidTr="000617E0">
        <w:trPr>
          <w:cantSplit/>
          <w:jc w:val="center"/>
        </w:trPr>
        <w:tc>
          <w:tcPr>
            <w:tcW w:w="677" w:type="dxa"/>
            <w:tcMar>
              <w:top w:w="28" w:type="dxa"/>
              <w:left w:w="38" w:type="dxa"/>
              <w:bottom w:w="28" w:type="dxa"/>
              <w:right w:w="38" w:type="dxa"/>
            </w:tcMar>
            <w:vAlign w:val="center"/>
          </w:tcPr>
          <w:p w14:paraId="3FC69BC5" w14:textId="77777777" w:rsidR="00D60D5E" w:rsidRDefault="00891EF0">
            <w:pPr>
              <w:spacing w:after="0" w:line="240" w:lineRule="auto"/>
              <w:jc w:val="center"/>
            </w:pPr>
            <w:r>
              <w:rPr>
                <w:rFonts w:eastAsia="Aptos"/>
                <w:color w:val="6A7075"/>
                <w:sz w:val="17"/>
              </w:rPr>
              <w:t>235-205</w:t>
            </w:r>
          </w:p>
        </w:tc>
        <w:tc>
          <w:tcPr>
            <w:tcW w:w="2648" w:type="dxa"/>
            <w:tcMar>
              <w:top w:w="28" w:type="dxa"/>
              <w:left w:w="38" w:type="dxa"/>
              <w:bottom w:w="28" w:type="dxa"/>
              <w:right w:w="38" w:type="dxa"/>
            </w:tcMar>
            <w:vAlign w:val="center"/>
          </w:tcPr>
          <w:p w14:paraId="4152A710" w14:textId="77777777" w:rsidR="00D60D5E" w:rsidRDefault="00891EF0">
            <w:pPr>
              <w:spacing w:after="0" w:line="240" w:lineRule="auto"/>
            </w:pPr>
            <w:r>
              <w:rPr>
                <w:rFonts w:eastAsia="Aptos"/>
                <w:sz w:val="17"/>
              </w:rPr>
              <w:t>Tide Detergent Orig 34 oz</w:t>
            </w:r>
          </w:p>
        </w:tc>
        <w:tc>
          <w:tcPr>
            <w:tcW w:w="630" w:type="dxa"/>
            <w:tcMar>
              <w:top w:w="28" w:type="dxa"/>
              <w:left w:w="38" w:type="dxa"/>
              <w:bottom w:w="28" w:type="dxa"/>
              <w:right w:w="38" w:type="dxa"/>
            </w:tcMar>
            <w:vAlign w:val="center"/>
          </w:tcPr>
          <w:p w14:paraId="1ADFEA21" w14:textId="77777777" w:rsidR="00D60D5E" w:rsidRDefault="00891EF0">
            <w:pPr>
              <w:spacing w:after="0" w:line="240" w:lineRule="auto"/>
              <w:jc w:val="center"/>
            </w:pPr>
            <w:r>
              <w:rPr>
                <w:rFonts w:eastAsia="Aptos"/>
                <w:b/>
                <w:sz w:val="17"/>
              </w:rPr>
              <w:t>14.89</w:t>
            </w:r>
          </w:p>
        </w:tc>
        <w:tc>
          <w:tcPr>
            <w:tcW w:w="540" w:type="dxa"/>
            <w:tcMar>
              <w:top w:w="28" w:type="dxa"/>
              <w:left w:w="38" w:type="dxa"/>
              <w:bottom w:w="28" w:type="dxa"/>
              <w:right w:w="38" w:type="dxa"/>
            </w:tcMar>
            <w:vAlign w:val="center"/>
          </w:tcPr>
          <w:p w14:paraId="1B25BB3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8D2FC3" w14:textId="77777777" w:rsidR="00D60D5E" w:rsidRDefault="00D60D5E">
            <w:pPr>
              <w:jc w:val="center"/>
            </w:pPr>
          </w:p>
        </w:tc>
      </w:tr>
      <w:tr w:rsidR="00D60D5E" w14:paraId="073178E5" w14:textId="77777777" w:rsidTr="000617E0">
        <w:trPr>
          <w:cantSplit/>
          <w:jc w:val="center"/>
        </w:trPr>
        <w:tc>
          <w:tcPr>
            <w:tcW w:w="677" w:type="dxa"/>
            <w:tcMar>
              <w:top w:w="28" w:type="dxa"/>
              <w:left w:w="38" w:type="dxa"/>
              <w:bottom w:w="28" w:type="dxa"/>
              <w:right w:w="38" w:type="dxa"/>
            </w:tcMar>
            <w:vAlign w:val="center"/>
          </w:tcPr>
          <w:p w14:paraId="4A862E74" w14:textId="77777777" w:rsidR="00D60D5E" w:rsidRDefault="00891EF0">
            <w:pPr>
              <w:spacing w:after="0" w:line="240" w:lineRule="auto"/>
              <w:jc w:val="center"/>
            </w:pPr>
            <w:r>
              <w:rPr>
                <w:rFonts w:eastAsia="Aptos"/>
                <w:color w:val="6A7075"/>
                <w:sz w:val="17"/>
              </w:rPr>
              <w:t>235-210</w:t>
            </w:r>
          </w:p>
        </w:tc>
        <w:tc>
          <w:tcPr>
            <w:tcW w:w="2648" w:type="dxa"/>
            <w:tcMar>
              <w:top w:w="28" w:type="dxa"/>
              <w:left w:w="38" w:type="dxa"/>
              <w:bottom w:w="28" w:type="dxa"/>
              <w:right w:w="38" w:type="dxa"/>
            </w:tcMar>
            <w:vAlign w:val="center"/>
          </w:tcPr>
          <w:p w14:paraId="18B10145" w14:textId="77777777" w:rsidR="00D60D5E" w:rsidRDefault="00891EF0">
            <w:pPr>
              <w:spacing w:after="0" w:line="240" w:lineRule="auto"/>
            </w:pPr>
            <w:r>
              <w:rPr>
                <w:rFonts w:eastAsia="Aptos"/>
                <w:sz w:val="17"/>
              </w:rPr>
              <w:t>Bleach Clorox Large 128oz/1gal</w:t>
            </w:r>
          </w:p>
        </w:tc>
        <w:tc>
          <w:tcPr>
            <w:tcW w:w="630" w:type="dxa"/>
            <w:tcMar>
              <w:top w:w="28" w:type="dxa"/>
              <w:left w:w="38" w:type="dxa"/>
              <w:bottom w:w="28" w:type="dxa"/>
              <w:right w:w="38" w:type="dxa"/>
            </w:tcMar>
            <w:vAlign w:val="center"/>
          </w:tcPr>
          <w:p w14:paraId="598A6179" w14:textId="77777777" w:rsidR="00D60D5E" w:rsidRDefault="00891EF0">
            <w:pPr>
              <w:spacing w:after="0" w:line="240" w:lineRule="auto"/>
              <w:jc w:val="center"/>
            </w:pPr>
            <w:r>
              <w:rPr>
                <w:rFonts w:eastAsia="Aptos"/>
                <w:b/>
                <w:sz w:val="17"/>
              </w:rPr>
              <w:t>5.59</w:t>
            </w:r>
          </w:p>
        </w:tc>
        <w:tc>
          <w:tcPr>
            <w:tcW w:w="540" w:type="dxa"/>
            <w:tcMar>
              <w:top w:w="28" w:type="dxa"/>
              <w:left w:w="38" w:type="dxa"/>
              <w:bottom w:w="28" w:type="dxa"/>
              <w:right w:w="38" w:type="dxa"/>
            </w:tcMar>
            <w:vAlign w:val="center"/>
          </w:tcPr>
          <w:p w14:paraId="2CCA3B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5EF6DD" w14:textId="77777777" w:rsidR="00D60D5E" w:rsidRDefault="00D60D5E">
            <w:pPr>
              <w:jc w:val="center"/>
            </w:pPr>
          </w:p>
        </w:tc>
      </w:tr>
      <w:tr w:rsidR="00D60D5E" w14:paraId="49DD98E9" w14:textId="77777777" w:rsidTr="000617E0">
        <w:trPr>
          <w:cantSplit/>
          <w:jc w:val="center"/>
        </w:trPr>
        <w:tc>
          <w:tcPr>
            <w:tcW w:w="677" w:type="dxa"/>
            <w:tcMar>
              <w:top w:w="28" w:type="dxa"/>
              <w:left w:w="38" w:type="dxa"/>
              <w:bottom w:w="28" w:type="dxa"/>
              <w:right w:w="38" w:type="dxa"/>
            </w:tcMar>
            <w:vAlign w:val="center"/>
          </w:tcPr>
          <w:p w14:paraId="0FF79F4B" w14:textId="77777777" w:rsidR="00D60D5E" w:rsidRDefault="00891EF0">
            <w:pPr>
              <w:spacing w:after="0" w:line="240" w:lineRule="auto"/>
              <w:jc w:val="center"/>
            </w:pPr>
            <w:r>
              <w:rPr>
                <w:rFonts w:eastAsia="Aptos"/>
                <w:color w:val="6A7075"/>
                <w:sz w:val="17"/>
              </w:rPr>
              <w:t>235-215</w:t>
            </w:r>
          </w:p>
        </w:tc>
        <w:tc>
          <w:tcPr>
            <w:tcW w:w="2648" w:type="dxa"/>
            <w:tcMar>
              <w:top w:w="28" w:type="dxa"/>
              <w:left w:w="38" w:type="dxa"/>
              <w:bottom w:w="28" w:type="dxa"/>
              <w:right w:w="38" w:type="dxa"/>
            </w:tcMar>
            <w:vAlign w:val="center"/>
          </w:tcPr>
          <w:p w14:paraId="29A6B945" w14:textId="77777777" w:rsidR="00D60D5E" w:rsidRDefault="00891EF0">
            <w:pPr>
              <w:spacing w:after="0" w:line="240" w:lineRule="auto"/>
            </w:pPr>
            <w:r>
              <w:rPr>
                <w:rFonts w:eastAsia="Aptos"/>
                <w:sz w:val="17"/>
              </w:rPr>
              <w:t>Dishwashing Liquid 18oz</w:t>
            </w:r>
          </w:p>
        </w:tc>
        <w:tc>
          <w:tcPr>
            <w:tcW w:w="630" w:type="dxa"/>
            <w:tcMar>
              <w:top w:w="28" w:type="dxa"/>
              <w:left w:w="38" w:type="dxa"/>
              <w:bottom w:w="28" w:type="dxa"/>
              <w:right w:w="38" w:type="dxa"/>
            </w:tcMar>
            <w:vAlign w:val="center"/>
          </w:tcPr>
          <w:p w14:paraId="7C1E484E" w14:textId="77777777" w:rsidR="00D60D5E" w:rsidRDefault="00891EF0">
            <w:pPr>
              <w:spacing w:after="0" w:line="240" w:lineRule="auto"/>
              <w:jc w:val="center"/>
            </w:pPr>
            <w:r>
              <w:rPr>
                <w:rFonts w:eastAsia="Aptos"/>
                <w:b/>
                <w:sz w:val="17"/>
              </w:rPr>
              <w:t>4.59</w:t>
            </w:r>
          </w:p>
        </w:tc>
        <w:tc>
          <w:tcPr>
            <w:tcW w:w="540" w:type="dxa"/>
            <w:tcMar>
              <w:top w:w="28" w:type="dxa"/>
              <w:left w:w="38" w:type="dxa"/>
              <w:bottom w:w="28" w:type="dxa"/>
              <w:right w:w="38" w:type="dxa"/>
            </w:tcMar>
            <w:vAlign w:val="center"/>
          </w:tcPr>
          <w:p w14:paraId="30C8DA0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61754C" w14:textId="77777777" w:rsidR="00D60D5E" w:rsidRDefault="00D60D5E">
            <w:pPr>
              <w:jc w:val="center"/>
            </w:pPr>
          </w:p>
        </w:tc>
      </w:tr>
      <w:tr w:rsidR="00D60D5E" w14:paraId="4360C3E9" w14:textId="77777777" w:rsidTr="000617E0">
        <w:trPr>
          <w:cantSplit/>
          <w:jc w:val="center"/>
        </w:trPr>
        <w:tc>
          <w:tcPr>
            <w:tcW w:w="677" w:type="dxa"/>
            <w:tcMar>
              <w:top w:w="28" w:type="dxa"/>
              <w:left w:w="38" w:type="dxa"/>
              <w:bottom w:w="28" w:type="dxa"/>
              <w:right w:w="38" w:type="dxa"/>
            </w:tcMar>
            <w:vAlign w:val="center"/>
          </w:tcPr>
          <w:p w14:paraId="553FF43E" w14:textId="77777777" w:rsidR="00D60D5E" w:rsidRDefault="00891EF0">
            <w:pPr>
              <w:spacing w:after="0" w:line="240" w:lineRule="auto"/>
              <w:jc w:val="center"/>
            </w:pPr>
            <w:r>
              <w:rPr>
                <w:rFonts w:eastAsia="Aptos"/>
                <w:color w:val="6A7075"/>
                <w:sz w:val="17"/>
              </w:rPr>
              <w:t>235-220</w:t>
            </w:r>
          </w:p>
        </w:tc>
        <w:tc>
          <w:tcPr>
            <w:tcW w:w="2648" w:type="dxa"/>
            <w:tcMar>
              <w:top w:w="28" w:type="dxa"/>
              <w:left w:w="38" w:type="dxa"/>
              <w:bottom w:w="28" w:type="dxa"/>
              <w:right w:w="38" w:type="dxa"/>
            </w:tcMar>
            <w:vAlign w:val="center"/>
          </w:tcPr>
          <w:p w14:paraId="1189C0F3" w14:textId="77777777" w:rsidR="00D60D5E" w:rsidRDefault="00891EF0">
            <w:pPr>
              <w:spacing w:after="0" w:line="240" w:lineRule="auto"/>
            </w:pPr>
            <w:r>
              <w:rPr>
                <w:rFonts w:eastAsia="Aptos"/>
                <w:sz w:val="17"/>
              </w:rPr>
              <w:t>Dishwashing Liquid 30oz</w:t>
            </w:r>
          </w:p>
        </w:tc>
        <w:tc>
          <w:tcPr>
            <w:tcW w:w="630" w:type="dxa"/>
            <w:tcMar>
              <w:top w:w="28" w:type="dxa"/>
              <w:left w:w="38" w:type="dxa"/>
              <w:bottom w:w="28" w:type="dxa"/>
              <w:right w:w="38" w:type="dxa"/>
            </w:tcMar>
            <w:vAlign w:val="center"/>
          </w:tcPr>
          <w:p w14:paraId="6CBBD642"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7D1793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8AC97F" w14:textId="77777777" w:rsidR="00D60D5E" w:rsidRDefault="00D60D5E">
            <w:pPr>
              <w:jc w:val="center"/>
            </w:pPr>
          </w:p>
        </w:tc>
      </w:tr>
      <w:tr w:rsidR="00D60D5E" w14:paraId="3533BE94" w14:textId="77777777" w:rsidTr="000617E0">
        <w:trPr>
          <w:cantSplit/>
          <w:jc w:val="center"/>
        </w:trPr>
        <w:tc>
          <w:tcPr>
            <w:tcW w:w="677" w:type="dxa"/>
            <w:tcMar>
              <w:top w:w="28" w:type="dxa"/>
              <w:left w:w="38" w:type="dxa"/>
              <w:bottom w:w="28" w:type="dxa"/>
              <w:right w:w="38" w:type="dxa"/>
            </w:tcMar>
            <w:vAlign w:val="center"/>
          </w:tcPr>
          <w:p w14:paraId="72489304" w14:textId="77777777" w:rsidR="00D60D5E" w:rsidRDefault="00891EF0">
            <w:pPr>
              <w:spacing w:after="0" w:line="240" w:lineRule="auto"/>
              <w:jc w:val="center"/>
            </w:pPr>
            <w:r>
              <w:rPr>
                <w:rFonts w:eastAsia="Aptos"/>
                <w:color w:val="6A7075"/>
                <w:sz w:val="17"/>
              </w:rPr>
              <w:t>235-225</w:t>
            </w:r>
          </w:p>
        </w:tc>
        <w:tc>
          <w:tcPr>
            <w:tcW w:w="2648" w:type="dxa"/>
            <w:tcMar>
              <w:top w:w="28" w:type="dxa"/>
              <w:left w:w="38" w:type="dxa"/>
              <w:bottom w:w="28" w:type="dxa"/>
              <w:right w:w="38" w:type="dxa"/>
            </w:tcMar>
            <w:vAlign w:val="center"/>
          </w:tcPr>
          <w:p w14:paraId="653CE455" w14:textId="77777777" w:rsidR="00D60D5E" w:rsidRDefault="00891EF0">
            <w:pPr>
              <w:spacing w:after="0" w:line="240" w:lineRule="auto"/>
            </w:pPr>
            <w:r>
              <w:rPr>
                <w:rFonts w:eastAsia="Aptos"/>
                <w:sz w:val="17"/>
              </w:rPr>
              <w:t>Charcoal Kingsford Orig 8 lb</w:t>
            </w:r>
          </w:p>
        </w:tc>
        <w:tc>
          <w:tcPr>
            <w:tcW w:w="630" w:type="dxa"/>
            <w:tcMar>
              <w:top w:w="28" w:type="dxa"/>
              <w:left w:w="38" w:type="dxa"/>
              <w:bottom w:w="28" w:type="dxa"/>
              <w:right w:w="38" w:type="dxa"/>
            </w:tcMar>
            <w:vAlign w:val="center"/>
          </w:tcPr>
          <w:p w14:paraId="6C106FA9"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4D989D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F17C20" w14:textId="77777777" w:rsidR="00D60D5E" w:rsidRDefault="00D60D5E">
            <w:pPr>
              <w:jc w:val="center"/>
            </w:pPr>
          </w:p>
        </w:tc>
      </w:tr>
      <w:tr w:rsidR="00D60D5E" w14:paraId="18DEEDCA" w14:textId="77777777" w:rsidTr="000617E0">
        <w:trPr>
          <w:cantSplit/>
          <w:jc w:val="center"/>
        </w:trPr>
        <w:tc>
          <w:tcPr>
            <w:tcW w:w="677" w:type="dxa"/>
            <w:tcMar>
              <w:top w:w="28" w:type="dxa"/>
              <w:left w:w="38" w:type="dxa"/>
              <w:bottom w:w="28" w:type="dxa"/>
              <w:right w:w="38" w:type="dxa"/>
            </w:tcMar>
            <w:vAlign w:val="center"/>
          </w:tcPr>
          <w:p w14:paraId="1D22FD6C" w14:textId="77777777" w:rsidR="00D60D5E" w:rsidRDefault="00891EF0">
            <w:pPr>
              <w:spacing w:after="0" w:line="240" w:lineRule="auto"/>
              <w:jc w:val="center"/>
            </w:pPr>
            <w:r>
              <w:rPr>
                <w:rFonts w:eastAsia="Aptos"/>
                <w:color w:val="6A7075"/>
                <w:sz w:val="17"/>
              </w:rPr>
              <w:t>235-230</w:t>
            </w:r>
          </w:p>
        </w:tc>
        <w:tc>
          <w:tcPr>
            <w:tcW w:w="2648" w:type="dxa"/>
            <w:tcMar>
              <w:top w:w="28" w:type="dxa"/>
              <w:left w:w="38" w:type="dxa"/>
              <w:bottom w:w="28" w:type="dxa"/>
              <w:right w:w="38" w:type="dxa"/>
            </w:tcMar>
            <w:vAlign w:val="center"/>
          </w:tcPr>
          <w:p w14:paraId="6260E0EA" w14:textId="77777777" w:rsidR="00D60D5E" w:rsidRDefault="00891EF0">
            <w:pPr>
              <w:spacing w:after="0" w:line="240" w:lineRule="auto"/>
            </w:pPr>
            <w:r>
              <w:rPr>
                <w:rFonts w:eastAsia="Aptos"/>
                <w:sz w:val="17"/>
              </w:rPr>
              <w:t>Match Light Charcoal 9lb</w:t>
            </w:r>
          </w:p>
        </w:tc>
        <w:tc>
          <w:tcPr>
            <w:tcW w:w="630" w:type="dxa"/>
            <w:tcMar>
              <w:top w:w="28" w:type="dxa"/>
              <w:left w:w="38" w:type="dxa"/>
              <w:bottom w:w="28" w:type="dxa"/>
              <w:right w:w="38" w:type="dxa"/>
            </w:tcMar>
            <w:vAlign w:val="center"/>
          </w:tcPr>
          <w:p w14:paraId="39A15231" w14:textId="77777777" w:rsidR="00D60D5E" w:rsidRDefault="00891EF0">
            <w:pPr>
              <w:spacing w:after="0" w:line="240" w:lineRule="auto"/>
              <w:jc w:val="center"/>
            </w:pPr>
            <w:r>
              <w:rPr>
                <w:rFonts w:eastAsia="Aptos"/>
                <w:b/>
                <w:sz w:val="17"/>
              </w:rPr>
              <w:t>10.82</w:t>
            </w:r>
          </w:p>
        </w:tc>
        <w:tc>
          <w:tcPr>
            <w:tcW w:w="540" w:type="dxa"/>
            <w:tcMar>
              <w:top w:w="28" w:type="dxa"/>
              <w:left w:w="38" w:type="dxa"/>
              <w:bottom w:w="28" w:type="dxa"/>
              <w:right w:w="38" w:type="dxa"/>
            </w:tcMar>
            <w:vAlign w:val="center"/>
          </w:tcPr>
          <w:p w14:paraId="7CDAEBD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960F89" w14:textId="77777777" w:rsidR="00D60D5E" w:rsidRDefault="00D60D5E">
            <w:pPr>
              <w:jc w:val="center"/>
            </w:pPr>
          </w:p>
        </w:tc>
      </w:tr>
      <w:tr w:rsidR="00D60D5E" w14:paraId="3F030249" w14:textId="77777777" w:rsidTr="000617E0">
        <w:trPr>
          <w:cantSplit/>
          <w:jc w:val="center"/>
        </w:trPr>
        <w:tc>
          <w:tcPr>
            <w:tcW w:w="677" w:type="dxa"/>
            <w:tcMar>
              <w:top w:w="28" w:type="dxa"/>
              <w:left w:w="38" w:type="dxa"/>
              <w:bottom w:w="28" w:type="dxa"/>
              <w:right w:w="38" w:type="dxa"/>
            </w:tcMar>
            <w:vAlign w:val="center"/>
          </w:tcPr>
          <w:p w14:paraId="3B550AF7" w14:textId="77777777" w:rsidR="00D60D5E" w:rsidRDefault="00891EF0">
            <w:pPr>
              <w:spacing w:after="0" w:line="240" w:lineRule="auto"/>
              <w:jc w:val="center"/>
            </w:pPr>
            <w:r>
              <w:rPr>
                <w:rFonts w:eastAsia="Aptos"/>
                <w:color w:val="6A7075"/>
                <w:sz w:val="17"/>
              </w:rPr>
              <w:t>235-235</w:t>
            </w:r>
          </w:p>
        </w:tc>
        <w:tc>
          <w:tcPr>
            <w:tcW w:w="2648" w:type="dxa"/>
            <w:tcMar>
              <w:top w:w="28" w:type="dxa"/>
              <w:left w:w="38" w:type="dxa"/>
              <w:bottom w:w="28" w:type="dxa"/>
              <w:right w:w="38" w:type="dxa"/>
            </w:tcMar>
            <w:vAlign w:val="center"/>
          </w:tcPr>
          <w:p w14:paraId="4892827E" w14:textId="77777777" w:rsidR="00D60D5E" w:rsidRDefault="00891EF0">
            <w:pPr>
              <w:spacing w:after="0" w:line="240" w:lineRule="auto"/>
            </w:pPr>
            <w:r>
              <w:rPr>
                <w:rFonts w:eastAsia="Aptos"/>
                <w:sz w:val="17"/>
              </w:rPr>
              <w:t>Match Light Charcoal 3.3lb</w:t>
            </w:r>
          </w:p>
        </w:tc>
        <w:tc>
          <w:tcPr>
            <w:tcW w:w="630" w:type="dxa"/>
            <w:tcMar>
              <w:top w:w="28" w:type="dxa"/>
              <w:left w:w="38" w:type="dxa"/>
              <w:bottom w:w="28" w:type="dxa"/>
              <w:right w:w="38" w:type="dxa"/>
            </w:tcMar>
            <w:vAlign w:val="center"/>
          </w:tcPr>
          <w:p w14:paraId="37A4F0AB" w14:textId="77777777" w:rsidR="00D60D5E" w:rsidRDefault="00891EF0">
            <w:pPr>
              <w:spacing w:after="0" w:line="240" w:lineRule="auto"/>
              <w:jc w:val="center"/>
            </w:pPr>
            <w:r>
              <w:rPr>
                <w:rFonts w:eastAsia="Aptos"/>
                <w:b/>
                <w:sz w:val="17"/>
              </w:rPr>
              <w:t>6.38</w:t>
            </w:r>
          </w:p>
        </w:tc>
        <w:tc>
          <w:tcPr>
            <w:tcW w:w="540" w:type="dxa"/>
            <w:tcMar>
              <w:top w:w="28" w:type="dxa"/>
              <w:left w:w="38" w:type="dxa"/>
              <w:bottom w:w="28" w:type="dxa"/>
              <w:right w:w="38" w:type="dxa"/>
            </w:tcMar>
            <w:vAlign w:val="center"/>
          </w:tcPr>
          <w:p w14:paraId="4DB1A2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AA015C" w14:textId="77777777" w:rsidR="00D60D5E" w:rsidRDefault="00D60D5E">
            <w:pPr>
              <w:jc w:val="center"/>
            </w:pPr>
          </w:p>
        </w:tc>
      </w:tr>
      <w:tr w:rsidR="00D60D5E" w14:paraId="4553C309" w14:textId="77777777" w:rsidTr="000617E0">
        <w:trPr>
          <w:cantSplit/>
          <w:jc w:val="center"/>
        </w:trPr>
        <w:tc>
          <w:tcPr>
            <w:tcW w:w="677" w:type="dxa"/>
            <w:tcMar>
              <w:top w:w="28" w:type="dxa"/>
              <w:left w:w="38" w:type="dxa"/>
              <w:bottom w:w="28" w:type="dxa"/>
              <w:right w:w="38" w:type="dxa"/>
            </w:tcMar>
            <w:vAlign w:val="center"/>
          </w:tcPr>
          <w:p w14:paraId="717B7884" w14:textId="77777777" w:rsidR="00D60D5E" w:rsidRDefault="00891EF0">
            <w:pPr>
              <w:spacing w:after="0" w:line="240" w:lineRule="auto"/>
              <w:jc w:val="center"/>
            </w:pPr>
            <w:r>
              <w:rPr>
                <w:rFonts w:eastAsia="Aptos"/>
                <w:color w:val="6A7075"/>
                <w:sz w:val="17"/>
              </w:rPr>
              <w:t>235-240</w:t>
            </w:r>
          </w:p>
        </w:tc>
        <w:tc>
          <w:tcPr>
            <w:tcW w:w="2648" w:type="dxa"/>
            <w:tcMar>
              <w:top w:w="28" w:type="dxa"/>
              <w:left w:w="38" w:type="dxa"/>
              <w:bottom w:w="28" w:type="dxa"/>
              <w:right w:w="38" w:type="dxa"/>
            </w:tcMar>
            <w:vAlign w:val="center"/>
          </w:tcPr>
          <w:p w14:paraId="28CB6387" w14:textId="77777777" w:rsidR="00D60D5E" w:rsidRDefault="00891EF0">
            <w:pPr>
              <w:spacing w:after="0" w:line="240" w:lineRule="auto"/>
            </w:pPr>
            <w:r>
              <w:rPr>
                <w:rFonts w:eastAsia="Aptos"/>
                <w:sz w:val="17"/>
              </w:rPr>
              <w:t>Charcoal Lighter Fluid 1qt / 32oz</w:t>
            </w:r>
          </w:p>
        </w:tc>
        <w:tc>
          <w:tcPr>
            <w:tcW w:w="630" w:type="dxa"/>
            <w:tcMar>
              <w:top w:w="28" w:type="dxa"/>
              <w:left w:w="38" w:type="dxa"/>
              <w:bottom w:w="28" w:type="dxa"/>
              <w:right w:w="38" w:type="dxa"/>
            </w:tcMar>
            <w:vAlign w:val="center"/>
          </w:tcPr>
          <w:p w14:paraId="1DB60A63"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6BB931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A77582" w14:textId="77777777" w:rsidR="00D60D5E" w:rsidRDefault="00D60D5E">
            <w:pPr>
              <w:jc w:val="center"/>
            </w:pPr>
          </w:p>
        </w:tc>
      </w:tr>
      <w:tr w:rsidR="00D60D5E" w14:paraId="332F18AD" w14:textId="77777777" w:rsidTr="000617E0">
        <w:trPr>
          <w:cantSplit/>
          <w:jc w:val="center"/>
        </w:trPr>
        <w:tc>
          <w:tcPr>
            <w:tcW w:w="677" w:type="dxa"/>
            <w:tcMar>
              <w:top w:w="28" w:type="dxa"/>
              <w:left w:w="38" w:type="dxa"/>
              <w:bottom w:w="28" w:type="dxa"/>
              <w:right w:w="38" w:type="dxa"/>
            </w:tcMar>
            <w:vAlign w:val="center"/>
          </w:tcPr>
          <w:p w14:paraId="396DFCB2" w14:textId="77777777" w:rsidR="00D60D5E" w:rsidRDefault="00891EF0">
            <w:pPr>
              <w:spacing w:after="0" w:line="240" w:lineRule="auto"/>
              <w:jc w:val="center"/>
            </w:pPr>
            <w:r>
              <w:rPr>
                <w:rFonts w:eastAsia="Aptos"/>
                <w:color w:val="6A7075"/>
                <w:sz w:val="17"/>
              </w:rPr>
              <w:t>235-245</w:t>
            </w:r>
          </w:p>
        </w:tc>
        <w:tc>
          <w:tcPr>
            <w:tcW w:w="2648" w:type="dxa"/>
            <w:tcMar>
              <w:top w:w="28" w:type="dxa"/>
              <w:left w:w="38" w:type="dxa"/>
              <w:bottom w:w="28" w:type="dxa"/>
              <w:right w:w="38" w:type="dxa"/>
            </w:tcMar>
            <w:vAlign w:val="center"/>
          </w:tcPr>
          <w:p w14:paraId="4B841CFE" w14:textId="77777777" w:rsidR="00D60D5E" w:rsidRDefault="00891EF0">
            <w:pPr>
              <w:spacing w:after="0" w:line="240" w:lineRule="auto"/>
            </w:pPr>
            <w:r>
              <w:rPr>
                <w:rFonts w:eastAsia="Aptos"/>
                <w:sz w:val="17"/>
              </w:rPr>
              <w:t>Charcoal Lighter Fluid 16oz</w:t>
            </w:r>
          </w:p>
        </w:tc>
        <w:tc>
          <w:tcPr>
            <w:tcW w:w="630" w:type="dxa"/>
            <w:tcMar>
              <w:top w:w="28" w:type="dxa"/>
              <w:left w:w="38" w:type="dxa"/>
              <w:bottom w:w="28" w:type="dxa"/>
              <w:right w:w="38" w:type="dxa"/>
            </w:tcMar>
            <w:vAlign w:val="center"/>
          </w:tcPr>
          <w:p w14:paraId="26591E6E" w14:textId="77777777" w:rsidR="00D60D5E" w:rsidRDefault="00891EF0">
            <w:pPr>
              <w:spacing w:after="0" w:line="240" w:lineRule="auto"/>
              <w:jc w:val="center"/>
            </w:pPr>
            <w:r>
              <w:rPr>
                <w:rFonts w:eastAsia="Aptos"/>
                <w:b/>
                <w:sz w:val="17"/>
              </w:rPr>
              <w:t>6.15</w:t>
            </w:r>
          </w:p>
        </w:tc>
        <w:tc>
          <w:tcPr>
            <w:tcW w:w="540" w:type="dxa"/>
            <w:tcMar>
              <w:top w:w="28" w:type="dxa"/>
              <w:left w:w="38" w:type="dxa"/>
              <w:bottom w:w="28" w:type="dxa"/>
              <w:right w:w="38" w:type="dxa"/>
            </w:tcMar>
            <w:vAlign w:val="center"/>
          </w:tcPr>
          <w:p w14:paraId="43F139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453C82" w14:textId="77777777" w:rsidR="00D60D5E" w:rsidRDefault="00D60D5E">
            <w:pPr>
              <w:jc w:val="center"/>
            </w:pPr>
          </w:p>
        </w:tc>
      </w:tr>
      <w:tr w:rsidR="00D60D5E" w14:paraId="570C019B" w14:textId="77777777" w:rsidTr="000617E0">
        <w:trPr>
          <w:cantSplit/>
          <w:jc w:val="center"/>
        </w:trPr>
        <w:tc>
          <w:tcPr>
            <w:tcW w:w="677" w:type="dxa"/>
            <w:tcMar>
              <w:top w:w="28" w:type="dxa"/>
              <w:left w:w="38" w:type="dxa"/>
              <w:bottom w:w="28" w:type="dxa"/>
              <w:right w:w="38" w:type="dxa"/>
            </w:tcMar>
            <w:vAlign w:val="center"/>
          </w:tcPr>
          <w:p w14:paraId="30D26955" w14:textId="77777777" w:rsidR="00D60D5E" w:rsidRDefault="00891EF0">
            <w:pPr>
              <w:spacing w:after="0" w:line="240" w:lineRule="auto"/>
              <w:jc w:val="center"/>
            </w:pPr>
            <w:r>
              <w:rPr>
                <w:rFonts w:eastAsia="Aptos"/>
                <w:color w:val="6A7075"/>
                <w:sz w:val="17"/>
              </w:rPr>
              <w:t>235-250</w:t>
            </w:r>
          </w:p>
        </w:tc>
        <w:tc>
          <w:tcPr>
            <w:tcW w:w="2648" w:type="dxa"/>
            <w:tcMar>
              <w:top w:w="28" w:type="dxa"/>
              <w:left w:w="38" w:type="dxa"/>
              <w:bottom w:w="28" w:type="dxa"/>
              <w:right w:w="38" w:type="dxa"/>
            </w:tcMar>
            <w:vAlign w:val="center"/>
          </w:tcPr>
          <w:p w14:paraId="131FBC78" w14:textId="77777777" w:rsidR="00D60D5E" w:rsidRDefault="00891EF0">
            <w:pPr>
              <w:spacing w:after="0" w:line="240" w:lineRule="auto"/>
            </w:pPr>
            <w:r>
              <w:rPr>
                <w:rFonts w:eastAsia="Aptos"/>
                <w:sz w:val="17"/>
              </w:rPr>
              <w:t>Charcoal Royal Oak No Lighter Fluid 8lb</w:t>
            </w:r>
          </w:p>
        </w:tc>
        <w:tc>
          <w:tcPr>
            <w:tcW w:w="630" w:type="dxa"/>
            <w:tcMar>
              <w:top w:w="28" w:type="dxa"/>
              <w:left w:w="38" w:type="dxa"/>
              <w:bottom w:w="28" w:type="dxa"/>
              <w:right w:w="38" w:type="dxa"/>
            </w:tcMar>
            <w:vAlign w:val="center"/>
          </w:tcPr>
          <w:p w14:paraId="438E1239" w14:textId="77777777" w:rsidR="00D60D5E" w:rsidRDefault="00891EF0">
            <w:pPr>
              <w:spacing w:after="0" w:line="240" w:lineRule="auto"/>
              <w:jc w:val="center"/>
            </w:pPr>
            <w:r>
              <w:rPr>
                <w:rFonts w:eastAsia="Aptos"/>
                <w:b/>
                <w:sz w:val="17"/>
              </w:rPr>
              <w:t>9.49</w:t>
            </w:r>
          </w:p>
        </w:tc>
        <w:tc>
          <w:tcPr>
            <w:tcW w:w="540" w:type="dxa"/>
            <w:tcMar>
              <w:top w:w="28" w:type="dxa"/>
              <w:left w:w="38" w:type="dxa"/>
              <w:bottom w:w="28" w:type="dxa"/>
              <w:right w:w="38" w:type="dxa"/>
            </w:tcMar>
            <w:vAlign w:val="center"/>
          </w:tcPr>
          <w:p w14:paraId="3C5DEB4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16C838" w14:textId="77777777" w:rsidR="00D60D5E" w:rsidRDefault="00D60D5E">
            <w:pPr>
              <w:jc w:val="center"/>
            </w:pPr>
          </w:p>
        </w:tc>
      </w:tr>
      <w:tr w:rsidR="00D60D5E" w14:paraId="5FEFAAB5" w14:textId="77777777" w:rsidTr="000617E0">
        <w:trPr>
          <w:cantSplit/>
          <w:jc w:val="center"/>
        </w:trPr>
        <w:tc>
          <w:tcPr>
            <w:tcW w:w="677" w:type="dxa"/>
            <w:tcMar>
              <w:top w:w="28" w:type="dxa"/>
              <w:left w:w="38" w:type="dxa"/>
              <w:bottom w:w="28" w:type="dxa"/>
              <w:right w:w="38" w:type="dxa"/>
            </w:tcMar>
            <w:vAlign w:val="center"/>
          </w:tcPr>
          <w:p w14:paraId="02A67B7E" w14:textId="77777777" w:rsidR="00D60D5E" w:rsidRDefault="00891EF0">
            <w:pPr>
              <w:spacing w:after="0" w:line="240" w:lineRule="auto"/>
              <w:jc w:val="center"/>
            </w:pPr>
            <w:r>
              <w:rPr>
                <w:rFonts w:eastAsia="Aptos"/>
                <w:color w:val="6A7075"/>
                <w:sz w:val="17"/>
              </w:rPr>
              <w:t>235-251</w:t>
            </w:r>
          </w:p>
        </w:tc>
        <w:tc>
          <w:tcPr>
            <w:tcW w:w="2648" w:type="dxa"/>
            <w:tcMar>
              <w:top w:w="28" w:type="dxa"/>
              <w:left w:w="38" w:type="dxa"/>
              <w:bottom w:w="28" w:type="dxa"/>
              <w:right w:w="38" w:type="dxa"/>
            </w:tcMar>
            <w:vAlign w:val="center"/>
          </w:tcPr>
          <w:p w14:paraId="47DC3EA1" w14:textId="77777777" w:rsidR="00D60D5E" w:rsidRDefault="00891EF0">
            <w:pPr>
              <w:spacing w:after="0" w:line="240" w:lineRule="auto"/>
            </w:pPr>
            <w:r>
              <w:rPr>
                <w:rFonts w:eastAsia="Aptos"/>
                <w:sz w:val="17"/>
              </w:rPr>
              <w:t>Charcoal Royal Oak Match Light 3.6lb</w:t>
            </w:r>
          </w:p>
        </w:tc>
        <w:tc>
          <w:tcPr>
            <w:tcW w:w="630" w:type="dxa"/>
            <w:tcMar>
              <w:top w:w="28" w:type="dxa"/>
              <w:left w:w="38" w:type="dxa"/>
              <w:bottom w:w="28" w:type="dxa"/>
              <w:right w:w="38" w:type="dxa"/>
            </w:tcMar>
            <w:vAlign w:val="center"/>
          </w:tcPr>
          <w:p w14:paraId="675B869F"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3D48745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A389F1" w14:textId="77777777" w:rsidR="00D60D5E" w:rsidRDefault="00D60D5E">
            <w:pPr>
              <w:jc w:val="center"/>
            </w:pPr>
          </w:p>
        </w:tc>
      </w:tr>
      <w:tr w:rsidR="00D60D5E" w14:paraId="6DDE1583" w14:textId="77777777" w:rsidTr="000617E0">
        <w:trPr>
          <w:cantSplit/>
          <w:jc w:val="center"/>
        </w:trPr>
        <w:tc>
          <w:tcPr>
            <w:tcW w:w="677" w:type="dxa"/>
            <w:tcMar>
              <w:top w:w="28" w:type="dxa"/>
              <w:left w:w="38" w:type="dxa"/>
              <w:bottom w:w="28" w:type="dxa"/>
              <w:right w:w="38" w:type="dxa"/>
            </w:tcMar>
            <w:vAlign w:val="center"/>
          </w:tcPr>
          <w:p w14:paraId="0874B886" w14:textId="77777777" w:rsidR="00D60D5E" w:rsidRDefault="00891EF0">
            <w:pPr>
              <w:spacing w:after="0" w:line="240" w:lineRule="auto"/>
              <w:jc w:val="center"/>
            </w:pPr>
            <w:r>
              <w:rPr>
                <w:rFonts w:eastAsia="Aptos"/>
                <w:color w:val="6A7075"/>
                <w:sz w:val="17"/>
              </w:rPr>
              <w:t>235-255</w:t>
            </w:r>
          </w:p>
        </w:tc>
        <w:tc>
          <w:tcPr>
            <w:tcW w:w="2648" w:type="dxa"/>
            <w:tcMar>
              <w:top w:w="28" w:type="dxa"/>
              <w:left w:w="38" w:type="dxa"/>
              <w:bottom w:w="28" w:type="dxa"/>
              <w:right w:w="38" w:type="dxa"/>
            </w:tcMar>
            <w:vAlign w:val="center"/>
          </w:tcPr>
          <w:p w14:paraId="00D7AD32" w14:textId="77777777" w:rsidR="00D60D5E" w:rsidRDefault="00891EF0">
            <w:pPr>
              <w:spacing w:after="0" w:line="240" w:lineRule="auto"/>
            </w:pPr>
            <w:r>
              <w:rPr>
                <w:rFonts w:eastAsia="Aptos"/>
                <w:sz w:val="17"/>
              </w:rPr>
              <w:t>Charcoal Kingsford Regular 4lb</w:t>
            </w:r>
          </w:p>
        </w:tc>
        <w:tc>
          <w:tcPr>
            <w:tcW w:w="630" w:type="dxa"/>
            <w:tcMar>
              <w:top w:w="28" w:type="dxa"/>
              <w:left w:w="38" w:type="dxa"/>
              <w:bottom w:w="28" w:type="dxa"/>
              <w:right w:w="38" w:type="dxa"/>
            </w:tcMar>
            <w:vAlign w:val="center"/>
          </w:tcPr>
          <w:p w14:paraId="6D1C19B3"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6A12CD4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592B46" w14:textId="77777777" w:rsidR="00D60D5E" w:rsidRDefault="00D60D5E">
            <w:pPr>
              <w:jc w:val="center"/>
            </w:pPr>
          </w:p>
        </w:tc>
      </w:tr>
      <w:tr w:rsidR="00D60D5E" w14:paraId="33310CB5" w14:textId="77777777" w:rsidTr="000617E0">
        <w:trPr>
          <w:cantSplit/>
          <w:jc w:val="center"/>
        </w:trPr>
        <w:tc>
          <w:tcPr>
            <w:tcW w:w="677" w:type="dxa"/>
            <w:tcMar>
              <w:top w:w="28" w:type="dxa"/>
              <w:left w:w="38" w:type="dxa"/>
              <w:bottom w:w="28" w:type="dxa"/>
              <w:right w:w="38" w:type="dxa"/>
            </w:tcMar>
            <w:vAlign w:val="center"/>
          </w:tcPr>
          <w:p w14:paraId="7BEC30CE" w14:textId="77777777" w:rsidR="00D60D5E" w:rsidRDefault="00891EF0">
            <w:pPr>
              <w:spacing w:after="0" w:line="240" w:lineRule="auto"/>
              <w:jc w:val="center"/>
            </w:pPr>
            <w:r>
              <w:rPr>
                <w:rFonts w:eastAsia="Aptos"/>
                <w:color w:val="6A7075"/>
                <w:sz w:val="17"/>
              </w:rPr>
              <w:t>235-260</w:t>
            </w:r>
          </w:p>
        </w:tc>
        <w:tc>
          <w:tcPr>
            <w:tcW w:w="2648" w:type="dxa"/>
            <w:tcMar>
              <w:top w:w="28" w:type="dxa"/>
              <w:left w:w="38" w:type="dxa"/>
              <w:bottom w:w="28" w:type="dxa"/>
              <w:right w:w="38" w:type="dxa"/>
            </w:tcMar>
            <w:vAlign w:val="center"/>
          </w:tcPr>
          <w:p w14:paraId="2F195688" w14:textId="77777777" w:rsidR="00D60D5E" w:rsidRDefault="00891EF0">
            <w:pPr>
              <w:spacing w:after="0" w:line="240" w:lineRule="auto"/>
            </w:pPr>
            <w:r>
              <w:rPr>
                <w:rFonts w:eastAsia="Aptos"/>
                <w:sz w:val="17"/>
              </w:rPr>
              <w:t>Charcoal Royal Oak Hardwood Briquets 7.7lb</w:t>
            </w:r>
          </w:p>
        </w:tc>
        <w:tc>
          <w:tcPr>
            <w:tcW w:w="630" w:type="dxa"/>
            <w:tcMar>
              <w:top w:w="28" w:type="dxa"/>
              <w:left w:w="38" w:type="dxa"/>
              <w:bottom w:w="28" w:type="dxa"/>
              <w:right w:w="38" w:type="dxa"/>
            </w:tcMar>
            <w:vAlign w:val="center"/>
          </w:tcPr>
          <w:p w14:paraId="7A197772" w14:textId="77777777" w:rsidR="00D60D5E" w:rsidRDefault="00891EF0">
            <w:pPr>
              <w:spacing w:after="0" w:line="240" w:lineRule="auto"/>
              <w:jc w:val="center"/>
            </w:pPr>
            <w:r>
              <w:rPr>
                <w:rFonts w:eastAsia="Aptos"/>
                <w:b/>
                <w:sz w:val="17"/>
              </w:rPr>
              <w:t>12.89</w:t>
            </w:r>
          </w:p>
        </w:tc>
        <w:tc>
          <w:tcPr>
            <w:tcW w:w="540" w:type="dxa"/>
            <w:tcMar>
              <w:top w:w="28" w:type="dxa"/>
              <w:left w:w="38" w:type="dxa"/>
              <w:bottom w:w="28" w:type="dxa"/>
              <w:right w:w="38" w:type="dxa"/>
            </w:tcMar>
            <w:vAlign w:val="center"/>
          </w:tcPr>
          <w:p w14:paraId="3E083AA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BF551C" w14:textId="77777777" w:rsidR="00D60D5E" w:rsidRDefault="00D60D5E">
            <w:pPr>
              <w:jc w:val="center"/>
            </w:pPr>
          </w:p>
        </w:tc>
      </w:tr>
      <w:tr w:rsidR="00D60D5E" w14:paraId="520ADEB0" w14:textId="77777777" w:rsidTr="000617E0">
        <w:trPr>
          <w:cantSplit/>
          <w:jc w:val="center"/>
        </w:trPr>
        <w:tc>
          <w:tcPr>
            <w:tcW w:w="677" w:type="dxa"/>
            <w:tcMar>
              <w:top w:w="28" w:type="dxa"/>
              <w:left w:w="38" w:type="dxa"/>
              <w:bottom w:w="28" w:type="dxa"/>
              <w:right w:w="38" w:type="dxa"/>
            </w:tcMar>
            <w:vAlign w:val="center"/>
          </w:tcPr>
          <w:p w14:paraId="7BC1470E" w14:textId="77777777" w:rsidR="00D60D5E" w:rsidRDefault="00891EF0">
            <w:pPr>
              <w:spacing w:after="0" w:line="240" w:lineRule="auto"/>
              <w:jc w:val="center"/>
            </w:pPr>
            <w:r>
              <w:rPr>
                <w:rFonts w:eastAsia="Aptos"/>
                <w:color w:val="6A7075"/>
                <w:sz w:val="17"/>
              </w:rPr>
              <w:t>235-265</w:t>
            </w:r>
          </w:p>
        </w:tc>
        <w:tc>
          <w:tcPr>
            <w:tcW w:w="2648" w:type="dxa"/>
            <w:tcMar>
              <w:top w:w="28" w:type="dxa"/>
              <w:left w:w="38" w:type="dxa"/>
              <w:bottom w:w="28" w:type="dxa"/>
              <w:right w:w="38" w:type="dxa"/>
            </w:tcMar>
            <w:vAlign w:val="center"/>
          </w:tcPr>
          <w:p w14:paraId="40CFD2FB" w14:textId="77777777" w:rsidR="00D60D5E" w:rsidRDefault="00891EF0">
            <w:pPr>
              <w:spacing w:after="0" w:line="240" w:lineRule="auto"/>
            </w:pPr>
            <w:r>
              <w:rPr>
                <w:rFonts w:eastAsia="Aptos"/>
                <w:sz w:val="17"/>
              </w:rPr>
              <w:t>Butane Lighter ea</w:t>
            </w:r>
          </w:p>
        </w:tc>
        <w:tc>
          <w:tcPr>
            <w:tcW w:w="630" w:type="dxa"/>
            <w:tcMar>
              <w:top w:w="28" w:type="dxa"/>
              <w:left w:w="38" w:type="dxa"/>
              <w:bottom w:w="28" w:type="dxa"/>
              <w:right w:w="38" w:type="dxa"/>
            </w:tcMar>
            <w:vAlign w:val="center"/>
          </w:tcPr>
          <w:p w14:paraId="7FDDBA6D" w14:textId="77777777" w:rsidR="00D60D5E" w:rsidRDefault="00891EF0">
            <w:pPr>
              <w:spacing w:after="0" w:line="240" w:lineRule="auto"/>
              <w:jc w:val="center"/>
            </w:pPr>
            <w:r>
              <w:rPr>
                <w:rFonts w:eastAsia="Aptos"/>
                <w:b/>
                <w:sz w:val="17"/>
              </w:rPr>
              <w:t>14.25</w:t>
            </w:r>
          </w:p>
        </w:tc>
        <w:tc>
          <w:tcPr>
            <w:tcW w:w="540" w:type="dxa"/>
            <w:tcMar>
              <w:top w:w="28" w:type="dxa"/>
              <w:left w:w="38" w:type="dxa"/>
              <w:bottom w:w="28" w:type="dxa"/>
              <w:right w:w="38" w:type="dxa"/>
            </w:tcMar>
            <w:vAlign w:val="center"/>
          </w:tcPr>
          <w:p w14:paraId="7845E03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B8225C" w14:textId="77777777" w:rsidR="00D60D5E" w:rsidRDefault="00D60D5E">
            <w:pPr>
              <w:jc w:val="center"/>
            </w:pPr>
          </w:p>
        </w:tc>
      </w:tr>
      <w:tr w:rsidR="00D60D5E" w14:paraId="6B68F4C5" w14:textId="77777777" w:rsidTr="000617E0">
        <w:trPr>
          <w:cantSplit/>
          <w:jc w:val="center"/>
        </w:trPr>
        <w:tc>
          <w:tcPr>
            <w:tcW w:w="677" w:type="dxa"/>
            <w:tcMar>
              <w:top w:w="28" w:type="dxa"/>
              <w:left w:w="38" w:type="dxa"/>
              <w:bottom w:w="28" w:type="dxa"/>
              <w:right w:w="38" w:type="dxa"/>
            </w:tcMar>
            <w:vAlign w:val="center"/>
          </w:tcPr>
          <w:p w14:paraId="060DF9C8" w14:textId="77777777" w:rsidR="00D60D5E" w:rsidRDefault="00891EF0">
            <w:pPr>
              <w:spacing w:after="0" w:line="240" w:lineRule="auto"/>
              <w:jc w:val="center"/>
            </w:pPr>
            <w:r>
              <w:rPr>
                <w:rFonts w:eastAsia="Aptos"/>
                <w:color w:val="6A7075"/>
                <w:sz w:val="17"/>
              </w:rPr>
              <w:t>235-270</w:t>
            </w:r>
          </w:p>
        </w:tc>
        <w:tc>
          <w:tcPr>
            <w:tcW w:w="2648" w:type="dxa"/>
            <w:tcMar>
              <w:top w:w="28" w:type="dxa"/>
              <w:left w:w="38" w:type="dxa"/>
              <w:bottom w:w="28" w:type="dxa"/>
              <w:right w:w="38" w:type="dxa"/>
            </w:tcMar>
            <w:vAlign w:val="center"/>
          </w:tcPr>
          <w:p w14:paraId="61341A16" w14:textId="77777777" w:rsidR="00D60D5E" w:rsidRDefault="00891EF0">
            <w:pPr>
              <w:spacing w:after="0" w:line="240" w:lineRule="auto"/>
            </w:pPr>
            <w:r>
              <w:rPr>
                <w:rFonts w:eastAsia="Aptos"/>
                <w:sz w:val="17"/>
              </w:rPr>
              <w:t>Royal Oak Fire Starter Squares 24 ct *NEW*</w:t>
            </w:r>
          </w:p>
        </w:tc>
        <w:tc>
          <w:tcPr>
            <w:tcW w:w="630" w:type="dxa"/>
            <w:tcMar>
              <w:top w:w="28" w:type="dxa"/>
              <w:left w:w="38" w:type="dxa"/>
              <w:bottom w:w="28" w:type="dxa"/>
              <w:right w:w="38" w:type="dxa"/>
            </w:tcMar>
            <w:vAlign w:val="center"/>
          </w:tcPr>
          <w:p w14:paraId="26D9B32F"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08BBC8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14FE35" w14:textId="77777777" w:rsidR="00D60D5E" w:rsidRDefault="00D60D5E">
            <w:pPr>
              <w:jc w:val="center"/>
            </w:pPr>
          </w:p>
        </w:tc>
      </w:tr>
      <w:tr w:rsidR="00D60D5E" w14:paraId="4BCD7934" w14:textId="77777777" w:rsidTr="000617E0">
        <w:trPr>
          <w:cantSplit/>
          <w:jc w:val="center"/>
        </w:trPr>
        <w:tc>
          <w:tcPr>
            <w:tcW w:w="677" w:type="dxa"/>
            <w:tcMar>
              <w:top w:w="28" w:type="dxa"/>
              <w:left w:w="38" w:type="dxa"/>
              <w:bottom w:w="28" w:type="dxa"/>
              <w:right w:w="38" w:type="dxa"/>
            </w:tcMar>
            <w:vAlign w:val="center"/>
          </w:tcPr>
          <w:p w14:paraId="34830847" w14:textId="77777777" w:rsidR="00D60D5E" w:rsidRDefault="00891EF0">
            <w:pPr>
              <w:spacing w:after="0" w:line="240" w:lineRule="auto"/>
              <w:jc w:val="center"/>
            </w:pPr>
            <w:r>
              <w:rPr>
                <w:rFonts w:eastAsia="Aptos"/>
                <w:color w:val="6A7075"/>
                <w:sz w:val="17"/>
              </w:rPr>
              <w:t>235-275</w:t>
            </w:r>
          </w:p>
        </w:tc>
        <w:tc>
          <w:tcPr>
            <w:tcW w:w="2648" w:type="dxa"/>
            <w:tcMar>
              <w:top w:w="28" w:type="dxa"/>
              <w:left w:w="38" w:type="dxa"/>
              <w:bottom w:w="28" w:type="dxa"/>
              <w:right w:w="38" w:type="dxa"/>
            </w:tcMar>
            <w:vAlign w:val="center"/>
          </w:tcPr>
          <w:p w14:paraId="21E1560D" w14:textId="77777777" w:rsidR="00D60D5E" w:rsidRDefault="00891EF0">
            <w:pPr>
              <w:spacing w:after="0" w:line="240" w:lineRule="auto"/>
            </w:pPr>
            <w:r>
              <w:rPr>
                <w:rFonts w:eastAsia="Aptos"/>
                <w:sz w:val="17"/>
              </w:rPr>
              <w:t>Sunscreen SPF 50 Coppertone 7 oz *NEW*</w:t>
            </w:r>
          </w:p>
        </w:tc>
        <w:tc>
          <w:tcPr>
            <w:tcW w:w="630" w:type="dxa"/>
            <w:tcMar>
              <w:top w:w="28" w:type="dxa"/>
              <w:left w:w="38" w:type="dxa"/>
              <w:bottom w:w="28" w:type="dxa"/>
              <w:right w:w="38" w:type="dxa"/>
            </w:tcMar>
            <w:vAlign w:val="center"/>
          </w:tcPr>
          <w:p w14:paraId="5CAEE46C" w14:textId="77777777" w:rsidR="00D60D5E" w:rsidRDefault="00891EF0">
            <w:pPr>
              <w:spacing w:after="0" w:line="240" w:lineRule="auto"/>
              <w:jc w:val="center"/>
            </w:pPr>
            <w:r>
              <w:rPr>
                <w:rFonts w:eastAsia="Aptos"/>
                <w:b/>
                <w:sz w:val="17"/>
              </w:rPr>
              <w:t>15.45</w:t>
            </w:r>
          </w:p>
        </w:tc>
        <w:tc>
          <w:tcPr>
            <w:tcW w:w="540" w:type="dxa"/>
            <w:tcMar>
              <w:top w:w="28" w:type="dxa"/>
              <w:left w:w="38" w:type="dxa"/>
              <w:bottom w:w="28" w:type="dxa"/>
              <w:right w:w="38" w:type="dxa"/>
            </w:tcMar>
            <w:vAlign w:val="center"/>
          </w:tcPr>
          <w:p w14:paraId="3C7DE9D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7F9D97" w14:textId="77777777" w:rsidR="00D60D5E" w:rsidRDefault="00D60D5E">
            <w:pPr>
              <w:jc w:val="center"/>
            </w:pPr>
          </w:p>
        </w:tc>
      </w:tr>
      <w:tr w:rsidR="00D60D5E" w14:paraId="0578E74E" w14:textId="77777777" w:rsidTr="000617E0">
        <w:trPr>
          <w:cantSplit/>
          <w:jc w:val="center"/>
        </w:trPr>
        <w:tc>
          <w:tcPr>
            <w:tcW w:w="677" w:type="dxa"/>
            <w:shd w:val="clear" w:color="auto" w:fill="D9EAF7"/>
            <w:tcMar>
              <w:top w:w="28" w:type="dxa"/>
              <w:left w:w="38" w:type="dxa"/>
              <w:bottom w:w="28" w:type="dxa"/>
              <w:right w:w="38" w:type="dxa"/>
            </w:tcMar>
            <w:vAlign w:val="center"/>
          </w:tcPr>
          <w:p w14:paraId="24AFA772" w14:textId="77777777" w:rsidR="00D60D5E" w:rsidRDefault="00891EF0">
            <w:pPr>
              <w:spacing w:after="0" w:line="240" w:lineRule="auto"/>
              <w:jc w:val="center"/>
            </w:pPr>
            <w:r>
              <w:rPr>
                <w:rFonts w:eastAsia="Aptos"/>
                <w:b/>
                <w:color w:val="2F4F8F"/>
                <w:sz w:val="18"/>
              </w:rPr>
              <w:t>240-</w:t>
            </w:r>
          </w:p>
        </w:tc>
        <w:tc>
          <w:tcPr>
            <w:tcW w:w="2648" w:type="dxa"/>
            <w:shd w:val="clear" w:color="auto" w:fill="D9EAF7"/>
            <w:tcMar>
              <w:top w:w="28" w:type="dxa"/>
              <w:left w:w="38" w:type="dxa"/>
              <w:bottom w:w="28" w:type="dxa"/>
              <w:right w:w="38" w:type="dxa"/>
            </w:tcMar>
            <w:vAlign w:val="center"/>
          </w:tcPr>
          <w:p w14:paraId="01B774F1" w14:textId="77777777" w:rsidR="00D60D5E" w:rsidRDefault="00891EF0">
            <w:pPr>
              <w:spacing w:after="0" w:line="240" w:lineRule="auto"/>
            </w:pPr>
            <w:r>
              <w:rPr>
                <w:rFonts w:eastAsia="Aptos"/>
                <w:b/>
                <w:color w:val="2F4F8F"/>
                <w:sz w:val="18"/>
              </w:rPr>
              <w:t>FROZEN BREAD &amp; CAKES</w:t>
            </w:r>
          </w:p>
        </w:tc>
        <w:tc>
          <w:tcPr>
            <w:tcW w:w="630" w:type="dxa"/>
            <w:shd w:val="clear" w:color="auto" w:fill="D9EAF7"/>
            <w:tcMar>
              <w:top w:w="28" w:type="dxa"/>
              <w:left w:w="38" w:type="dxa"/>
              <w:bottom w:w="28" w:type="dxa"/>
              <w:right w:w="38" w:type="dxa"/>
            </w:tcMar>
            <w:vAlign w:val="center"/>
          </w:tcPr>
          <w:p w14:paraId="760E01B0"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263A95D"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46518E6" w14:textId="77777777" w:rsidR="00D60D5E" w:rsidRDefault="00D60D5E">
            <w:pPr>
              <w:jc w:val="center"/>
            </w:pPr>
          </w:p>
        </w:tc>
      </w:tr>
      <w:tr w:rsidR="00D60D5E" w14:paraId="1624E6B9" w14:textId="77777777" w:rsidTr="000617E0">
        <w:trPr>
          <w:cantSplit/>
          <w:jc w:val="center"/>
        </w:trPr>
        <w:tc>
          <w:tcPr>
            <w:tcW w:w="677" w:type="dxa"/>
            <w:tcMar>
              <w:top w:w="28" w:type="dxa"/>
              <w:left w:w="38" w:type="dxa"/>
              <w:bottom w:w="28" w:type="dxa"/>
              <w:right w:w="38" w:type="dxa"/>
            </w:tcMar>
            <w:vAlign w:val="center"/>
          </w:tcPr>
          <w:p w14:paraId="0A4E5436" w14:textId="77777777" w:rsidR="00D60D5E" w:rsidRDefault="00891EF0">
            <w:pPr>
              <w:spacing w:after="0" w:line="240" w:lineRule="auto"/>
              <w:jc w:val="center"/>
            </w:pPr>
            <w:r>
              <w:rPr>
                <w:rFonts w:eastAsia="Aptos"/>
                <w:color w:val="6A7075"/>
                <w:sz w:val="17"/>
              </w:rPr>
              <w:t>240-105</w:t>
            </w:r>
          </w:p>
        </w:tc>
        <w:tc>
          <w:tcPr>
            <w:tcW w:w="2648" w:type="dxa"/>
            <w:tcMar>
              <w:top w:w="28" w:type="dxa"/>
              <w:left w:w="38" w:type="dxa"/>
              <w:bottom w:w="28" w:type="dxa"/>
              <w:right w:w="38" w:type="dxa"/>
            </w:tcMar>
            <w:vAlign w:val="center"/>
          </w:tcPr>
          <w:p w14:paraId="7A0149EB" w14:textId="77777777" w:rsidR="00D60D5E" w:rsidRDefault="00891EF0">
            <w:pPr>
              <w:spacing w:after="0" w:line="240" w:lineRule="auto"/>
            </w:pPr>
            <w:r>
              <w:rPr>
                <w:rFonts w:eastAsia="Aptos"/>
                <w:sz w:val="17"/>
              </w:rPr>
              <w:t>Bagels Plain 6pk</w:t>
            </w:r>
          </w:p>
        </w:tc>
        <w:tc>
          <w:tcPr>
            <w:tcW w:w="630" w:type="dxa"/>
            <w:tcMar>
              <w:top w:w="28" w:type="dxa"/>
              <w:left w:w="38" w:type="dxa"/>
              <w:bottom w:w="28" w:type="dxa"/>
              <w:right w:w="38" w:type="dxa"/>
            </w:tcMar>
            <w:vAlign w:val="center"/>
          </w:tcPr>
          <w:p w14:paraId="1E7DC651" w14:textId="77777777" w:rsidR="00D60D5E" w:rsidRDefault="00891EF0">
            <w:pPr>
              <w:spacing w:after="0" w:line="240" w:lineRule="auto"/>
              <w:jc w:val="center"/>
            </w:pPr>
            <w:r>
              <w:rPr>
                <w:rFonts w:eastAsia="Aptos"/>
                <w:b/>
                <w:sz w:val="17"/>
              </w:rPr>
              <w:t>6.20</w:t>
            </w:r>
          </w:p>
        </w:tc>
        <w:tc>
          <w:tcPr>
            <w:tcW w:w="540" w:type="dxa"/>
            <w:tcMar>
              <w:top w:w="28" w:type="dxa"/>
              <w:left w:w="38" w:type="dxa"/>
              <w:bottom w:w="28" w:type="dxa"/>
              <w:right w:w="38" w:type="dxa"/>
            </w:tcMar>
            <w:vAlign w:val="center"/>
          </w:tcPr>
          <w:p w14:paraId="5A2DD4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37C8F3" w14:textId="77777777" w:rsidR="00D60D5E" w:rsidRDefault="00D60D5E">
            <w:pPr>
              <w:jc w:val="center"/>
            </w:pPr>
          </w:p>
        </w:tc>
      </w:tr>
      <w:tr w:rsidR="00D60D5E" w14:paraId="4B066C0E" w14:textId="77777777" w:rsidTr="000617E0">
        <w:trPr>
          <w:cantSplit/>
          <w:jc w:val="center"/>
        </w:trPr>
        <w:tc>
          <w:tcPr>
            <w:tcW w:w="677" w:type="dxa"/>
            <w:tcMar>
              <w:top w:w="28" w:type="dxa"/>
              <w:left w:w="38" w:type="dxa"/>
              <w:bottom w:w="28" w:type="dxa"/>
              <w:right w:w="38" w:type="dxa"/>
            </w:tcMar>
            <w:vAlign w:val="center"/>
          </w:tcPr>
          <w:p w14:paraId="20B415E2" w14:textId="77777777" w:rsidR="00D60D5E" w:rsidRDefault="00891EF0">
            <w:pPr>
              <w:spacing w:after="0" w:line="240" w:lineRule="auto"/>
              <w:jc w:val="center"/>
            </w:pPr>
            <w:r>
              <w:rPr>
                <w:rFonts w:eastAsia="Aptos"/>
                <w:color w:val="6A7075"/>
                <w:sz w:val="17"/>
              </w:rPr>
              <w:t>240-110</w:t>
            </w:r>
          </w:p>
        </w:tc>
        <w:tc>
          <w:tcPr>
            <w:tcW w:w="2648" w:type="dxa"/>
            <w:tcMar>
              <w:top w:w="28" w:type="dxa"/>
              <w:left w:w="38" w:type="dxa"/>
              <w:bottom w:w="28" w:type="dxa"/>
              <w:right w:w="38" w:type="dxa"/>
            </w:tcMar>
            <w:vAlign w:val="center"/>
          </w:tcPr>
          <w:p w14:paraId="37B84E4D" w14:textId="77777777" w:rsidR="00D60D5E" w:rsidRDefault="00891EF0">
            <w:pPr>
              <w:spacing w:after="0" w:line="240" w:lineRule="auto"/>
            </w:pPr>
            <w:r>
              <w:rPr>
                <w:rFonts w:eastAsia="Aptos"/>
                <w:sz w:val="17"/>
              </w:rPr>
              <w:t>Bagels Egg 6pk</w:t>
            </w:r>
          </w:p>
        </w:tc>
        <w:tc>
          <w:tcPr>
            <w:tcW w:w="630" w:type="dxa"/>
            <w:tcMar>
              <w:top w:w="28" w:type="dxa"/>
              <w:left w:w="38" w:type="dxa"/>
              <w:bottom w:w="28" w:type="dxa"/>
              <w:right w:w="38" w:type="dxa"/>
            </w:tcMar>
            <w:vAlign w:val="center"/>
          </w:tcPr>
          <w:p w14:paraId="34A0B997"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14FC92A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91C384" w14:textId="77777777" w:rsidR="00D60D5E" w:rsidRDefault="00D60D5E">
            <w:pPr>
              <w:jc w:val="center"/>
            </w:pPr>
          </w:p>
        </w:tc>
      </w:tr>
      <w:tr w:rsidR="00D60D5E" w14:paraId="0B4929D1" w14:textId="77777777" w:rsidTr="000617E0">
        <w:trPr>
          <w:cantSplit/>
          <w:jc w:val="center"/>
        </w:trPr>
        <w:tc>
          <w:tcPr>
            <w:tcW w:w="677" w:type="dxa"/>
            <w:tcMar>
              <w:top w:w="28" w:type="dxa"/>
              <w:left w:w="38" w:type="dxa"/>
              <w:bottom w:w="28" w:type="dxa"/>
              <w:right w:w="38" w:type="dxa"/>
            </w:tcMar>
            <w:vAlign w:val="center"/>
          </w:tcPr>
          <w:p w14:paraId="506C2B67" w14:textId="77777777" w:rsidR="00D60D5E" w:rsidRDefault="00891EF0">
            <w:pPr>
              <w:spacing w:after="0" w:line="240" w:lineRule="auto"/>
              <w:jc w:val="center"/>
            </w:pPr>
            <w:r>
              <w:rPr>
                <w:rFonts w:eastAsia="Aptos"/>
                <w:color w:val="6A7075"/>
                <w:sz w:val="17"/>
              </w:rPr>
              <w:t>240-115</w:t>
            </w:r>
          </w:p>
        </w:tc>
        <w:tc>
          <w:tcPr>
            <w:tcW w:w="2648" w:type="dxa"/>
            <w:tcMar>
              <w:top w:w="28" w:type="dxa"/>
              <w:left w:w="38" w:type="dxa"/>
              <w:bottom w:w="28" w:type="dxa"/>
              <w:right w:w="38" w:type="dxa"/>
            </w:tcMar>
            <w:vAlign w:val="center"/>
          </w:tcPr>
          <w:p w14:paraId="60C9F1D9" w14:textId="77777777" w:rsidR="00D60D5E" w:rsidRDefault="00891EF0">
            <w:pPr>
              <w:spacing w:after="0" w:line="240" w:lineRule="auto"/>
            </w:pPr>
            <w:r>
              <w:rPr>
                <w:rFonts w:eastAsia="Aptos"/>
                <w:sz w:val="17"/>
              </w:rPr>
              <w:t>Bagels Onion 5pk</w:t>
            </w:r>
          </w:p>
        </w:tc>
        <w:tc>
          <w:tcPr>
            <w:tcW w:w="630" w:type="dxa"/>
            <w:tcMar>
              <w:top w:w="28" w:type="dxa"/>
              <w:left w:w="38" w:type="dxa"/>
              <w:bottom w:w="28" w:type="dxa"/>
              <w:right w:w="38" w:type="dxa"/>
            </w:tcMar>
            <w:vAlign w:val="center"/>
          </w:tcPr>
          <w:p w14:paraId="3E4FED18" w14:textId="77777777" w:rsidR="00D60D5E" w:rsidRDefault="00891EF0">
            <w:pPr>
              <w:spacing w:after="0" w:line="240" w:lineRule="auto"/>
              <w:jc w:val="center"/>
            </w:pPr>
            <w:r>
              <w:rPr>
                <w:rFonts w:eastAsia="Aptos"/>
                <w:b/>
                <w:sz w:val="17"/>
              </w:rPr>
              <w:t>6.75</w:t>
            </w:r>
          </w:p>
        </w:tc>
        <w:tc>
          <w:tcPr>
            <w:tcW w:w="540" w:type="dxa"/>
            <w:tcMar>
              <w:top w:w="28" w:type="dxa"/>
              <w:left w:w="38" w:type="dxa"/>
              <w:bottom w:w="28" w:type="dxa"/>
              <w:right w:w="38" w:type="dxa"/>
            </w:tcMar>
            <w:vAlign w:val="center"/>
          </w:tcPr>
          <w:p w14:paraId="1B4794B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206ED8" w14:textId="77777777" w:rsidR="00D60D5E" w:rsidRDefault="00D60D5E">
            <w:pPr>
              <w:jc w:val="center"/>
            </w:pPr>
          </w:p>
        </w:tc>
      </w:tr>
      <w:tr w:rsidR="00D60D5E" w14:paraId="65C6B4B1" w14:textId="77777777" w:rsidTr="000617E0">
        <w:trPr>
          <w:cantSplit/>
          <w:jc w:val="center"/>
        </w:trPr>
        <w:tc>
          <w:tcPr>
            <w:tcW w:w="677" w:type="dxa"/>
            <w:tcMar>
              <w:top w:w="28" w:type="dxa"/>
              <w:left w:w="38" w:type="dxa"/>
              <w:bottom w:w="28" w:type="dxa"/>
              <w:right w:w="38" w:type="dxa"/>
            </w:tcMar>
            <w:vAlign w:val="center"/>
          </w:tcPr>
          <w:p w14:paraId="10D5E622" w14:textId="77777777" w:rsidR="00D60D5E" w:rsidRDefault="00891EF0">
            <w:pPr>
              <w:spacing w:after="0" w:line="240" w:lineRule="auto"/>
              <w:jc w:val="center"/>
            </w:pPr>
            <w:r>
              <w:rPr>
                <w:rFonts w:eastAsia="Aptos"/>
                <w:color w:val="6A7075"/>
                <w:sz w:val="17"/>
              </w:rPr>
              <w:t>240-120</w:t>
            </w:r>
          </w:p>
        </w:tc>
        <w:tc>
          <w:tcPr>
            <w:tcW w:w="2648" w:type="dxa"/>
            <w:tcMar>
              <w:top w:w="28" w:type="dxa"/>
              <w:left w:w="38" w:type="dxa"/>
              <w:bottom w:w="28" w:type="dxa"/>
              <w:right w:w="38" w:type="dxa"/>
            </w:tcMar>
            <w:vAlign w:val="center"/>
          </w:tcPr>
          <w:p w14:paraId="78EA6A75" w14:textId="77777777" w:rsidR="00D60D5E" w:rsidRDefault="00891EF0">
            <w:pPr>
              <w:spacing w:after="0" w:line="240" w:lineRule="auto"/>
            </w:pPr>
            <w:r>
              <w:rPr>
                <w:rFonts w:eastAsia="Aptos"/>
                <w:sz w:val="17"/>
              </w:rPr>
              <w:t>Bagels Whole Wheat 6pk</w:t>
            </w:r>
          </w:p>
        </w:tc>
        <w:tc>
          <w:tcPr>
            <w:tcW w:w="630" w:type="dxa"/>
            <w:tcMar>
              <w:top w:w="28" w:type="dxa"/>
              <w:left w:w="38" w:type="dxa"/>
              <w:bottom w:w="28" w:type="dxa"/>
              <w:right w:w="38" w:type="dxa"/>
            </w:tcMar>
            <w:vAlign w:val="center"/>
          </w:tcPr>
          <w:p w14:paraId="54030EFA" w14:textId="77777777" w:rsidR="00D60D5E" w:rsidRDefault="00891EF0">
            <w:pPr>
              <w:spacing w:after="0" w:line="240" w:lineRule="auto"/>
              <w:jc w:val="center"/>
            </w:pPr>
            <w:r>
              <w:rPr>
                <w:rFonts w:eastAsia="Aptos"/>
                <w:b/>
                <w:sz w:val="17"/>
              </w:rPr>
              <w:t>6.30</w:t>
            </w:r>
          </w:p>
        </w:tc>
        <w:tc>
          <w:tcPr>
            <w:tcW w:w="540" w:type="dxa"/>
            <w:tcMar>
              <w:top w:w="28" w:type="dxa"/>
              <w:left w:w="38" w:type="dxa"/>
              <w:bottom w:w="28" w:type="dxa"/>
              <w:right w:w="38" w:type="dxa"/>
            </w:tcMar>
            <w:vAlign w:val="center"/>
          </w:tcPr>
          <w:p w14:paraId="14626C0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D829C2" w14:textId="77777777" w:rsidR="00D60D5E" w:rsidRDefault="00D60D5E">
            <w:pPr>
              <w:jc w:val="center"/>
            </w:pPr>
          </w:p>
        </w:tc>
      </w:tr>
      <w:tr w:rsidR="00D60D5E" w14:paraId="486D8E27" w14:textId="77777777" w:rsidTr="000617E0">
        <w:trPr>
          <w:cantSplit/>
          <w:jc w:val="center"/>
        </w:trPr>
        <w:tc>
          <w:tcPr>
            <w:tcW w:w="677" w:type="dxa"/>
            <w:tcMar>
              <w:top w:w="28" w:type="dxa"/>
              <w:left w:w="38" w:type="dxa"/>
              <w:bottom w:w="28" w:type="dxa"/>
              <w:right w:w="38" w:type="dxa"/>
            </w:tcMar>
            <w:vAlign w:val="center"/>
          </w:tcPr>
          <w:p w14:paraId="130ED381" w14:textId="77777777" w:rsidR="00D60D5E" w:rsidRDefault="00891EF0">
            <w:pPr>
              <w:spacing w:after="0" w:line="240" w:lineRule="auto"/>
              <w:jc w:val="center"/>
            </w:pPr>
            <w:r>
              <w:rPr>
                <w:rFonts w:eastAsia="Aptos"/>
                <w:color w:val="6A7075"/>
                <w:sz w:val="17"/>
              </w:rPr>
              <w:t>240-125</w:t>
            </w:r>
          </w:p>
        </w:tc>
        <w:tc>
          <w:tcPr>
            <w:tcW w:w="2648" w:type="dxa"/>
            <w:tcMar>
              <w:top w:w="28" w:type="dxa"/>
              <w:left w:w="38" w:type="dxa"/>
              <w:bottom w:w="28" w:type="dxa"/>
              <w:right w:w="38" w:type="dxa"/>
            </w:tcMar>
            <w:vAlign w:val="center"/>
          </w:tcPr>
          <w:p w14:paraId="3AD4B03D" w14:textId="77777777" w:rsidR="00D60D5E" w:rsidRDefault="00891EF0">
            <w:pPr>
              <w:spacing w:after="0" w:line="240" w:lineRule="auto"/>
            </w:pPr>
            <w:r>
              <w:rPr>
                <w:rFonts w:eastAsia="Aptos"/>
                <w:sz w:val="17"/>
              </w:rPr>
              <w:t>Bagels Cinnamom Raisin Swirl 6pk</w:t>
            </w:r>
          </w:p>
        </w:tc>
        <w:tc>
          <w:tcPr>
            <w:tcW w:w="630" w:type="dxa"/>
            <w:tcMar>
              <w:top w:w="28" w:type="dxa"/>
              <w:left w:w="38" w:type="dxa"/>
              <w:bottom w:w="28" w:type="dxa"/>
              <w:right w:w="38" w:type="dxa"/>
            </w:tcMar>
            <w:vAlign w:val="center"/>
          </w:tcPr>
          <w:p w14:paraId="0C79ECBB" w14:textId="77777777" w:rsidR="00D60D5E" w:rsidRDefault="00891EF0">
            <w:pPr>
              <w:spacing w:after="0" w:line="240" w:lineRule="auto"/>
              <w:jc w:val="center"/>
            </w:pPr>
            <w:r>
              <w:rPr>
                <w:rFonts w:eastAsia="Aptos"/>
                <w:b/>
                <w:sz w:val="17"/>
              </w:rPr>
              <w:t>6.30</w:t>
            </w:r>
          </w:p>
        </w:tc>
        <w:tc>
          <w:tcPr>
            <w:tcW w:w="540" w:type="dxa"/>
            <w:tcMar>
              <w:top w:w="28" w:type="dxa"/>
              <w:left w:w="38" w:type="dxa"/>
              <w:bottom w:w="28" w:type="dxa"/>
              <w:right w:w="38" w:type="dxa"/>
            </w:tcMar>
            <w:vAlign w:val="center"/>
          </w:tcPr>
          <w:p w14:paraId="3C7B69D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9962BB" w14:textId="77777777" w:rsidR="00D60D5E" w:rsidRDefault="00D60D5E">
            <w:pPr>
              <w:jc w:val="center"/>
            </w:pPr>
          </w:p>
        </w:tc>
      </w:tr>
      <w:tr w:rsidR="00D60D5E" w14:paraId="0361D678" w14:textId="77777777" w:rsidTr="000617E0">
        <w:trPr>
          <w:cantSplit/>
          <w:jc w:val="center"/>
        </w:trPr>
        <w:tc>
          <w:tcPr>
            <w:tcW w:w="677" w:type="dxa"/>
            <w:tcMar>
              <w:top w:w="28" w:type="dxa"/>
              <w:left w:w="38" w:type="dxa"/>
              <w:bottom w:w="28" w:type="dxa"/>
              <w:right w:w="38" w:type="dxa"/>
            </w:tcMar>
            <w:vAlign w:val="center"/>
          </w:tcPr>
          <w:p w14:paraId="2DF34F6D" w14:textId="77777777" w:rsidR="00D60D5E" w:rsidRDefault="00891EF0">
            <w:pPr>
              <w:spacing w:after="0" w:line="240" w:lineRule="auto"/>
              <w:jc w:val="center"/>
            </w:pPr>
            <w:r>
              <w:rPr>
                <w:rFonts w:eastAsia="Aptos"/>
                <w:color w:val="6A7075"/>
                <w:sz w:val="17"/>
              </w:rPr>
              <w:t>240-130</w:t>
            </w:r>
          </w:p>
        </w:tc>
        <w:tc>
          <w:tcPr>
            <w:tcW w:w="2648" w:type="dxa"/>
            <w:tcMar>
              <w:top w:w="28" w:type="dxa"/>
              <w:left w:w="38" w:type="dxa"/>
              <w:bottom w:w="28" w:type="dxa"/>
              <w:right w:w="38" w:type="dxa"/>
            </w:tcMar>
            <w:vAlign w:val="center"/>
          </w:tcPr>
          <w:p w14:paraId="6A3AD998" w14:textId="77777777" w:rsidR="00D60D5E" w:rsidRDefault="00891EF0">
            <w:pPr>
              <w:spacing w:after="0" w:line="240" w:lineRule="auto"/>
            </w:pPr>
            <w:r>
              <w:rPr>
                <w:rFonts w:eastAsia="Aptos"/>
                <w:sz w:val="17"/>
              </w:rPr>
              <w:t>Bagels Blueberry Swirl 6pk</w:t>
            </w:r>
          </w:p>
        </w:tc>
        <w:tc>
          <w:tcPr>
            <w:tcW w:w="630" w:type="dxa"/>
            <w:tcMar>
              <w:top w:w="28" w:type="dxa"/>
              <w:left w:w="38" w:type="dxa"/>
              <w:bottom w:w="28" w:type="dxa"/>
              <w:right w:w="38" w:type="dxa"/>
            </w:tcMar>
            <w:vAlign w:val="center"/>
          </w:tcPr>
          <w:p w14:paraId="6EBA839E" w14:textId="77777777" w:rsidR="00D60D5E" w:rsidRDefault="00891EF0">
            <w:pPr>
              <w:spacing w:after="0" w:line="240" w:lineRule="auto"/>
              <w:jc w:val="center"/>
            </w:pPr>
            <w:r>
              <w:rPr>
                <w:rFonts w:eastAsia="Aptos"/>
                <w:b/>
                <w:sz w:val="17"/>
              </w:rPr>
              <w:t>6.25</w:t>
            </w:r>
          </w:p>
        </w:tc>
        <w:tc>
          <w:tcPr>
            <w:tcW w:w="540" w:type="dxa"/>
            <w:tcMar>
              <w:top w:w="28" w:type="dxa"/>
              <w:left w:w="38" w:type="dxa"/>
              <w:bottom w:w="28" w:type="dxa"/>
              <w:right w:w="38" w:type="dxa"/>
            </w:tcMar>
            <w:vAlign w:val="center"/>
          </w:tcPr>
          <w:p w14:paraId="045837B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5E2FF0" w14:textId="77777777" w:rsidR="00D60D5E" w:rsidRDefault="00D60D5E">
            <w:pPr>
              <w:jc w:val="center"/>
            </w:pPr>
          </w:p>
        </w:tc>
      </w:tr>
      <w:tr w:rsidR="00D60D5E" w14:paraId="0F9F20FA" w14:textId="77777777" w:rsidTr="000617E0">
        <w:trPr>
          <w:cantSplit/>
          <w:jc w:val="center"/>
        </w:trPr>
        <w:tc>
          <w:tcPr>
            <w:tcW w:w="677" w:type="dxa"/>
            <w:tcMar>
              <w:top w:w="28" w:type="dxa"/>
              <w:left w:w="38" w:type="dxa"/>
              <w:bottom w:w="28" w:type="dxa"/>
              <w:right w:w="38" w:type="dxa"/>
            </w:tcMar>
            <w:vAlign w:val="center"/>
          </w:tcPr>
          <w:p w14:paraId="5B6D699F" w14:textId="77777777" w:rsidR="00D60D5E" w:rsidRDefault="00891EF0">
            <w:pPr>
              <w:spacing w:after="0" w:line="240" w:lineRule="auto"/>
              <w:jc w:val="center"/>
            </w:pPr>
            <w:r>
              <w:rPr>
                <w:rFonts w:eastAsia="Aptos"/>
                <w:color w:val="6A7075"/>
                <w:sz w:val="17"/>
              </w:rPr>
              <w:t>240-135</w:t>
            </w:r>
          </w:p>
        </w:tc>
        <w:tc>
          <w:tcPr>
            <w:tcW w:w="2648" w:type="dxa"/>
            <w:tcMar>
              <w:top w:w="28" w:type="dxa"/>
              <w:left w:w="38" w:type="dxa"/>
              <w:bottom w:w="28" w:type="dxa"/>
              <w:right w:w="38" w:type="dxa"/>
            </w:tcMar>
            <w:vAlign w:val="center"/>
          </w:tcPr>
          <w:p w14:paraId="0F79E32A" w14:textId="77777777" w:rsidR="00D60D5E" w:rsidRDefault="00891EF0">
            <w:pPr>
              <w:spacing w:after="0" w:line="240" w:lineRule="auto"/>
            </w:pPr>
            <w:r>
              <w:rPr>
                <w:rFonts w:eastAsia="Aptos"/>
                <w:sz w:val="17"/>
              </w:rPr>
              <w:t>Bread Garlic 16oz</w:t>
            </w:r>
          </w:p>
        </w:tc>
        <w:tc>
          <w:tcPr>
            <w:tcW w:w="630" w:type="dxa"/>
            <w:tcMar>
              <w:top w:w="28" w:type="dxa"/>
              <w:left w:w="38" w:type="dxa"/>
              <w:bottom w:w="28" w:type="dxa"/>
              <w:right w:w="38" w:type="dxa"/>
            </w:tcMar>
            <w:vAlign w:val="center"/>
          </w:tcPr>
          <w:p w14:paraId="520C7309"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42A603A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E5E56B" w14:textId="77777777" w:rsidR="00D60D5E" w:rsidRDefault="00D60D5E">
            <w:pPr>
              <w:jc w:val="center"/>
            </w:pPr>
          </w:p>
        </w:tc>
      </w:tr>
      <w:tr w:rsidR="00D60D5E" w14:paraId="5146B05B" w14:textId="77777777" w:rsidTr="000617E0">
        <w:trPr>
          <w:cantSplit/>
          <w:jc w:val="center"/>
        </w:trPr>
        <w:tc>
          <w:tcPr>
            <w:tcW w:w="677" w:type="dxa"/>
            <w:tcMar>
              <w:top w:w="28" w:type="dxa"/>
              <w:left w:w="38" w:type="dxa"/>
              <w:bottom w:w="28" w:type="dxa"/>
              <w:right w:w="38" w:type="dxa"/>
            </w:tcMar>
            <w:vAlign w:val="center"/>
          </w:tcPr>
          <w:p w14:paraId="66C0C7E5" w14:textId="77777777" w:rsidR="00D60D5E" w:rsidRDefault="00891EF0">
            <w:pPr>
              <w:spacing w:after="0" w:line="240" w:lineRule="auto"/>
              <w:jc w:val="center"/>
            </w:pPr>
            <w:r>
              <w:rPr>
                <w:rFonts w:eastAsia="Aptos"/>
                <w:color w:val="6A7075"/>
                <w:sz w:val="17"/>
              </w:rPr>
              <w:t>240-140</w:t>
            </w:r>
          </w:p>
        </w:tc>
        <w:tc>
          <w:tcPr>
            <w:tcW w:w="2648" w:type="dxa"/>
            <w:tcMar>
              <w:top w:w="28" w:type="dxa"/>
              <w:left w:w="38" w:type="dxa"/>
              <w:bottom w:w="28" w:type="dxa"/>
              <w:right w:w="38" w:type="dxa"/>
            </w:tcMar>
            <w:vAlign w:val="center"/>
          </w:tcPr>
          <w:p w14:paraId="0CC19B6C" w14:textId="77777777" w:rsidR="00D60D5E" w:rsidRDefault="00891EF0">
            <w:pPr>
              <w:spacing w:after="0" w:line="240" w:lineRule="auto"/>
            </w:pPr>
            <w:r>
              <w:rPr>
                <w:rFonts w:eastAsia="Aptos"/>
                <w:sz w:val="17"/>
              </w:rPr>
              <w:t>Bread Garlic &amp; Mozzarella 11.75oz</w:t>
            </w:r>
          </w:p>
        </w:tc>
        <w:tc>
          <w:tcPr>
            <w:tcW w:w="630" w:type="dxa"/>
            <w:tcMar>
              <w:top w:w="28" w:type="dxa"/>
              <w:left w:w="38" w:type="dxa"/>
              <w:bottom w:w="28" w:type="dxa"/>
              <w:right w:w="38" w:type="dxa"/>
            </w:tcMar>
            <w:vAlign w:val="center"/>
          </w:tcPr>
          <w:p w14:paraId="7A74420B"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591688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831EF0" w14:textId="77777777" w:rsidR="00D60D5E" w:rsidRDefault="00D60D5E">
            <w:pPr>
              <w:jc w:val="center"/>
            </w:pPr>
          </w:p>
        </w:tc>
      </w:tr>
      <w:tr w:rsidR="00D60D5E" w14:paraId="70DCCA2E" w14:textId="77777777" w:rsidTr="000617E0">
        <w:trPr>
          <w:cantSplit/>
          <w:jc w:val="center"/>
        </w:trPr>
        <w:tc>
          <w:tcPr>
            <w:tcW w:w="677" w:type="dxa"/>
            <w:tcMar>
              <w:top w:w="28" w:type="dxa"/>
              <w:left w:w="38" w:type="dxa"/>
              <w:bottom w:w="28" w:type="dxa"/>
              <w:right w:w="38" w:type="dxa"/>
            </w:tcMar>
            <w:vAlign w:val="center"/>
          </w:tcPr>
          <w:p w14:paraId="1FE884BA" w14:textId="77777777" w:rsidR="00D60D5E" w:rsidRDefault="00891EF0">
            <w:pPr>
              <w:spacing w:after="0" w:line="240" w:lineRule="auto"/>
              <w:jc w:val="center"/>
            </w:pPr>
            <w:r>
              <w:rPr>
                <w:rFonts w:eastAsia="Aptos"/>
                <w:color w:val="6A7075"/>
                <w:sz w:val="17"/>
              </w:rPr>
              <w:t>240-145</w:t>
            </w:r>
          </w:p>
        </w:tc>
        <w:tc>
          <w:tcPr>
            <w:tcW w:w="2648" w:type="dxa"/>
            <w:tcMar>
              <w:top w:w="28" w:type="dxa"/>
              <w:left w:w="38" w:type="dxa"/>
              <w:bottom w:w="28" w:type="dxa"/>
              <w:right w:w="38" w:type="dxa"/>
            </w:tcMar>
            <w:vAlign w:val="center"/>
          </w:tcPr>
          <w:p w14:paraId="36389C1A" w14:textId="77777777" w:rsidR="00D60D5E" w:rsidRDefault="00891EF0">
            <w:pPr>
              <w:spacing w:after="0" w:line="240" w:lineRule="auto"/>
            </w:pPr>
            <w:r>
              <w:rPr>
                <w:rFonts w:eastAsia="Aptos"/>
                <w:sz w:val="17"/>
              </w:rPr>
              <w:t>Bread Sticks Garlic 10.5 oz</w:t>
            </w:r>
          </w:p>
        </w:tc>
        <w:tc>
          <w:tcPr>
            <w:tcW w:w="630" w:type="dxa"/>
            <w:tcMar>
              <w:top w:w="28" w:type="dxa"/>
              <w:left w:w="38" w:type="dxa"/>
              <w:bottom w:w="28" w:type="dxa"/>
              <w:right w:w="38" w:type="dxa"/>
            </w:tcMar>
            <w:vAlign w:val="center"/>
          </w:tcPr>
          <w:p w14:paraId="34C964B1" w14:textId="77777777" w:rsidR="00D60D5E" w:rsidRDefault="00891EF0">
            <w:pPr>
              <w:spacing w:after="0" w:line="240" w:lineRule="auto"/>
              <w:jc w:val="center"/>
            </w:pPr>
            <w:r>
              <w:rPr>
                <w:rFonts w:eastAsia="Aptos"/>
                <w:b/>
                <w:sz w:val="17"/>
              </w:rPr>
              <w:t>7.00</w:t>
            </w:r>
          </w:p>
        </w:tc>
        <w:tc>
          <w:tcPr>
            <w:tcW w:w="540" w:type="dxa"/>
            <w:tcMar>
              <w:top w:w="28" w:type="dxa"/>
              <w:left w:w="38" w:type="dxa"/>
              <w:bottom w:w="28" w:type="dxa"/>
              <w:right w:w="38" w:type="dxa"/>
            </w:tcMar>
            <w:vAlign w:val="center"/>
          </w:tcPr>
          <w:p w14:paraId="2D28AC9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7147D1" w14:textId="77777777" w:rsidR="00D60D5E" w:rsidRDefault="00D60D5E">
            <w:pPr>
              <w:jc w:val="center"/>
            </w:pPr>
          </w:p>
        </w:tc>
      </w:tr>
      <w:tr w:rsidR="00D60D5E" w14:paraId="13209CDB" w14:textId="77777777" w:rsidTr="000617E0">
        <w:trPr>
          <w:cantSplit/>
          <w:jc w:val="center"/>
        </w:trPr>
        <w:tc>
          <w:tcPr>
            <w:tcW w:w="677" w:type="dxa"/>
            <w:tcMar>
              <w:top w:w="28" w:type="dxa"/>
              <w:left w:w="38" w:type="dxa"/>
              <w:bottom w:w="28" w:type="dxa"/>
              <w:right w:w="38" w:type="dxa"/>
            </w:tcMar>
            <w:vAlign w:val="center"/>
          </w:tcPr>
          <w:p w14:paraId="61453BD2" w14:textId="77777777" w:rsidR="00D60D5E" w:rsidRDefault="00891EF0">
            <w:pPr>
              <w:spacing w:after="0" w:line="240" w:lineRule="auto"/>
              <w:jc w:val="center"/>
            </w:pPr>
            <w:r>
              <w:rPr>
                <w:rFonts w:eastAsia="Aptos"/>
                <w:color w:val="6A7075"/>
                <w:sz w:val="17"/>
              </w:rPr>
              <w:t>240-150</w:t>
            </w:r>
          </w:p>
        </w:tc>
        <w:tc>
          <w:tcPr>
            <w:tcW w:w="2648" w:type="dxa"/>
            <w:tcMar>
              <w:top w:w="28" w:type="dxa"/>
              <w:left w:w="38" w:type="dxa"/>
              <w:bottom w:w="28" w:type="dxa"/>
              <w:right w:w="38" w:type="dxa"/>
            </w:tcMar>
            <w:vAlign w:val="center"/>
          </w:tcPr>
          <w:p w14:paraId="3814E3E5" w14:textId="77777777" w:rsidR="00D60D5E" w:rsidRDefault="00891EF0">
            <w:pPr>
              <w:spacing w:after="0" w:line="240" w:lineRule="auto"/>
            </w:pPr>
            <w:r>
              <w:rPr>
                <w:rFonts w:eastAsia="Aptos"/>
                <w:sz w:val="17"/>
              </w:rPr>
              <w:t>Bread White 16oz</w:t>
            </w:r>
          </w:p>
        </w:tc>
        <w:tc>
          <w:tcPr>
            <w:tcW w:w="630" w:type="dxa"/>
            <w:tcMar>
              <w:top w:w="28" w:type="dxa"/>
              <w:left w:w="38" w:type="dxa"/>
              <w:bottom w:w="28" w:type="dxa"/>
              <w:right w:w="38" w:type="dxa"/>
            </w:tcMar>
            <w:vAlign w:val="center"/>
          </w:tcPr>
          <w:p w14:paraId="1477A4A8" w14:textId="77777777" w:rsidR="00D60D5E" w:rsidRDefault="00891EF0">
            <w:pPr>
              <w:spacing w:after="0" w:line="240" w:lineRule="auto"/>
              <w:jc w:val="center"/>
            </w:pPr>
            <w:r>
              <w:rPr>
                <w:rFonts w:eastAsia="Aptos"/>
                <w:b/>
                <w:sz w:val="17"/>
              </w:rPr>
              <w:t>8.25</w:t>
            </w:r>
          </w:p>
        </w:tc>
        <w:tc>
          <w:tcPr>
            <w:tcW w:w="540" w:type="dxa"/>
            <w:tcMar>
              <w:top w:w="28" w:type="dxa"/>
              <w:left w:w="38" w:type="dxa"/>
              <w:bottom w:w="28" w:type="dxa"/>
              <w:right w:w="38" w:type="dxa"/>
            </w:tcMar>
            <w:vAlign w:val="center"/>
          </w:tcPr>
          <w:p w14:paraId="4CF47A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FB2754" w14:textId="77777777" w:rsidR="00D60D5E" w:rsidRDefault="00D60D5E">
            <w:pPr>
              <w:jc w:val="center"/>
            </w:pPr>
          </w:p>
        </w:tc>
      </w:tr>
      <w:tr w:rsidR="00D60D5E" w14:paraId="60222739" w14:textId="77777777" w:rsidTr="000617E0">
        <w:trPr>
          <w:cantSplit/>
          <w:jc w:val="center"/>
        </w:trPr>
        <w:tc>
          <w:tcPr>
            <w:tcW w:w="677" w:type="dxa"/>
            <w:tcMar>
              <w:top w:w="28" w:type="dxa"/>
              <w:left w:w="38" w:type="dxa"/>
              <w:bottom w:w="28" w:type="dxa"/>
              <w:right w:w="38" w:type="dxa"/>
            </w:tcMar>
            <w:vAlign w:val="center"/>
          </w:tcPr>
          <w:p w14:paraId="652E4124" w14:textId="77777777" w:rsidR="00D60D5E" w:rsidRDefault="00891EF0">
            <w:pPr>
              <w:spacing w:after="0" w:line="240" w:lineRule="auto"/>
              <w:jc w:val="center"/>
            </w:pPr>
            <w:r>
              <w:rPr>
                <w:rFonts w:eastAsia="Aptos"/>
                <w:color w:val="6A7075"/>
                <w:sz w:val="17"/>
              </w:rPr>
              <w:t>240-155</w:t>
            </w:r>
          </w:p>
        </w:tc>
        <w:tc>
          <w:tcPr>
            <w:tcW w:w="2648" w:type="dxa"/>
            <w:tcMar>
              <w:top w:w="28" w:type="dxa"/>
              <w:left w:w="38" w:type="dxa"/>
              <w:bottom w:w="28" w:type="dxa"/>
              <w:right w:w="38" w:type="dxa"/>
            </w:tcMar>
            <w:vAlign w:val="center"/>
          </w:tcPr>
          <w:p w14:paraId="3A85FC23" w14:textId="77777777" w:rsidR="00D60D5E" w:rsidRDefault="00891EF0">
            <w:pPr>
              <w:spacing w:after="0" w:line="240" w:lineRule="auto"/>
            </w:pPr>
            <w:r>
              <w:rPr>
                <w:rFonts w:eastAsia="Aptos"/>
                <w:sz w:val="17"/>
              </w:rPr>
              <w:t>Bread Whole Wheat 20oz</w:t>
            </w:r>
          </w:p>
        </w:tc>
        <w:tc>
          <w:tcPr>
            <w:tcW w:w="630" w:type="dxa"/>
            <w:tcMar>
              <w:top w:w="28" w:type="dxa"/>
              <w:left w:w="38" w:type="dxa"/>
              <w:bottom w:w="28" w:type="dxa"/>
              <w:right w:w="38" w:type="dxa"/>
            </w:tcMar>
            <w:vAlign w:val="center"/>
          </w:tcPr>
          <w:p w14:paraId="4126A06F" w14:textId="77777777" w:rsidR="00D60D5E" w:rsidRDefault="00891EF0">
            <w:pPr>
              <w:spacing w:after="0" w:line="240" w:lineRule="auto"/>
              <w:jc w:val="center"/>
            </w:pPr>
            <w:r>
              <w:rPr>
                <w:rFonts w:eastAsia="Aptos"/>
                <w:b/>
                <w:sz w:val="17"/>
              </w:rPr>
              <w:t>8.30</w:t>
            </w:r>
          </w:p>
        </w:tc>
        <w:tc>
          <w:tcPr>
            <w:tcW w:w="540" w:type="dxa"/>
            <w:tcMar>
              <w:top w:w="28" w:type="dxa"/>
              <w:left w:w="38" w:type="dxa"/>
              <w:bottom w:w="28" w:type="dxa"/>
              <w:right w:w="38" w:type="dxa"/>
            </w:tcMar>
            <w:vAlign w:val="center"/>
          </w:tcPr>
          <w:p w14:paraId="01E5946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F79D661" w14:textId="77777777" w:rsidR="00D60D5E" w:rsidRDefault="00D60D5E">
            <w:pPr>
              <w:jc w:val="center"/>
            </w:pPr>
          </w:p>
        </w:tc>
      </w:tr>
      <w:tr w:rsidR="00D60D5E" w14:paraId="16FAB609" w14:textId="77777777" w:rsidTr="000617E0">
        <w:trPr>
          <w:cantSplit/>
          <w:jc w:val="center"/>
        </w:trPr>
        <w:tc>
          <w:tcPr>
            <w:tcW w:w="677" w:type="dxa"/>
            <w:tcMar>
              <w:top w:w="28" w:type="dxa"/>
              <w:left w:w="38" w:type="dxa"/>
              <w:bottom w:w="28" w:type="dxa"/>
              <w:right w:w="38" w:type="dxa"/>
            </w:tcMar>
            <w:vAlign w:val="center"/>
          </w:tcPr>
          <w:p w14:paraId="19479A57" w14:textId="77777777" w:rsidR="00D60D5E" w:rsidRDefault="00891EF0">
            <w:pPr>
              <w:spacing w:after="0" w:line="240" w:lineRule="auto"/>
              <w:jc w:val="center"/>
            </w:pPr>
            <w:r>
              <w:rPr>
                <w:rFonts w:eastAsia="Aptos"/>
                <w:color w:val="6A7075"/>
                <w:sz w:val="17"/>
              </w:rPr>
              <w:t>240-160</w:t>
            </w:r>
          </w:p>
        </w:tc>
        <w:tc>
          <w:tcPr>
            <w:tcW w:w="2648" w:type="dxa"/>
            <w:tcMar>
              <w:top w:w="28" w:type="dxa"/>
              <w:left w:w="38" w:type="dxa"/>
              <w:bottom w:w="28" w:type="dxa"/>
              <w:right w:w="38" w:type="dxa"/>
            </w:tcMar>
            <w:vAlign w:val="center"/>
          </w:tcPr>
          <w:p w14:paraId="6AF8ACE8" w14:textId="77777777" w:rsidR="00D60D5E" w:rsidRDefault="00891EF0">
            <w:pPr>
              <w:spacing w:after="0" w:line="240" w:lineRule="auto"/>
            </w:pPr>
            <w:r>
              <w:rPr>
                <w:rFonts w:eastAsia="Aptos"/>
                <w:sz w:val="17"/>
              </w:rPr>
              <w:t>Bread Rye 16oz</w:t>
            </w:r>
          </w:p>
        </w:tc>
        <w:tc>
          <w:tcPr>
            <w:tcW w:w="630" w:type="dxa"/>
            <w:tcMar>
              <w:top w:w="28" w:type="dxa"/>
              <w:left w:w="38" w:type="dxa"/>
              <w:bottom w:w="28" w:type="dxa"/>
              <w:right w:w="38" w:type="dxa"/>
            </w:tcMar>
            <w:vAlign w:val="center"/>
          </w:tcPr>
          <w:p w14:paraId="610E2E0D" w14:textId="77777777" w:rsidR="00D60D5E" w:rsidRDefault="00891EF0">
            <w:pPr>
              <w:spacing w:after="0" w:line="240" w:lineRule="auto"/>
              <w:jc w:val="center"/>
            </w:pPr>
            <w:r>
              <w:rPr>
                <w:rFonts w:eastAsia="Aptos"/>
                <w:b/>
                <w:sz w:val="17"/>
              </w:rPr>
              <w:t>6.10</w:t>
            </w:r>
          </w:p>
        </w:tc>
        <w:tc>
          <w:tcPr>
            <w:tcW w:w="540" w:type="dxa"/>
            <w:tcMar>
              <w:top w:w="28" w:type="dxa"/>
              <w:left w:w="38" w:type="dxa"/>
              <w:bottom w:w="28" w:type="dxa"/>
              <w:right w:w="38" w:type="dxa"/>
            </w:tcMar>
            <w:vAlign w:val="center"/>
          </w:tcPr>
          <w:p w14:paraId="7809869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07DD901" w14:textId="77777777" w:rsidR="00D60D5E" w:rsidRDefault="00D60D5E">
            <w:pPr>
              <w:jc w:val="center"/>
            </w:pPr>
          </w:p>
        </w:tc>
      </w:tr>
      <w:tr w:rsidR="00D60D5E" w14:paraId="69D7DA11" w14:textId="77777777" w:rsidTr="000617E0">
        <w:trPr>
          <w:cantSplit/>
          <w:jc w:val="center"/>
        </w:trPr>
        <w:tc>
          <w:tcPr>
            <w:tcW w:w="677" w:type="dxa"/>
            <w:tcMar>
              <w:top w:w="28" w:type="dxa"/>
              <w:left w:w="38" w:type="dxa"/>
              <w:bottom w:w="28" w:type="dxa"/>
              <w:right w:w="38" w:type="dxa"/>
            </w:tcMar>
            <w:vAlign w:val="center"/>
          </w:tcPr>
          <w:p w14:paraId="2B26335D" w14:textId="77777777" w:rsidR="00D60D5E" w:rsidRDefault="00891EF0">
            <w:pPr>
              <w:spacing w:after="0" w:line="240" w:lineRule="auto"/>
              <w:jc w:val="center"/>
            </w:pPr>
            <w:r>
              <w:rPr>
                <w:rFonts w:eastAsia="Aptos"/>
                <w:color w:val="6A7075"/>
                <w:sz w:val="17"/>
              </w:rPr>
              <w:t>240-165</w:t>
            </w:r>
          </w:p>
        </w:tc>
        <w:tc>
          <w:tcPr>
            <w:tcW w:w="2648" w:type="dxa"/>
            <w:tcMar>
              <w:top w:w="28" w:type="dxa"/>
              <w:left w:w="38" w:type="dxa"/>
              <w:bottom w:w="28" w:type="dxa"/>
              <w:right w:w="38" w:type="dxa"/>
            </w:tcMar>
            <w:vAlign w:val="center"/>
          </w:tcPr>
          <w:p w14:paraId="738D442F" w14:textId="77777777" w:rsidR="00D60D5E" w:rsidRDefault="00891EF0">
            <w:pPr>
              <w:spacing w:after="0" w:line="240" w:lineRule="auto"/>
            </w:pPr>
            <w:r>
              <w:rPr>
                <w:rFonts w:eastAsia="Aptos"/>
                <w:sz w:val="17"/>
              </w:rPr>
              <w:t>Bread Cinnamon Raisin 16 oz</w:t>
            </w:r>
          </w:p>
        </w:tc>
        <w:tc>
          <w:tcPr>
            <w:tcW w:w="630" w:type="dxa"/>
            <w:tcMar>
              <w:top w:w="28" w:type="dxa"/>
              <w:left w:w="38" w:type="dxa"/>
              <w:bottom w:w="28" w:type="dxa"/>
              <w:right w:w="38" w:type="dxa"/>
            </w:tcMar>
            <w:vAlign w:val="center"/>
          </w:tcPr>
          <w:p w14:paraId="0D7DB145" w14:textId="77777777" w:rsidR="00D60D5E" w:rsidRDefault="00891EF0">
            <w:pPr>
              <w:spacing w:after="0" w:line="240" w:lineRule="auto"/>
              <w:jc w:val="center"/>
            </w:pPr>
            <w:r>
              <w:rPr>
                <w:rFonts w:eastAsia="Aptos"/>
                <w:b/>
                <w:sz w:val="17"/>
              </w:rPr>
              <w:t>7.49</w:t>
            </w:r>
          </w:p>
        </w:tc>
        <w:tc>
          <w:tcPr>
            <w:tcW w:w="540" w:type="dxa"/>
            <w:tcMar>
              <w:top w:w="28" w:type="dxa"/>
              <w:left w:w="38" w:type="dxa"/>
              <w:bottom w:w="28" w:type="dxa"/>
              <w:right w:w="38" w:type="dxa"/>
            </w:tcMar>
            <w:vAlign w:val="center"/>
          </w:tcPr>
          <w:p w14:paraId="2A0650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50CD11" w14:textId="77777777" w:rsidR="00D60D5E" w:rsidRDefault="00D60D5E">
            <w:pPr>
              <w:jc w:val="center"/>
            </w:pPr>
          </w:p>
        </w:tc>
      </w:tr>
      <w:tr w:rsidR="00D60D5E" w14:paraId="38D58571" w14:textId="77777777" w:rsidTr="000617E0">
        <w:trPr>
          <w:cantSplit/>
          <w:jc w:val="center"/>
        </w:trPr>
        <w:tc>
          <w:tcPr>
            <w:tcW w:w="677" w:type="dxa"/>
            <w:tcMar>
              <w:top w:w="28" w:type="dxa"/>
              <w:left w:w="38" w:type="dxa"/>
              <w:bottom w:w="28" w:type="dxa"/>
              <w:right w:w="38" w:type="dxa"/>
            </w:tcMar>
            <w:vAlign w:val="center"/>
          </w:tcPr>
          <w:p w14:paraId="18D5B6AA" w14:textId="77777777" w:rsidR="00D60D5E" w:rsidRDefault="00891EF0">
            <w:pPr>
              <w:spacing w:after="0" w:line="240" w:lineRule="auto"/>
              <w:jc w:val="center"/>
            </w:pPr>
            <w:r>
              <w:rPr>
                <w:rFonts w:eastAsia="Aptos"/>
                <w:color w:val="6A7075"/>
                <w:sz w:val="17"/>
              </w:rPr>
              <w:t>240-170</w:t>
            </w:r>
          </w:p>
        </w:tc>
        <w:tc>
          <w:tcPr>
            <w:tcW w:w="2648" w:type="dxa"/>
            <w:tcMar>
              <w:top w:w="28" w:type="dxa"/>
              <w:left w:w="38" w:type="dxa"/>
              <w:bottom w:w="28" w:type="dxa"/>
              <w:right w:w="38" w:type="dxa"/>
            </w:tcMar>
            <w:vAlign w:val="center"/>
          </w:tcPr>
          <w:p w14:paraId="59CD4E3B" w14:textId="77777777" w:rsidR="00D60D5E" w:rsidRDefault="00891EF0">
            <w:pPr>
              <w:spacing w:after="0" w:line="240" w:lineRule="auto"/>
            </w:pPr>
            <w:r>
              <w:rPr>
                <w:rFonts w:eastAsia="Aptos"/>
                <w:sz w:val="17"/>
              </w:rPr>
              <w:t>Pita Bread White 6pk</w:t>
            </w:r>
          </w:p>
        </w:tc>
        <w:tc>
          <w:tcPr>
            <w:tcW w:w="630" w:type="dxa"/>
            <w:tcMar>
              <w:top w:w="28" w:type="dxa"/>
              <w:left w:w="38" w:type="dxa"/>
              <w:bottom w:w="28" w:type="dxa"/>
              <w:right w:w="38" w:type="dxa"/>
            </w:tcMar>
            <w:vAlign w:val="center"/>
          </w:tcPr>
          <w:p w14:paraId="343F094C"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7154769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571BE2" w14:textId="77777777" w:rsidR="00D60D5E" w:rsidRDefault="00D60D5E">
            <w:pPr>
              <w:jc w:val="center"/>
            </w:pPr>
          </w:p>
        </w:tc>
      </w:tr>
      <w:tr w:rsidR="00D60D5E" w14:paraId="433352E5" w14:textId="77777777" w:rsidTr="000617E0">
        <w:trPr>
          <w:cantSplit/>
          <w:jc w:val="center"/>
        </w:trPr>
        <w:tc>
          <w:tcPr>
            <w:tcW w:w="677" w:type="dxa"/>
            <w:tcMar>
              <w:top w:w="28" w:type="dxa"/>
              <w:left w:w="38" w:type="dxa"/>
              <w:bottom w:w="28" w:type="dxa"/>
              <w:right w:w="38" w:type="dxa"/>
            </w:tcMar>
            <w:vAlign w:val="center"/>
          </w:tcPr>
          <w:p w14:paraId="726D1FCE" w14:textId="77777777" w:rsidR="00D60D5E" w:rsidRDefault="00891EF0">
            <w:pPr>
              <w:spacing w:after="0" w:line="240" w:lineRule="auto"/>
              <w:jc w:val="center"/>
            </w:pPr>
            <w:r>
              <w:rPr>
                <w:rFonts w:eastAsia="Aptos"/>
                <w:color w:val="6A7075"/>
                <w:sz w:val="17"/>
              </w:rPr>
              <w:t>240-175</w:t>
            </w:r>
          </w:p>
        </w:tc>
        <w:tc>
          <w:tcPr>
            <w:tcW w:w="2648" w:type="dxa"/>
            <w:tcMar>
              <w:top w:w="28" w:type="dxa"/>
              <w:left w:w="38" w:type="dxa"/>
              <w:bottom w:w="28" w:type="dxa"/>
              <w:right w:w="38" w:type="dxa"/>
            </w:tcMar>
            <w:vAlign w:val="center"/>
          </w:tcPr>
          <w:p w14:paraId="5F6A2748" w14:textId="77777777" w:rsidR="00D60D5E" w:rsidRDefault="00891EF0">
            <w:pPr>
              <w:spacing w:after="0" w:line="240" w:lineRule="auto"/>
            </w:pPr>
            <w:r>
              <w:rPr>
                <w:rFonts w:eastAsia="Aptos"/>
                <w:sz w:val="17"/>
              </w:rPr>
              <w:t>Pita Bread Whole Wheat 6pk</w:t>
            </w:r>
          </w:p>
        </w:tc>
        <w:tc>
          <w:tcPr>
            <w:tcW w:w="630" w:type="dxa"/>
            <w:tcMar>
              <w:top w:w="28" w:type="dxa"/>
              <w:left w:w="38" w:type="dxa"/>
              <w:bottom w:w="28" w:type="dxa"/>
              <w:right w:w="38" w:type="dxa"/>
            </w:tcMar>
            <w:vAlign w:val="center"/>
          </w:tcPr>
          <w:p w14:paraId="0671E255" w14:textId="77777777" w:rsidR="00D60D5E" w:rsidRDefault="00891EF0">
            <w:pPr>
              <w:spacing w:after="0" w:line="240" w:lineRule="auto"/>
              <w:jc w:val="center"/>
            </w:pPr>
            <w:r>
              <w:rPr>
                <w:rFonts w:eastAsia="Aptos"/>
                <w:b/>
                <w:sz w:val="17"/>
              </w:rPr>
              <w:t>4.10</w:t>
            </w:r>
          </w:p>
        </w:tc>
        <w:tc>
          <w:tcPr>
            <w:tcW w:w="540" w:type="dxa"/>
            <w:tcMar>
              <w:top w:w="28" w:type="dxa"/>
              <w:left w:w="38" w:type="dxa"/>
              <w:bottom w:w="28" w:type="dxa"/>
              <w:right w:w="38" w:type="dxa"/>
            </w:tcMar>
            <w:vAlign w:val="center"/>
          </w:tcPr>
          <w:p w14:paraId="5A047C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3A0DE0" w14:textId="77777777" w:rsidR="00D60D5E" w:rsidRDefault="00D60D5E">
            <w:pPr>
              <w:jc w:val="center"/>
            </w:pPr>
          </w:p>
        </w:tc>
      </w:tr>
      <w:tr w:rsidR="00D60D5E" w14:paraId="061D67AA" w14:textId="77777777" w:rsidTr="000617E0">
        <w:trPr>
          <w:cantSplit/>
          <w:jc w:val="center"/>
        </w:trPr>
        <w:tc>
          <w:tcPr>
            <w:tcW w:w="677" w:type="dxa"/>
            <w:tcMar>
              <w:top w:w="28" w:type="dxa"/>
              <w:left w:w="38" w:type="dxa"/>
              <w:bottom w:w="28" w:type="dxa"/>
              <w:right w:w="38" w:type="dxa"/>
            </w:tcMar>
            <w:vAlign w:val="center"/>
          </w:tcPr>
          <w:p w14:paraId="22FFF33C" w14:textId="77777777" w:rsidR="00D60D5E" w:rsidRDefault="00891EF0">
            <w:pPr>
              <w:spacing w:after="0" w:line="240" w:lineRule="auto"/>
              <w:jc w:val="center"/>
            </w:pPr>
            <w:r>
              <w:rPr>
                <w:rFonts w:eastAsia="Aptos"/>
                <w:color w:val="6A7075"/>
                <w:sz w:val="17"/>
              </w:rPr>
              <w:t>240-180</w:t>
            </w:r>
          </w:p>
        </w:tc>
        <w:tc>
          <w:tcPr>
            <w:tcW w:w="2648" w:type="dxa"/>
            <w:tcMar>
              <w:top w:w="28" w:type="dxa"/>
              <w:left w:w="38" w:type="dxa"/>
              <w:bottom w:w="28" w:type="dxa"/>
              <w:right w:w="38" w:type="dxa"/>
            </w:tcMar>
            <w:vAlign w:val="center"/>
          </w:tcPr>
          <w:p w14:paraId="502308AE" w14:textId="77777777" w:rsidR="00D60D5E" w:rsidRDefault="00891EF0">
            <w:pPr>
              <w:spacing w:after="0" w:line="240" w:lineRule="auto"/>
            </w:pPr>
            <w:r>
              <w:rPr>
                <w:rFonts w:eastAsia="Aptos"/>
                <w:sz w:val="17"/>
              </w:rPr>
              <w:t>English Muffins 6pk</w:t>
            </w:r>
          </w:p>
        </w:tc>
        <w:tc>
          <w:tcPr>
            <w:tcW w:w="630" w:type="dxa"/>
            <w:tcMar>
              <w:top w:w="28" w:type="dxa"/>
              <w:left w:w="38" w:type="dxa"/>
              <w:bottom w:w="28" w:type="dxa"/>
              <w:right w:w="38" w:type="dxa"/>
            </w:tcMar>
            <w:vAlign w:val="center"/>
          </w:tcPr>
          <w:p w14:paraId="6B10EAC7" w14:textId="77777777" w:rsidR="00D60D5E" w:rsidRDefault="00891EF0">
            <w:pPr>
              <w:spacing w:after="0" w:line="240" w:lineRule="auto"/>
              <w:jc w:val="center"/>
            </w:pPr>
            <w:r>
              <w:rPr>
                <w:rFonts w:eastAsia="Aptos"/>
                <w:b/>
                <w:sz w:val="17"/>
              </w:rPr>
              <w:t>9.20</w:t>
            </w:r>
          </w:p>
        </w:tc>
        <w:tc>
          <w:tcPr>
            <w:tcW w:w="540" w:type="dxa"/>
            <w:tcMar>
              <w:top w:w="28" w:type="dxa"/>
              <w:left w:w="38" w:type="dxa"/>
              <w:bottom w:w="28" w:type="dxa"/>
              <w:right w:w="38" w:type="dxa"/>
            </w:tcMar>
            <w:vAlign w:val="center"/>
          </w:tcPr>
          <w:p w14:paraId="030BBF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CD615F" w14:textId="77777777" w:rsidR="00D60D5E" w:rsidRDefault="00D60D5E">
            <w:pPr>
              <w:jc w:val="center"/>
            </w:pPr>
          </w:p>
        </w:tc>
      </w:tr>
      <w:tr w:rsidR="00D60D5E" w14:paraId="72747EE9" w14:textId="77777777" w:rsidTr="000617E0">
        <w:trPr>
          <w:cantSplit/>
          <w:jc w:val="center"/>
        </w:trPr>
        <w:tc>
          <w:tcPr>
            <w:tcW w:w="677" w:type="dxa"/>
            <w:tcMar>
              <w:top w:w="28" w:type="dxa"/>
              <w:left w:w="38" w:type="dxa"/>
              <w:bottom w:w="28" w:type="dxa"/>
              <w:right w:w="38" w:type="dxa"/>
            </w:tcMar>
            <w:vAlign w:val="center"/>
          </w:tcPr>
          <w:p w14:paraId="311E8966" w14:textId="77777777" w:rsidR="00D60D5E" w:rsidRDefault="00891EF0">
            <w:pPr>
              <w:spacing w:after="0" w:line="240" w:lineRule="auto"/>
              <w:jc w:val="center"/>
            </w:pPr>
            <w:r>
              <w:rPr>
                <w:rFonts w:eastAsia="Aptos"/>
                <w:color w:val="6A7075"/>
                <w:sz w:val="17"/>
              </w:rPr>
              <w:t>240-185</w:t>
            </w:r>
          </w:p>
        </w:tc>
        <w:tc>
          <w:tcPr>
            <w:tcW w:w="2648" w:type="dxa"/>
            <w:tcMar>
              <w:top w:w="28" w:type="dxa"/>
              <w:left w:w="38" w:type="dxa"/>
              <w:bottom w:w="28" w:type="dxa"/>
              <w:right w:w="38" w:type="dxa"/>
            </w:tcMar>
            <w:vAlign w:val="center"/>
          </w:tcPr>
          <w:p w14:paraId="7B89E112" w14:textId="77777777" w:rsidR="00D60D5E" w:rsidRDefault="00891EF0">
            <w:pPr>
              <w:spacing w:after="0" w:line="240" w:lineRule="auto"/>
            </w:pPr>
            <w:r>
              <w:rPr>
                <w:rFonts w:eastAsia="Aptos"/>
                <w:sz w:val="17"/>
              </w:rPr>
              <w:t>English Muffins Raisin 6pk 12oz</w:t>
            </w:r>
          </w:p>
        </w:tc>
        <w:tc>
          <w:tcPr>
            <w:tcW w:w="630" w:type="dxa"/>
            <w:tcMar>
              <w:top w:w="28" w:type="dxa"/>
              <w:left w:w="38" w:type="dxa"/>
              <w:bottom w:w="28" w:type="dxa"/>
              <w:right w:w="38" w:type="dxa"/>
            </w:tcMar>
            <w:vAlign w:val="center"/>
          </w:tcPr>
          <w:p w14:paraId="738C79A1" w14:textId="77777777" w:rsidR="00D60D5E" w:rsidRDefault="00891EF0">
            <w:pPr>
              <w:spacing w:after="0" w:line="240" w:lineRule="auto"/>
              <w:jc w:val="center"/>
            </w:pPr>
            <w:r>
              <w:rPr>
                <w:rFonts w:eastAsia="Aptos"/>
                <w:b/>
                <w:sz w:val="17"/>
              </w:rPr>
              <w:t>9.20</w:t>
            </w:r>
          </w:p>
        </w:tc>
        <w:tc>
          <w:tcPr>
            <w:tcW w:w="540" w:type="dxa"/>
            <w:tcMar>
              <w:top w:w="28" w:type="dxa"/>
              <w:left w:w="38" w:type="dxa"/>
              <w:bottom w:w="28" w:type="dxa"/>
              <w:right w:w="38" w:type="dxa"/>
            </w:tcMar>
            <w:vAlign w:val="center"/>
          </w:tcPr>
          <w:p w14:paraId="6F230C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AB0891" w14:textId="77777777" w:rsidR="00D60D5E" w:rsidRDefault="00D60D5E">
            <w:pPr>
              <w:jc w:val="center"/>
            </w:pPr>
          </w:p>
        </w:tc>
      </w:tr>
      <w:tr w:rsidR="00D60D5E" w14:paraId="405EDEE9" w14:textId="77777777" w:rsidTr="000617E0">
        <w:trPr>
          <w:cantSplit/>
          <w:jc w:val="center"/>
        </w:trPr>
        <w:tc>
          <w:tcPr>
            <w:tcW w:w="677" w:type="dxa"/>
            <w:tcMar>
              <w:top w:w="28" w:type="dxa"/>
              <w:left w:w="38" w:type="dxa"/>
              <w:bottom w:w="28" w:type="dxa"/>
              <w:right w:w="38" w:type="dxa"/>
            </w:tcMar>
            <w:vAlign w:val="center"/>
          </w:tcPr>
          <w:p w14:paraId="7A35A17C" w14:textId="77777777" w:rsidR="00D60D5E" w:rsidRDefault="00891EF0">
            <w:pPr>
              <w:spacing w:after="0" w:line="240" w:lineRule="auto"/>
              <w:jc w:val="center"/>
            </w:pPr>
            <w:r>
              <w:rPr>
                <w:rFonts w:eastAsia="Aptos"/>
                <w:color w:val="6A7075"/>
                <w:sz w:val="17"/>
              </w:rPr>
              <w:t>240-190</w:t>
            </w:r>
          </w:p>
        </w:tc>
        <w:tc>
          <w:tcPr>
            <w:tcW w:w="2648" w:type="dxa"/>
            <w:tcMar>
              <w:top w:w="28" w:type="dxa"/>
              <w:left w:w="38" w:type="dxa"/>
              <w:bottom w:w="28" w:type="dxa"/>
              <w:right w:w="38" w:type="dxa"/>
            </w:tcMar>
            <w:vAlign w:val="center"/>
          </w:tcPr>
          <w:p w14:paraId="7681012A" w14:textId="77777777" w:rsidR="00D60D5E" w:rsidRDefault="00891EF0">
            <w:pPr>
              <w:spacing w:after="0" w:line="240" w:lineRule="auto"/>
            </w:pPr>
            <w:r>
              <w:rPr>
                <w:rFonts w:eastAsia="Aptos"/>
                <w:sz w:val="17"/>
              </w:rPr>
              <w:t>English Muffins Honey Wheat 6pk 12oz</w:t>
            </w:r>
          </w:p>
        </w:tc>
        <w:tc>
          <w:tcPr>
            <w:tcW w:w="630" w:type="dxa"/>
            <w:tcMar>
              <w:top w:w="28" w:type="dxa"/>
              <w:left w:w="38" w:type="dxa"/>
              <w:bottom w:w="28" w:type="dxa"/>
              <w:right w:w="38" w:type="dxa"/>
            </w:tcMar>
            <w:vAlign w:val="center"/>
          </w:tcPr>
          <w:p w14:paraId="4E16907C" w14:textId="77777777" w:rsidR="00D60D5E" w:rsidRDefault="00891EF0">
            <w:pPr>
              <w:spacing w:after="0" w:line="240" w:lineRule="auto"/>
              <w:jc w:val="center"/>
            </w:pPr>
            <w:r>
              <w:rPr>
                <w:rFonts w:eastAsia="Aptos"/>
                <w:b/>
                <w:sz w:val="17"/>
              </w:rPr>
              <w:t>9.25</w:t>
            </w:r>
          </w:p>
        </w:tc>
        <w:tc>
          <w:tcPr>
            <w:tcW w:w="540" w:type="dxa"/>
            <w:tcMar>
              <w:top w:w="28" w:type="dxa"/>
              <w:left w:w="38" w:type="dxa"/>
              <w:bottom w:w="28" w:type="dxa"/>
              <w:right w:w="38" w:type="dxa"/>
            </w:tcMar>
            <w:vAlign w:val="center"/>
          </w:tcPr>
          <w:p w14:paraId="52B1B1F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067262" w14:textId="77777777" w:rsidR="00D60D5E" w:rsidRDefault="00D60D5E">
            <w:pPr>
              <w:jc w:val="center"/>
            </w:pPr>
          </w:p>
        </w:tc>
      </w:tr>
      <w:tr w:rsidR="00D60D5E" w14:paraId="6463F3F5" w14:textId="77777777" w:rsidTr="000617E0">
        <w:trPr>
          <w:cantSplit/>
          <w:jc w:val="center"/>
        </w:trPr>
        <w:tc>
          <w:tcPr>
            <w:tcW w:w="677" w:type="dxa"/>
            <w:tcMar>
              <w:top w:w="28" w:type="dxa"/>
              <w:left w:w="38" w:type="dxa"/>
              <w:bottom w:w="28" w:type="dxa"/>
              <w:right w:w="38" w:type="dxa"/>
            </w:tcMar>
            <w:vAlign w:val="center"/>
          </w:tcPr>
          <w:p w14:paraId="129A6B29" w14:textId="77777777" w:rsidR="00D60D5E" w:rsidRDefault="00891EF0">
            <w:pPr>
              <w:spacing w:after="0" w:line="240" w:lineRule="auto"/>
              <w:jc w:val="center"/>
            </w:pPr>
            <w:r>
              <w:rPr>
                <w:rFonts w:eastAsia="Aptos"/>
                <w:color w:val="6A7075"/>
                <w:sz w:val="17"/>
              </w:rPr>
              <w:lastRenderedPageBreak/>
              <w:t>240-195</w:t>
            </w:r>
          </w:p>
        </w:tc>
        <w:tc>
          <w:tcPr>
            <w:tcW w:w="2648" w:type="dxa"/>
            <w:tcMar>
              <w:top w:w="28" w:type="dxa"/>
              <w:left w:w="38" w:type="dxa"/>
              <w:bottom w:w="28" w:type="dxa"/>
              <w:right w:w="38" w:type="dxa"/>
            </w:tcMar>
            <w:vAlign w:val="center"/>
          </w:tcPr>
          <w:p w14:paraId="490DC78E" w14:textId="77777777" w:rsidR="00D60D5E" w:rsidRDefault="00891EF0">
            <w:pPr>
              <w:spacing w:after="0" w:line="240" w:lineRule="auto"/>
            </w:pPr>
            <w:r>
              <w:rPr>
                <w:rFonts w:eastAsia="Aptos"/>
                <w:sz w:val="17"/>
              </w:rPr>
              <w:t>Waffle Eggo Blueberry  12.3oz</w:t>
            </w:r>
          </w:p>
        </w:tc>
        <w:tc>
          <w:tcPr>
            <w:tcW w:w="630" w:type="dxa"/>
            <w:tcMar>
              <w:top w:w="28" w:type="dxa"/>
              <w:left w:w="38" w:type="dxa"/>
              <w:bottom w:w="28" w:type="dxa"/>
              <w:right w:w="38" w:type="dxa"/>
            </w:tcMar>
            <w:vAlign w:val="center"/>
          </w:tcPr>
          <w:p w14:paraId="30AD6D40" w14:textId="77777777" w:rsidR="00D60D5E" w:rsidRDefault="00891EF0">
            <w:pPr>
              <w:spacing w:after="0" w:line="240" w:lineRule="auto"/>
              <w:jc w:val="center"/>
            </w:pPr>
            <w:r>
              <w:rPr>
                <w:rFonts w:eastAsia="Aptos"/>
                <w:b/>
                <w:sz w:val="17"/>
              </w:rPr>
              <w:t>7.90</w:t>
            </w:r>
          </w:p>
        </w:tc>
        <w:tc>
          <w:tcPr>
            <w:tcW w:w="540" w:type="dxa"/>
            <w:tcMar>
              <w:top w:w="28" w:type="dxa"/>
              <w:left w:w="38" w:type="dxa"/>
              <w:bottom w:w="28" w:type="dxa"/>
              <w:right w:w="38" w:type="dxa"/>
            </w:tcMar>
            <w:vAlign w:val="center"/>
          </w:tcPr>
          <w:p w14:paraId="084501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64B440" w14:textId="77777777" w:rsidR="00D60D5E" w:rsidRDefault="00D60D5E">
            <w:pPr>
              <w:jc w:val="center"/>
            </w:pPr>
          </w:p>
        </w:tc>
      </w:tr>
      <w:tr w:rsidR="00D60D5E" w14:paraId="350DC721" w14:textId="77777777" w:rsidTr="000617E0">
        <w:trPr>
          <w:cantSplit/>
          <w:jc w:val="center"/>
        </w:trPr>
        <w:tc>
          <w:tcPr>
            <w:tcW w:w="677" w:type="dxa"/>
            <w:tcMar>
              <w:top w:w="28" w:type="dxa"/>
              <w:left w:w="38" w:type="dxa"/>
              <w:bottom w:w="28" w:type="dxa"/>
              <w:right w:w="38" w:type="dxa"/>
            </w:tcMar>
            <w:vAlign w:val="center"/>
          </w:tcPr>
          <w:p w14:paraId="6992EFBE" w14:textId="77777777" w:rsidR="00D60D5E" w:rsidRDefault="00891EF0">
            <w:pPr>
              <w:spacing w:after="0" w:line="240" w:lineRule="auto"/>
              <w:jc w:val="center"/>
            </w:pPr>
            <w:r>
              <w:rPr>
                <w:rFonts w:eastAsia="Aptos"/>
                <w:color w:val="6A7075"/>
                <w:sz w:val="17"/>
              </w:rPr>
              <w:t>240-200</w:t>
            </w:r>
          </w:p>
        </w:tc>
        <w:tc>
          <w:tcPr>
            <w:tcW w:w="2648" w:type="dxa"/>
            <w:tcMar>
              <w:top w:w="28" w:type="dxa"/>
              <w:left w:w="38" w:type="dxa"/>
              <w:bottom w:w="28" w:type="dxa"/>
              <w:right w:w="38" w:type="dxa"/>
            </w:tcMar>
            <w:vAlign w:val="center"/>
          </w:tcPr>
          <w:p w14:paraId="450441E3" w14:textId="77777777" w:rsidR="00D60D5E" w:rsidRDefault="00891EF0">
            <w:pPr>
              <w:spacing w:after="0" w:line="240" w:lineRule="auto"/>
            </w:pPr>
            <w:r>
              <w:rPr>
                <w:rFonts w:eastAsia="Aptos"/>
                <w:sz w:val="17"/>
              </w:rPr>
              <w:t>Waffle Eggo Homestyle 12.3oz</w:t>
            </w:r>
          </w:p>
        </w:tc>
        <w:tc>
          <w:tcPr>
            <w:tcW w:w="630" w:type="dxa"/>
            <w:tcMar>
              <w:top w:w="28" w:type="dxa"/>
              <w:left w:w="38" w:type="dxa"/>
              <w:bottom w:w="28" w:type="dxa"/>
              <w:right w:w="38" w:type="dxa"/>
            </w:tcMar>
            <w:vAlign w:val="center"/>
          </w:tcPr>
          <w:p w14:paraId="4F607097"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41CC238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7ACCC0" w14:textId="77777777" w:rsidR="00D60D5E" w:rsidRDefault="00D60D5E">
            <w:pPr>
              <w:jc w:val="center"/>
            </w:pPr>
          </w:p>
        </w:tc>
      </w:tr>
      <w:tr w:rsidR="00D60D5E" w14:paraId="59CFF1FB" w14:textId="77777777" w:rsidTr="000617E0">
        <w:trPr>
          <w:cantSplit/>
          <w:jc w:val="center"/>
        </w:trPr>
        <w:tc>
          <w:tcPr>
            <w:tcW w:w="677" w:type="dxa"/>
            <w:tcMar>
              <w:top w:w="28" w:type="dxa"/>
              <w:left w:w="38" w:type="dxa"/>
              <w:bottom w:w="28" w:type="dxa"/>
              <w:right w:w="38" w:type="dxa"/>
            </w:tcMar>
            <w:vAlign w:val="center"/>
          </w:tcPr>
          <w:p w14:paraId="6C9D0D9C" w14:textId="77777777" w:rsidR="00D60D5E" w:rsidRDefault="00891EF0">
            <w:pPr>
              <w:spacing w:after="0" w:line="240" w:lineRule="auto"/>
              <w:jc w:val="center"/>
            </w:pPr>
            <w:r>
              <w:rPr>
                <w:rFonts w:eastAsia="Aptos"/>
                <w:color w:val="6A7075"/>
                <w:sz w:val="17"/>
              </w:rPr>
              <w:t>240-205</w:t>
            </w:r>
          </w:p>
        </w:tc>
        <w:tc>
          <w:tcPr>
            <w:tcW w:w="2648" w:type="dxa"/>
            <w:tcMar>
              <w:top w:w="28" w:type="dxa"/>
              <w:left w:w="38" w:type="dxa"/>
              <w:bottom w:w="28" w:type="dxa"/>
              <w:right w:w="38" w:type="dxa"/>
            </w:tcMar>
            <w:vAlign w:val="center"/>
          </w:tcPr>
          <w:p w14:paraId="60200498" w14:textId="77777777" w:rsidR="00D60D5E" w:rsidRDefault="00891EF0">
            <w:pPr>
              <w:spacing w:after="0" w:line="240" w:lineRule="auto"/>
            </w:pPr>
            <w:r>
              <w:rPr>
                <w:rFonts w:eastAsia="Aptos"/>
                <w:sz w:val="17"/>
              </w:rPr>
              <w:t>Waffle Eggo Buttermilk 12.3oz</w:t>
            </w:r>
          </w:p>
        </w:tc>
        <w:tc>
          <w:tcPr>
            <w:tcW w:w="630" w:type="dxa"/>
            <w:tcMar>
              <w:top w:w="28" w:type="dxa"/>
              <w:left w:w="38" w:type="dxa"/>
              <w:bottom w:w="28" w:type="dxa"/>
              <w:right w:w="38" w:type="dxa"/>
            </w:tcMar>
            <w:vAlign w:val="center"/>
          </w:tcPr>
          <w:p w14:paraId="475D1CDA"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5A28A4A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4422D47" w14:textId="77777777" w:rsidR="00D60D5E" w:rsidRDefault="00D60D5E">
            <w:pPr>
              <w:jc w:val="center"/>
            </w:pPr>
          </w:p>
        </w:tc>
      </w:tr>
      <w:tr w:rsidR="00D60D5E" w14:paraId="66429671" w14:textId="77777777" w:rsidTr="000617E0">
        <w:trPr>
          <w:cantSplit/>
          <w:jc w:val="center"/>
        </w:trPr>
        <w:tc>
          <w:tcPr>
            <w:tcW w:w="677" w:type="dxa"/>
            <w:tcMar>
              <w:top w:w="28" w:type="dxa"/>
              <w:left w:w="38" w:type="dxa"/>
              <w:bottom w:w="28" w:type="dxa"/>
              <w:right w:w="38" w:type="dxa"/>
            </w:tcMar>
            <w:vAlign w:val="center"/>
          </w:tcPr>
          <w:p w14:paraId="19830752" w14:textId="77777777" w:rsidR="00D60D5E" w:rsidRDefault="00891EF0">
            <w:pPr>
              <w:spacing w:after="0" w:line="240" w:lineRule="auto"/>
              <w:jc w:val="center"/>
            </w:pPr>
            <w:r>
              <w:rPr>
                <w:rFonts w:eastAsia="Aptos"/>
                <w:color w:val="6A7075"/>
                <w:sz w:val="17"/>
              </w:rPr>
              <w:t>240-210</w:t>
            </w:r>
          </w:p>
        </w:tc>
        <w:tc>
          <w:tcPr>
            <w:tcW w:w="2648" w:type="dxa"/>
            <w:tcMar>
              <w:top w:w="28" w:type="dxa"/>
              <w:left w:w="38" w:type="dxa"/>
              <w:bottom w:w="28" w:type="dxa"/>
              <w:right w:w="38" w:type="dxa"/>
            </w:tcMar>
            <w:vAlign w:val="center"/>
          </w:tcPr>
          <w:p w14:paraId="52BCA629" w14:textId="77777777" w:rsidR="00D60D5E" w:rsidRDefault="00891EF0">
            <w:pPr>
              <w:spacing w:after="0" w:line="240" w:lineRule="auto"/>
            </w:pPr>
            <w:r>
              <w:rPr>
                <w:rFonts w:eastAsia="Aptos"/>
                <w:sz w:val="17"/>
              </w:rPr>
              <w:t>Waffle Eggo Strawberry 12.3oz</w:t>
            </w:r>
          </w:p>
        </w:tc>
        <w:tc>
          <w:tcPr>
            <w:tcW w:w="630" w:type="dxa"/>
            <w:tcMar>
              <w:top w:w="28" w:type="dxa"/>
              <w:left w:w="38" w:type="dxa"/>
              <w:bottom w:w="28" w:type="dxa"/>
              <w:right w:w="38" w:type="dxa"/>
            </w:tcMar>
            <w:vAlign w:val="center"/>
          </w:tcPr>
          <w:p w14:paraId="2A3F56C7"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5AF0C8A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4E05D5" w14:textId="77777777" w:rsidR="00D60D5E" w:rsidRDefault="00D60D5E">
            <w:pPr>
              <w:jc w:val="center"/>
            </w:pPr>
          </w:p>
        </w:tc>
      </w:tr>
      <w:tr w:rsidR="00D60D5E" w14:paraId="5EB7742D" w14:textId="77777777" w:rsidTr="000617E0">
        <w:trPr>
          <w:cantSplit/>
          <w:jc w:val="center"/>
        </w:trPr>
        <w:tc>
          <w:tcPr>
            <w:tcW w:w="677" w:type="dxa"/>
            <w:tcMar>
              <w:top w:w="28" w:type="dxa"/>
              <w:left w:w="38" w:type="dxa"/>
              <w:bottom w:w="28" w:type="dxa"/>
              <w:right w:w="38" w:type="dxa"/>
            </w:tcMar>
            <w:vAlign w:val="center"/>
          </w:tcPr>
          <w:p w14:paraId="239253A1" w14:textId="77777777" w:rsidR="00D60D5E" w:rsidRDefault="00891EF0">
            <w:pPr>
              <w:spacing w:after="0" w:line="240" w:lineRule="auto"/>
              <w:jc w:val="center"/>
            </w:pPr>
            <w:r>
              <w:rPr>
                <w:rFonts w:eastAsia="Aptos"/>
                <w:color w:val="6A7075"/>
                <w:sz w:val="17"/>
              </w:rPr>
              <w:t>240-215</w:t>
            </w:r>
          </w:p>
        </w:tc>
        <w:tc>
          <w:tcPr>
            <w:tcW w:w="2648" w:type="dxa"/>
            <w:tcMar>
              <w:top w:w="28" w:type="dxa"/>
              <w:left w:w="38" w:type="dxa"/>
              <w:bottom w:w="28" w:type="dxa"/>
              <w:right w:w="38" w:type="dxa"/>
            </w:tcMar>
            <w:vAlign w:val="center"/>
          </w:tcPr>
          <w:p w14:paraId="3F9F1484" w14:textId="77777777" w:rsidR="00D60D5E" w:rsidRDefault="00891EF0">
            <w:pPr>
              <w:spacing w:after="0" w:line="240" w:lineRule="auto"/>
            </w:pPr>
            <w:r>
              <w:rPr>
                <w:rFonts w:eastAsia="Aptos"/>
                <w:sz w:val="17"/>
              </w:rPr>
              <w:t>Roti Wrap 6pk</w:t>
            </w:r>
          </w:p>
        </w:tc>
        <w:tc>
          <w:tcPr>
            <w:tcW w:w="630" w:type="dxa"/>
            <w:tcMar>
              <w:top w:w="28" w:type="dxa"/>
              <w:left w:w="38" w:type="dxa"/>
              <w:bottom w:w="28" w:type="dxa"/>
              <w:right w:w="38" w:type="dxa"/>
            </w:tcMar>
            <w:vAlign w:val="center"/>
          </w:tcPr>
          <w:p w14:paraId="54E2DB4D"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1E04008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94EF92" w14:textId="77777777" w:rsidR="00D60D5E" w:rsidRDefault="00D60D5E">
            <w:pPr>
              <w:jc w:val="center"/>
            </w:pPr>
          </w:p>
        </w:tc>
      </w:tr>
      <w:tr w:rsidR="00D60D5E" w14:paraId="281E3E3E" w14:textId="77777777" w:rsidTr="000617E0">
        <w:trPr>
          <w:cantSplit/>
          <w:jc w:val="center"/>
        </w:trPr>
        <w:tc>
          <w:tcPr>
            <w:tcW w:w="677" w:type="dxa"/>
            <w:tcMar>
              <w:top w:w="28" w:type="dxa"/>
              <w:left w:w="38" w:type="dxa"/>
              <w:bottom w:w="28" w:type="dxa"/>
              <w:right w:w="38" w:type="dxa"/>
            </w:tcMar>
            <w:vAlign w:val="center"/>
          </w:tcPr>
          <w:p w14:paraId="3EF0CEC5" w14:textId="77777777" w:rsidR="00D60D5E" w:rsidRDefault="00891EF0">
            <w:pPr>
              <w:spacing w:after="0" w:line="240" w:lineRule="auto"/>
              <w:jc w:val="center"/>
            </w:pPr>
            <w:r>
              <w:rPr>
                <w:rFonts w:eastAsia="Aptos"/>
                <w:color w:val="6A7075"/>
                <w:sz w:val="17"/>
              </w:rPr>
              <w:t>240-220</w:t>
            </w:r>
          </w:p>
        </w:tc>
        <w:tc>
          <w:tcPr>
            <w:tcW w:w="2648" w:type="dxa"/>
            <w:tcMar>
              <w:top w:w="28" w:type="dxa"/>
              <w:left w:w="38" w:type="dxa"/>
              <w:bottom w:w="28" w:type="dxa"/>
              <w:right w:w="38" w:type="dxa"/>
            </w:tcMar>
            <w:vAlign w:val="center"/>
          </w:tcPr>
          <w:p w14:paraId="37392F0A" w14:textId="77777777" w:rsidR="00D60D5E" w:rsidRDefault="00891EF0">
            <w:pPr>
              <w:spacing w:after="0" w:line="240" w:lineRule="auto"/>
            </w:pPr>
            <w:r>
              <w:rPr>
                <w:rFonts w:eastAsia="Aptos"/>
                <w:sz w:val="17"/>
              </w:rPr>
              <w:t>Sandwich Wrap Tomato 13oz</w:t>
            </w:r>
          </w:p>
        </w:tc>
        <w:tc>
          <w:tcPr>
            <w:tcW w:w="630" w:type="dxa"/>
            <w:tcMar>
              <w:top w:w="28" w:type="dxa"/>
              <w:left w:w="38" w:type="dxa"/>
              <w:bottom w:w="28" w:type="dxa"/>
              <w:right w:w="38" w:type="dxa"/>
            </w:tcMar>
            <w:vAlign w:val="center"/>
          </w:tcPr>
          <w:p w14:paraId="27CE5373" w14:textId="77777777" w:rsidR="00D60D5E" w:rsidRDefault="00891EF0">
            <w:pPr>
              <w:spacing w:after="0" w:line="240" w:lineRule="auto"/>
              <w:jc w:val="center"/>
            </w:pPr>
            <w:r>
              <w:rPr>
                <w:rFonts w:eastAsia="Aptos"/>
                <w:b/>
                <w:sz w:val="17"/>
              </w:rPr>
              <w:t>5.69</w:t>
            </w:r>
          </w:p>
        </w:tc>
        <w:tc>
          <w:tcPr>
            <w:tcW w:w="540" w:type="dxa"/>
            <w:tcMar>
              <w:top w:w="28" w:type="dxa"/>
              <w:left w:w="38" w:type="dxa"/>
              <w:bottom w:w="28" w:type="dxa"/>
              <w:right w:w="38" w:type="dxa"/>
            </w:tcMar>
            <w:vAlign w:val="center"/>
          </w:tcPr>
          <w:p w14:paraId="31641AD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65E565" w14:textId="77777777" w:rsidR="00D60D5E" w:rsidRDefault="00D60D5E">
            <w:pPr>
              <w:jc w:val="center"/>
            </w:pPr>
          </w:p>
        </w:tc>
      </w:tr>
      <w:tr w:rsidR="00D60D5E" w14:paraId="5A851CB6" w14:textId="77777777" w:rsidTr="000617E0">
        <w:trPr>
          <w:cantSplit/>
          <w:jc w:val="center"/>
        </w:trPr>
        <w:tc>
          <w:tcPr>
            <w:tcW w:w="677" w:type="dxa"/>
            <w:tcMar>
              <w:top w:w="28" w:type="dxa"/>
              <w:left w:w="38" w:type="dxa"/>
              <w:bottom w:w="28" w:type="dxa"/>
              <w:right w:w="38" w:type="dxa"/>
            </w:tcMar>
            <w:vAlign w:val="center"/>
          </w:tcPr>
          <w:p w14:paraId="2B468F3D" w14:textId="77777777" w:rsidR="00D60D5E" w:rsidRDefault="00891EF0">
            <w:pPr>
              <w:spacing w:after="0" w:line="240" w:lineRule="auto"/>
              <w:jc w:val="center"/>
            </w:pPr>
            <w:r>
              <w:rPr>
                <w:rFonts w:eastAsia="Aptos"/>
                <w:color w:val="6A7075"/>
                <w:sz w:val="17"/>
              </w:rPr>
              <w:t>240-225</w:t>
            </w:r>
          </w:p>
        </w:tc>
        <w:tc>
          <w:tcPr>
            <w:tcW w:w="2648" w:type="dxa"/>
            <w:tcMar>
              <w:top w:w="28" w:type="dxa"/>
              <w:left w:w="38" w:type="dxa"/>
              <w:bottom w:w="28" w:type="dxa"/>
              <w:right w:w="38" w:type="dxa"/>
            </w:tcMar>
            <w:vAlign w:val="center"/>
          </w:tcPr>
          <w:p w14:paraId="4CF1F246" w14:textId="77777777" w:rsidR="00D60D5E" w:rsidRDefault="00891EF0">
            <w:pPr>
              <w:spacing w:after="0" w:line="240" w:lineRule="auto"/>
            </w:pPr>
            <w:r>
              <w:rPr>
                <w:rFonts w:eastAsia="Aptos"/>
                <w:sz w:val="17"/>
              </w:rPr>
              <w:t>Sandwich Wrap Garlic Pesto 5pk</w:t>
            </w:r>
          </w:p>
        </w:tc>
        <w:tc>
          <w:tcPr>
            <w:tcW w:w="630" w:type="dxa"/>
            <w:tcMar>
              <w:top w:w="28" w:type="dxa"/>
              <w:left w:w="38" w:type="dxa"/>
              <w:bottom w:w="28" w:type="dxa"/>
              <w:right w:w="38" w:type="dxa"/>
            </w:tcMar>
            <w:vAlign w:val="center"/>
          </w:tcPr>
          <w:p w14:paraId="78E83C78" w14:textId="77777777" w:rsidR="00D60D5E" w:rsidRDefault="00891EF0">
            <w:pPr>
              <w:spacing w:after="0" w:line="240" w:lineRule="auto"/>
              <w:jc w:val="center"/>
            </w:pPr>
            <w:r>
              <w:rPr>
                <w:rFonts w:eastAsia="Aptos"/>
                <w:b/>
                <w:sz w:val="17"/>
              </w:rPr>
              <w:t>2.53</w:t>
            </w:r>
          </w:p>
        </w:tc>
        <w:tc>
          <w:tcPr>
            <w:tcW w:w="540" w:type="dxa"/>
            <w:tcMar>
              <w:top w:w="28" w:type="dxa"/>
              <w:left w:w="38" w:type="dxa"/>
              <w:bottom w:w="28" w:type="dxa"/>
              <w:right w:w="38" w:type="dxa"/>
            </w:tcMar>
            <w:vAlign w:val="center"/>
          </w:tcPr>
          <w:p w14:paraId="0064CE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404433" w14:textId="77777777" w:rsidR="00D60D5E" w:rsidRDefault="00D60D5E">
            <w:pPr>
              <w:jc w:val="center"/>
            </w:pPr>
          </w:p>
        </w:tc>
      </w:tr>
      <w:tr w:rsidR="00D60D5E" w14:paraId="28DC94D3" w14:textId="77777777" w:rsidTr="000617E0">
        <w:trPr>
          <w:cantSplit/>
          <w:jc w:val="center"/>
        </w:trPr>
        <w:tc>
          <w:tcPr>
            <w:tcW w:w="677" w:type="dxa"/>
            <w:tcMar>
              <w:top w:w="28" w:type="dxa"/>
              <w:left w:w="38" w:type="dxa"/>
              <w:bottom w:w="28" w:type="dxa"/>
              <w:right w:w="38" w:type="dxa"/>
            </w:tcMar>
            <w:vAlign w:val="center"/>
          </w:tcPr>
          <w:p w14:paraId="3FAB6595" w14:textId="77777777" w:rsidR="00D60D5E" w:rsidRDefault="00891EF0">
            <w:pPr>
              <w:spacing w:after="0" w:line="240" w:lineRule="auto"/>
              <w:jc w:val="center"/>
            </w:pPr>
            <w:r>
              <w:rPr>
                <w:rFonts w:eastAsia="Aptos"/>
                <w:color w:val="6A7075"/>
                <w:sz w:val="17"/>
              </w:rPr>
              <w:t>240-230</w:t>
            </w:r>
          </w:p>
        </w:tc>
        <w:tc>
          <w:tcPr>
            <w:tcW w:w="2648" w:type="dxa"/>
            <w:tcMar>
              <w:top w:w="28" w:type="dxa"/>
              <w:left w:w="38" w:type="dxa"/>
              <w:bottom w:w="28" w:type="dxa"/>
              <w:right w:w="38" w:type="dxa"/>
            </w:tcMar>
            <w:vAlign w:val="center"/>
          </w:tcPr>
          <w:p w14:paraId="2D64DB73" w14:textId="77777777" w:rsidR="00D60D5E" w:rsidRDefault="00891EF0">
            <w:pPr>
              <w:spacing w:after="0" w:line="240" w:lineRule="auto"/>
            </w:pPr>
            <w:r>
              <w:rPr>
                <w:rFonts w:eastAsia="Aptos"/>
                <w:sz w:val="17"/>
              </w:rPr>
              <w:t>Sandwich Wrap Spinach 13 oz</w:t>
            </w:r>
          </w:p>
        </w:tc>
        <w:tc>
          <w:tcPr>
            <w:tcW w:w="630" w:type="dxa"/>
            <w:tcMar>
              <w:top w:w="28" w:type="dxa"/>
              <w:left w:w="38" w:type="dxa"/>
              <w:bottom w:w="28" w:type="dxa"/>
              <w:right w:w="38" w:type="dxa"/>
            </w:tcMar>
            <w:vAlign w:val="center"/>
          </w:tcPr>
          <w:p w14:paraId="114387D9"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66BF44B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BC9CEA" w14:textId="77777777" w:rsidR="00D60D5E" w:rsidRDefault="00D60D5E">
            <w:pPr>
              <w:jc w:val="center"/>
            </w:pPr>
          </w:p>
        </w:tc>
      </w:tr>
      <w:tr w:rsidR="00D60D5E" w14:paraId="21C13929" w14:textId="77777777" w:rsidTr="000617E0">
        <w:trPr>
          <w:cantSplit/>
          <w:jc w:val="center"/>
        </w:trPr>
        <w:tc>
          <w:tcPr>
            <w:tcW w:w="677" w:type="dxa"/>
            <w:tcMar>
              <w:top w:w="28" w:type="dxa"/>
              <w:left w:w="38" w:type="dxa"/>
              <w:bottom w:w="28" w:type="dxa"/>
              <w:right w:w="38" w:type="dxa"/>
            </w:tcMar>
            <w:vAlign w:val="center"/>
          </w:tcPr>
          <w:p w14:paraId="314637FF" w14:textId="77777777" w:rsidR="00D60D5E" w:rsidRDefault="00891EF0">
            <w:pPr>
              <w:spacing w:after="0" w:line="240" w:lineRule="auto"/>
              <w:jc w:val="center"/>
            </w:pPr>
            <w:r>
              <w:rPr>
                <w:rFonts w:eastAsia="Aptos"/>
                <w:color w:val="6A7075"/>
                <w:sz w:val="17"/>
              </w:rPr>
              <w:t>240-235</w:t>
            </w:r>
          </w:p>
        </w:tc>
        <w:tc>
          <w:tcPr>
            <w:tcW w:w="2648" w:type="dxa"/>
            <w:tcMar>
              <w:top w:w="28" w:type="dxa"/>
              <w:left w:w="38" w:type="dxa"/>
              <w:bottom w:w="28" w:type="dxa"/>
              <w:right w:w="38" w:type="dxa"/>
            </w:tcMar>
            <w:vAlign w:val="center"/>
          </w:tcPr>
          <w:p w14:paraId="6DDF0734" w14:textId="77777777" w:rsidR="00D60D5E" w:rsidRDefault="00891EF0">
            <w:pPr>
              <w:spacing w:after="0" w:line="240" w:lineRule="auto"/>
            </w:pPr>
            <w:r>
              <w:rPr>
                <w:rFonts w:eastAsia="Aptos"/>
                <w:sz w:val="17"/>
              </w:rPr>
              <w:t>Tortilla Wraps 10" 12ct</w:t>
            </w:r>
          </w:p>
        </w:tc>
        <w:tc>
          <w:tcPr>
            <w:tcW w:w="630" w:type="dxa"/>
            <w:tcMar>
              <w:top w:w="28" w:type="dxa"/>
              <w:left w:w="38" w:type="dxa"/>
              <w:bottom w:w="28" w:type="dxa"/>
              <w:right w:w="38" w:type="dxa"/>
            </w:tcMar>
            <w:vAlign w:val="center"/>
          </w:tcPr>
          <w:p w14:paraId="2024405E"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29C60D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12C94C" w14:textId="77777777" w:rsidR="00D60D5E" w:rsidRDefault="00D60D5E">
            <w:pPr>
              <w:jc w:val="center"/>
            </w:pPr>
          </w:p>
        </w:tc>
      </w:tr>
      <w:tr w:rsidR="00D60D5E" w14:paraId="0961E254" w14:textId="77777777" w:rsidTr="000617E0">
        <w:trPr>
          <w:cantSplit/>
          <w:jc w:val="center"/>
        </w:trPr>
        <w:tc>
          <w:tcPr>
            <w:tcW w:w="677" w:type="dxa"/>
            <w:tcMar>
              <w:top w:w="28" w:type="dxa"/>
              <w:left w:w="38" w:type="dxa"/>
              <w:bottom w:w="28" w:type="dxa"/>
              <w:right w:w="38" w:type="dxa"/>
            </w:tcMar>
            <w:vAlign w:val="center"/>
          </w:tcPr>
          <w:p w14:paraId="0CBA977D" w14:textId="77777777" w:rsidR="00D60D5E" w:rsidRDefault="00891EF0">
            <w:pPr>
              <w:spacing w:after="0" w:line="240" w:lineRule="auto"/>
              <w:jc w:val="center"/>
            </w:pPr>
            <w:r>
              <w:rPr>
                <w:rFonts w:eastAsia="Aptos"/>
                <w:color w:val="6A7075"/>
                <w:sz w:val="17"/>
              </w:rPr>
              <w:t>240-236</w:t>
            </w:r>
          </w:p>
        </w:tc>
        <w:tc>
          <w:tcPr>
            <w:tcW w:w="2648" w:type="dxa"/>
            <w:tcMar>
              <w:top w:w="28" w:type="dxa"/>
              <w:left w:w="38" w:type="dxa"/>
              <w:bottom w:w="28" w:type="dxa"/>
              <w:right w:w="38" w:type="dxa"/>
            </w:tcMar>
            <w:vAlign w:val="center"/>
          </w:tcPr>
          <w:p w14:paraId="6D5255B9" w14:textId="77777777" w:rsidR="00D60D5E" w:rsidRDefault="00891EF0">
            <w:pPr>
              <w:spacing w:after="0" w:line="240" w:lineRule="auto"/>
            </w:pPr>
            <w:r>
              <w:rPr>
                <w:rFonts w:eastAsia="Aptos"/>
                <w:sz w:val="17"/>
              </w:rPr>
              <w:t>Tortilla Wraps 6" 12ct</w:t>
            </w:r>
          </w:p>
        </w:tc>
        <w:tc>
          <w:tcPr>
            <w:tcW w:w="630" w:type="dxa"/>
            <w:tcMar>
              <w:top w:w="28" w:type="dxa"/>
              <w:left w:w="38" w:type="dxa"/>
              <w:bottom w:w="28" w:type="dxa"/>
              <w:right w:w="38" w:type="dxa"/>
            </w:tcMar>
            <w:vAlign w:val="center"/>
          </w:tcPr>
          <w:p w14:paraId="0AAF86B5" w14:textId="77777777" w:rsidR="00D60D5E" w:rsidRDefault="00891EF0">
            <w:pPr>
              <w:spacing w:after="0" w:line="240" w:lineRule="auto"/>
              <w:jc w:val="center"/>
            </w:pPr>
            <w:r>
              <w:rPr>
                <w:rFonts w:eastAsia="Aptos"/>
                <w:b/>
                <w:sz w:val="17"/>
              </w:rPr>
              <w:t>6.66</w:t>
            </w:r>
          </w:p>
        </w:tc>
        <w:tc>
          <w:tcPr>
            <w:tcW w:w="540" w:type="dxa"/>
            <w:tcMar>
              <w:top w:w="28" w:type="dxa"/>
              <w:left w:w="38" w:type="dxa"/>
              <w:bottom w:w="28" w:type="dxa"/>
              <w:right w:w="38" w:type="dxa"/>
            </w:tcMar>
            <w:vAlign w:val="center"/>
          </w:tcPr>
          <w:p w14:paraId="0ACF81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5B48512" w14:textId="77777777" w:rsidR="00D60D5E" w:rsidRDefault="00D60D5E">
            <w:pPr>
              <w:jc w:val="center"/>
            </w:pPr>
          </w:p>
        </w:tc>
      </w:tr>
      <w:tr w:rsidR="00D60D5E" w14:paraId="018BD4B3" w14:textId="77777777" w:rsidTr="000617E0">
        <w:trPr>
          <w:cantSplit/>
          <w:jc w:val="center"/>
        </w:trPr>
        <w:tc>
          <w:tcPr>
            <w:tcW w:w="677" w:type="dxa"/>
            <w:tcMar>
              <w:top w:w="28" w:type="dxa"/>
              <w:left w:w="38" w:type="dxa"/>
              <w:bottom w:w="28" w:type="dxa"/>
              <w:right w:w="38" w:type="dxa"/>
            </w:tcMar>
            <w:vAlign w:val="center"/>
          </w:tcPr>
          <w:p w14:paraId="0B345B61" w14:textId="77777777" w:rsidR="00D60D5E" w:rsidRDefault="00891EF0">
            <w:pPr>
              <w:spacing w:after="0" w:line="240" w:lineRule="auto"/>
              <w:jc w:val="center"/>
            </w:pPr>
            <w:r>
              <w:rPr>
                <w:rFonts w:eastAsia="Aptos"/>
                <w:color w:val="6A7075"/>
                <w:sz w:val="17"/>
              </w:rPr>
              <w:t>240-240</w:t>
            </w:r>
          </w:p>
        </w:tc>
        <w:tc>
          <w:tcPr>
            <w:tcW w:w="2648" w:type="dxa"/>
            <w:tcMar>
              <w:top w:w="28" w:type="dxa"/>
              <w:left w:w="38" w:type="dxa"/>
              <w:bottom w:w="28" w:type="dxa"/>
              <w:right w:w="38" w:type="dxa"/>
            </w:tcMar>
            <w:vAlign w:val="center"/>
          </w:tcPr>
          <w:p w14:paraId="72A247D1" w14:textId="77777777" w:rsidR="00D60D5E" w:rsidRDefault="00891EF0">
            <w:pPr>
              <w:spacing w:after="0" w:line="240" w:lineRule="auto"/>
            </w:pPr>
            <w:r>
              <w:rPr>
                <w:rFonts w:eastAsia="Aptos"/>
                <w:sz w:val="17"/>
              </w:rPr>
              <w:t>Filo Dough 16oz</w:t>
            </w:r>
          </w:p>
        </w:tc>
        <w:tc>
          <w:tcPr>
            <w:tcW w:w="630" w:type="dxa"/>
            <w:tcMar>
              <w:top w:w="28" w:type="dxa"/>
              <w:left w:w="38" w:type="dxa"/>
              <w:bottom w:w="28" w:type="dxa"/>
              <w:right w:w="38" w:type="dxa"/>
            </w:tcMar>
            <w:vAlign w:val="center"/>
          </w:tcPr>
          <w:p w14:paraId="56AA03E0" w14:textId="77777777" w:rsidR="00D60D5E" w:rsidRDefault="00891EF0">
            <w:pPr>
              <w:spacing w:after="0" w:line="240" w:lineRule="auto"/>
              <w:jc w:val="center"/>
            </w:pPr>
            <w:r>
              <w:rPr>
                <w:rFonts w:eastAsia="Aptos"/>
                <w:b/>
                <w:sz w:val="17"/>
              </w:rPr>
              <w:t>9.75</w:t>
            </w:r>
          </w:p>
        </w:tc>
        <w:tc>
          <w:tcPr>
            <w:tcW w:w="540" w:type="dxa"/>
            <w:tcMar>
              <w:top w:w="28" w:type="dxa"/>
              <w:left w:w="38" w:type="dxa"/>
              <w:bottom w:w="28" w:type="dxa"/>
              <w:right w:w="38" w:type="dxa"/>
            </w:tcMar>
            <w:vAlign w:val="center"/>
          </w:tcPr>
          <w:p w14:paraId="5363986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DA2360" w14:textId="77777777" w:rsidR="00D60D5E" w:rsidRDefault="00D60D5E">
            <w:pPr>
              <w:jc w:val="center"/>
            </w:pPr>
          </w:p>
        </w:tc>
      </w:tr>
      <w:tr w:rsidR="00D60D5E" w14:paraId="5C81BE7D" w14:textId="77777777" w:rsidTr="000617E0">
        <w:trPr>
          <w:cantSplit/>
          <w:jc w:val="center"/>
        </w:trPr>
        <w:tc>
          <w:tcPr>
            <w:tcW w:w="677" w:type="dxa"/>
            <w:tcMar>
              <w:top w:w="28" w:type="dxa"/>
              <w:left w:w="38" w:type="dxa"/>
              <w:bottom w:w="28" w:type="dxa"/>
              <w:right w:w="38" w:type="dxa"/>
            </w:tcMar>
            <w:vAlign w:val="center"/>
          </w:tcPr>
          <w:p w14:paraId="6C6B7AB1" w14:textId="77777777" w:rsidR="00D60D5E" w:rsidRDefault="00891EF0">
            <w:pPr>
              <w:spacing w:after="0" w:line="240" w:lineRule="auto"/>
              <w:jc w:val="center"/>
            </w:pPr>
            <w:r>
              <w:rPr>
                <w:rFonts w:eastAsia="Aptos"/>
                <w:color w:val="6A7075"/>
                <w:sz w:val="17"/>
              </w:rPr>
              <w:t>240-245</w:t>
            </w:r>
          </w:p>
        </w:tc>
        <w:tc>
          <w:tcPr>
            <w:tcW w:w="2648" w:type="dxa"/>
            <w:tcMar>
              <w:top w:w="28" w:type="dxa"/>
              <w:left w:w="38" w:type="dxa"/>
              <w:bottom w:w="28" w:type="dxa"/>
              <w:right w:w="38" w:type="dxa"/>
            </w:tcMar>
            <w:vAlign w:val="center"/>
          </w:tcPr>
          <w:p w14:paraId="724EC3D2" w14:textId="77777777" w:rsidR="00D60D5E" w:rsidRDefault="00891EF0">
            <w:pPr>
              <w:spacing w:after="0" w:line="240" w:lineRule="auto"/>
            </w:pPr>
            <w:r>
              <w:rPr>
                <w:rFonts w:eastAsia="Aptos"/>
                <w:sz w:val="17"/>
              </w:rPr>
              <w:t>Mini Filo Dough Shells 15ea 2.1oz</w:t>
            </w:r>
          </w:p>
        </w:tc>
        <w:tc>
          <w:tcPr>
            <w:tcW w:w="630" w:type="dxa"/>
            <w:tcMar>
              <w:top w:w="28" w:type="dxa"/>
              <w:left w:w="38" w:type="dxa"/>
              <w:bottom w:w="28" w:type="dxa"/>
              <w:right w:w="38" w:type="dxa"/>
            </w:tcMar>
            <w:vAlign w:val="center"/>
          </w:tcPr>
          <w:p w14:paraId="52BB4DD8" w14:textId="77777777" w:rsidR="00D60D5E" w:rsidRDefault="00891EF0">
            <w:pPr>
              <w:spacing w:after="0" w:line="240" w:lineRule="auto"/>
              <w:jc w:val="center"/>
            </w:pPr>
            <w:r>
              <w:rPr>
                <w:rFonts w:eastAsia="Aptos"/>
                <w:b/>
                <w:sz w:val="17"/>
              </w:rPr>
              <w:t>10.10</w:t>
            </w:r>
          </w:p>
        </w:tc>
        <w:tc>
          <w:tcPr>
            <w:tcW w:w="540" w:type="dxa"/>
            <w:tcMar>
              <w:top w:w="28" w:type="dxa"/>
              <w:left w:w="38" w:type="dxa"/>
              <w:bottom w:w="28" w:type="dxa"/>
              <w:right w:w="38" w:type="dxa"/>
            </w:tcMar>
            <w:vAlign w:val="center"/>
          </w:tcPr>
          <w:p w14:paraId="76A6295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F8DC314" w14:textId="77777777" w:rsidR="00D60D5E" w:rsidRDefault="00D60D5E">
            <w:pPr>
              <w:jc w:val="center"/>
            </w:pPr>
          </w:p>
        </w:tc>
      </w:tr>
      <w:tr w:rsidR="00D60D5E" w14:paraId="687698BD" w14:textId="77777777" w:rsidTr="000617E0">
        <w:trPr>
          <w:cantSplit/>
          <w:jc w:val="center"/>
        </w:trPr>
        <w:tc>
          <w:tcPr>
            <w:tcW w:w="677" w:type="dxa"/>
            <w:tcMar>
              <w:top w:w="28" w:type="dxa"/>
              <w:left w:w="38" w:type="dxa"/>
              <w:bottom w:w="28" w:type="dxa"/>
              <w:right w:w="38" w:type="dxa"/>
            </w:tcMar>
            <w:vAlign w:val="center"/>
          </w:tcPr>
          <w:p w14:paraId="7875B4A6" w14:textId="77777777" w:rsidR="00D60D5E" w:rsidRDefault="00891EF0">
            <w:pPr>
              <w:spacing w:after="0" w:line="240" w:lineRule="auto"/>
              <w:jc w:val="center"/>
            </w:pPr>
            <w:r>
              <w:rPr>
                <w:rFonts w:eastAsia="Aptos"/>
                <w:color w:val="6A7075"/>
                <w:sz w:val="17"/>
              </w:rPr>
              <w:t>240-250</w:t>
            </w:r>
          </w:p>
        </w:tc>
        <w:tc>
          <w:tcPr>
            <w:tcW w:w="2648" w:type="dxa"/>
            <w:tcMar>
              <w:top w:w="28" w:type="dxa"/>
              <w:left w:w="38" w:type="dxa"/>
              <w:bottom w:w="28" w:type="dxa"/>
              <w:right w:w="38" w:type="dxa"/>
            </w:tcMar>
            <w:vAlign w:val="center"/>
          </w:tcPr>
          <w:p w14:paraId="56A02C14" w14:textId="77777777" w:rsidR="00D60D5E" w:rsidRDefault="00891EF0">
            <w:pPr>
              <w:spacing w:after="0" w:line="240" w:lineRule="auto"/>
            </w:pPr>
            <w:r>
              <w:rPr>
                <w:rFonts w:eastAsia="Aptos"/>
                <w:sz w:val="17"/>
              </w:rPr>
              <w:t>Puff Pastry Shells 10 oz</w:t>
            </w:r>
          </w:p>
        </w:tc>
        <w:tc>
          <w:tcPr>
            <w:tcW w:w="630" w:type="dxa"/>
            <w:tcMar>
              <w:top w:w="28" w:type="dxa"/>
              <w:left w:w="38" w:type="dxa"/>
              <w:bottom w:w="28" w:type="dxa"/>
              <w:right w:w="38" w:type="dxa"/>
            </w:tcMar>
            <w:vAlign w:val="center"/>
          </w:tcPr>
          <w:p w14:paraId="59C7EB22"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6594587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1269EF" w14:textId="77777777" w:rsidR="00D60D5E" w:rsidRDefault="00D60D5E">
            <w:pPr>
              <w:jc w:val="center"/>
            </w:pPr>
          </w:p>
        </w:tc>
      </w:tr>
      <w:tr w:rsidR="00D60D5E" w14:paraId="590F3EB4" w14:textId="77777777" w:rsidTr="000617E0">
        <w:trPr>
          <w:cantSplit/>
          <w:jc w:val="center"/>
        </w:trPr>
        <w:tc>
          <w:tcPr>
            <w:tcW w:w="677" w:type="dxa"/>
            <w:tcMar>
              <w:top w:w="28" w:type="dxa"/>
              <w:left w:w="38" w:type="dxa"/>
              <w:bottom w:w="28" w:type="dxa"/>
              <w:right w:w="38" w:type="dxa"/>
            </w:tcMar>
            <w:vAlign w:val="center"/>
          </w:tcPr>
          <w:p w14:paraId="28CE7D3A" w14:textId="77777777" w:rsidR="00D60D5E" w:rsidRDefault="00891EF0">
            <w:pPr>
              <w:spacing w:after="0" w:line="240" w:lineRule="auto"/>
              <w:jc w:val="center"/>
            </w:pPr>
            <w:r>
              <w:rPr>
                <w:rFonts w:eastAsia="Aptos"/>
                <w:color w:val="6A7075"/>
                <w:sz w:val="17"/>
              </w:rPr>
              <w:t>240-255</w:t>
            </w:r>
          </w:p>
        </w:tc>
        <w:tc>
          <w:tcPr>
            <w:tcW w:w="2648" w:type="dxa"/>
            <w:tcMar>
              <w:top w:w="28" w:type="dxa"/>
              <w:left w:w="38" w:type="dxa"/>
              <w:bottom w:w="28" w:type="dxa"/>
              <w:right w:w="38" w:type="dxa"/>
            </w:tcMar>
            <w:vAlign w:val="center"/>
          </w:tcPr>
          <w:p w14:paraId="14A6E97F" w14:textId="77777777" w:rsidR="00D60D5E" w:rsidRDefault="00891EF0">
            <w:pPr>
              <w:spacing w:after="0" w:line="240" w:lineRule="auto"/>
            </w:pPr>
            <w:r>
              <w:rPr>
                <w:rFonts w:eastAsia="Aptos"/>
                <w:sz w:val="17"/>
              </w:rPr>
              <w:t>French Bread Dough Pilsbury 11oz</w:t>
            </w:r>
          </w:p>
        </w:tc>
        <w:tc>
          <w:tcPr>
            <w:tcW w:w="630" w:type="dxa"/>
            <w:tcMar>
              <w:top w:w="28" w:type="dxa"/>
              <w:left w:w="38" w:type="dxa"/>
              <w:bottom w:w="28" w:type="dxa"/>
              <w:right w:w="38" w:type="dxa"/>
            </w:tcMar>
            <w:vAlign w:val="center"/>
          </w:tcPr>
          <w:p w14:paraId="6258754A" w14:textId="77777777" w:rsidR="00D60D5E" w:rsidRDefault="00891EF0">
            <w:pPr>
              <w:spacing w:after="0" w:line="240" w:lineRule="auto"/>
              <w:jc w:val="center"/>
            </w:pPr>
            <w:r>
              <w:rPr>
                <w:rFonts w:eastAsia="Aptos"/>
                <w:b/>
                <w:sz w:val="17"/>
              </w:rPr>
              <w:t>7.15</w:t>
            </w:r>
          </w:p>
        </w:tc>
        <w:tc>
          <w:tcPr>
            <w:tcW w:w="540" w:type="dxa"/>
            <w:tcMar>
              <w:top w:w="28" w:type="dxa"/>
              <w:left w:w="38" w:type="dxa"/>
              <w:bottom w:w="28" w:type="dxa"/>
              <w:right w:w="38" w:type="dxa"/>
            </w:tcMar>
            <w:vAlign w:val="center"/>
          </w:tcPr>
          <w:p w14:paraId="769895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997AF7" w14:textId="77777777" w:rsidR="00D60D5E" w:rsidRDefault="00D60D5E">
            <w:pPr>
              <w:jc w:val="center"/>
            </w:pPr>
          </w:p>
        </w:tc>
      </w:tr>
      <w:tr w:rsidR="00D60D5E" w14:paraId="622EECB4" w14:textId="77777777" w:rsidTr="000617E0">
        <w:trPr>
          <w:cantSplit/>
          <w:jc w:val="center"/>
        </w:trPr>
        <w:tc>
          <w:tcPr>
            <w:tcW w:w="677" w:type="dxa"/>
            <w:tcMar>
              <w:top w:w="28" w:type="dxa"/>
              <w:left w:w="38" w:type="dxa"/>
              <w:bottom w:w="28" w:type="dxa"/>
              <w:right w:w="38" w:type="dxa"/>
            </w:tcMar>
            <w:vAlign w:val="center"/>
          </w:tcPr>
          <w:p w14:paraId="38E56B96" w14:textId="77777777" w:rsidR="00D60D5E" w:rsidRDefault="00891EF0">
            <w:pPr>
              <w:spacing w:after="0" w:line="240" w:lineRule="auto"/>
              <w:jc w:val="center"/>
            </w:pPr>
            <w:r>
              <w:rPr>
                <w:rFonts w:eastAsia="Aptos"/>
                <w:color w:val="6A7075"/>
                <w:sz w:val="17"/>
              </w:rPr>
              <w:t>240-260</w:t>
            </w:r>
          </w:p>
        </w:tc>
        <w:tc>
          <w:tcPr>
            <w:tcW w:w="2648" w:type="dxa"/>
            <w:tcMar>
              <w:top w:w="28" w:type="dxa"/>
              <w:left w:w="38" w:type="dxa"/>
              <w:bottom w:w="28" w:type="dxa"/>
              <w:right w:w="38" w:type="dxa"/>
            </w:tcMar>
            <w:vAlign w:val="center"/>
          </w:tcPr>
          <w:p w14:paraId="545D3E6B" w14:textId="77777777" w:rsidR="00D60D5E" w:rsidRDefault="00891EF0">
            <w:pPr>
              <w:spacing w:after="0" w:line="240" w:lineRule="auto"/>
            </w:pPr>
            <w:r>
              <w:rPr>
                <w:rFonts w:eastAsia="Aptos"/>
                <w:sz w:val="17"/>
              </w:rPr>
              <w:t>Grands Biscuits Pillsbury 10oz</w:t>
            </w:r>
          </w:p>
        </w:tc>
        <w:tc>
          <w:tcPr>
            <w:tcW w:w="630" w:type="dxa"/>
            <w:tcMar>
              <w:top w:w="28" w:type="dxa"/>
              <w:left w:w="38" w:type="dxa"/>
              <w:bottom w:w="28" w:type="dxa"/>
              <w:right w:w="38" w:type="dxa"/>
            </w:tcMar>
            <w:vAlign w:val="center"/>
          </w:tcPr>
          <w:p w14:paraId="1830826A" w14:textId="77777777" w:rsidR="00D60D5E" w:rsidRDefault="00891EF0">
            <w:pPr>
              <w:spacing w:after="0" w:line="240" w:lineRule="auto"/>
              <w:jc w:val="center"/>
            </w:pPr>
            <w:r>
              <w:rPr>
                <w:rFonts w:eastAsia="Aptos"/>
                <w:b/>
                <w:sz w:val="17"/>
              </w:rPr>
              <w:t>5.35</w:t>
            </w:r>
          </w:p>
        </w:tc>
        <w:tc>
          <w:tcPr>
            <w:tcW w:w="540" w:type="dxa"/>
            <w:tcMar>
              <w:top w:w="28" w:type="dxa"/>
              <w:left w:w="38" w:type="dxa"/>
              <w:bottom w:w="28" w:type="dxa"/>
              <w:right w:w="38" w:type="dxa"/>
            </w:tcMar>
            <w:vAlign w:val="center"/>
          </w:tcPr>
          <w:p w14:paraId="1807D3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470244" w14:textId="77777777" w:rsidR="00D60D5E" w:rsidRDefault="00D60D5E">
            <w:pPr>
              <w:jc w:val="center"/>
            </w:pPr>
          </w:p>
        </w:tc>
      </w:tr>
      <w:tr w:rsidR="00D60D5E" w14:paraId="1E24BF85" w14:textId="77777777" w:rsidTr="000617E0">
        <w:trPr>
          <w:cantSplit/>
          <w:jc w:val="center"/>
        </w:trPr>
        <w:tc>
          <w:tcPr>
            <w:tcW w:w="677" w:type="dxa"/>
            <w:tcMar>
              <w:top w:w="28" w:type="dxa"/>
              <w:left w:w="38" w:type="dxa"/>
              <w:bottom w:w="28" w:type="dxa"/>
              <w:right w:w="38" w:type="dxa"/>
            </w:tcMar>
            <w:vAlign w:val="center"/>
          </w:tcPr>
          <w:p w14:paraId="3D3B94ED" w14:textId="77777777" w:rsidR="00D60D5E" w:rsidRDefault="00891EF0">
            <w:pPr>
              <w:spacing w:after="0" w:line="240" w:lineRule="auto"/>
              <w:jc w:val="center"/>
            </w:pPr>
            <w:r>
              <w:rPr>
                <w:rFonts w:eastAsia="Aptos"/>
                <w:color w:val="6A7075"/>
                <w:sz w:val="17"/>
              </w:rPr>
              <w:t>240-265</w:t>
            </w:r>
          </w:p>
        </w:tc>
        <w:tc>
          <w:tcPr>
            <w:tcW w:w="2648" w:type="dxa"/>
            <w:tcMar>
              <w:top w:w="28" w:type="dxa"/>
              <w:left w:w="38" w:type="dxa"/>
              <w:bottom w:w="28" w:type="dxa"/>
              <w:right w:w="38" w:type="dxa"/>
            </w:tcMar>
            <w:vAlign w:val="center"/>
          </w:tcPr>
          <w:p w14:paraId="31CD1247" w14:textId="77777777" w:rsidR="00D60D5E" w:rsidRDefault="00891EF0">
            <w:pPr>
              <w:spacing w:after="0" w:line="240" w:lineRule="auto"/>
            </w:pPr>
            <w:r>
              <w:rPr>
                <w:rFonts w:eastAsia="Aptos"/>
                <w:sz w:val="17"/>
              </w:rPr>
              <w:t>Pizza Pepperoni 9.3 oz</w:t>
            </w:r>
          </w:p>
        </w:tc>
        <w:tc>
          <w:tcPr>
            <w:tcW w:w="630" w:type="dxa"/>
            <w:tcMar>
              <w:top w:w="28" w:type="dxa"/>
              <w:left w:w="38" w:type="dxa"/>
              <w:bottom w:w="28" w:type="dxa"/>
              <w:right w:w="38" w:type="dxa"/>
            </w:tcMar>
            <w:vAlign w:val="center"/>
          </w:tcPr>
          <w:p w14:paraId="234300E4" w14:textId="77777777" w:rsidR="00D60D5E" w:rsidRDefault="00891EF0">
            <w:pPr>
              <w:spacing w:after="0" w:line="240" w:lineRule="auto"/>
              <w:jc w:val="center"/>
            </w:pPr>
            <w:r>
              <w:rPr>
                <w:rFonts w:eastAsia="Aptos"/>
                <w:b/>
                <w:sz w:val="17"/>
              </w:rPr>
              <w:t>8.39</w:t>
            </w:r>
          </w:p>
        </w:tc>
        <w:tc>
          <w:tcPr>
            <w:tcW w:w="540" w:type="dxa"/>
            <w:tcMar>
              <w:top w:w="28" w:type="dxa"/>
              <w:left w:w="38" w:type="dxa"/>
              <w:bottom w:w="28" w:type="dxa"/>
              <w:right w:w="38" w:type="dxa"/>
            </w:tcMar>
            <w:vAlign w:val="center"/>
          </w:tcPr>
          <w:p w14:paraId="5C85EF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34EAEA" w14:textId="77777777" w:rsidR="00D60D5E" w:rsidRDefault="00D60D5E">
            <w:pPr>
              <w:jc w:val="center"/>
            </w:pPr>
          </w:p>
        </w:tc>
      </w:tr>
      <w:tr w:rsidR="00D60D5E" w14:paraId="7502586C" w14:textId="77777777" w:rsidTr="000617E0">
        <w:trPr>
          <w:cantSplit/>
          <w:jc w:val="center"/>
        </w:trPr>
        <w:tc>
          <w:tcPr>
            <w:tcW w:w="677" w:type="dxa"/>
            <w:tcMar>
              <w:top w:w="28" w:type="dxa"/>
              <w:left w:w="38" w:type="dxa"/>
              <w:bottom w:w="28" w:type="dxa"/>
              <w:right w:w="38" w:type="dxa"/>
            </w:tcMar>
            <w:vAlign w:val="center"/>
          </w:tcPr>
          <w:p w14:paraId="02D400C0" w14:textId="77777777" w:rsidR="00D60D5E" w:rsidRDefault="00891EF0">
            <w:pPr>
              <w:spacing w:after="0" w:line="240" w:lineRule="auto"/>
              <w:jc w:val="center"/>
            </w:pPr>
            <w:r>
              <w:rPr>
                <w:rFonts w:eastAsia="Aptos"/>
                <w:color w:val="6A7075"/>
                <w:sz w:val="17"/>
              </w:rPr>
              <w:t>240-270</w:t>
            </w:r>
          </w:p>
        </w:tc>
        <w:tc>
          <w:tcPr>
            <w:tcW w:w="2648" w:type="dxa"/>
            <w:tcMar>
              <w:top w:w="28" w:type="dxa"/>
              <w:left w:w="38" w:type="dxa"/>
              <w:bottom w:w="28" w:type="dxa"/>
              <w:right w:w="38" w:type="dxa"/>
            </w:tcMar>
            <w:vAlign w:val="center"/>
          </w:tcPr>
          <w:p w14:paraId="1A2D7867" w14:textId="77777777" w:rsidR="00D60D5E" w:rsidRDefault="00891EF0">
            <w:pPr>
              <w:spacing w:after="0" w:line="240" w:lineRule="auto"/>
            </w:pPr>
            <w:r>
              <w:rPr>
                <w:rFonts w:eastAsia="Aptos"/>
                <w:sz w:val="17"/>
              </w:rPr>
              <w:t>Pizza Cheese 9.2 oz</w:t>
            </w:r>
          </w:p>
        </w:tc>
        <w:tc>
          <w:tcPr>
            <w:tcW w:w="630" w:type="dxa"/>
            <w:tcMar>
              <w:top w:w="28" w:type="dxa"/>
              <w:left w:w="38" w:type="dxa"/>
              <w:bottom w:w="28" w:type="dxa"/>
              <w:right w:w="38" w:type="dxa"/>
            </w:tcMar>
            <w:vAlign w:val="center"/>
          </w:tcPr>
          <w:p w14:paraId="5D70D92A" w14:textId="77777777" w:rsidR="00D60D5E" w:rsidRDefault="00891EF0">
            <w:pPr>
              <w:spacing w:after="0" w:line="240" w:lineRule="auto"/>
              <w:jc w:val="center"/>
            </w:pPr>
            <w:r>
              <w:rPr>
                <w:rFonts w:eastAsia="Aptos"/>
                <w:b/>
                <w:sz w:val="17"/>
              </w:rPr>
              <w:t>8.29</w:t>
            </w:r>
          </w:p>
        </w:tc>
        <w:tc>
          <w:tcPr>
            <w:tcW w:w="540" w:type="dxa"/>
            <w:tcMar>
              <w:top w:w="28" w:type="dxa"/>
              <w:left w:w="38" w:type="dxa"/>
              <w:bottom w:w="28" w:type="dxa"/>
              <w:right w:w="38" w:type="dxa"/>
            </w:tcMar>
            <w:vAlign w:val="center"/>
          </w:tcPr>
          <w:p w14:paraId="4D48179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BEEFCC" w14:textId="77777777" w:rsidR="00D60D5E" w:rsidRDefault="00D60D5E">
            <w:pPr>
              <w:jc w:val="center"/>
            </w:pPr>
          </w:p>
        </w:tc>
      </w:tr>
      <w:tr w:rsidR="00D60D5E" w14:paraId="4C8CD16F" w14:textId="77777777" w:rsidTr="000617E0">
        <w:trPr>
          <w:cantSplit/>
          <w:jc w:val="center"/>
        </w:trPr>
        <w:tc>
          <w:tcPr>
            <w:tcW w:w="677" w:type="dxa"/>
            <w:tcMar>
              <w:top w:w="28" w:type="dxa"/>
              <w:left w:w="38" w:type="dxa"/>
              <w:bottom w:w="28" w:type="dxa"/>
              <w:right w:w="38" w:type="dxa"/>
            </w:tcMar>
            <w:vAlign w:val="center"/>
          </w:tcPr>
          <w:p w14:paraId="760715FA" w14:textId="77777777" w:rsidR="00D60D5E" w:rsidRDefault="00891EF0">
            <w:pPr>
              <w:spacing w:after="0" w:line="240" w:lineRule="auto"/>
              <w:jc w:val="center"/>
            </w:pPr>
            <w:r>
              <w:rPr>
                <w:rFonts w:eastAsia="Aptos"/>
                <w:color w:val="6A7075"/>
                <w:sz w:val="17"/>
              </w:rPr>
              <w:t>240-275</w:t>
            </w:r>
          </w:p>
        </w:tc>
        <w:tc>
          <w:tcPr>
            <w:tcW w:w="2648" w:type="dxa"/>
            <w:tcMar>
              <w:top w:w="28" w:type="dxa"/>
              <w:left w:w="38" w:type="dxa"/>
              <w:bottom w:w="28" w:type="dxa"/>
              <w:right w:w="38" w:type="dxa"/>
            </w:tcMar>
            <w:vAlign w:val="center"/>
          </w:tcPr>
          <w:p w14:paraId="08E303A5" w14:textId="77777777" w:rsidR="00D60D5E" w:rsidRDefault="00891EF0">
            <w:pPr>
              <w:spacing w:after="0" w:line="240" w:lineRule="auto"/>
            </w:pPr>
            <w:r>
              <w:rPr>
                <w:rFonts w:eastAsia="Aptos"/>
                <w:sz w:val="17"/>
              </w:rPr>
              <w:t>Pizza Combination Fox De Luxe 20 oz</w:t>
            </w:r>
          </w:p>
        </w:tc>
        <w:tc>
          <w:tcPr>
            <w:tcW w:w="630" w:type="dxa"/>
            <w:tcMar>
              <w:top w:w="28" w:type="dxa"/>
              <w:left w:w="38" w:type="dxa"/>
              <w:bottom w:w="28" w:type="dxa"/>
              <w:right w:w="38" w:type="dxa"/>
            </w:tcMar>
            <w:vAlign w:val="center"/>
          </w:tcPr>
          <w:p w14:paraId="080F931B"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588B353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849674" w14:textId="77777777" w:rsidR="00D60D5E" w:rsidRDefault="00D60D5E">
            <w:pPr>
              <w:jc w:val="center"/>
            </w:pPr>
          </w:p>
        </w:tc>
      </w:tr>
      <w:tr w:rsidR="00D60D5E" w14:paraId="1C73121B" w14:textId="77777777" w:rsidTr="000617E0">
        <w:trPr>
          <w:cantSplit/>
          <w:jc w:val="center"/>
        </w:trPr>
        <w:tc>
          <w:tcPr>
            <w:tcW w:w="677" w:type="dxa"/>
            <w:tcMar>
              <w:top w:w="28" w:type="dxa"/>
              <w:left w:w="38" w:type="dxa"/>
              <w:bottom w:w="28" w:type="dxa"/>
              <w:right w:w="38" w:type="dxa"/>
            </w:tcMar>
            <w:vAlign w:val="center"/>
          </w:tcPr>
          <w:p w14:paraId="514B5B60" w14:textId="77777777" w:rsidR="00D60D5E" w:rsidRDefault="00891EF0">
            <w:pPr>
              <w:spacing w:after="0" w:line="240" w:lineRule="auto"/>
              <w:jc w:val="center"/>
            </w:pPr>
            <w:r>
              <w:rPr>
                <w:rFonts w:eastAsia="Aptos"/>
                <w:color w:val="6A7075"/>
                <w:sz w:val="17"/>
              </w:rPr>
              <w:t>240-276</w:t>
            </w:r>
          </w:p>
        </w:tc>
        <w:tc>
          <w:tcPr>
            <w:tcW w:w="2648" w:type="dxa"/>
            <w:tcMar>
              <w:top w:w="28" w:type="dxa"/>
              <w:left w:w="38" w:type="dxa"/>
              <w:bottom w:w="28" w:type="dxa"/>
              <w:right w:w="38" w:type="dxa"/>
            </w:tcMar>
            <w:vAlign w:val="center"/>
          </w:tcPr>
          <w:p w14:paraId="52FD59BA" w14:textId="77777777" w:rsidR="00D60D5E" w:rsidRDefault="00891EF0">
            <w:pPr>
              <w:spacing w:after="0" w:line="240" w:lineRule="auto"/>
            </w:pPr>
            <w:r>
              <w:rPr>
                <w:rFonts w:eastAsia="Aptos"/>
                <w:sz w:val="17"/>
              </w:rPr>
              <w:t>Pizza Cheese Veg Crust GF -Amys 13.5 oz</w:t>
            </w:r>
          </w:p>
        </w:tc>
        <w:tc>
          <w:tcPr>
            <w:tcW w:w="630" w:type="dxa"/>
            <w:tcMar>
              <w:top w:w="28" w:type="dxa"/>
              <w:left w:w="38" w:type="dxa"/>
              <w:bottom w:w="28" w:type="dxa"/>
              <w:right w:w="38" w:type="dxa"/>
            </w:tcMar>
            <w:vAlign w:val="center"/>
          </w:tcPr>
          <w:p w14:paraId="5C6804F8" w14:textId="77777777" w:rsidR="00D60D5E" w:rsidRDefault="00891EF0">
            <w:pPr>
              <w:spacing w:after="0" w:line="240" w:lineRule="auto"/>
              <w:jc w:val="center"/>
            </w:pPr>
            <w:r>
              <w:rPr>
                <w:rFonts w:eastAsia="Aptos"/>
                <w:b/>
                <w:sz w:val="17"/>
              </w:rPr>
              <w:t>17.20</w:t>
            </w:r>
          </w:p>
        </w:tc>
        <w:tc>
          <w:tcPr>
            <w:tcW w:w="540" w:type="dxa"/>
            <w:tcMar>
              <w:top w:w="28" w:type="dxa"/>
              <w:left w:w="38" w:type="dxa"/>
              <w:bottom w:w="28" w:type="dxa"/>
              <w:right w:w="38" w:type="dxa"/>
            </w:tcMar>
            <w:vAlign w:val="center"/>
          </w:tcPr>
          <w:p w14:paraId="1D93741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DA4418" w14:textId="77777777" w:rsidR="00D60D5E" w:rsidRDefault="00D60D5E">
            <w:pPr>
              <w:jc w:val="center"/>
            </w:pPr>
          </w:p>
        </w:tc>
      </w:tr>
      <w:tr w:rsidR="00D60D5E" w14:paraId="3D90120B" w14:textId="77777777" w:rsidTr="000617E0">
        <w:trPr>
          <w:cantSplit/>
          <w:jc w:val="center"/>
        </w:trPr>
        <w:tc>
          <w:tcPr>
            <w:tcW w:w="677" w:type="dxa"/>
            <w:tcMar>
              <w:top w:w="28" w:type="dxa"/>
              <w:left w:w="38" w:type="dxa"/>
              <w:bottom w:w="28" w:type="dxa"/>
              <w:right w:w="38" w:type="dxa"/>
            </w:tcMar>
            <w:vAlign w:val="center"/>
          </w:tcPr>
          <w:p w14:paraId="058A50EE" w14:textId="77777777" w:rsidR="00D60D5E" w:rsidRDefault="00891EF0">
            <w:pPr>
              <w:spacing w:after="0" w:line="240" w:lineRule="auto"/>
              <w:jc w:val="center"/>
            </w:pPr>
            <w:r>
              <w:rPr>
                <w:rFonts w:eastAsia="Aptos"/>
                <w:color w:val="6A7075"/>
                <w:sz w:val="17"/>
              </w:rPr>
              <w:t>240-280</w:t>
            </w:r>
          </w:p>
        </w:tc>
        <w:tc>
          <w:tcPr>
            <w:tcW w:w="2648" w:type="dxa"/>
            <w:tcMar>
              <w:top w:w="28" w:type="dxa"/>
              <w:left w:w="38" w:type="dxa"/>
              <w:bottom w:w="28" w:type="dxa"/>
              <w:right w:w="38" w:type="dxa"/>
            </w:tcMar>
            <w:vAlign w:val="center"/>
          </w:tcPr>
          <w:p w14:paraId="264F7A01" w14:textId="77777777" w:rsidR="00D60D5E" w:rsidRDefault="00891EF0">
            <w:pPr>
              <w:spacing w:after="0" w:line="240" w:lineRule="auto"/>
            </w:pPr>
            <w:r>
              <w:rPr>
                <w:rFonts w:eastAsia="Aptos"/>
                <w:sz w:val="17"/>
              </w:rPr>
              <w:t>Sara Lee Pound Cake 16oz</w:t>
            </w:r>
          </w:p>
        </w:tc>
        <w:tc>
          <w:tcPr>
            <w:tcW w:w="630" w:type="dxa"/>
            <w:tcMar>
              <w:top w:w="28" w:type="dxa"/>
              <w:left w:w="38" w:type="dxa"/>
              <w:bottom w:w="28" w:type="dxa"/>
              <w:right w:w="38" w:type="dxa"/>
            </w:tcMar>
            <w:vAlign w:val="center"/>
          </w:tcPr>
          <w:p w14:paraId="52082D09"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1EB4A6B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6C51F0" w14:textId="77777777" w:rsidR="00D60D5E" w:rsidRDefault="00D60D5E">
            <w:pPr>
              <w:jc w:val="center"/>
            </w:pPr>
          </w:p>
        </w:tc>
      </w:tr>
      <w:tr w:rsidR="00D60D5E" w14:paraId="765D2C43" w14:textId="77777777" w:rsidTr="000617E0">
        <w:trPr>
          <w:cantSplit/>
          <w:jc w:val="center"/>
        </w:trPr>
        <w:tc>
          <w:tcPr>
            <w:tcW w:w="677" w:type="dxa"/>
            <w:tcMar>
              <w:top w:w="28" w:type="dxa"/>
              <w:left w:w="38" w:type="dxa"/>
              <w:bottom w:w="28" w:type="dxa"/>
              <w:right w:w="38" w:type="dxa"/>
            </w:tcMar>
            <w:vAlign w:val="center"/>
          </w:tcPr>
          <w:p w14:paraId="5B111021" w14:textId="77777777" w:rsidR="00D60D5E" w:rsidRDefault="00891EF0">
            <w:pPr>
              <w:spacing w:after="0" w:line="240" w:lineRule="auto"/>
              <w:jc w:val="center"/>
            </w:pPr>
            <w:r>
              <w:rPr>
                <w:rFonts w:eastAsia="Aptos"/>
                <w:color w:val="6A7075"/>
                <w:sz w:val="17"/>
              </w:rPr>
              <w:t>240-285</w:t>
            </w:r>
          </w:p>
        </w:tc>
        <w:tc>
          <w:tcPr>
            <w:tcW w:w="2648" w:type="dxa"/>
            <w:tcMar>
              <w:top w:w="28" w:type="dxa"/>
              <w:left w:w="38" w:type="dxa"/>
              <w:bottom w:w="28" w:type="dxa"/>
              <w:right w:w="38" w:type="dxa"/>
            </w:tcMar>
            <w:vAlign w:val="center"/>
          </w:tcPr>
          <w:p w14:paraId="38A49D8D" w14:textId="77777777" w:rsidR="00D60D5E" w:rsidRDefault="00891EF0">
            <w:pPr>
              <w:spacing w:after="0" w:line="240" w:lineRule="auto"/>
            </w:pPr>
            <w:r>
              <w:rPr>
                <w:rFonts w:eastAsia="Aptos"/>
                <w:sz w:val="17"/>
              </w:rPr>
              <w:t>Sara Lee NY Cheesecake 30 oz</w:t>
            </w:r>
          </w:p>
        </w:tc>
        <w:tc>
          <w:tcPr>
            <w:tcW w:w="630" w:type="dxa"/>
            <w:tcMar>
              <w:top w:w="28" w:type="dxa"/>
              <w:left w:w="38" w:type="dxa"/>
              <w:bottom w:w="28" w:type="dxa"/>
              <w:right w:w="38" w:type="dxa"/>
            </w:tcMar>
            <w:vAlign w:val="center"/>
          </w:tcPr>
          <w:p w14:paraId="1E3D02B7" w14:textId="77777777" w:rsidR="00D60D5E" w:rsidRDefault="00891EF0">
            <w:pPr>
              <w:spacing w:after="0" w:line="240" w:lineRule="auto"/>
              <w:jc w:val="center"/>
            </w:pPr>
            <w:r>
              <w:rPr>
                <w:rFonts w:eastAsia="Aptos"/>
                <w:b/>
                <w:sz w:val="17"/>
              </w:rPr>
              <w:t>18.59</w:t>
            </w:r>
          </w:p>
        </w:tc>
        <w:tc>
          <w:tcPr>
            <w:tcW w:w="540" w:type="dxa"/>
            <w:tcMar>
              <w:top w:w="28" w:type="dxa"/>
              <w:left w:w="38" w:type="dxa"/>
              <w:bottom w:w="28" w:type="dxa"/>
              <w:right w:w="38" w:type="dxa"/>
            </w:tcMar>
            <w:vAlign w:val="center"/>
          </w:tcPr>
          <w:p w14:paraId="259DEDD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B91B68" w14:textId="77777777" w:rsidR="00D60D5E" w:rsidRDefault="00D60D5E">
            <w:pPr>
              <w:jc w:val="center"/>
            </w:pPr>
          </w:p>
        </w:tc>
      </w:tr>
      <w:tr w:rsidR="00D60D5E" w14:paraId="797B9780" w14:textId="77777777" w:rsidTr="000617E0">
        <w:trPr>
          <w:cantSplit/>
          <w:jc w:val="center"/>
        </w:trPr>
        <w:tc>
          <w:tcPr>
            <w:tcW w:w="677" w:type="dxa"/>
            <w:tcMar>
              <w:top w:w="28" w:type="dxa"/>
              <w:left w:w="38" w:type="dxa"/>
              <w:bottom w:w="28" w:type="dxa"/>
              <w:right w:w="38" w:type="dxa"/>
            </w:tcMar>
            <w:vAlign w:val="center"/>
          </w:tcPr>
          <w:p w14:paraId="6F77EB1E" w14:textId="77777777" w:rsidR="00D60D5E" w:rsidRDefault="00891EF0">
            <w:pPr>
              <w:spacing w:after="0" w:line="240" w:lineRule="auto"/>
              <w:jc w:val="center"/>
            </w:pPr>
            <w:r>
              <w:rPr>
                <w:rFonts w:eastAsia="Aptos"/>
                <w:color w:val="6A7075"/>
                <w:sz w:val="17"/>
              </w:rPr>
              <w:t>240-290</w:t>
            </w:r>
          </w:p>
        </w:tc>
        <w:tc>
          <w:tcPr>
            <w:tcW w:w="2648" w:type="dxa"/>
            <w:tcMar>
              <w:top w:w="28" w:type="dxa"/>
              <w:left w:w="38" w:type="dxa"/>
              <w:bottom w:w="28" w:type="dxa"/>
              <w:right w:w="38" w:type="dxa"/>
            </w:tcMar>
            <w:vAlign w:val="center"/>
          </w:tcPr>
          <w:p w14:paraId="6683C393" w14:textId="77777777" w:rsidR="00D60D5E" w:rsidRDefault="00891EF0">
            <w:pPr>
              <w:spacing w:after="0" w:line="240" w:lineRule="auto"/>
            </w:pPr>
            <w:r>
              <w:rPr>
                <w:rFonts w:eastAsia="Aptos"/>
                <w:sz w:val="17"/>
              </w:rPr>
              <w:t>Sara Lee Cheesecake 26oz</w:t>
            </w:r>
          </w:p>
        </w:tc>
        <w:tc>
          <w:tcPr>
            <w:tcW w:w="630" w:type="dxa"/>
            <w:tcMar>
              <w:top w:w="28" w:type="dxa"/>
              <w:left w:w="38" w:type="dxa"/>
              <w:bottom w:w="28" w:type="dxa"/>
              <w:right w:w="38" w:type="dxa"/>
            </w:tcMar>
            <w:vAlign w:val="center"/>
          </w:tcPr>
          <w:p w14:paraId="67F2CAF9" w14:textId="77777777" w:rsidR="00D60D5E" w:rsidRDefault="00891EF0">
            <w:pPr>
              <w:spacing w:after="0" w:line="240" w:lineRule="auto"/>
              <w:jc w:val="center"/>
            </w:pPr>
            <w:r>
              <w:rPr>
                <w:rFonts w:eastAsia="Aptos"/>
                <w:b/>
                <w:sz w:val="17"/>
              </w:rPr>
              <w:t>13.20</w:t>
            </w:r>
          </w:p>
        </w:tc>
        <w:tc>
          <w:tcPr>
            <w:tcW w:w="540" w:type="dxa"/>
            <w:tcMar>
              <w:top w:w="28" w:type="dxa"/>
              <w:left w:w="38" w:type="dxa"/>
              <w:bottom w:w="28" w:type="dxa"/>
              <w:right w:w="38" w:type="dxa"/>
            </w:tcMar>
            <w:vAlign w:val="center"/>
          </w:tcPr>
          <w:p w14:paraId="686193D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726439" w14:textId="77777777" w:rsidR="00D60D5E" w:rsidRDefault="00D60D5E">
            <w:pPr>
              <w:jc w:val="center"/>
            </w:pPr>
          </w:p>
        </w:tc>
      </w:tr>
      <w:tr w:rsidR="00D60D5E" w14:paraId="6BB91015" w14:textId="77777777" w:rsidTr="000617E0">
        <w:trPr>
          <w:cantSplit/>
          <w:jc w:val="center"/>
        </w:trPr>
        <w:tc>
          <w:tcPr>
            <w:tcW w:w="677" w:type="dxa"/>
            <w:tcMar>
              <w:top w:w="28" w:type="dxa"/>
              <w:left w:w="38" w:type="dxa"/>
              <w:bottom w:w="28" w:type="dxa"/>
              <w:right w:w="38" w:type="dxa"/>
            </w:tcMar>
            <w:vAlign w:val="center"/>
          </w:tcPr>
          <w:p w14:paraId="156FFD92" w14:textId="77777777" w:rsidR="00D60D5E" w:rsidRDefault="00891EF0">
            <w:pPr>
              <w:spacing w:after="0" w:line="240" w:lineRule="auto"/>
              <w:jc w:val="center"/>
            </w:pPr>
            <w:r>
              <w:rPr>
                <w:rFonts w:eastAsia="Aptos"/>
                <w:color w:val="6A7075"/>
                <w:sz w:val="17"/>
              </w:rPr>
              <w:t>240-295</w:t>
            </w:r>
          </w:p>
        </w:tc>
        <w:tc>
          <w:tcPr>
            <w:tcW w:w="2648" w:type="dxa"/>
            <w:tcMar>
              <w:top w:w="28" w:type="dxa"/>
              <w:left w:w="38" w:type="dxa"/>
              <w:bottom w:w="28" w:type="dxa"/>
              <w:right w:w="38" w:type="dxa"/>
            </w:tcMar>
            <w:vAlign w:val="center"/>
          </w:tcPr>
          <w:p w14:paraId="045F7C05" w14:textId="77777777" w:rsidR="00D60D5E" w:rsidRDefault="00891EF0">
            <w:pPr>
              <w:spacing w:after="0" w:line="240" w:lineRule="auto"/>
            </w:pPr>
            <w:r>
              <w:rPr>
                <w:rFonts w:eastAsia="Aptos"/>
                <w:sz w:val="17"/>
              </w:rPr>
              <w:t>Sara Lee Coconut Crème Pie 27 oz</w:t>
            </w:r>
          </w:p>
        </w:tc>
        <w:tc>
          <w:tcPr>
            <w:tcW w:w="630" w:type="dxa"/>
            <w:tcMar>
              <w:top w:w="28" w:type="dxa"/>
              <w:left w:w="38" w:type="dxa"/>
              <w:bottom w:w="28" w:type="dxa"/>
              <w:right w:w="38" w:type="dxa"/>
            </w:tcMar>
            <w:vAlign w:val="center"/>
          </w:tcPr>
          <w:p w14:paraId="5E258536" w14:textId="77777777" w:rsidR="00D60D5E" w:rsidRDefault="00891EF0">
            <w:pPr>
              <w:spacing w:after="0" w:line="240" w:lineRule="auto"/>
              <w:jc w:val="center"/>
            </w:pPr>
            <w:r>
              <w:rPr>
                <w:rFonts w:eastAsia="Aptos"/>
                <w:b/>
                <w:sz w:val="17"/>
              </w:rPr>
              <w:t>20.99</w:t>
            </w:r>
          </w:p>
        </w:tc>
        <w:tc>
          <w:tcPr>
            <w:tcW w:w="540" w:type="dxa"/>
            <w:tcMar>
              <w:top w:w="28" w:type="dxa"/>
              <w:left w:w="38" w:type="dxa"/>
              <w:bottom w:w="28" w:type="dxa"/>
              <w:right w:w="38" w:type="dxa"/>
            </w:tcMar>
            <w:vAlign w:val="center"/>
          </w:tcPr>
          <w:p w14:paraId="607447B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EF8B1F" w14:textId="77777777" w:rsidR="00D60D5E" w:rsidRDefault="00D60D5E">
            <w:pPr>
              <w:jc w:val="center"/>
            </w:pPr>
          </w:p>
        </w:tc>
      </w:tr>
      <w:tr w:rsidR="00D60D5E" w14:paraId="081DA061" w14:textId="77777777" w:rsidTr="000617E0">
        <w:trPr>
          <w:cantSplit/>
          <w:jc w:val="center"/>
        </w:trPr>
        <w:tc>
          <w:tcPr>
            <w:tcW w:w="677" w:type="dxa"/>
            <w:tcMar>
              <w:top w:w="28" w:type="dxa"/>
              <w:left w:w="38" w:type="dxa"/>
              <w:bottom w:w="28" w:type="dxa"/>
              <w:right w:w="38" w:type="dxa"/>
            </w:tcMar>
            <w:vAlign w:val="center"/>
          </w:tcPr>
          <w:p w14:paraId="35AADE14" w14:textId="77777777" w:rsidR="00D60D5E" w:rsidRDefault="00891EF0">
            <w:pPr>
              <w:spacing w:after="0" w:line="240" w:lineRule="auto"/>
              <w:jc w:val="center"/>
            </w:pPr>
            <w:r>
              <w:rPr>
                <w:rFonts w:eastAsia="Aptos"/>
                <w:color w:val="6A7075"/>
                <w:sz w:val="17"/>
              </w:rPr>
              <w:t>240-300</w:t>
            </w:r>
          </w:p>
        </w:tc>
        <w:tc>
          <w:tcPr>
            <w:tcW w:w="2648" w:type="dxa"/>
            <w:tcMar>
              <w:top w:w="28" w:type="dxa"/>
              <w:left w:w="38" w:type="dxa"/>
              <w:bottom w:w="28" w:type="dxa"/>
              <w:right w:w="38" w:type="dxa"/>
            </w:tcMar>
            <w:vAlign w:val="center"/>
          </w:tcPr>
          <w:p w14:paraId="77168732" w14:textId="77777777" w:rsidR="00D60D5E" w:rsidRDefault="00891EF0">
            <w:pPr>
              <w:spacing w:after="0" w:line="240" w:lineRule="auto"/>
            </w:pPr>
            <w:r>
              <w:rPr>
                <w:rFonts w:eastAsia="Aptos"/>
                <w:sz w:val="17"/>
              </w:rPr>
              <w:t>Sara Lee Chocolate Crème Pie 19 oz</w:t>
            </w:r>
          </w:p>
        </w:tc>
        <w:tc>
          <w:tcPr>
            <w:tcW w:w="630" w:type="dxa"/>
            <w:tcMar>
              <w:top w:w="28" w:type="dxa"/>
              <w:left w:w="38" w:type="dxa"/>
              <w:bottom w:w="28" w:type="dxa"/>
              <w:right w:w="38" w:type="dxa"/>
            </w:tcMar>
            <w:vAlign w:val="center"/>
          </w:tcPr>
          <w:p w14:paraId="364D7284" w14:textId="77777777" w:rsidR="00D60D5E" w:rsidRDefault="00891EF0">
            <w:pPr>
              <w:spacing w:after="0" w:line="240" w:lineRule="auto"/>
              <w:jc w:val="center"/>
            </w:pPr>
            <w:r>
              <w:rPr>
                <w:rFonts w:eastAsia="Aptos"/>
                <w:b/>
                <w:sz w:val="17"/>
              </w:rPr>
              <w:t>20.99</w:t>
            </w:r>
          </w:p>
        </w:tc>
        <w:tc>
          <w:tcPr>
            <w:tcW w:w="540" w:type="dxa"/>
            <w:tcMar>
              <w:top w:w="28" w:type="dxa"/>
              <w:left w:w="38" w:type="dxa"/>
              <w:bottom w:w="28" w:type="dxa"/>
              <w:right w:w="38" w:type="dxa"/>
            </w:tcMar>
            <w:vAlign w:val="center"/>
          </w:tcPr>
          <w:p w14:paraId="542EF4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6364C5" w14:textId="77777777" w:rsidR="00D60D5E" w:rsidRDefault="00D60D5E">
            <w:pPr>
              <w:jc w:val="center"/>
            </w:pPr>
          </w:p>
        </w:tc>
      </w:tr>
      <w:tr w:rsidR="00D60D5E" w14:paraId="123BB660" w14:textId="77777777" w:rsidTr="000617E0">
        <w:trPr>
          <w:cantSplit/>
          <w:jc w:val="center"/>
        </w:trPr>
        <w:tc>
          <w:tcPr>
            <w:tcW w:w="677" w:type="dxa"/>
            <w:tcMar>
              <w:top w:w="28" w:type="dxa"/>
              <w:left w:w="38" w:type="dxa"/>
              <w:bottom w:w="28" w:type="dxa"/>
              <w:right w:w="38" w:type="dxa"/>
            </w:tcMar>
            <w:vAlign w:val="center"/>
          </w:tcPr>
          <w:p w14:paraId="739E4F4D" w14:textId="77777777" w:rsidR="00D60D5E" w:rsidRDefault="00891EF0">
            <w:pPr>
              <w:spacing w:after="0" w:line="240" w:lineRule="auto"/>
              <w:jc w:val="center"/>
            </w:pPr>
            <w:r>
              <w:rPr>
                <w:rFonts w:eastAsia="Aptos"/>
                <w:color w:val="6A7075"/>
                <w:sz w:val="17"/>
              </w:rPr>
              <w:t>240-305</w:t>
            </w:r>
          </w:p>
        </w:tc>
        <w:tc>
          <w:tcPr>
            <w:tcW w:w="2648" w:type="dxa"/>
            <w:tcMar>
              <w:top w:w="28" w:type="dxa"/>
              <w:left w:w="38" w:type="dxa"/>
              <w:bottom w:w="28" w:type="dxa"/>
              <w:right w:w="38" w:type="dxa"/>
            </w:tcMar>
            <w:vAlign w:val="center"/>
          </w:tcPr>
          <w:p w14:paraId="1B55214E" w14:textId="77777777" w:rsidR="00D60D5E" w:rsidRDefault="00891EF0">
            <w:pPr>
              <w:spacing w:after="0" w:line="240" w:lineRule="auto"/>
            </w:pPr>
            <w:r>
              <w:rPr>
                <w:rFonts w:eastAsia="Aptos"/>
                <w:sz w:val="17"/>
              </w:rPr>
              <w:t>Sara Lee/Pep Farm Chocolate Layer Cake 19.6oz</w:t>
            </w:r>
          </w:p>
        </w:tc>
        <w:tc>
          <w:tcPr>
            <w:tcW w:w="630" w:type="dxa"/>
            <w:tcMar>
              <w:top w:w="28" w:type="dxa"/>
              <w:left w:w="38" w:type="dxa"/>
              <w:bottom w:w="28" w:type="dxa"/>
              <w:right w:w="38" w:type="dxa"/>
            </w:tcMar>
            <w:vAlign w:val="center"/>
          </w:tcPr>
          <w:p w14:paraId="2BEB6935" w14:textId="77777777" w:rsidR="00D60D5E" w:rsidRDefault="00891EF0">
            <w:pPr>
              <w:spacing w:after="0" w:line="240" w:lineRule="auto"/>
              <w:jc w:val="center"/>
            </w:pPr>
            <w:r>
              <w:rPr>
                <w:rFonts w:eastAsia="Aptos"/>
                <w:b/>
                <w:sz w:val="17"/>
              </w:rPr>
              <w:t>10.99</w:t>
            </w:r>
          </w:p>
        </w:tc>
        <w:tc>
          <w:tcPr>
            <w:tcW w:w="540" w:type="dxa"/>
            <w:tcMar>
              <w:top w:w="28" w:type="dxa"/>
              <w:left w:w="38" w:type="dxa"/>
              <w:bottom w:w="28" w:type="dxa"/>
              <w:right w:w="38" w:type="dxa"/>
            </w:tcMar>
            <w:vAlign w:val="center"/>
          </w:tcPr>
          <w:p w14:paraId="012FCE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1B73F1" w14:textId="77777777" w:rsidR="00D60D5E" w:rsidRDefault="00D60D5E">
            <w:pPr>
              <w:jc w:val="center"/>
            </w:pPr>
          </w:p>
        </w:tc>
      </w:tr>
      <w:tr w:rsidR="00D60D5E" w14:paraId="0FF13DB1" w14:textId="77777777" w:rsidTr="000617E0">
        <w:trPr>
          <w:cantSplit/>
          <w:jc w:val="center"/>
        </w:trPr>
        <w:tc>
          <w:tcPr>
            <w:tcW w:w="677" w:type="dxa"/>
            <w:tcMar>
              <w:top w:w="28" w:type="dxa"/>
              <w:left w:w="38" w:type="dxa"/>
              <w:bottom w:w="28" w:type="dxa"/>
              <w:right w:w="38" w:type="dxa"/>
            </w:tcMar>
            <w:vAlign w:val="center"/>
          </w:tcPr>
          <w:p w14:paraId="17D04D58" w14:textId="77777777" w:rsidR="00D60D5E" w:rsidRDefault="00891EF0">
            <w:pPr>
              <w:spacing w:after="0" w:line="240" w:lineRule="auto"/>
              <w:jc w:val="center"/>
            </w:pPr>
            <w:r>
              <w:rPr>
                <w:rFonts w:eastAsia="Aptos"/>
                <w:color w:val="6A7075"/>
                <w:sz w:val="17"/>
              </w:rPr>
              <w:t>240-315</w:t>
            </w:r>
          </w:p>
        </w:tc>
        <w:tc>
          <w:tcPr>
            <w:tcW w:w="2648" w:type="dxa"/>
            <w:tcMar>
              <w:top w:w="28" w:type="dxa"/>
              <w:left w:w="38" w:type="dxa"/>
              <w:bottom w:w="28" w:type="dxa"/>
              <w:right w:w="38" w:type="dxa"/>
            </w:tcMar>
            <w:vAlign w:val="center"/>
          </w:tcPr>
          <w:p w14:paraId="2D33D73D" w14:textId="77777777" w:rsidR="00D60D5E" w:rsidRDefault="00891EF0">
            <w:pPr>
              <w:spacing w:after="0" w:line="240" w:lineRule="auto"/>
            </w:pPr>
            <w:r>
              <w:rPr>
                <w:rFonts w:eastAsia="Aptos"/>
                <w:sz w:val="17"/>
              </w:rPr>
              <w:t>Sara Lee/Pep Farm Vanilla Layer Cake 19.6oz</w:t>
            </w:r>
          </w:p>
        </w:tc>
        <w:tc>
          <w:tcPr>
            <w:tcW w:w="630" w:type="dxa"/>
            <w:tcMar>
              <w:top w:w="28" w:type="dxa"/>
              <w:left w:w="38" w:type="dxa"/>
              <w:bottom w:w="28" w:type="dxa"/>
              <w:right w:w="38" w:type="dxa"/>
            </w:tcMar>
            <w:vAlign w:val="center"/>
          </w:tcPr>
          <w:p w14:paraId="38D50C13" w14:textId="77777777" w:rsidR="00D60D5E" w:rsidRDefault="00891EF0">
            <w:pPr>
              <w:spacing w:after="0" w:line="240" w:lineRule="auto"/>
              <w:jc w:val="center"/>
            </w:pPr>
            <w:r>
              <w:rPr>
                <w:rFonts w:eastAsia="Aptos"/>
                <w:b/>
                <w:sz w:val="17"/>
              </w:rPr>
              <w:t>10.99</w:t>
            </w:r>
          </w:p>
        </w:tc>
        <w:tc>
          <w:tcPr>
            <w:tcW w:w="540" w:type="dxa"/>
            <w:tcMar>
              <w:top w:w="28" w:type="dxa"/>
              <w:left w:w="38" w:type="dxa"/>
              <w:bottom w:w="28" w:type="dxa"/>
              <w:right w:w="38" w:type="dxa"/>
            </w:tcMar>
            <w:vAlign w:val="center"/>
          </w:tcPr>
          <w:p w14:paraId="603D0C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27D3B3" w14:textId="77777777" w:rsidR="00D60D5E" w:rsidRDefault="00D60D5E">
            <w:pPr>
              <w:jc w:val="center"/>
            </w:pPr>
          </w:p>
        </w:tc>
      </w:tr>
      <w:tr w:rsidR="00D60D5E" w14:paraId="78E06B34" w14:textId="77777777" w:rsidTr="000617E0">
        <w:trPr>
          <w:cantSplit/>
          <w:jc w:val="center"/>
        </w:trPr>
        <w:tc>
          <w:tcPr>
            <w:tcW w:w="677" w:type="dxa"/>
            <w:tcMar>
              <w:top w:w="28" w:type="dxa"/>
              <w:left w:w="38" w:type="dxa"/>
              <w:bottom w:w="28" w:type="dxa"/>
              <w:right w:w="38" w:type="dxa"/>
            </w:tcMar>
            <w:vAlign w:val="center"/>
          </w:tcPr>
          <w:p w14:paraId="34D8639A" w14:textId="77777777" w:rsidR="00D60D5E" w:rsidRDefault="00891EF0">
            <w:pPr>
              <w:spacing w:after="0" w:line="240" w:lineRule="auto"/>
              <w:jc w:val="center"/>
            </w:pPr>
            <w:r>
              <w:rPr>
                <w:rFonts w:eastAsia="Aptos"/>
                <w:color w:val="6A7075"/>
                <w:sz w:val="17"/>
              </w:rPr>
              <w:t>240-320</w:t>
            </w:r>
          </w:p>
        </w:tc>
        <w:tc>
          <w:tcPr>
            <w:tcW w:w="2648" w:type="dxa"/>
            <w:tcMar>
              <w:top w:w="28" w:type="dxa"/>
              <w:left w:w="38" w:type="dxa"/>
              <w:bottom w:w="28" w:type="dxa"/>
              <w:right w:w="38" w:type="dxa"/>
            </w:tcMar>
            <w:vAlign w:val="center"/>
          </w:tcPr>
          <w:p w14:paraId="6C71DC8A" w14:textId="77777777" w:rsidR="00D60D5E" w:rsidRDefault="00891EF0">
            <w:pPr>
              <w:spacing w:after="0" w:line="240" w:lineRule="auto"/>
            </w:pPr>
            <w:r>
              <w:rPr>
                <w:rFonts w:eastAsia="Aptos"/>
                <w:sz w:val="17"/>
              </w:rPr>
              <w:t>Sara Lee/Pep Farm Coconut Layer Cake 19.65oz</w:t>
            </w:r>
          </w:p>
        </w:tc>
        <w:tc>
          <w:tcPr>
            <w:tcW w:w="630" w:type="dxa"/>
            <w:tcMar>
              <w:top w:w="28" w:type="dxa"/>
              <w:left w:w="38" w:type="dxa"/>
              <w:bottom w:w="28" w:type="dxa"/>
              <w:right w:w="38" w:type="dxa"/>
            </w:tcMar>
            <w:vAlign w:val="center"/>
          </w:tcPr>
          <w:p w14:paraId="672692EA" w14:textId="77777777" w:rsidR="00D60D5E" w:rsidRDefault="00891EF0">
            <w:pPr>
              <w:spacing w:after="0" w:line="240" w:lineRule="auto"/>
              <w:jc w:val="center"/>
            </w:pPr>
            <w:r>
              <w:rPr>
                <w:rFonts w:eastAsia="Aptos"/>
                <w:b/>
                <w:sz w:val="17"/>
              </w:rPr>
              <w:t>10.99</w:t>
            </w:r>
          </w:p>
        </w:tc>
        <w:tc>
          <w:tcPr>
            <w:tcW w:w="540" w:type="dxa"/>
            <w:tcMar>
              <w:top w:w="28" w:type="dxa"/>
              <w:left w:w="38" w:type="dxa"/>
              <w:bottom w:w="28" w:type="dxa"/>
              <w:right w:w="38" w:type="dxa"/>
            </w:tcMar>
            <w:vAlign w:val="center"/>
          </w:tcPr>
          <w:p w14:paraId="4DDF13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04453A" w14:textId="77777777" w:rsidR="00D60D5E" w:rsidRDefault="00D60D5E">
            <w:pPr>
              <w:jc w:val="center"/>
            </w:pPr>
          </w:p>
        </w:tc>
      </w:tr>
      <w:tr w:rsidR="00D60D5E" w14:paraId="77DC9F08" w14:textId="77777777" w:rsidTr="000617E0">
        <w:trPr>
          <w:cantSplit/>
          <w:jc w:val="center"/>
        </w:trPr>
        <w:tc>
          <w:tcPr>
            <w:tcW w:w="677" w:type="dxa"/>
            <w:tcMar>
              <w:top w:w="28" w:type="dxa"/>
              <w:left w:w="38" w:type="dxa"/>
              <w:bottom w:w="28" w:type="dxa"/>
              <w:right w:w="38" w:type="dxa"/>
            </w:tcMar>
            <w:vAlign w:val="center"/>
          </w:tcPr>
          <w:p w14:paraId="547D9F61" w14:textId="77777777" w:rsidR="00D60D5E" w:rsidRDefault="00891EF0">
            <w:pPr>
              <w:spacing w:after="0" w:line="240" w:lineRule="auto"/>
              <w:jc w:val="center"/>
            </w:pPr>
            <w:r>
              <w:rPr>
                <w:rFonts w:eastAsia="Aptos"/>
                <w:color w:val="6A7075"/>
                <w:sz w:val="17"/>
              </w:rPr>
              <w:t>240-321</w:t>
            </w:r>
          </w:p>
        </w:tc>
        <w:tc>
          <w:tcPr>
            <w:tcW w:w="2648" w:type="dxa"/>
            <w:tcMar>
              <w:top w:w="28" w:type="dxa"/>
              <w:left w:w="38" w:type="dxa"/>
              <w:bottom w:w="28" w:type="dxa"/>
              <w:right w:w="38" w:type="dxa"/>
            </w:tcMar>
            <w:vAlign w:val="center"/>
          </w:tcPr>
          <w:p w14:paraId="725835F6" w14:textId="77777777" w:rsidR="00D60D5E" w:rsidRDefault="00891EF0">
            <w:pPr>
              <w:spacing w:after="0" w:line="240" w:lineRule="auto"/>
            </w:pPr>
            <w:r>
              <w:rPr>
                <w:rFonts w:eastAsia="Aptos"/>
                <w:sz w:val="17"/>
              </w:rPr>
              <w:t>Pepperidge Farm German Chocolate Cake 19.6oz</w:t>
            </w:r>
          </w:p>
        </w:tc>
        <w:tc>
          <w:tcPr>
            <w:tcW w:w="630" w:type="dxa"/>
            <w:tcMar>
              <w:top w:w="28" w:type="dxa"/>
              <w:left w:w="38" w:type="dxa"/>
              <w:bottom w:w="28" w:type="dxa"/>
              <w:right w:w="38" w:type="dxa"/>
            </w:tcMar>
            <w:vAlign w:val="center"/>
          </w:tcPr>
          <w:p w14:paraId="3D1B0385" w14:textId="77777777" w:rsidR="00D60D5E" w:rsidRDefault="00891EF0">
            <w:pPr>
              <w:spacing w:after="0" w:line="240" w:lineRule="auto"/>
              <w:jc w:val="center"/>
            </w:pPr>
            <w:r>
              <w:rPr>
                <w:rFonts w:eastAsia="Aptos"/>
                <w:b/>
                <w:sz w:val="17"/>
              </w:rPr>
              <w:t>10.99</w:t>
            </w:r>
          </w:p>
        </w:tc>
        <w:tc>
          <w:tcPr>
            <w:tcW w:w="540" w:type="dxa"/>
            <w:tcMar>
              <w:top w:w="28" w:type="dxa"/>
              <w:left w:w="38" w:type="dxa"/>
              <w:bottom w:w="28" w:type="dxa"/>
              <w:right w:w="38" w:type="dxa"/>
            </w:tcMar>
            <w:vAlign w:val="center"/>
          </w:tcPr>
          <w:p w14:paraId="5062E78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59C4B7" w14:textId="77777777" w:rsidR="00D60D5E" w:rsidRDefault="00D60D5E">
            <w:pPr>
              <w:jc w:val="center"/>
            </w:pPr>
          </w:p>
        </w:tc>
      </w:tr>
      <w:tr w:rsidR="00D60D5E" w14:paraId="4D16805D" w14:textId="77777777" w:rsidTr="000617E0">
        <w:trPr>
          <w:cantSplit/>
          <w:jc w:val="center"/>
        </w:trPr>
        <w:tc>
          <w:tcPr>
            <w:tcW w:w="677" w:type="dxa"/>
            <w:tcMar>
              <w:top w:w="28" w:type="dxa"/>
              <w:left w:w="38" w:type="dxa"/>
              <w:bottom w:w="28" w:type="dxa"/>
              <w:right w:w="38" w:type="dxa"/>
            </w:tcMar>
            <w:vAlign w:val="center"/>
          </w:tcPr>
          <w:p w14:paraId="65CDEE2A" w14:textId="77777777" w:rsidR="00D60D5E" w:rsidRDefault="00891EF0">
            <w:pPr>
              <w:spacing w:after="0" w:line="240" w:lineRule="auto"/>
              <w:jc w:val="center"/>
            </w:pPr>
            <w:r>
              <w:rPr>
                <w:rFonts w:eastAsia="Aptos"/>
                <w:color w:val="6A7075"/>
                <w:sz w:val="17"/>
              </w:rPr>
              <w:t>240-325</w:t>
            </w:r>
          </w:p>
        </w:tc>
        <w:tc>
          <w:tcPr>
            <w:tcW w:w="2648" w:type="dxa"/>
            <w:tcMar>
              <w:top w:w="28" w:type="dxa"/>
              <w:left w:w="38" w:type="dxa"/>
              <w:bottom w:w="28" w:type="dxa"/>
              <w:right w:w="38" w:type="dxa"/>
            </w:tcMar>
            <w:vAlign w:val="center"/>
          </w:tcPr>
          <w:p w14:paraId="2836AFA1" w14:textId="77777777" w:rsidR="00D60D5E" w:rsidRDefault="00891EF0">
            <w:pPr>
              <w:spacing w:after="0" w:line="240" w:lineRule="auto"/>
            </w:pPr>
            <w:r>
              <w:rPr>
                <w:rFonts w:eastAsia="Aptos"/>
                <w:sz w:val="17"/>
              </w:rPr>
              <w:t>Apple Pie 37oz</w:t>
            </w:r>
          </w:p>
        </w:tc>
        <w:tc>
          <w:tcPr>
            <w:tcW w:w="630" w:type="dxa"/>
            <w:tcMar>
              <w:top w:w="28" w:type="dxa"/>
              <w:left w:w="38" w:type="dxa"/>
              <w:bottom w:w="28" w:type="dxa"/>
              <w:right w:w="38" w:type="dxa"/>
            </w:tcMar>
            <w:vAlign w:val="center"/>
          </w:tcPr>
          <w:p w14:paraId="54FC7C51" w14:textId="77777777" w:rsidR="00D60D5E" w:rsidRDefault="00891EF0">
            <w:pPr>
              <w:spacing w:after="0" w:line="240" w:lineRule="auto"/>
              <w:jc w:val="center"/>
            </w:pPr>
            <w:r>
              <w:rPr>
                <w:rFonts w:eastAsia="Aptos"/>
                <w:b/>
                <w:sz w:val="17"/>
              </w:rPr>
              <w:t>12.59</w:t>
            </w:r>
          </w:p>
        </w:tc>
        <w:tc>
          <w:tcPr>
            <w:tcW w:w="540" w:type="dxa"/>
            <w:tcMar>
              <w:top w:w="28" w:type="dxa"/>
              <w:left w:w="38" w:type="dxa"/>
              <w:bottom w:w="28" w:type="dxa"/>
              <w:right w:w="38" w:type="dxa"/>
            </w:tcMar>
            <w:vAlign w:val="center"/>
          </w:tcPr>
          <w:p w14:paraId="753A1E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B2A2A5" w14:textId="77777777" w:rsidR="00D60D5E" w:rsidRDefault="00D60D5E">
            <w:pPr>
              <w:jc w:val="center"/>
            </w:pPr>
          </w:p>
        </w:tc>
      </w:tr>
      <w:tr w:rsidR="00D60D5E" w14:paraId="1484B74A" w14:textId="77777777" w:rsidTr="000617E0">
        <w:trPr>
          <w:cantSplit/>
          <w:jc w:val="center"/>
        </w:trPr>
        <w:tc>
          <w:tcPr>
            <w:tcW w:w="677" w:type="dxa"/>
            <w:tcMar>
              <w:top w:w="28" w:type="dxa"/>
              <w:left w:w="38" w:type="dxa"/>
              <w:bottom w:w="28" w:type="dxa"/>
              <w:right w:w="38" w:type="dxa"/>
            </w:tcMar>
            <w:vAlign w:val="center"/>
          </w:tcPr>
          <w:p w14:paraId="73474341" w14:textId="77777777" w:rsidR="00D60D5E" w:rsidRDefault="00891EF0">
            <w:pPr>
              <w:spacing w:after="0" w:line="240" w:lineRule="auto"/>
              <w:jc w:val="center"/>
            </w:pPr>
            <w:r>
              <w:rPr>
                <w:rFonts w:eastAsia="Aptos"/>
                <w:color w:val="6A7075"/>
                <w:sz w:val="17"/>
              </w:rPr>
              <w:t>240-330</w:t>
            </w:r>
          </w:p>
        </w:tc>
        <w:tc>
          <w:tcPr>
            <w:tcW w:w="2648" w:type="dxa"/>
            <w:tcMar>
              <w:top w:w="28" w:type="dxa"/>
              <w:left w:w="38" w:type="dxa"/>
              <w:bottom w:w="28" w:type="dxa"/>
              <w:right w:w="38" w:type="dxa"/>
            </w:tcMar>
            <w:vAlign w:val="center"/>
          </w:tcPr>
          <w:p w14:paraId="0FEBFBCB" w14:textId="77777777" w:rsidR="00D60D5E" w:rsidRDefault="00891EF0">
            <w:pPr>
              <w:spacing w:after="0" w:line="240" w:lineRule="auto"/>
            </w:pPr>
            <w:r>
              <w:rPr>
                <w:rFonts w:eastAsia="Aptos"/>
                <w:sz w:val="17"/>
              </w:rPr>
              <w:t>Cherry Pie 35oz</w:t>
            </w:r>
          </w:p>
        </w:tc>
        <w:tc>
          <w:tcPr>
            <w:tcW w:w="630" w:type="dxa"/>
            <w:tcMar>
              <w:top w:w="28" w:type="dxa"/>
              <w:left w:w="38" w:type="dxa"/>
              <w:bottom w:w="28" w:type="dxa"/>
              <w:right w:w="38" w:type="dxa"/>
            </w:tcMar>
            <w:vAlign w:val="center"/>
          </w:tcPr>
          <w:p w14:paraId="6B2752DD"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5EA2EA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05B1DA" w14:textId="77777777" w:rsidR="00D60D5E" w:rsidRDefault="00D60D5E">
            <w:pPr>
              <w:jc w:val="center"/>
            </w:pPr>
          </w:p>
        </w:tc>
      </w:tr>
      <w:tr w:rsidR="00D60D5E" w14:paraId="3E35A3BA" w14:textId="77777777" w:rsidTr="000617E0">
        <w:trPr>
          <w:cantSplit/>
          <w:jc w:val="center"/>
        </w:trPr>
        <w:tc>
          <w:tcPr>
            <w:tcW w:w="677" w:type="dxa"/>
            <w:tcMar>
              <w:top w:w="28" w:type="dxa"/>
              <w:left w:w="38" w:type="dxa"/>
              <w:bottom w:w="28" w:type="dxa"/>
              <w:right w:w="38" w:type="dxa"/>
            </w:tcMar>
            <w:vAlign w:val="center"/>
          </w:tcPr>
          <w:p w14:paraId="4278431C" w14:textId="77777777" w:rsidR="00D60D5E" w:rsidRDefault="00891EF0">
            <w:pPr>
              <w:spacing w:after="0" w:line="240" w:lineRule="auto"/>
              <w:jc w:val="center"/>
            </w:pPr>
            <w:r>
              <w:rPr>
                <w:rFonts w:eastAsia="Aptos"/>
                <w:color w:val="6A7075"/>
                <w:sz w:val="17"/>
              </w:rPr>
              <w:t>240-335</w:t>
            </w:r>
          </w:p>
        </w:tc>
        <w:tc>
          <w:tcPr>
            <w:tcW w:w="2648" w:type="dxa"/>
            <w:tcMar>
              <w:top w:w="28" w:type="dxa"/>
              <w:left w:w="38" w:type="dxa"/>
              <w:bottom w:w="28" w:type="dxa"/>
              <w:right w:w="38" w:type="dxa"/>
            </w:tcMar>
            <w:vAlign w:val="center"/>
          </w:tcPr>
          <w:p w14:paraId="1AB36FFA" w14:textId="77777777" w:rsidR="00D60D5E" w:rsidRDefault="00891EF0">
            <w:pPr>
              <w:spacing w:after="0" w:line="240" w:lineRule="auto"/>
            </w:pPr>
            <w:r>
              <w:rPr>
                <w:rFonts w:eastAsia="Aptos"/>
                <w:sz w:val="17"/>
              </w:rPr>
              <w:t>English Muffins 12pk</w:t>
            </w:r>
          </w:p>
        </w:tc>
        <w:tc>
          <w:tcPr>
            <w:tcW w:w="630" w:type="dxa"/>
            <w:tcMar>
              <w:top w:w="28" w:type="dxa"/>
              <w:left w:w="38" w:type="dxa"/>
              <w:bottom w:w="28" w:type="dxa"/>
              <w:right w:w="38" w:type="dxa"/>
            </w:tcMar>
            <w:vAlign w:val="center"/>
          </w:tcPr>
          <w:p w14:paraId="70DB8563"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309910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13B5E2" w14:textId="77777777" w:rsidR="00D60D5E" w:rsidRDefault="00D60D5E">
            <w:pPr>
              <w:jc w:val="center"/>
            </w:pPr>
          </w:p>
        </w:tc>
      </w:tr>
      <w:tr w:rsidR="00D60D5E" w14:paraId="2A99C5DD" w14:textId="77777777" w:rsidTr="000617E0">
        <w:trPr>
          <w:cantSplit/>
          <w:jc w:val="center"/>
        </w:trPr>
        <w:tc>
          <w:tcPr>
            <w:tcW w:w="677" w:type="dxa"/>
            <w:tcMar>
              <w:top w:w="28" w:type="dxa"/>
              <w:left w:w="38" w:type="dxa"/>
              <w:bottom w:w="28" w:type="dxa"/>
              <w:right w:w="38" w:type="dxa"/>
            </w:tcMar>
            <w:vAlign w:val="center"/>
          </w:tcPr>
          <w:p w14:paraId="2AD6DD87" w14:textId="77777777" w:rsidR="00D60D5E" w:rsidRDefault="00891EF0">
            <w:pPr>
              <w:spacing w:after="0" w:line="240" w:lineRule="auto"/>
              <w:jc w:val="center"/>
            </w:pPr>
            <w:r>
              <w:rPr>
                <w:rFonts w:eastAsia="Aptos"/>
                <w:color w:val="6A7075"/>
                <w:sz w:val="17"/>
              </w:rPr>
              <w:t>240-340</w:t>
            </w:r>
          </w:p>
        </w:tc>
        <w:tc>
          <w:tcPr>
            <w:tcW w:w="2648" w:type="dxa"/>
            <w:tcMar>
              <w:top w:w="28" w:type="dxa"/>
              <w:left w:w="38" w:type="dxa"/>
              <w:bottom w:w="28" w:type="dxa"/>
              <w:right w:w="38" w:type="dxa"/>
            </w:tcMar>
            <w:vAlign w:val="center"/>
          </w:tcPr>
          <w:p w14:paraId="0FFD5E69" w14:textId="77777777" w:rsidR="00D60D5E" w:rsidRDefault="00891EF0">
            <w:pPr>
              <w:spacing w:after="0" w:line="240" w:lineRule="auto"/>
            </w:pPr>
            <w:r>
              <w:rPr>
                <w:rFonts w:eastAsia="Aptos"/>
                <w:sz w:val="17"/>
              </w:rPr>
              <w:t>Tortilla Wraps 12" 42oz</w:t>
            </w:r>
          </w:p>
        </w:tc>
        <w:tc>
          <w:tcPr>
            <w:tcW w:w="630" w:type="dxa"/>
            <w:tcMar>
              <w:top w:w="28" w:type="dxa"/>
              <w:left w:w="38" w:type="dxa"/>
              <w:bottom w:w="28" w:type="dxa"/>
              <w:right w:w="38" w:type="dxa"/>
            </w:tcMar>
            <w:vAlign w:val="center"/>
          </w:tcPr>
          <w:p w14:paraId="061B97DF"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6B9E02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D4D26F" w14:textId="77777777" w:rsidR="00D60D5E" w:rsidRDefault="00D60D5E">
            <w:pPr>
              <w:jc w:val="center"/>
            </w:pPr>
          </w:p>
        </w:tc>
      </w:tr>
      <w:tr w:rsidR="00D60D5E" w14:paraId="455881E1" w14:textId="77777777" w:rsidTr="000617E0">
        <w:trPr>
          <w:cantSplit/>
          <w:jc w:val="center"/>
        </w:trPr>
        <w:tc>
          <w:tcPr>
            <w:tcW w:w="677" w:type="dxa"/>
            <w:tcMar>
              <w:top w:w="28" w:type="dxa"/>
              <w:left w:w="38" w:type="dxa"/>
              <w:bottom w:w="28" w:type="dxa"/>
              <w:right w:w="38" w:type="dxa"/>
            </w:tcMar>
            <w:vAlign w:val="center"/>
          </w:tcPr>
          <w:p w14:paraId="68488B72" w14:textId="77777777" w:rsidR="00D60D5E" w:rsidRDefault="00891EF0">
            <w:pPr>
              <w:spacing w:after="0" w:line="240" w:lineRule="auto"/>
              <w:jc w:val="center"/>
            </w:pPr>
            <w:r>
              <w:rPr>
                <w:rFonts w:eastAsia="Aptos"/>
                <w:color w:val="6A7075"/>
                <w:sz w:val="17"/>
              </w:rPr>
              <w:t>240-341</w:t>
            </w:r>
          </w:p>
        </w:tc>
        <w:tc>
          <w:tcPr>
            <w:tcW w:w="2648" w:type="dxa"/>
            <w:tcMar>
              <w:top w:w="28" w:type="dxa"/>
              <w:left w:w="38" w:type="dxa"/>
              <w:bottom w:w="28" w:type="dxa"/>
              <w:right w:w="38" w:type="dxa"/>
            </w:tcMar>
            <w:vAlign w:val="center"/>
          </w:tcPr>
          <w:p w14:paraId="421A7E4A" w14:textId="77777777" w:rsidR="00D60D5E" w:rsidRDefault="00891EF0">
            <w:pPr>
              <w:spacing w:after="0" w:line="240" w:lineRule="auto"/>
            </w:pPr>
            <w:r>
              <w:rPr>
                <w:rFonts w:eastAsia="Aptos"/>
                <w:sz w:val="17"/>
              </w:rPr>
              <w:t>Taco Shells 4.6oz 12ct</w:t>
            </w:r>
          </w:p>
        </w:tc>
        <w:tc>
          <w:tcPr>
            <w:tcW w:w="630" w:type="dxa"/>
            <w:tcMar>
              <w:top w:w="28" w:type="dxa"/>
              <w:left w:w="38" w:type="dxa"/>
              <w:bottom w:w="28" w:type="dxa"/>
              <w:right w:w="38" w:type="dxa"/>
            </w:tcMar>
            <w:vAlign w:val="center"/>
          </w:tcPr>
          <w:p w14:paraId="0D6BA99D" w14:textId="77777777" w:rsidR="00D60D5E" w:rsidRDefault="00891EF0">
            <w:pPr>
              <w:spacing w:after="0" w:line="240" w:lineRule="auto"/>
              <w:jc w:val="center"/>
            </w:pPr>
            <w:r>
              <w:rPr>
                <w:rFonts w:eastAsia="Aptos"/>
                <w:b/>
                <w:sz w:val="17"/>
              </w:rPr>
              <w:t>3.10</w:t>
            </w:r>
          </w:p>
        </w:tc>
        <w:tc>
          <w:tcPr>
            <w:tcW w:w="540" w:type="dxa"/>
            <w:tcMar>
              <w:top w:w="28" w:type="dxa"/>
              <w:left w:w="38" w:type="dxa"/>
              <w:bottom w:w="28" w:type="dxa"/>
              <w:right w:w="38" w:type="dxa"/>
            </w:tcMar>
            <w:vAlign w:val="center"/>
          </w:tcPr>
          <w:p w14:paraId="76569F8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323642" w14:textId="77777777" w:rsidR="00D60D5E" w:rsidRDefault="00D60D5E">
            <w:pPr>
              <w:jc w:val="center"/>
            </w:pPr>
          </w:p>
        </w:tc>
      </w:tr>
      <w:tr w:rsidR="00D60D5E" w14:paraId="76156B78" w14:textId="77777777" w:rsidTr="000617E0">
        <w:trPr>
          <w:cantSplit/>
          <w:jc w:val="center"/>
        </w:trPr>
        <w:tc>
          <w:tcPr>
            <w:tcW w:w="677" w:type="dxa"/>
            <w:tcMar>
              <w:top w:w="28" w:type="dxa"/>
              <w:left w:w="38" w:type="dxa"/>
              <w:bottom w:w="28" w:type="dxa"/>
              <w:right w:w="38" w:type="dxa"/>
            </w:tcMar>
            <w:vAlign w:val="center"/>
          </w:tcPr>
          <w:p w14:paraId="6F7B70F9" w14:textId="77777777" w:rsidR="00D60D5E" w:rsidRDefault="00891EF0">
            <w:pPr>
              <w:spacing w:after="0" w:line="240" w:lineRule="auto"/>
              <w:jc w:val="center"/>
            </w:pPr>
            <w:r>
              <w:rPr>
                <w:rFonts w:eastAsia="Aptos"/>
                <w:color w:val="6A7075"/>
                <w:sz w:val="17"/>
              </w:rPr>
              <w:t>240-345</w:t>
            </w:r>
          </w:p>
        </w:tc>
        <w:tc>
          <w:tcPr>
            <w:tcW w:w="2648" w:type="dxa"/>
            <w:tcMar>
              <w:top w:w="28" w:type="dxa"/>
              <w:left w:w="38" w:type="dxa"/>
              <w:bottom w:w="28" w:type="dxa"/>
              <w:right w:w="38" w:type="dxa"/>
            </w:tcMar>
            <w:vAlign w:val="center"/>
          </w:tcPr>
          <w:p w14:paraId="6DA9F14C" w14:textId="77777777" w:rsidR="00D60D5E" w:rsidRDefault="00891EF0">
            <w:pPr>
              <w:spacing w:after="0" w:line="240" w:lineRule="auto"/>
            </w:pPr>
            <w:r>
              <w:rPr>
                <w:rFonts w:eastAsia="Aptos"/>
                <w:sz w:val="17"/>
              </w:rPr>
              <w:t>Rudis Homestyle Bread 18 oz GF</w:t>
            </w:r>
          </w:p>
        </w:tc>
        <w:tc>
          <w:tcPr>
            <w:tcW w:w="630" w:type="dxa"/>
            <w:tcMar>
              <w:top w:w="28" w:type="dxa"/>
              <w:left w:w="38" w:type="dxa"/>
              <w:bottom w:w="28" w:type="dxa"/>
              <w:right w:w="38" w:type="dxa"/>
            </w:tcMar>
            <w:vAlign w:val="center"/>
          </w:tcPr>
          <w:p w14:paraId="2B9ADFBB" w14:textId="77777777" w:rsidR="00D60D5E" w:rsidRDefault="00891EF0">
            <w:pPr>
              <w:spacing w:after="0" w:line="240" w:lineRule="auto"/>
              <w:jc w:val="center"/>
            </w:pPr>
            <w:r>
              <w:rPr>
                <w:rFonts w:eastAsia="Aptos"/>
                <w:b/>
                <w:sz w:val="17"/>
              </w:rPr>
              <w:t>14.85</w:t>
            </w:r>
          </w:p>
        </w:tc>
        <w:tc>
          <w:tcPr>
            <w:tcW w:w="540" w:type="dxa"/>
            <w:tcMar>
              <w:top w:w="28" w:type="dxa"/>
              <w:left w:w="38" w:type="dxa"/>
              <w:bottom w:w="28" w:type="dxa"/>
              <w:right w:w="38" w:type="dxa"/>
            </w:tcMar>
            <w:vAlign w:val="center"/>
          </w:tcPr>
          <w:p w14:paraId="6F85CAC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AC1C0FC" w14:textId="77777777" w:rsidR="00D60D5E" w:rsidRDefault="00D60D5E">
            <w:pPr>
              <w:jc w:val="center"/>
            </w:pPr>
          </w:p>
        </w:tc>
      </w:tr>
      <w:tr w:rsidR="00D60D5E" w14:paraId="2A7CCE3B" w14:textId="77777777" w:rsidTr="000617E0">
        <w:trPr>
          <w:cantSplit/>
          <w:jc w:val="center"/>
        </w:trPr>
        <w:tc>
          <w:tcPr>
            <w:tcW w:w="677" w:type="dxa"/>
            <w:tcMar>
              <w:top w:w="28" w:type="dxa"/>
              <w:left w:w="38" w:type="dxa"/>
              <w:bottom w:w="28" w:type="dxa"/>
              <w:right w:w="38" w:type="dxa"/>
            </w:tcMar>
            <w:vAlign w:val="center"/>
          </w:tcPr>
          <w:p w14:paraId="2EC8D866" w14:textId="77777777" w:rsidR="00D60D5E" w:rsidRDefault="00891EF0">
            <w:pPr>
              <w:spacing w:after="0" w:line="240" w:lineRule="auto"/>
              <w:jc w:val="center"/>
            </w:pPr>
            <w:r>
              <w:rPr>
                <w:rFonts w:eastAsia="Aptos"/>
                <w:color w:val="6A7075"/>
                <w:sz w:val="17"/>
              </w:rPr>
              <w:t>240-350</w:t>
            </w:r>
          </w:p>
        </w:tc>
        <w:tc>
          <w:tcPr>
            <w:tcW w:w="2648" w:type="dxa"/>
            <w:tcMar>
              <w:top w:w="28" w:type="dxa"/>
              <w:left w:w="38" w:type="dxa"/>
              <w:bottom w:w="28" w:type="dxa"/>
              <w:right w:w="38" w:type="dxa"/>
            </w:tcMar>
            <w:vAlign w:val="center"/>
          </w:tcPr>
          <w:p w14:paraId="6A2299FE" w14:textId="77777777" w:rsidR="00D60D5E" w:rsidRDefault="00891EF0">
            <w:pPr>
              <w:spacing w:after="0" w:line="240" w:lineRule="auto"/>
            </w:pPr>
            <w:r>
              <w:rPr>
                <w:rFonts w:eastAsia="Aptos"/>
                <w:sz w:val="17"/>
              </w:rPr>
              <w:t>Rudis Sourdough Bread 18 oz GF</w:t>
            </w:r>
          </w:p>
        </w:tc>
        <w:tc>
          <w:tcPr>
            <w:tcW w:w="630" w:type="dxa"/>
            <w:tcMar>
              <w:top w:w="28" w:type="dxa"/>
              <w:left w:w="38" w:type="dxa"/>
              <w:bottom w:w="28" w:type="dxa"/>
              <w:right w:w="38" w:type="dxa"/>
            </w:tcMar>
            <w:vAlign w:val="center"/>
          </w:tcPr>
          <w:p w14:paraId="4C7A966A" w14:textId="77777777" w:rsidR="00D60D5E" w:rsidRDefault="00891EF0">
            <w:pPr>
              <w:spacing w:after="0" w:line="240" w:lineRule="auto"/>
              <w:jc w:val="center"/>
            </w:pPr>
            <w:r>
              <w:rPr>
                <w:rFonts w:eastAsia="Aptos"/>
                <w:b/>
                <w:sz w:val="17"/>
              </w:rPr>
              <w:t>14.89</w:t>
            </w:r>
          </w:p>
        </w:tc>
        <w:tc>
          <w:tcPr>
            <w:tcW w:w="540" w:type="dxa"/>
            <w:tcMar>
              <w:top w:w="28" w:type="dxa"/>
              <w:left w:w="38" w:type="dxa"/>
              <w:bottom w:w="28" w:type="dxa"/>
              <w:right w:w="38" w:type="dxa"/>
            </w:tcMar>
            <w:vAlign w:val="center"/>
          </w:tcPr>
          <w:p w14:paraId="15E944F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0867A4" w14:textId="77777777" w:rsidR="00D60D5E" w:rsidRDefault="00D60D5E">
            <w:pPr>
              <w:jc w:val="center"/>
            </w:pPr>
          </w:p>
        </w:tc>
      </w:tr>
      <w:tr w:rsidR="00D60D5E" w14:paraId="126C05B1" w14:textId="77777777" w:rsidTr="000617E0">
        <w:trPr>
          <w:cantSplit/>
          <w:jc w:val="center"/>
        </w:trPr>
        <w:tc>
          <w:tcPr>
            <w:tcW w:w="677" w:type="dxa"/>
            <w:tcMar>
              <w:top w:w="28" w:type="dxa"/>
              <w:left w:w="38" w:type="dxa"/>
              <w:bottom w:w="28" w:type="dxa"/>
              <w:right w:w="38" w:type="dxa"/>
            </w:tcMar>
            <w:vAlign w:val="center"/>
          </w:tcPr>
          <w:p w14:paraId="11006422" w14:textId="77777777" w:rsidR="00D60D5E" w:rsidRDefault="00891EF0">
            <w:pPr>
              <w:spacing w:after="0" w:line="240" w:lineRule="auto"/>
              <w:jc w:val="center"/>
            </w:pPr>
            <w:r>
              <w:rPr>
                <w:rFonts w:eastAsia="Aptos"/>
                <w:color w:val="6A7075"/>
                <w:sz w:val="17"/>
              </w:rPr>
              <w:t>240-355</w:t>
            </w:r>
          </w:p>
        </w:tc>
        <w:tc>
          <w:tcPr>
            <w:tcW w:w="2648" w:type="dxa"/>
            <w:tcMar>
              <w:top w:w="28" w:type="dxa"/>
              <w:left w:w="38" w:type="dxa"/>
              <w:bottom w:w="28" w:type="dxa"/>
              <w:right w:w="38" w:type="dxa"/>
            </w:tcMar>
            <w:vAlign w:val="center"/>
          </w:tcPr>
          <w:p w14:paraId="570E36C1" w14:textId="77777777" w:rsidR="00D60D5E" w:rsidRDefault="00891EF0">
            <w:pPr>
              <w:spacing w:after="0" w:line="240" w:lineRule="auto"/>
            </w:pPr>
            <w:r>
              <w:rPr>
                <w:rFonts w:eastAsia="Aptos"/>
                <w:sz w:val="17"/>
              </w:rPr>
              <w:t>Rudis Multigrain Bread 18 oz GF</w:t>
            </w:r>
          </w:p>
        </w:tc>
        <w:tc>
          <w:tcPr>
            <w:tcW w:w="630" w:type="dxa"/>
            <w:tcMar>
              <w:top w:w="28" w:type="dxa"/>
              <w:left w:w="38" w:type="dxa"/>
              <w:bottom w:w="28" w:type="dxa"/>
              <w:right w:w="38" w:type="dxa"/>
            </w:tcMar>
            <w:vAlign w:val="center"/>
          </w:tcPr>
          <w:p w14:paraId="5757721D" w14:textId="77777777" w:rsidR="00D60D5E" w:rsidRDefault="00891EF0">
            <w:pPr>
              <w:spacing w:after="0" w:line="240" w:lineRule="auto"/>
              <w:jc w:val="center"/>
            </w:pPr>
            <w:r>
              <w:rPr>
                <w:rFonts w:eastAsia="Aptos"/>
                <w:b/>
                <w:sz w:val="17"/>
              </w:rPr>
              <w:t>14.89</w:t>
            </w:r>
          </w:p>
        </w:tc>
        <w:tc>
          <w:tcPr>
            <w:tcW w:w="540" w:type="dxa"/>
            <w:tcMar>
              <w:top w:w="28" w:type="dxa"/>
              <w:left w:w="38" w:type="dxa"/>
              <w:bottom w:w="28" w:type="dxa"/>
              <w:right w:w="38" w:type="dxa"/>
            </w:tcMar>
            <w:vAlign w:val="center"/>
          </w:tcPr>
          <w:p w14:paraId="50C1A0D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4558CA" w14:textId="77777777" w:rsidR="00D60D5E" w:rsidRDefault="00D60D5E">
            <w:pPr>
              <w:jc w:val="center"/>
            </w:pPr>
          </w:p>
        </w:tc>
      </w:tr>
      <w:tr w:rsidR="00D60D5E" w14:paraId="46E7D89D" w14:textId="77777777" w:rsidTr="000617E0">
        <w:trPr>
          <w:cantSplit/>
          <w:jc w:val="center"/>
        </w:trPr>
        <w:tc>
          <w:tcPr>
            <w:tcW w:w="677" w:type="dxa"/>
            <w:shd w:val="clear" w:color="auto" w:fill="D9EAF7"/>
            <w:tcMar>
              <w:top w:w="28" w:type="dxa"/>
              <w:left w:w="38" w:type="dxa"/>
              <w:bottom w:w="28" w:type="dxa"/>
              <w:right w:w="38" w:type="dxa"/>
            </w:tcMar>
            <w:vAlign w:val="center"/>
          </w:tcPr>
          <w:p w14:paraId="552315A4" w14:textId="77777777" w:rsidR="00D60D5E" w:rsidRDefault="00891EF0">
            <w:pPr>
              <w:spacing w:after="0" w:line="240" w:lineRule="auto"/>
              <w:jc w:val="center"/>
            </w:pPr>
            <w:r>
              <w:rPr>
                <w:rFonts w:eastAsia="Aptos"/>
                <w:b/>
                <w:color w:val="76A943"/>
                <w:sz w:val="18"/>
              </w:rPr>
              <w:t>245-</w:t>
            </w:r>
          </w:p>
        </w:tc>
        <w:tc>
          <w:tcPr>
            <w:tcW w:w="2648" w:type="dxa"/>
            <w:shd w:val="clear" w:color="auto" w:fill="D9EAF7"/>
            <w:tcMar>
              <w:top w:w="28" w:type="dxa"/>
              <w:left w:w="38" w:type="dxa"/>
              <w:bottom w:w="28" w:type="dxa"/>
              <w:right w:w="38" w:type="dxa"/>
            </w:tcMar>
            <w:vAlign w:val="center"/>
          </w:tcPr>
          <w:p w14:paraId="3E021337" w14:textId="77777777" w:rsidR="00D60D5E" w:rsidRDefault="00891EF0">
            <w:pPr>
              <w:spacing w:after="0" w:line="240" w:lineRule="auto"/>
            </w:pPr>
            <w:r>
              <w:rPr>
                <w:rFonts w:eastAsia="Aptos"/>
                <w:b/>
                <w:color w:val="76A943"/>
                <w:sz w:val="18"/>
              </w:rPr>
              <w:t>FRESH BAKERY</w:t>
            </w:r>
          </w:p>
        </w:tc>
        <w:tc>
          <w:tcPr>
            <w:tcW w:w="630" w:type="dxa"/>
            <w:shd w:val="clear" w:color="auto" w:fill="D9EAF7"/>
            <w:tcMar>
              <w:top w:w="28" w:type="dxa"/>
              <w:left w:w="38" w:type="dxa"/>
              <w:bottom w:w="28" w:type="dxa"/>
              <w:right w:w="38" w:type="dxa"/>
            </w:tcMar>
            <w:vAlign w:val="center"/>
          </w:tcPr>
          <w:p w14:paraId="70A7E84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748656E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60C028BE" w14:textId="77777777" w:rsidR="00D60D5E" w:rsidRDefault="00D60D5E">
            <w:pPr>
              <w:jc w:val="center"/>
            </w:pPr>
          </w:p>
        </w:tc>
      </w:tr>
      <w:tr w:rsidR="00D60D5E" w14:paraId="5EAD7331" w14:textId="77777777" w:rsidTr="000617E0">
        <w:trPr>
          <w:cantSplit/>
          <w:jc w:val="center"/>
        </w:trPr>
        <w:tc>
          <w:tcPr>
            <w:tcW w:w="677" w:type="dxa"/>
            <w:tcMar>
              <w:top w:w="28" w:type="dxa"/>
              <w:left w:w="38" w:type="dxa"/>
              <w:bottom w:w="28" w:type="dxa"/>
              <w:right w:w="38" w:type="dxa"/>
            </w:tcMar>
            <w:vAlign w:val="center"/>
          </w:tcPr>
          <w:p w14:paraId="476DE5D6" w14:textId="77777777" w:rsidR="00D60D5E" w:rsidRDefault="00891EF0">
            <w:pPr>
              <w:spacing w:after="0" w:line="240" w:lineRule="auto"/>
              <w:jc w:val="center"/>
            </w:pPr>
            <w:r>
              <w:rPr>
                <w:rFonts w:eastAsia="Aptos"/>
                <w:color w:val="6A7075"/>
                <w:sz w:val="17"/>
              </w:rPr>
              <w:t>245-105</w:t>
            </w:r>
          </w:p>
        </w:tc>
        <w:tc>
          <w:tcPr>
            <w:tcW w:w="2648" w:type="dxa"/>
            <w:tcMar>
              <w:top w:w="28" w:type="dxa"/>
              <w:left w:w="38" w:type="dxa"/>
              <w:bottom w:w="28" w:type="dxa"/>
              <w:right w:w="38" w:type="dxa"/>
            </w:tcMar>
            <w:vAlign w:val="center"/>
          </w:tcPr>
          <w:p w14:paraId="5E1724AC" w14:textId="77777777" w:rsidR="00D60D5E" w:rsidRDefault="00891EF0">
            <w:pPr>
              <w:spacing w:after="0" w:line="240" w:lineRule="auto"/>
            </w:pPr>
            <w:r>
              <w:rPr>
                <w:rFonts w:eastAsia="Aptos"/>
                <w:sz w:val="17"/>
              </w:rPr>
              <w:t>Baguette EA</w:t>
            </w:r>
          </w:p>
        </w:tc>
        <w:tc>
          <w:tcPr>
            <w:tcW w:w="630" w:type="dxa"/>
            <w:tcMar>
              <w:top w:w="28" w:type="dxa"/>
              <w:left w:w="38" w:type="dxa"/>
              <w:bottom w:w="28" w:type="dxa"/>
              <w:right w:w="38" w:type="dxa"/>
            </w:tcMar>
            <w:vAlign w:val="center"/>
          </w:tcPr>
          <w:p w14:paraId="38E6C3D6" w14:textId="77777777" w:rsidR="00D60D5E" w:rsidRDefault="00891EF0">
            <w:pPr>
              <w:spacing w:after="0" w:line="240" w:lineRule="auto"/>
              <w:jc w:val="center"/>
            </w:pPr>
            <w:r>
              <w:rPr>
                <w:rFonts w:eastAsia="Aptos"/>
                <w:b/>
                <w:sz w:val="17"/>
              </w:rPr>
              <w:t>3.55</w:t>
            </w:r>
          </w:p>
        </w:tc>
        <w:tc>
          <w:tcPr>
            <w:tcW w:w="540" w:type="dxa"/>
            <w:tcMar>
              <w:top w:w="28" w:type="dxa"/>
              <w:left w:w="38" w:type="dxa"/>
              <w:bottom w:w="28" w:type="dxa"/>
              <w:right w:w="38" w:type="dxa"/>
            </w:tcMar>
            <w:vAlign w:val="center"/>
          </w:tcPr>
          <w:p w14:paraId="07F3AB0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F60869" w14:textId="77777777" w:rsidR="00D60D5E" w:rsidRDefault="00D60D5E">
            <w:pPr>
              <w:jc w:val="center"/>
            </w:pPr>
          </w:p>
        </w:tc>
      </w:tr>
      <w:tr w:rsidR="00D60D5E" w14:paraId="6960FF9C" w14:textId="77777777" w:rsidTr="000617E0">
        <w:trPr>
          <w:cantSplit/>
          <w:jc w:val="center"/>
        </w:trPr>
        <w:tc>
          <w:tcPr>
            <w:tcW w:w="677" w:type="dxa"/>
            <w:tcMar>
              <w:top w:w="28" w:type="dxa"/>
              <w:left w:w="38" w:type="dxa"/>
              <w:bottom w:w="28" w:type="dxa"/>
              <w:right w:w="38" w:type="dxa"/>
            </w:tcMar>
            <w:vAlign w:val="center"/>
          </w:tcPr>
          <w:p w14:paraId="3F2910D8" w14:textId="77777777" w:rsidR="00D60D5E" w:rsidRDefault="00891EF0">
            <w:pPr>
              <w:spacing w:after="0" w:line="240" w:lineRule="auto"/>
              <w:jc w:val="center"/>
            </w:pPr>
            <w:r>
              <w:rPr>
                <w:rFonts w:eastAsia="Aptos"/>
                <w:color w:val="6A7075"/>
                <w:sz w:val="17"/>
              </w:rPr>
              <w:t>245-110</w:t>
            </w:r>
          </w:p>
        </w:tc>
        <w:tc>
          <w:tcPr>
            <w:tcW w:w="2648" w:type="dxa"/>
            <w:tcMar>
              <w:top w:w="28" w:type="dxa"/>
              <w:left w:w="38" w:type="dxa"/>
              <w:bottom w:w="28" w:type="dxa"/>
              <w:right w:w="38" w:type="dxa"/>
            </w:tcMar>
            <w:vAlign w:val="center"/>
          </w:tcPr>
          <w:p w14:paraId="2577F37B" w14:textId="77777777" w:rsidR="00D60D5E" w:rsidRDefault="00891EF0">
            <w:pPr>
              <w:spacing w:after="0" w:line="240" w:lineRule="auto"/>
            </w:pPr>
            <w:r>
              <w:rPr>
                <w:rFonts w:eastAsia="Aptos"/>
                <w:sz w:val="17"/>
              </w:rPr>
              <w:t>Batard EA</w:t>
            </w:r>
          </w:p>
        </w:tc>
        <w:tc>
          <w:tcPr>
            <w:tcW w:w="630" w:type="dxa"/>
            <w:tcMar>
              <w:top w:w="28" w:type="dxa"/>
              <w:left w:w="38" w:type="dxa"/>
              <w:bottom w:w="28" w:type="dxa"/>
              <w:right w:w="38" w:type="dxa"/>
            </w:tcMar>
            <w:vAlign w:val="center"/>
          </w:tcPr>
          <w:p w14:paraId="05C47454"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5CAF68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4104C6" w14:textId="77777777" w:rsidR="00D60D5E" w:rsidRDefault="00D60D5E">
            <w:pPr>
              <w:jc w:val="center"/>
            </w:pPr>
          </w:p>
        </w:tc>
      </w:tr>
      <w:tr w:rsidR="00D60D5E" w14:paraId="5D73DC50" w14:textId="77777777" w:rsidTr="000617E0">
        <w:trPr>
          <w:cantSplit/>
          <w:jc w:val="center"/>
        </w:trPr>
        <w:tc>
          <w:tcPr>
            <w:tcW w:w="677" w:type="dxa"/>
            <w:tcMar>
              <w:top w:w="28" w:type="dxa"/>
              <w:left w:w="38" w:type="dxa"/>
              <w:bottom w:w="28" w:type="dxa"/>
              <w:right w:w="38" w:type="dxa"/>
            </w:tcMar>
            <w:vAlign w:val="center"/>
          </w:tcPr>
          <w:p w14:paraId="493B0227" w14:textId="77777777" w:rsidR="00D60D5E" w:rsidRDefault="00891EF0">
            <w:pPr>
              <w:spacing w:after="0" w:line="240" w:lineRule="auto"/>
              <w:jc w:val="center"/>
            </w:pPr>
            <w:r>
              <w:rPr>
                <w:rFonts w:eastAsia="Aptos"/>
                <w:color w:val="6A7075"/>
                <w:sz w:val="17"/>
              </w:rPr>
              <w:t>245-115</w:t>
            </w:r>
          </w:p>
        </w:tc>
        <w:tc>
          <w:tcPr>
            <w:tcW w:w="2648" w:type="dxa"/>
            <w:tcMar>
              <w:top w:w="28" w:type="dxa"/>
              <w:left w:w="38" w:type="dxa"/>
              <w:bottom w:w="28" w:type="dxa"/>
              <w:right w:w="38" w:type="dxa"/>
            </w:tcMar>
            <w:vAlign w:val="center"/>
          </w:tcPr>
          <w:p w14:paraId="77CE5D05" w14:textId="77777777" w:rsidR="00D60D5E" w:rsidRDefault="00891EF0">
            <w:pPr>
              <w:spacing w:after="0" w:line="240" w:lineRule="auto"/>
            </w:pPr>
            <w:r>
              <w:rPr>
                <w:rFonts w:eastAsia="Aptos"/>
                <w:sz w:val="17"/>
              </w:rPr>
              <w:t>Half Baguette pk</w:t>
            </w:r>
          </w:p>
        </w:tc>
        <w:tc>
          <w:tcPr>
            <w:tcW w:w="630" w:type="dxa"/>
            <w:tcMar>
              <w:top w:w="28" w:type="dxa"/>
              <w:left w:w="38" w:type="dxa"/>
              <w:bottom w:w="28" w:type="dxa"/>
              <w:right w:w="38" w:type="dxa"/>
            </w:tcMar>
            <w:vAlign w:val="center"/>
          </w:tcPr>
          <w:p w14:paraId="42D37444" w14:textId="77777777" w:rsidR="00D60D5E" w:rsidRDefault="00891EF0">
            <w:pPr>
              <w:spacing w:after="0" w:line="240" w:lineRule="auto"/>
              <w:jc w:val="center"/>
            </w:pPr>
            <w:r>
              <w:rPr>
                <w:rFonts w:eastAsia="Aptos"/>
                <w:b/>
                <w:sz w:val="17"/>
              </w:rPr>
              <w:t>1.85</w:t>
            </w:r>
          </w:p>
        </w:tc>
        <w:tc>
          <w:tcPr>
            <w:tcW w:w="540" w:type="dxa"/>
            <w:tcMar>
              <w:top w:w="28" w:type="dxa"/>
              <w:left w:w="38" w:type="dxa"/>
              <w:bottom w:w="28" w:type="dxa"/>
              <w:right w:w="38" w:type="dxa"/>
            </w:tcMar>
            <w:vAlign w:val="center"/>
          </w:tcPr>
          <w:p w14:paraId="45201A7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A3FED3" w14:textId="77777777" w:rsidR="00D60D5E" w:rsidRDefault="00D60D5E">
            <w:pPr>
              <w:jc w:val="center"/>
            </w:pPr>
          </w:p>
        </w:tc>
      </w:tr>
      <w:tr w:rsidR="00D60D5E" w14:paraId="590602EE" w14:textId="77777777" w:rsidTr="000617E0">
        <w:trPr>
          <w:cantSplit/>
          <w:jc w:val="center"/>
        </w:trPr>
        <w:tc>
          <w:tcPr>
            <w:tcW w:w="677" w:type="dxa"/>
            <w:tcMar>
              <w:top w:w="28" w:type="dxa"/>
              <w:left w:w="38" w:type="dxa"/>
              <w:bottom w:w="28" w:type="dxa"/>
              <w:right w:w="38" w:type="dxa"/>
            </w:tcMar>
            <w:vAlign w:val="center"/>
          </w:tcPr>
          <w:p w14:paraId="40D7C60C" w14:textId="77777777" w:rsidR="00D60D5E" w:rsidRDefault="00891EF0">
            <w:pPr>
              <w:spacing w:after="0" w:line="240" w:lineRule="auto"/>
              <w:jc w:val="center"/>
            </w:pPr>
            <w:r>
              <w:rPr>
                <w:rFonts w:eastAsia="Aptos"/>
                <w:color w:val="6A7075"/>
                <w:sz w:val="17"/>
              </w:rPr>
              <w:t>245-120</w:t>
            </w:r>
          </w:p>
        </w:tc>
        <w:tc>
          <w:tcPr>
            <w:tcW w:w="2648" w:type="dxa"/>
            <w:tcMar>
              <w:top w:w="28" w:type="dxa"/>
              <w:left w:w="38" w:type="dxa"/>
              <w:bottom w:w="28" w:type="dxa"/>
              <w:right w:w="38" w:type="dxa"/>
            </w:tcMar>
            <w:vAlign w:val="center"/>
          </w:tcPr>
          <w:p w14:paraId="30D5A429" w14:textId="77777777" w:rsidR="00D60D5E" w:rsidRDefault="00891EF0">
            <w:pPr>
              <w:spacing w:after="0" w:line="240" w:lineRule="auto"/>
            </w:pPr>
            <w:r>
              <w:rPr>
                <w:rFonts w:eastAsia="Aptos"/>
                <w:sz w:val="17"/>
              </w:rPr>
              <w:t>Mini Baguette 2Pk for Subs</w:t>
            </w:r>
          </w:p>
        </w:tc>
        <w:tc>
          <w:tcPr>
            <w:tcW w:w="630" w:type="dxa"/>
            <w:tcMar>
              <w:top w:w="28" w:type="dxa"/>
              <w:left w:w="38" w:type="dxa"/>
              <w:bottom w:w="28" w:type="dxa"/>
              <w:right w:w="38" w:type="dxa"/>
            </w:tcMar>
            <w:vAlign w:val="center"/>
          </w:tcPr>
          <w:p w14:paraId="0F077EA8" w14:textId="77777777" w:rsidR="00D60D5E" w:rsidRDefault="00891EF0">
            <w:pPr>
              <w:spacing w:after="0" w:line="240" w:lineRule="auto"/>
              <w:jc w:val="center"/>
            </w:pPr>
            <w:r>
              <w:rPr>
                <w:rFonts w:eastAsia="Aptos"/>
                <w:b/>
                <w:sz w:val="17"/>
              </w:rPr>
              <w:t>4.50</w:t>
            </w:r>
          </w:p>
        </w:tc>
        <w:tc>
          <w:tcPr>
            <w:tcW w:w="540" w:type="dxa"/>
            <w:tcMar>
              <w:top w:w="28" w:type="dxa"/>
              <w:left w:w="38" w:type="dxa"/>
              <w:bottom w:w="28" w:type="dxa"/>
              <w:right w:w="38" w:type="dxa"/>
            </w:tcMar>
            <w:vAlign w:val="center"/>
          </w:tcPr>
          <w:p w14:paraId="2D92AAA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A8B3C8" w14:textId="77777777" w:rsidR="00D60D5E" w:rsidRDefault="00D60D5E">
            <w:pPr>
              <w:jc w:val="center"/>
            </w:pPr>
          </w:p>
        </w:tc>
      </w:tr>
      <w:tr w:rsidR="00D60D5E" w14:paraId="30EA8B10" w14:textId="77777777" w:rsidTr="000617E0">
        <w:trPr>
          <w:cantSplit/>
          <w:jc w:val="center"/>
        </w:trPr>
        <w:tc>
          <w:tcPr>
            <w:tcW w:w="677" w:type="dxa"/>
            <w:tcMar>
              <w:top w:w="28" w:type="dxa"/>
              <w:left w:w="38" w:type="dxa"/>
              <w:bottom w:w="28" w:type="dxa"/>
              <w:right w:w="38" w:type="dxa"/>
            </w:tcMar>
            <w:vAlign w:val="center"/>
          </w:tcPr>
          <w:p w14:paraId="56AB474A" w14:textId="77777777" w:rsidR="00D60D5E" w:rsidRDefault="00891EF0">
            <w:pPr>
              <w:spacing w:after="0" w:line="240" w:lineRule="auto"/>
              <w:jc w:val="center"/>
            </w:pPr>
            <w:r>
              <w:rPr>
                <w:rFonts w:eastAsia="Aptos"/>
                <w:color w:val="6A7075"/>
                <w:sz w:val="17"/>
              </w:rPr>
              <w:t>245-125</w:t>
            </w:r>
          </w:p>
        </w:tc>
        <w:tc>
          <w:tcPr>
            <w:tcW w:w="2648" w:type="dxa"/>
            <w:tcMar>
              <w:top w:w="28" w:type="dxa"/>
              <w:left w:w="38" w:type="dxa"/>
              <w:bottom w:w="28" w:type="dxa"/>
              <w:right w:w="38" w:type="dxa"/>
            </w:tcMar>
            <w:vAlign w:val="center"/>
          </w:tcPr>
          <w:p w14:paraId="03DAD221" w14:textId="77777777" w:rsidR="00D60D5E" w:rsidRDefault="00891EF0">
            <w:pPr>
              <w:spacing w:after="0" w:line="240" w:lineRule="auto"/>
            </w:pPr>
            <w:r>
              <w:rPr>
                <w:rFonts w:eastAsia="Aptos"/>
                <w:sz w:val="17"/>
              </w:rPr>
              <w:t>Half-Baguette Wheat pk</w:t>
            </w:r>
          </w:p>
        </w:tc>
        <w:tc>
          <w:tcPr>
            <w:tcW w:w="630" w:type="dxa"/>
            <w:tcMar>
              <w:top w:w="28" w:type="dxa"/>
              <w:left w:w="38" w:type="dxa"/>
              <w:bottom w:w="28" w:type="dxa"/>
              <w:right w:w="38" w:type="dxa"/>
            </w:tcMar>
            <w:vAlign w:val="center"/>
          </w:tcPr>
          <w:p w14:paraId="7CBBF335"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516E33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B81AD8" w14:textId="77777777" w:rsidR="00D60D5E" w:rsidRDefault="00D60D5E">
            <w:pPr>
              <w:jc w:val="center"/>
            </w:pPr>
          </w:p>
        </w:tc>
      </w:tr>
      <w:tr w:rsidR="00D60D5E" w14:paraId="7DA24370" w14:textId="77777777" w:rsidTr="000617E0">
        <w:trPr>
          <w:cantSplit/>
          <w:jc w:val="center"/>
        </w:trPr>
        <w:tc>
          <w:tcPr>
            <w:tcW w:w="677" w:type="dxa"/>
            <w:tcMar>
              <w:top w:w="28" w:type="dxa"/>
              <w:left w:w="38" w:type="dxa"/>
              <w:bottom w:w="28" w:type="dxa"/>
              <w:right w:w="38" w:type="dxa"/>
            </w:tcMar>
            <w:vAlign w:val="center"/>
          </w:tcPr>
          <w:p w14:paraId="30E5C04D" w14:textId="77777777" w:rsidR="00D60D5E" w:rsidRDefault="00891EF0">
            <w:pPr>
              <w:spacing w:after="0" w:line="240" w:lineRule="auto"/>
              <w:jc w:val="center"/>
            </w:pPr>
            <w:r>
              <w:rPr>
                <w:rFonts w:eastAsia="Aptos"/>
                <w:color w:val="6A7075"/>
                <w:sz w:val="17"/>
              </w:rPr>
              <w:t>245-130</w:t>
            </w:r>
          </w:p>
        </w:tc>
        <w:tc>
          <w:tcPr>
            <w:tcW w:w="2648" w:type="dxa"/>
            <w:tcMar>
              <w:top w:w="28" w:type="dxa"/>
              <w:left w:w="38" w:type="dxa"/>
              <w:bottom w:w="28" w:type="dxa"/>
              <w:right w:w="38" w:type="dxa"/>
            </w:tcMar>
            <w:vAlign w:val="center"/>
          </w:tcPr>
          <w:p w14:paraId="790F1B7E" w14:textId="77777777" w:rsidR="00D60D5E" w:rsidRDefault="00891EF0">
            <w:pPr>
              <w:spacing w:after="0" w:line="240" w:lineRule="auto"/>
            </w:pPr>
            <w:r>
              <w:rPr>
                <w:rFonts w:eastAsia="Aptos"/>
                <w:sz w:val="17"/>
              </w:rPr>
              <w:t>Mini-Baguette Wheat pk</w:t>
            </w:r>
          </w:p>
        </w:tc>
        <w:tc>
          <w:tcPr>
            <w:tcW w:w="630" w:type="dxa"/>
            <w:tcMar>
              <w:top w:w="28" w:type="dxa"/>
              <w:left w:w="38" w:type="dxa"/>
              <w:bottom w:w="28" w:type="dxa"/>
              <w:right w:w="38" w:type="dxa"/>
            </w:tcMar>
            <w:vAlign w:val="center"/>
          </w:tcPr>
          <w:p w14:paraId="539EA297" w14:textId="77777777" w:rsidR="00D60D5E" w:rsidRDefault="00891EF0">
            <w:pPr>
              <w:spacing w:after="0" w:line="240" w:lineRule="auto"/>
              <w:jc w:val="center"/>
            </w:pPr>
            <w:r>
              <w:rPr>
                <w:rFonts w:eastAsia="Aptos"/>
                <w:b/>
                <w:sz w:val="17"/>
              </w:rPr>
              <w:t>3.90</w:t>
            </w:r>
          </w:p>
        </w:tc>
        <w:tc>
          <w:tcPr>
            <w:tcW w:w="540" w:type="dxa"/>
            <w:tcMar>
              <w:top w:w="28" w:type="dxa"/>
              <w:left w:w="38" w:type="dxa"/>
              <w:bottom w:w="28" w:type="dxa"/>
              <w:right w:w="38" w:type="dxa"/>
            </w:tcMar>
            <w:vAlign w:val="center"/>
          </w:tcPr>
          <w:p w14:paraId="07D0516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CF8806" w14:textId="77777777" w:rsidR="00D60D5E" w:rsidRDefault="00D60D5E">
            <w:pPr>
              <w:jc w:val="center"/>
            </w:pPr>
          </w:p>
        </w:tc>
      </w:tr>
      <w:tr w:rsidR="00D60D5E" w14:paraId="6F70B943" w14:textId="77777777" w:rsidTr="000617E0">
        <w:trPr>
          <w:cantSplit/>
          <w:jc w:val="center"/>
        </w:trPr>
        <w:tc>
          <w:tcPr>
            <w:tcW w:w="677" w:type="dxa"/>
            <w:tcMar>
              <w:top w:w="28" w:type="dxa"/>
              <w:left w:w="38" w:type="dxa"/>
              <w:bottom w:w="28" w:type="dxa"/>
              <w:right w:w="38" w:type="dxa"/>
            </w:tcMar>
            <w:vAlign w:val="center"/>
          </w:tcPr>
          <w:p w14:paraId="55022A27" w14:textId="77777777" w:rsidR="00D60D5E" w:rsidRDefault="00891EF0">
            <w:pPr>
              <w:spacing w:after="0" w:line="240" w:lineRule="auto"/>
              <w:jc w:val="center"/>
            </w:pPr>
            <w:r>
              <w:rPr>
                <w:rFonts w:eastAsia="Aptos"/>
                <w:color w:val="6A7075"/>
                <w:sz w:val="17"/>
              </w:rPr>
              <w:t>245-135</w:t>
            </w:r>
          </w:p>
        </w:tc>
        <w:tc>
          <w:tcPr>
            <w:tcW w:w="2648" w:type="dxa"/>
            <w:tcMar>
              <w:top w:w="28" w:type="dxa"/>
              <w:left w:w="38" w:type="dxa"/>
              <w:bottom w:w="28" w:type="dxa"/>
              <w:right w:w="38" w:type="dxa"/>
            </w:tcMar>
            <w:vAlign w:val="center"/>
          </w:tcPr>
          <w:p w14:paraId="4F180DC8" w14:textId="77777777" w:rsidR="00D60D5E" w:rsidRDefault="00891EF0">
            <w:pPr>
              <w:spacing w:after="0" w:line="240" w:lineRule="auto"/>
            </w:pPr>
            <w:r>
              <w:rPr>
                <w:rFonts w:eastAsia="Aptos"/>
                <w:sz w:val="17"/>
              </w:rPr>
              <w:t>Asst. Dinner Rolls 6PK (12PK)</w:t>
            </w:r>
          </w:p>
        </w:tc>
        <w:tc>
          <w:tcPr>
            <w:tcW w:w="630" w:type="dxa"/>
            <w:tcMar>
              <w:top w:w="28" w:type="dxa"/>
              <w:left w:w="38" w:type="dxa"/>
              <w:bottom w:w="28" w:type="dxa"/>
              <w:right w:w="38" w:type="dxa"/>
            </w:tcMar>
            <w:vAlign w:val="center"/>
          </w:tcPr>
          <w:p w14:paraId="68D595E8" w14:textId="77777777" w:rsidR="00D60D5E" w:rsidRDefault="00891EF0">
            <w:pPr>
              <w:spacing w:after="0" w:line="240" w:lineRule="auto"/>
              <w:jc w:val="center"/>
            </w:pPr>
            <w:r>
              <w:rPr>
                <w:rFonts w:eastAsia="Aptos"/>
                <w:b/>
                <w:sz w:val="17"/>
              </w:rPr>
              <w:t>3.59</w:t>
            </w:r>
          </w:p>
        </w:tc>
        <w:tc>
          <w:tcPr>
            <w:tcW w:w="540" w:type="dxa"/>
            <w:tcMar>
              <w:top w:w="28" w:type="dxa"/>
              <w:left w:w="38" w:type="dxa"/>
              <w:bottom w:w="28" w:type="dxa"/>
              <w:right w:w="38" w:type="dxa"/>
            </w:tcMar>
            <w:vAlign w:val="center"/>
          </w:tcPr>
          <w:p w14:paraId="64E4E6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785564" w14:textId="77777777" w:rsidR="00D60D5E" w:rsidRDefault="00D60D5E">
            <w:pPr>
              <w:jc w:val="center"/>
            </w:pPr>
          </w:p>
        </w:tc>
      </w:tr>
      <w:tr w:rsidR="00D60D5E" w14:paraId="13886E62" w14:textId="77777777" w:rsidTr="000617E0">
        <w:trPr>
          <w:cantSplit/>
          <w:jc w:val="center"/>
        </w:trPr>
        <w:tc>
          <w:tcPr>
            <w:tcW w:w="677" w:type="dxa"/>
            <w:tcMar>
              <w:top w:w="28" w:type="dxa"/>
              <w:left w:w="38" w:type="dxa"/>
              <w:bottom w:w="28" w:type="dxa"/>
              <w:right w:w="38" w:type="dxa"/>
            </w:tcMar>
            <w:vAlign w:val="center"/>
          </w:tcPr>
          <w:p w14:paraId="52803AAC" w14:textId="77777777" w:rsidR="00D60D5E" w:rsidRDefault="00891EF0">
            <w:pPr>
              <w:spacing w:after="0" w:line="240" w:lineRule="auto"/>
              <w:jc w:val="center"/>
            </w:pPr>
            <w:r>
              <w:rPr>
                <w:rFonts w:eastAsia="Aptos"/>
                <w:color w:val="6A7075"/>
                <w:sz w:val="17"/>
              </w:rPr>
              <w:t>245-140</w:t>
            </w:r>
          </w:p>
        </w:tc>
        <w:tc>
          <w:tcPr>
            <w:tcW w:w="2648" w:type="dxa"/>
            <w:tcMar>
              <w:top w:w="28" w:type="dxa"/>
              <w:left w:w="38" w:type="dxa"/>
              <w:bottom w:w="28" w:type="dxa"/>
              <w:right w:w="38" w:type="dxa"/>
            </w:tcMar>
            <w:vAlign w:val="center"/>
          </w:tcPr>
          <w:p w14:paraId="1C57B1BA" w14:textId="77777777" w:rsidR="00D60D5E" w:rsidRDefault="00891EF0">
            <w:pPr>
              <w:spacing w:after="0" w:line="240" w:lineRule="auto"/>
            </w:pPr>
            <w:r>
              <w:rPr>
                <w:rFonts w:eastAsia="Aptos"/>
                <w:sz w:val="17"/>
              </w:rPr>
              <w:t>Dinner Roll Wheel pk</w:t>
            </w:r>
          </w:p>
        </w:tc>
        <w:tc>
          <w:tcPr>
            <w:tcW w:w="630" w:type="dxa"/>
            <w:tcMar>
              <w:top w:w="28" w:type="dxa"/>
              <w:left w:w="38" w:type="dxa"/>
              <w:bottom w:w="28" w:type="dxa"/>
              <w:right w:w="38" w:type="dxa"/>
            </w:tcMar>
            <w:vAlign w:val="center"/>
          </w:tcPr>
          <w:p w14:paraId="6B49ECDB" w14:textId="77777777" w:rsidR="00D60D5E" w:rsidRDefault="00891EF0">
            <w:pPr>
              <w:spacing w:after="0" w:line="240" w:lineRule="auto"/>
              <w:jc w:val="center"/>
            </w:pPr>
            <w:r>
              <w:rPr>
                <w:rFonts w:eastAsia="Aptos"/>
                <w:b/>
                <w:sz w:val="17"/>
              </w:rPr>
              <w:t>7.08</w:t>
            </w:r>
          </w:p>
        </w:tc>
        <w:tc>
          <w:tcPr>
            <w:tcW w:w="540" w:type="dxa"/>
            <w:tcMar>
              <w:top w:w="28" w:type="dxa"/>
              <w:left w:w="38" w:type="dxa"/>
              <w:bottom w:w="28" w:type="dxa"/>
              <w:right w:w="38" w:type="dxa"/>
            </w:tcMar>
            <w:vAlign w:val="center"/>
          </w:tcPr>
          <w:p w14:paraId="0E1087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3B0DAD" w14:textId="77777777" w:rsidR="00D60D5E" w:rsidRDefault="00D60D5E">
            <w:pPr>
              <w:jc w:val="center"/>
            </w:pPr>
          </w:p>
        </w:tc>
      </w:tr>
      <w:tr w:rsidR="00D60D5E" w14:paraId="0935BD2A" w14:textId="77777777" w:rsidTr="000617E0">
        <w:trPr>
          <w:cantSplit/>
          <w:jc w:val="center"/>
        </w:trPr>
        <w:tc>
          <w:tcPr>
            <w:tcW w:w="677" w:type="dxa"/>
            <w:tcMar>
              <w:top w:w="28" w:type="dxa"/>
              <w:left w:w="38" w:type="dxa"/>
              <w:bottom w:w="28" w:type="dxa"/>
              <w:right w:w="38" w:type="dxa"/>
            </w:tcMar>
            <w:vAlign w:val="center"/>
          </w:tcPr>
          <w:p w14:paraId="73FF527B" w14:textId="77777777" w:rsidR="00D60D5E" w:rsidRDefault="00891EF0">
            <w:pPr>
              <w:spacing w:after="0" w:line="240" w:lineRule="auto"/>
              <w:jc w:val="center"/>
            </w:pPr>
            <w:r>
              <w:rPr>
                <w:rFonts w:eastAsia="Aptos"/>
                <w:color w:val="6A7075"/>
                <w:sz w:val="17"/>
              </w:rPr>
              <w:t>245-145</w:t>
            </w:r>
          </w:p>
        </w:tc>
        <w:tc>
          <w:tcPr>
            <w:tcW w:w="2648" w:type="dxa"/>
            <w:tcMar>
              <w:top w:w="28" w:type="dxa"/>
              <w:left w:w="38" w:type="dxa"/>
              <w:bottom w:w="28" w:type="dxa"/>
              <w:right w:w="38" w:type="dxa"/>
            </w:tcMar>
            <w:vAlign w:val="center"/>
          </w:tcPr>
          <w:p w14:paraId="250C3152" w14:textId="77777777" w:rsidR="00D60D5E" w:rsidRDefault="00891EF0">
            <w:pPr>
              <w:spacing w:after="0" w:line="240" w:lineRule="auto"/>
            </w:pPr>
            <w:r>
              <w:rPr>
                <w:rFonts w:eastAsia="Aptos"/>
                <w:sz w:val="17"/>
              </w:rPr>
              <w:t>Sour Dough Sliced/unsliced  EA</w:t>
            </w:r>
          </w:p>
        </w:tc>
        <w:tc>
          <w:tcPr>
            <w:tcW w:w="630" w:type="dxa"/>
            <w:tcMar>
              <w:top w:w="28" w:type="dxa"/>
              <w:left w:w="38" w:type="dxa"/>
              <w:bottom w:w="28" w:type="dxa"/>
              <w:right w:w="38" w:type="dxa"/>
            </w:tcMar>
            <w:vAlign w:val="center"/>
          </w:tcPr>
          <w:p w14:paraId="5FCCDB59" w14:textId="77777777" w:rsidR="00D60D5E" w:rsidRDefault="00891EF0">
            <w:pPr>
              <w:spacing w:after="0" w:line="240" w:lineRule="auto"/>
              <w:jc w:val="center"/>
            </w:pPr>
            <w:r>
              <w:rPr>
                <w:rFonts w:eastAsia="Aptos"/>
                <w:b/>
                <w:sz w:val="17"/>
              </w:rPr>
              <w:t>7.59</w:t>
            </w:r>
          </w:p>
        </w:tc>
        <w:tc>
          <w:tcPr>
            <w:tcW w:w="540" w:type="dxa"/>
            <w:tcMar>
              <w:top w:w="28" w:type="dxa"/>
              <w:left w:w="38" w:type="dxa"/>
              <w:bottom w:w="28" w:type="dxa"/>
              <w:right w:w="38" w:type="dxa"/>
            </w:tcMar>
            <w:vAlign w:val="center"/>
          </w:tcPr>
          <w:p w14:paraId="5107C6E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65DF56" w14:textId="77777777" w:rsidR="00D60D5E" w:rsidRDefault="00D60D5E">
            <w:pPr>
              <w:jc w:val="center"/>
            </w:pPr>
          </w:p>
        </w:tc>
      </w:tr>
      <w:tr w:rsidR="00D60D5E" w14:paraId="0B7C34AE" w14:textId="77777777" w:rsidTr="000617E0">
        <w:trPr>
          <w:cantSplit/>
          <w:jc w:val="center"/>
        </w:trPr>
        <w:tc>
          <w:tcPr>
            <w:tcW w:w="677" w:type="dxa"/>
            <w:tcMar>
              <w:top w:w="28" w:type="dxa"/>
              <w:left w:w="38" w:type="dxa"/>
              <w:bottom w:w="28" w:type="dxa"/>
              <w:right w:w="38" w:type="dxa"/>
            </w:tcMar>
            <w:vAlign w:val="center"/>
          </w:tcPr>
          <w:p w14:paraId="6DA69C58" w14:textId="77777777" w:rsidR="00D60D5E" w:rsidRDefault="00891EF0">
            <w:pPr>
              <w:spacing w:after="0" w:line="240" w:lineRule="auto"/>
              <w:jc w:val="center"/>
            </w:pPr>
            <w:r>
              <w:rPr>
                <w:rFonts w:eastAsia="Aptos"/>
                <w:color w:val="6A7075"/>
                <w:sz w:val="17"/>
              </w:rPr>
              <w:t>245-150</w:t>
            </w:r>
          </w:p>
        </w:tc>
        <w:tc>
          <w:tcPr>
            <w:tcW w:w="2648" w:type="dxa"/>
            <w:tcMar>
              <w:top w:w="28" w:type="dxa"/>
              <w:left w:w="38" w:type="dxa"/>
              <w:bottom w:w="28" w:type="dxa"/>
              <w:right w:w="38" w:type="dxa"/>
            </w:tcMar>
            <w:vAlign w:val="center"/>
          </w:tcPr>
          <w:p w14:paraId="2BC8BCA1" w14:textId="77777777" w:rsidR="00D60D5E" w:rsidRDefault="00891EF0">
            <w:pPr>
              <w:spacing w:after="0" w:line="240" w:lineRule="auto"/>
            </w:pPr>
            <w:r>
              <w:rPr>
                <w:rFonts w:eastAsia="Aptos"/>
                <w:sz w:val="17"/>
              </w:rPr>
              <w:t>Seven Grain 24oz Sliced/Unsliced EA</w:t>
            </w:r>
          </w:p>
        </w:tc>
        <w:tc>
          <w:tcPr>
            <w:tcW w:w="630" w:type="dxa"/>
            <w:tcMar>
              <w:top w:w="28" w:type="dxa"/>
              <w:left w:w="38" w:type="dxa"/>
              <w:bottom w:w="28" w:type="dxa"/>
              <w:right w:w="38" w:type="dxa"/>
            </w:tcMar>
            <w:vAlign w:val="center"/>
          </w:tcPr>
          <w:p w14:paraId="4EF92C40"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4823833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6CD6E1" w14:textId="77777777" w:rsidR="00D60D5E" w:rsidRDefault="00D60D5E">
            <w:pPr>
              <w:jc w:val="center"/>
            </w:pPr>
          </w:p>
        </w:tc>
      </w:tr>
      <w:tr w:rsidR="00D60D5E" w14:paraId="7969963F" w14:textId="77777777" w:rsidTr="000617E0">
        <w:trPr>
          <w:cantSplit/>
          <w:jc w:val="center"/>
        </w:trPr>
        <w:tc>
          <w:tcPr>
            <w:tcW w:w="677" w:type="dxa"/>
            <w:tcMar>
              <w:top w:w="28" w:type="dxa"/>
              <w:left w:w="38" w:type="dxa"/>
              <w:bottom w:w="28" w:type="dxa"/>
              <w:right w:w="38" w:type="dxa"/>
            </w:tcMar>
            <w:vAlign w:val="center"/>
          </w:tcPr>
          <w:p w14:paraId="36FDC0DE" w14:textId="77777777" w:rsidR="00D60D5E" w:rsidRDefault="00891EF0">
            <w:pPr>
              <w:spacing w:after="0" w:line="240" w:lineRule="auto"/>
              <w:jc w:val="center"/>
            </w:pPr>
            <w:r>
              <w:rPr>
                <w:rFonts w:eastAsia="Aptos"/>
                <w:color w:val="6A7075"/>
                <w:sz w:val="17"/>
              </w:rPr>
              <w:t>245-155</w:t>
            </w:r>
          </w:p>
        </w:tc>
        <w:tc>
          <w:tcPr>
            <w:tcW w:w="2648" w:type="dxa"/>
            <w:tcMar>
              <w:top w:w="28" w:type="dxa"/>
              <w:left w:w="38" w:type="dxa"/>
              <w:bottom w:w="28" w:type="dxa"/>
              <w:right w:w="38" w:type="dxa"/>
            </w:tcMar>
            <w:vAlign w:val="center"/>
          </w:tcPr>
          <w:p w14:paraId="3FDCCD54" w14:textId="77777777" w:rsidR="00D60D5E" w:rsidRDefault="00891EF0">
            <w:pPr>
              <w:spacing w:after="0" w:line="240" w:lineRule="auto"/>
            </w:pPr>
            <w:r>
              <w:rPr>
                <w:rFonts w:eastAsia="Aptos"/>
                <w:sz w:val="17"/>
              </w:rPr>
              <w:t>Rye 20oz sliced/unsliced EA</w:t>
            </w:r>
          </w:p>
        </w:tc>
        <w:tc>
          <w:tcPr>
            <w:tcW w:w="630" w:type="dxa"/>
            <w:tcMar>
              <w:top w:w="28" w:type="dxa"/>
              <w:left w:w="38" w:type="dxa"/>
              <w:bottom w:w="28" w:type="dxa"/>
              <w:right w:w="38" w:type="dxa"/>
            </w:tcMar>
            <w:vAlign w:val="center"/>
          </w:tcPr>
          <w:p w14:paraId="14BDF0B3" w14:textId="77777777" w:rsidR="00D60D5E" w:rsidRDefault="00891EF0">
            <w:pPr>
              <w:spacing w:after="0" w:line="240" w:lineRule="auto"/>
              <w:jc w:val="center"/>
            </w:pPr>
            <w:r>
              <w:rPr>
                <w:rFonts w:eastAsia="Aptos"/>
                <w:b/>
                <w:sz w:val="17"/>
              </w:rPr>
              <w:t>7.80</w:t>
            </w:r>
          </w:p>
        </w:tc>
        <w:tc>
          <w:tcPr>
            <w:tcW w:w="540" w:type="dxa"/>
            <w:tcMar>
              <w:top w:w="28" w:type="dxa"/>
              <w:left w:w="38" w:type="dxa"/>
              <w:bottom w:w="28" w:type="dxa"/>
              <w:right w:w="38" w:type="dxa"/>
            </w:tcMar>
            <w:vAlign w:val="center"/>
          </w:tcPr>
          <w:p w14:paraId="55C7CD0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127D9B" w14:textId="77777777" w:rsidR="00D60D5E" w:rsidRDefault="00D60D5E">
            <w:pPr>
              <w:jc w:val="center"/>
            </w:pPr>
          </w:p>
        </w:tc>
      </w:tr>
      <w:tr w:rsidR="00D60D5E" w14:paraId="0DAEC5AB" w14:textId="77777777" w:rsidTr="000617E0">
        <w:trPr>
          <w:cantSplit/>
          <w:jc w:val="center"/>
        </w:trPr>
        <w:tc>
          <w:tcPr>
            <w:tcW w:w="677" w:type="dxa"/>
            <w:tcMar>
              <w:top w:w="28" w:type="dxa"/>
              <w:left w:w="38" w:type="dxa"/>
              <w:bottom w:w="28" w:type="dxa"/>
              <w:right w:w="38" w:type="dxa"/>
            </w:tcMar>
            <w:vAlign w:val="center"/>
          </w:tcPr>
          <w:p w14:paraId="62B5E14D" w14:textId="77777777" w:rsidR="00D60D5E" w:rsidRDefault="00891EF0">
            <w:pPr>
              <w:spacing w:after="0" w:line="240" w:lineRule="auto"/>
              <w:jc w:val="center"/>
            </w:pPr>
            <w:r>
              <w:rPr>
                <w:rFonts w:eastAsia="Aptos"/>
                <w:color w:val="6A7075"/>
                <w:sz w:val="17"/>
              </w:rPr>
              <w:t>245-160</w:t>
            </w:r>
          </w:p>
        </w:tc>
        <w:tc>
          <w:tcPr>
            <w:tcW w:w="2648" w:type="dxa"/>
            <w:tcMar>
              <w:top w:w="28" w:type="dxa"/>
              <w:left w:w="38" w:type="dxa"/>
              <w:bottom w:w="28" w:type="dxa"/>
              <w:right w:w="38" w:type="dxa"/>
            </w:tcMar>
            <w:vAlign w:val="center"/>
          </w:tcPr>
          <w:p w14:paraId="76912EE5" w14:textId="77777777" w:rsidR="00D60D5E" w:rsidRDefault="00891EF0">
            <w:pPr>
              <w:spacing w:after="0" w:line="240" w:lineRule="auto"/>
            </w:pPr>
            <w:r>
              <w:rPr>
                <w:rFonts w:eastAsia="Aptos"/>
                <w:sz w:val="17"/>
              </w:rPr>
              <w:t>French Ball sliced/unsliced EA</w:t>
            </w:r>
          </w:p>
        </w:tc>
        <w:tc>
          <w:tcPr>
            <w:tcW w:w="630" w:type="dxa"/>
            <w:tcMar>
              <w:top w:w="28" w:type="dxa"/>
              <w:left w:w="38" w:type="dxa"/>
              <w:bottom w:w="28" w:type="dxa"/>
              <w:right w:w="38" w:type="dxa"/>
            </w:tcMar>
            <w:vAlign w:val="center"/>
          </w:tcPr>
          <w:p w14:paraId="3AC104EC"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19E6A3C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260586" w14:textId="77777777" w:rsidR="00D60D5E" w:rsidRDefault="00D60D5E">
            <w:pPr>
              <w:jc w:val="center"/>
            </w:pPr>
          </w:p>
        </w:tc>
      </w:tr>
      <w:tr w:rsidR="00D60D5E" w14:paraId="663E58E6" w14:textId="77777777" w:rsidTr="000617E0">
        <w:trPr>
          <w:cantSplit/>
          <w:jc w:val="center"/>
        </w:trPr>
        <w:tc>
          <w:tcPr>
            <w:tcW w:w="677" w:type="dxa"/>
            <w:tcMar>
              <w:top w:w="28" w:type="dxa"/>
              <w:left w:w="38" w:type="dxa"/>
              <w:bottom w:w="28" w:type="dxa"/>
              <w:right w:w="38" w:type="dxa"/>
            </w:tcMar>
            <w:vAlign w:val="center"/>
          </w:tcPr>
          <w:p w14:paraId="04E1D863" w14:textId="77777777" w:rsidR="00D60D5E" w:rsidRDefault="00891EF0">
            <w:pPr>
              <w:spacing w:after="0" w:line="240" w:lineRule="auto"/>
              <w:jc w:val="center"/>
            </w:pPr>
            <w:r>
              <w:rPr>
                <w:rFonts w:eastAsia="Aptos"/>
                <w:color w:val="6A7075"/>
                <w:sz w:val="17"/>
              </w:rPr>
              <w:t>245-165</w:t>
            </w:r>
          </w:p>
        </w:tc>
        <w:tc>
          <w:tcPr>
            <w:tcW w:w="2648" w:type="dxa"/>
            <w:tcMar>
              <w:top w:w="28" w:type="dxa"/>
              <w:left w:w="38" w:type="dxa"/>
              <w:bottom w:w="28" w:type="dxa"/>
              <w:right w:w="38" w:type="dxa"/>
            </w:tcMar>
            <w:vAlign w:val="center"/>
          </w:tcPr>
          <w:p w14:paraId="67370855" w14:textId="77777777" w:rsidR="00D60D5E" w:rsidRDefault="00891EF0">
            <w:pPr>
              <w:spacing w:after="0" w:line="240" w:lineRule="auto"/>
            </w:pPr>
            <w:r>
              <w:rPr>
                <w:rFonts w:eastAsia="Aptos"/>
                <w:sz w:val="17"/>
              </w:rPr>
              <w:t>Country Ball sliced/unsliced EA</w:t>
            </w:r>
          </w:p>
        </w:tc>
        <w:tc>
          <w:tcPr>
            <w:tcW w:w="630" w:type="dxa"/>
            <w:tcMar>
              <w:top w:w="28" w:type="dxa"/>
              <w:left w:w="38" w:type="dxa"/>
              <w:bottom w:w="28" w:type="dxa"/>
              <w:right w:w="38" w:type="dxa"/>
            </w:tcMar>
            <w:vAlign w:val="center"/>
          </w:tcPr>
          <w:p w14:paraId="454791D3"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65B229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F05D75" w14:textId="77777777" w:rsidR="00D60D5E" w:rsidRDefault="00D60D5E">
            <w:pPr>
              <w:jc w:val="center"/>
            </w:pPr>
          </w:p>
        </w:tc>
      </w:tr>
      <w:tr w:rsidR="00D60D5E" w14:paraId="2E2581B6" w14:textId="77777777" w:rsidTr="000617E0">
        <w:trPr>
          <w:cantSplit/>
          <w:jc w:val="center"/>
        </w:trPr>
        <w:tc>
          <w:tcPr>
            <w:tcW w:w="677" w:type="dxa"/>
            <w:tcMar>
              <w:top w:w="28" w:type="dxa"/>
              <w:left w:w="38" w:type="dxa"/>
              <w:bottom w:w="28" w:type="dxa"/>
              <w:right w:w="38" w:type="dxa"/>
            </w:tcMar>
            <w:vAlign w:val="center"/>
          </w:tcPr>
          <w:p w14:paraId="00E55217" w14:textId="77777777" w:rsidR="00D60D5E" w:rsidRDefault="00891EF0">
            <w:pPr>
              <w:spacing w:after="0" w:line="240" w:lineRule="auto"/>
              <w:jc w:val="center"/>
            </w:pPr>
            <w:r>
              <w:rPr>
                <w:rFonts w:eastAsia="Aptos"/>
                <w:color w:val="6A7075"/>
                <w:sz w:val="17"/>
              </w:rPr>
              <w:t>245-170</w:t>
            </w:r>
          </w:p>
        </w:tc>
        <w:tc>
          <w:tcPr>
            <w:tcW w:w="2648" w:type="dxa"/>
            <w:tcMar>
              <w:top w:w="28" w:type="dxa"/>
              <w:left w:w="38" w:type="dxa"/>
              <w:bottom w:w="28" w:type="dxa"/>
              <w:right w:w="38" w:type="dxa"/>
            </w:tcMar>
            <w:vAlign w:val="center"/>
          </w:tcPr>
          <w:p w14:paraId="788AEA5C" w14:textId="77777777" w:rsidR="00D60D5E" w:rsidRDefault="00891EF0">
            <w:pPr>
              <w:spacing w:after="0" w:line="240" w:lineRule="auto"/>
            </w:pPr>
            <w:r>
              <w:rPr>
                <w:rFonts w:eastAsia="Aptos"/>
                <w:sz w:val="17"/>
              </w:rPr>
              <w:t>White Bread Fresh 24oz</w:t>
            </w:r>
          </w:p>
        </w:tc>
        <w:tc>
          <w:tcPr>
            <w:tcW w:w="630" w:type="dxa"/>
            <w:tcMar>
              <w:top w:w="28" w:type="dxa"/>
              <w:left w:w="38" w:type="dxa"/>
              <w:bottom w:w="28" w:type="dxa"/>
              <w:right w:w="38" w:type="dxa"/>
            </w:tcMar>
            <w:vAlign w:val="center"/>
          </w:tcPr>
          <w:p w14:paraId="044DB97F" w14:textId="77777777" w:rsidR="00D60D5E" w:rsidRDefault="00891EF0">
            <w:pPr>
              <w:spacing w:after="0" w:line="240" w:lineRule="auto"/>
              <w:jc w:val="center"/>
            </w:pPr>
            <w:r>
              <w:rPr>
                <w:rFonts w:eastAsia="Aptos"/>
                <w:b/>
                <w:sz w:val="17"/>
              </w:rPr>
              <w:t>5.85</w:t>
            </w:r>
          </w:p>
        </w:tc>
        <w:tc>
          <w:tcPr>
            <w:tcW w:w="540" w:type="dxa"/>
            <w:tcMar>
              <w:top w:w="28" w:type="dxa"/>
              <w:left w:w="38" w:type="dxa"/>
              <w:bottom w:w="28" w:type="dxa"/>
              <w:right w:w="38" w:type="dxa"/>
            </w:tcMar>
            <w:vAlign w:val="center"/>
          </w:tcPr>
          <w:p w14:paraId="34D1F5B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CBFFE9" w14:textId="77777777" w:rsidR="00D60D5E" w:rsidRDefault="00D60D5E">
            <w:pPr>
              <w:jc w:val="center"/>
            </w:pPr>
          </w:p>
        </w:tc>
      </w:tr>
      <w:tr w:rsidR="00D60D5E" w14:paraId="33BFE7C9" w14:textId="77777777" w:rsidTr="000617E0">
        <w:trPr>
          <w:cantSplit/>
          <w:jc w:val="center"/>
        </w:trPr>
        <w:tc>
          <w:tcPr>
            <w:tcW w:w="677" w:type="dxa"/>
            <w:tcMar>
              <w:top w:w="28" w:type="dxa"/>
              <w:left w:w="38" w:type="dxa"/>
              <w:bottom w:w="28" w:type="dxa"/>
              <w:right w:w="38" w:type="dxa"/>
            </w:tcMar>
            <w:vAlign w:val="center"/>
          </w:tcPr>
          <w:p w14:paraId="6FEDE487" w14:textId="77777777" w:rsidR="00D60D5E" w:rsidRDefault="00891EF0">
            <w:pPr>
              <w:spacing w:after="0" w:line="240" w:lineRule="auto"/>
              <w:jc w:val="center"/>
            </w:pPr>
            <w:r>
              <w:rPr>
                <w:rFonts w:eastAsia="Aptos"/>
                <w:color w:val="6A7075"/>
                <w:sz w:val="17"/>
              </w:rPr>
              <w:t>245-175</w:t>
            </w:r>
          </w:p>
        </w:tc>
        <w:tc>
          <w:tcPr>
            <w:tcW w:w="2648" w:type="dxa"/>
            <w:tcMar>
              <w:top w:w="28" w:type="dxa"/>
              <w:left w:w="38" w:type="dxa"/>
              <w:bottom w:w="28" w:type="dxa"/>
              <w:right w:w="38" w:type="dxa"/>
            </w:tcMar>
            <w:vAlign w:val="center"/>
          </w:tcPr>
          <w:p w14:paraId="1464FED7" w14:textId="77777777" w:rsidR="00D60D5E" w:rsidRDefault="00891EF0">
            <w:pPr>
              <w:spacing w:after="0" w:line="240" w:lineRule="auto"/>
            </w:pPr>
            <w:r>
              <w:rPr>
                <w:rFonts w:eastAsia="Aptos"/>
                <w:sz w:val="17"/>
              </w:rPr>
              <w:t>Whole Wheat Bread Fresh 24oz</w:t>
            </w:r>
          </w:p>
        </w:tc>
        <w:tc>
          <w:tcPr>
            <w:tcW w:w="630" w:type="dxa"/>
            <w:tcMar>
              <w:top w:w="28" w:type="dxa"/>
              <w:left w:w="38" w:type="dxa"/>
              <w:bottom w:w="28" w:type="dxa"/>
              <w:right w:w="38" w:type="dxa"/>
            </w:tcMar>
            <w:vAlign w:val="center"/>
          </w:tcPr>
          <w:p w14:paraId="019131E3" w14:textId="77777777" w:rsidR="00D60D5E" w:rsidRDefault="00891EF0">
            <w:pPr>
              <w:spacing w:after="0" w:line="240" w:lineRule="auto"/>
              <w:jc w:val="center"/>
            </w:pPr>
            <w:r>
              <w:rPr>
                <w:rFonts w:eastAsia="Aptos"/>
                <w:b/>
                <w:sz w:val="17"/>
              </w:rPr>
              <w:t>6.20</w:t>
            </w:r>
          </w:p>
        </w:tc>
        <w:tc>
          <w:tcPr>
            <w:tcW w:w="540" w:type="dxa"/>
            <w:tcMar>
              <w:top w:w="28" w:type="dxa"/>
              <w:left w:w="38" w:type="dxa"/>
              <w:bottom w:w="28" w:type="dxa"/>
              <w:right w:w="38" w:type="dxa"/>
            </w:tcMar>
            <w:vAlign w:val="center"/>
          </w:tcPr>
          <w:p w14:paraId="3A3372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B4236D" w14:textId="77777777" w:rsidR="00D60D5E" w:rsidRDefault="00D60D5E">
            <w:pPr>
              <w:jc w:val="center"/>
            </w:pPr>
          </w:p>
        </w:tc>
      </w:tr>
      <w:tr w:rsidR="00D60D5E" w14:paraId="47E38443" w14:textId="77777777" w:rsidTr="000617E0">
        <w:trPr>
          <w:cantSplit/>
          <w:jc w:val="center"/>
        </w:trPr>
        <w:tc>
          <w:tcPr>
            <w:tcW w:w="677" w:type="dxa"/>
            <w:tcMar>
              <w:top w:w="28" w:type="dxa"/>
              <w:left w:w="38" w:type="dxa"/>
              <w:bottom w:w="28" w:type="dxa"/>
              <w:right w:w="38" w:type="dxa"/>
            </w:tcMar>
            <w:vAlign w:val="center"/>
          </w:tcPr>
          <w:p w14:paraId="642BE608" w14:textId="77777777" w:rsidR="00D60D5E" w:rsidRDefault="00891EF0">
            <w:pPr>
              <w:spacing w:after="0" w:line="240" w:lineRule="auto"/>
              <w:jc w:val="center"/>
            </w:pPr>
            <w:r>
              <w:rPr>
                <w:rFonts w:eastAsia="Aptos"/>
                <w:color w:val="6A7075"/>
                <w:sz w:val="17"/>
              </w:rPr>
              <w:t>245-180</w:t>
            </w:r>
          </w:p>
        </w:tc>
        <w:tc>
          <w:tcPr>
            <w:tcW w:w="2648" w:type="dxa"/>
            <w:tcMar>
              <w:top w:w="28" w:type="dxa"/>
              <w:left w:w="38" w:type="dxa"/>
              <w:bottom w:w="28" w:type="dxa"/>
              <w:right w:w="38" w:type="dxa"/>
            </w:tcMar>
            <w:vAlign w:val="center"/>
          </w:tcPr>
          <w:p w14:paraId="03249CD9" w14:textId="77777777" w:rsidR="00D60D5E" w:rsidRDefault="00891EF0">
            <w:pPr>
              <w:spacing w:after="0" w:line="240" w:lineRule="auto"/>
            </w:pPr>
            <w:r>
              <w:rPr>
                <w:rFonts w:eastAsia="Aptos"/>
                <w:sz w:val="17"/>
              </w:rPr>
              <w:t>Hot Dog Rolls 8rolls Fresh 12oz</w:t>
            </w:r>
          </w:p>
        </w:tc>
        <w:tc>
          <w:tcPr>
            <w:tcW w:w="630" w:type="dxa"/>
            <w:tcMar>
              <w:top w:w="28" w:type="dxa"/>
              <w:left w:w="38" w:type="dxa"/>
              <w:bottom w:w="28" w:type="dxa"/>
              <w:right w:w="38" w:type="dxa"/>
            </w:tcMar>
            <w:vAlign w:val="center"/>
          </w:tcPr>
          <w:p w14:paraId="2EA1DF70"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1305A4C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8F5602" w14:textId="77777777" w:rsidR="00D60D5E" w:rsidRDefault="00D60D5E">
            <w:pPr>
              <w:jc w:val="center"/>
            </w:pPr>
          </w:p>
        </w:tc>
      </w:tr>
      <w:tr w:rsidR="00D60D5E" w14:paraId="1D5C2BBE" w14:textId="77777777" w:rsidTr="000617E0">
        <w:trPr>
          <w:cantSplit/>
          <w:jc w:val="center"/>
        </w:trPr>
        <w:tc>
          <w:tcPr>
            <w:tcW w:w="677" w:type="dxa"/>
            <w:tcMar>
              <w:top w:w="28" w:type="dxa"/>
              <w:left w:w="38" w:type="dxa"/>
              <w:bottom w:w="28" w:type="dxa"/>
              <w:right w:w="38" w:type="dxa"/>
            </w:tcMar>
            <w:vAlign w:val="center"/>
          </w:tcPr>
          <w:p w14:paraId="7E55C9A4" w14:textId="77777777" w:rsidR="00D60D5E" w:rsidRDefault="00891EF0">
            <w:pPr>
              <w:spacing w:after="0" w:line="240" w:lineRule="auto"/>
              <w:jc w:val="center"/>
            </w:pPr>
            <w:r>
              <w:rPr>
                <w:rFonts w:eastAsia="Aptos"/>
                <w:color w:val="6A7075"/>
                <w:sz w:val="17"/>
              </w:rPr>
              <w:t>245-185</w:t>
            </w:r>
          </w:p>
        </w:tc>
        <w:tc>
          <w:tcPr>
            <w:tcW w:w="2648" w:type="dxa"/>
            <w:tcMar>
              <w:top w:w="28" w:type="dxa"/>
              <w:left w:w="38" w:type="dxa"/>
              <w:bottom w:w="28" w:type="dxa"/>
              <w:right w:w="38" w:type="dxa"/>
            </w:tcMar>
            <w:vAlign w:val="center"/>
          </w:tcPr>
          <w:p w14:paraId="3C258779" w14:textId="77777777" w:rsidR="00D60D5E" w:rsidRDefault="00891EF0">
            <w:pPr>
              <w:spacing w:after="0" w:line="240" w:lineRule="auto"/>
            </w:pPr>
            <w:r>
              <w:rPr>
                <w:rFonts w:eastAsia="Aptos"/>
                <w:sz w:val="17"/>
              </w:rPr>
              <w:t>Hamburger Buns 8buns Jumbo Fresh 21oz 8ct</w:t>
            </w:r>
          </w:p>
        </w:tc>
        <w:tc>
          <w:tcPr>
            <w:tcW w:w="630" w:type="dxa"/>
            <w:tcMar>
              <w:top w:w="28" w:type="dxa"/>
              <w:left w:w="38" w:type="dxa"/>
              <w:bottom w:w="28" w:type="dxa"/>
              <w:right w:w="38" w:type="dxa"/>
            </w:tcMar>
            <w:vAlign w:val="center"/>
          </w:tcPr>
          <w:p w14:paraId="06CB0035" w14:textId="77777777" w:rsidR="00D60D5E" w:rsidRDefault="00891EF0">
            <w:pPr>
              <w:spacing w:after="0" w:line="240" w:lineRule="auto"/>
              <w:jc w:val="center"/>
            </w:pPr>
            <w:r>
              <w:rPr>
                <w:rFonts w:eastAsia="Aptos"/>
                <w:b/>
                <w:sz w:val="17"/>
              </w:rPr>
              <w:t>5.39</w:t>
            </w:r>
          </w:p>
        </w:tc>
        <w:tc>
          <w:tcPr>
            <w:tcW w:w="540" w:type="dxa"/>
            <w:tcMar>
              <w:top w:w="28" w:type="dxa"/>
              <w:left w:w="38" w:type="dxa"/>
              <w:bottom w:w="28" w:type="dxa"/>
              <w:right w:w="38" w:type="dxa"/>
            </w:tcMar>
            <w:vAlign w:val="center"/>
          </w:tcPr>
          <w:p w14:paraId="34D39D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4118AB" w14:textId="77777777" w:rsidR="00D60D5E" w:rsidRDefault="00D60D5E">
            <w:pPr>
              <w:jc w:val="center"/>
            </w:pPr>
          </w:p>
        </w:tc>
      </w:tr>
      <w:tr w:rsidR="00D60D5E" w14:paraId="0E181CDC" w14:textId="77777777" w:rsidTr="000617E0">
        <w:trPr>
          <w:cantSplit/>
          <w:jc w:val="center"/>
        </w:trPr>
        <w:tc>
          <w:tcPr>
            <w:tcW w:w="677" w:type="dxa"/>
            <w:tcMar>
              <w:top w:w="28" w:type="dxa"/>
              <w:left w:w="38" w:type="dxa"/>
              <w:bottom w:w="28" w:type="dxa"/>
              <w:right w:w="38" w:type="dxa"/>
            </w:tcMar>
            <w:vAlign w:val="center"/>
          </w:tcPr>
          <w:p w14:paraId="7406E6C5" w14:textId="77777777" w:rsidR="00D60D5E" w:rsidRDefault="00891EF0">
            <w:pPr>
              <w:spacing w:after="0" w:line="240" w:lineRule="auto"/>
              <w:jc w:val="center"/>
            </w:pPr>
            <w:r>
              <w:rPr>
                <w:rFonts w:eastAsia="Aptos"/>
                <w:color w:val="6A7075"/>
                <w:sz w:val="17"/>
              </w:rPr>
              <w:t>245-190</w:t>
            </w:r>
          </w:p>
        </w:tc>
        <w:tc>
          <w:tcPr>
            <w:tcW w:w="2648" w:type="dxa"/>
            <w:tcMar>
              <w:top w:w="28" w:type="dxa"/>
              <w:left w:w="38" w:type="dxa"/>
              <w:bottom w:w="28" w:type="dxa"/>
              <w:right w:w="38" w:type="dxa"/>
            </w:tcMar>
            <w:vAlign w:val="center"/>
          </w:tcPr>
          <w:p w14:paraId="47D01019" w14:textId="77777777" w:rsidR="00D60D5E" w:rsidRDefault="00891EF0">
            <w:pPr>
              <w:spacing w:after="0" w:line="240" w:lineRule="auto"/>
            </w:pPr>
            <w:r>
              <w:rPr>
                <w:rFonts w:eastAsia="Aptos"/>
                <w:sz w:val="17"/>
              </w:rPr>
              <w:t>Croutons Onion &amp; Garlic 6oz</w:t>
            </w:r>
          </w:p>
        </w:tc>
        <w:tc>
          <w:tcPr>
            <w:tcW w:w="630" w:type="dxa"/>
            <w:tcMar>
              <w:top w:w="28" w:type="dxa"/>
              <w:left w:w="38" w:type="dxa"/>
              <w:bottom w:w="28" w:type="dxa"/>
              <w:right w:w="38" w:type="dxa"/>
            </w:tcMar>
            <w:vAlign w:val="center"/>
          </w:tcPr>
          <w:p w14:paraId="140664BA"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5452FEA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00004C" w14:textId="77777777" w:rsidR="00D60D5E" w:rsidRDefault="00D60D5E">
            <w:pPr>
              <w:jc w:val="center"/>
            </w:pPr>
          </w:p>
        </w:tc>
      </w:tr>
      <w:tr w:rsidR="00D60D5E" w14:paraId="2E104D75" w14:textId="77777777" w:rsidTr="000617E0">
        <w:trPr>
          <w:cantSplit/>
          <w:jc w:val="center"/>
        </w:trPr>
        <w:tc>
          <w:tcPr>
            <w:tcW w:w="677" w:type="dxa"/>
            <w:tcMar>
              <w:top w:w="28" w:type="dxa"/>
              <w:left w:w="38" w:type="dxa"/>
              <w:bottom w:w="28" w:type="dxa"/>
              <w:right w:w="38" w:type="dxa"/>
            </w:tcMar>
            <w:vAlign w:val="center"/>
          </w:tcPr>
          <w:p w14:paraId="4E17CEB5" w14:textId="77777777" w:rsidR="00D60D5E" w:rsidRDefault="00891EF0">
            <w:pPr>
              <w:spacing w:after="0" w:line="240" w:lineRule="auto"/>
              <w:jc w:val="center"/>
            </w:pPr>
            <w:r>
              <w:rPr>
                <w:rFonts w:eastAsia="Aptos"/>
                <w:color w:val="6A7075"/>
                <w:sz w:val="17"/>
              </w:rPr>
              <w:t>245-195</w:t>
            </w:r>
          </w:p>
        </w:tc>
        <w:tc>
          <w:tcPr>
            <w:tcW w:w="2648" w:type="dxa"/>
            <w:tcMar>
              <w:top w:w="28" w:type="dxa"/>
              <w:left w:w="38" w:type="dxa"/>
              <w:bottom w:w="28" w:type="dxa"/>
              <w:right w:w="38" w:type="dxa"/>
            </w:tcMar>
            <w:vAlign w:val="center"/>
          </w:tcPr>
          <w:p w14:paraId="0261C4BB" w14:textId="77777777" w:rsidR="00D60D5E" w:rsidRDefault="00891EF0">
            <w:pPr>
              <w:spacing w:after="0" w:line="240" w:lineRule="auto"/>
            </w:pPr>
            <w:r>
              <w:rPr>
                <w:rFonts w:eastAsia="Aptos"/>
                <w:sz w:val="17"/>
              </w:rPr>
              <w:t>Croutons Seasoned 6oz</w:t>
            </w:r>
          </w:p>
        </w:tc>
        <w:tc>
          <w:tcPr>
            <w:tcW w:w="630" w:type="dxa"/>
            <w:tcMar>
              <w:top w:w="28" w:type="dxa"/>
              <w:left w:w="38" w:type="dxa"/>
              <w:bottom w:w="28" w:type="dxa"/>
              <w:right w:w="38" w:type="dxa"/>
            </w:tcMar>
            <w:vAlign w:val="center"/>
          </w:tcPr>
          <w:p w14:paraId="7BC4FEA4"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4F69C9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53B33F" w14:textId="77777777" w:rsidR="00D60D5E" w:rsidRDefault="00D60D5E">
            <w:pPr>
              <w:jc w:val="center"/>
            </w:pPr>
          </w:p>
        </w:tc>
      </w:tr>
      <w:tr w:rsidR="00D60D5E" w14:paraId="33D55A9B" w14:textId="77777777" w:rsidTr="000617E0">
        <w:trPr>
          <w:cantSplit/>
          <w:jc w:val="center"/>
        </w:trPr>
        <w:tc>
          <w:tcPr>
            <w:tcW w:w="677" w:type="dxa"/>
            <w:tcMar>
              <w:top w:w="28" w:type="dxa"/>
              <w:left w:w="38" w:type="dxa"/>
              <w:bottom w:w="28" w:type="dxa"/>
              <w:right w:w="38" w:type="dxa"/>
            </w:tcMar>
            <w:vAlign w:val="center"/>
          </w:tcPr>
          <w:p w14:paraId="4278459D" w14:textId="77777777" w:rsidR="00D60D5E" w:rsidRDefault="00891EF0">
            <w:pPr>
              <w:spacing w:after="0" w:line="240" w:lineRule="auto"/>
              <w:jc w:val="center"/>
            </w:pPr>
            <w:r>
              <w:rPr>
                <w:rFonts w:eastAsia="Aptos"/>
                <w:color w:val="6A7075"/>
                <w:sz w:val="17"/>
              </w:rPr>
              <w:lastRenderedPageBreak/>
              <w:t>245-200</w:t>
            </w:r>
          </w:p>
        </w:tc>
        <w:tc>
          <w:tcPr>
            <w:tcW w:w="2648" w:type="dxa"/>
            <w:tcMar>
              <w:top w:w="28" w:type="dxa"/>
              <w:left w:w="38" w:type="dxa"/>
              <w:bottom w:w="28" w:type="dxa"/>
              <w:right w:w="38" w:type="dxa"/>
            </w:tcMar>
            <w:vAlign w:val="center"/>
          </w:tcPr>
          <w:p w14:paraId="1B137626" w14:textId="77777777" w:rsidR="00D60D5E" w:rsidRDefault="00891EF0">
            <w:pPr>
              <w:spacing w:after="0" w:line="240" w:lineRule="auto"/>
            </w:pPr>
            <w:r>
              <w:rPr>
                <w:rFonts w:eastAsia="Aptos"/>
                <w:sz w:val="17"/>
              </w:rPr>
              <w:t>Croutons Cheddar Cheese 6oz</w:t>
            </w:r>
          </w:p>
        </w:tc>
        <w:tc>
          <w:tcPr>
            <w:tcW w:w="630" w:type="dxa"/>
            <w:tcMar>
              <w:top w:w="28" w:type="dxa"/>
              <w:left w:w="38" w:type="dxa"/>
              <w:bottom w:w="28" w:type="dxa"/>
              <w:right w:w="38" w:type="dxa"/>
            </w:tcMar>
            <w:vAlign w:val="center"/>
          </w:tcPr>
          <w:p w14:paraId="54A848AD" w14:textId="77777777" w:rsidR="00D60D5E" w:rsidRDefault="00891EF0">
            <w:pPr>
              <w:spacing w:after="0" w:line="240" w:lineRule="auto"/>
              <w:jc w:val="center"/>
            </w:pPr>
            <w:r>
              <w:rPr>
                <w:rFonts w:eastAsia="Aptos"/>
                <w:b/>
                <w:sz w:val="17"/>
              </w:rPr>
              <w:t>3.85</w:t>
            </w:r>
          </w:p>
        </w:tc>
        <w:tc>
          <w:tcPr>
            <w:tcW w:w="540" w:type="dxa"/>
            <w:tcMar>
              <w:top w:w="28" w:type="dxa"/>
              <w:left w:w="38" w:type="dxa"/>
              <w:bottom w:w="28" w:type="dxa"/>
              <w:right w:w="38" w:type="dxa"/>
            </w:tcMar>
            <w:vAlign w:val="center"/>
          </w:tcPr>
          <w:p w14:paraId="56F8E9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6235089" w14:textId="77777777" w:rsidR="00D60D5E" w:rsidRDefault="00D60D5E">
            <w:pPr>
              <w:jc w:val="center"/>
            </w:pPr>
          </w:p>
        </w:tc>
      </w:tr>
      <w:tr w:rsidR="00D60D5E" w14:paraId="64237110" w14:textId="77777777" w:rsidTr="000617E0">
        <w:trPr>
          <w:cantSplit/>
          <w:jc w:val="center"/>
        </w:trPr>
        <w:tc>
          <w:tcPr>
            <w:tcW w:w="677" w:type="dxa"/>
            <w:tcMar>
              <w:top w:w="28" w:type="dxa"/>
              <w:left w:w="38" w:type="dxa"/>
              <w:bottom w:w="28" w:type="dxa"/>
              <w:right w:w="38" w:type="dxa"/>
            </w:tcMar>
            <w:vAlign w:val="center"/>
          </w:tcPr>
          <w:p w14:paraId="1B01C70D" w14:textId="77777777" w:rsidR="00D60D5E" w:rsidRDefault="00891EF0">
            <w:pPr>
              <w:spacing w:after="0" w:line="240" w:lineRule="auto"/>
              <w:jc w:val="center"/>
            </w:pPr>
            <w:r>
              <w:rPr>
                <w:rFonts w:eastAsia="Aptos"/>
                <w:color w:val="6A7075"/>
                <w:sz w:val="17"/>
              </w:rPr>
              <w:t>245-205</w:t>
            </w:r>
          </w:p>
        </w:tc>
        <w:tc>
          <w:tcPr>
            <w:tcW w:w="2648" w:type="dxa"/>
            <w:tcMar>
              <w:top w:w="28" w:type="dxa"/>
              <w:left w:w="38" w:type="dxa"/>
              <w:bottom w:w="28" w:type="dxa"/>
              <w:right w:w="38" w:type="dxa"/>
            </w:tcMar>
            <w:vAlign w:val="center"/>
          </w:tcPr>
          <w:p w14:paraId="2E3DEFED" w14:textId="77777777" w:rsidR="00D60D5E" w:rsidRDefault="00891EF0">
            <w:pPr>
              <w:spacing w:after="0" w:line="240" w:lineRule="auto"/>
            </w:pPr>
            <w:r>
              <w:rPr>
                <w:rFonts w:eastAsia="Aptos"/>
                <w:sz w:val="17"/>
              </w:rPr>
              <w:t>Breadcrumbs Plain 8oz</w:t>
            </w:r>
          </w:p>
        </w:tc>
        <w:tc>
          <w:tcPr>
            <w:tcW w:w="630" w:type="dxa"/>
            <w:tcMar>
              <w:top w:w="28" w:type="dxa"/>
              <w:left w:w="38" w:type="dxa"/>
              <w:bottom w:w="28" w:type="dxa"/>
              <w:right w:w="38" w:type="dxa"/>
            </w:tcMar>
            <w:vAlign w:val="center"/>
          </w:tcPr>
          <w:p w14:paraId="192A2567" w14:textId="77777777" w:rsidR="00D60D5E" w:rsidRDefault="00891EF0">
            <w:pPr>
              <w:spacing w:after="0" w:line="240" w:lineRule="auto"/>
              <w:jc w:val="center"/>
            </w:pPr>
            <w:r>
              <w:rPr>
                <w:rFonts w:eastAsia="Aptos"/>
                <w:b/>
                <w:sz w:val="17"/>
              </w:rPr>
              <w:t>3.60</w:t>
            </w:r>
          </w:p>
        </w:tc>
        <w:tc>
          <w:tcPr>
            <w:tcW w:w="540" w:type="dxa"/>
            <w:tcMar>
              <w:top w:w="28" w:type="dxa"/>
              <w:left w:w="38" w:type="dxa"/>
              <w:bottom w:w="28" w:type="dxa"/>
              <w:right w:w="38" w:type="dxa"/>
            </w:tcMar>
            <w:vAlign w:val="center"/>
          </w:tcPr>
          <w:p w14:paraId="00E98CC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CA7627" w14:textId="77777777" w:rsidR="00D60D5E" w:rsidRDefault="00D60D5E">
            <w:pPr>
              <w:jc w:val="center"/>
            </w:pPr>
          </w:p>
        </w:tc>
      </w:tr>
      <w:tr w:rsidR="00D60D5E" w14:paraId="1D7F427A" w14:textId="77777777" w:rsidTr="000617E0">
        <w:trPr>
          <w:cantSplit/>
          <w:jc w:val="center"/>
        </w:trPr>
        <w:tc>
          <w:tcPr>
            <w:tcW w:w="677" w:type="dxa"/>
            <w:tcMar>
              <w:top w:w="28" w:type="dxa"/>
              <w:left w:w="38" w:type="dxa"/>
              <w:bottom w:w="28" w:type="dxa"/>
              <w:right w:w="38" w:type="dxa"/>
            </w:tcMar>
            <w:vAlign w:val="center"/>
          </w:tcPr>
          <w:p w14:paraId="3EB54F50" w14:textId="77777777" w:rsidR="00D60D5E" w:rsidRDefault="00891EF0">
            <w:pPr>
              <w:spacing w:after="0" w:line="240" w:lineRule="auto"/>
              <w:jc w:val="center"/>
            </w:pPr>
            <w:r>
              <w:rPr>
                <w:rFonts w:eastAsia="Aptos"/>
                <w:color w:val="6A7075"/>
                <w:sz w:val="17"/>
              </w:rPr>
              <w:t>245-210</w:t>
            </w:r>
          </w:p>
        </w:tc>
        <w:tc>
          <w:tcPr>
            <w:tcW w:w="2648" w:type="dxa"/>
            <w:tcMar>
              <w:top w:w="28" w:type="dxa"/>
              <w:left w:w="38" w:type="dxa"/>
              <w:bottom w:w="28" w:type="dxa"/>
              <w:right w:w="38" w:type="dxa"/>
            </w:tcMar>
            <w:vAlign w:val="center"/>
          </w:tcPr>
          <w:p w14:paraId="4CB07FC9" w14:textId="77777777" w:rsidR="00D60D5E" w:rsidRDefault="00891EF0">
            <w:pPr>
              <w:spacing w:after="0" w:line="240" w:lineRule="auto"/>
            </w:pPr>
            <w:r>
              <w:rPr>
                <w:rFonts w:eastAsia="Aptos"/>
                <w:sz w:val="17"/>
              </w:rPr>
              <w:t>Breadcrumbs Italian 8oz</w:t>
            </w:r>
          </w:p>
        </w:tc>
        <w:tc>
          <w:tcPr>
            <w:tcW w:w="630" w:type="dxa"/>
            <w:tcMar>
              <w:top w:w="28" w:type="dxa"/>
              <w:left w:w="38" w:type="dxa"/>
              <w:bottom w:w="28" w:type="dxa"/>
              <w:right w:w="38" w:type="dxa"/>
            </w:tcMar>
            <w:vAlign w:val="center"/>
          </w:tcPr>
          <w:p w14:paraId="2A23260D"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2177870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18319BE" w14:textId="77777777" w:rsidR="00D60D5E" w:rsidRDefault="00D60D5E">
            <w:pPr>
              <w:jc w:val="center"/>
            </w:pPr>
          </w:p>
        </w:tc>
      </w:tr>
      <w:tr w:rsidR="00D60D5E" w14:paraId="71D40AA9" w14:textId="77777777" w:rsidTr="000617E0">
        <w:trPr>
          <w:cantSplit/>
          <w:jc w:val="center"/>
        </w:trPr>
        <w:tc>
          <w:tcPr>
            <w:tcW w:w="677" w:type="dxa"/>
            <w:tcMar>
              <w:top w:w="28" w:type="dxa"/>
              <w:left w:w="38" w:type="dxa"/>
              <w:bottom w:w="28" w:type="dxa"/>
              <w:right w:w="38" w:type="dxa"/>
            </w:tcMar>
            <w:vAlign w:val="center"/>
          </w:tcPr>
          <w:p w14:paraId="3625FB7E" w14:textId="77777777" w:rsidR="00D60D5E" w:rsidRDefault="00891EF0">
            <w:pPr>
              <w:spacing w:after="0" w:line="240" w:lineRule="auto"/>
              <w:jc w:val="center"/>
            </w:pPr>
            <w:r>
              <w:rPr>
                <w:rFonts w:eastAsia="Aptos"/>
                <w:color w:val="6A7075"/>
                <w:sz w:val="17"/>
              </w:rPr>
              <w:t>245-215</w:t>
            </w:r>
          </w:p>
        </w:tc>
        <w:tc>
          <w:tcPr>
            <w:tcW w:w="2648" w:type="dxa"/>
            <w:tcMar>
              <w:top w:w="28" w:type="dxa"/>
              <w:left w:w="38" w:type="dxa"/>
              <w:bottom w:w="28" w:type="dxa"/>
              <w:right w:w="38" w:type="dxa"/>
            </w:tcMar>
            <w:vAlign w:val="center"/>
          </w:tcPr>
          <w:p w14:paraId="6A2DE674" w14:textId="77777777" w:rsidR="00D60D5E" w:rsidRDefault="00891EF0">
            <w:pPr>
              <w:spacing w:after="0" w:line="240" w:lineRule="auto"/>
            </w:pPr>
            <w:r>
              <w:rPr>
                <w:rFonts w:eastAsia="Aptos"/>
                <w:sz w:val="17"/>
              </w:rPr>
              <w:t>Italian Breadsticks Garlic &amp; Herb 4.40oz</w:t>
            </w:r>
          </w:p>
        </w:tc>
        <w:tc>
          <w:tcPr>
            <w:tcW w:w="630" w:type="dxa"/>
            <w:tcMar>
              <w:top w:w="28" w:type="dxa"/>
              <w:left w:w="38" w:type="dxa"/>
              <w:bottom w:w="28" w:type="dxa"/>
              <w:right w:w="38" w:type="dxa"/>
            </w:tcMar>
            <w:vAlign w:val="center"/>
          </w:tcPr>
          <w:p w14:paraId="7DEED1D8" w14:textId="77777777" w:rsidR="00D60D5E" w:rsidRDefault="00891EF0">
            <w:pPr>
              <w:spacing w:after="0" w:line="240" w:lineRule="auto"/>
              <w:jc w:val="center"/>
            </w:pPr>
            <w:r>
              <w:rPr>
                <w:rFonts w:eastAsia="Aptos"/>
                <w:b/>
                <w:sz w:val="17"/>
              </w:rPr>
              <w:t>5.98</w:t>
            </w:r>
          </w:p>
        </w:tc>
        <w:tc>
          <w:tcPr>
            <w:tcW w:w="540" w:type="dxa"/>
            <w:tcMar>
              <w:top w:w="28" w:type="dxa"/>
              <w:left w:w="38" w:type="dxa"/>
              <w:bottom w:w="28" w:type="dxa"/>
              <w:right w:w="38" w:type="dxa"/>
            </w:tcMar>
            <w:vAlign w:val="center"/>
          </w:tcPr>
          <w:p w14:paraId="4DF5464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595E08B" w14:textId="77777777" w:rsidR="00D60D5E" w:rsidRDefault="00D60D5E">
            <w:pPr>
              <w:jc w:val="center"/>
            </w:pPr>
          </w:p>
        </w:tc>
      </w:tr>
      <w:tr w:rsidR="00D60D5E" w14:paraId="0AD0AEA7" w14:textId="77777777" w:rsidTr="000617E0">
        <w:trPr>
          <w:cantSplit/>
          <w:jc w:val="center"/>
        </w:trPr>
        <w:tc>
          <w:tcPr>
            <w:tcW w:w="677" w:type="dxa"/>
            <w:tcMar>
              <w:top w:w="28" w:type="dxa"/>
              <w:left w:w="38" w:type="dxa"/>
              <w:bottom w:w="28" w:type="dxa"/>
              <w:right w:w="38" w:type="dxa"/>
            </w:tcMar>
            <w:vAlign w:val="center"/>
          </w:tcPr>
          <w:p w14:paraId="6EA9F140" w14:textId="77777777" w:rsidR="00D60D5E" w:rsidRDefault="00891EF0">
            <w:pPr>
              <w:spacing w:after="0" w:line="240" w:lineRule="auto"/>
              <w:jc w:val="center"/>
            </w:pPr>
            <w:r>
              <w:rPr>
                <w:rFonts w:eastAsia="Aptos"/>
                <w:color w:val="6A7075"/>
                <w:sz w:val="17"/>
              </w:rPr>
              <w:t>245-220</w:t>
            </w:r>
          </w:p>
        </w:tc>
        <w:tc>
          <w:tcPr>
            <w:tcW w:w="2648" w:type="dxa"/>
            <w:tcMar>
              <w:top w:w="28" w:type="dxa"/>
              <w:left w:w="38" w:type="dxa"/>
              <w:bottom w:w="28" w:type="dxa"/>
              <w:right w:w="38" w:type="dxa"/>
            </w:tcMar>
            <w:vAlign w:val="center"/>
          </w:tcPr>
          <w:p w14:paraId="089907D5" w14:textId="77777777" w:rsidR="00D60D5E" w:rsidRDefault="00891EF0">
            <w:pPr>
              <w:spacing w:after="0" w:line="240" w:lineRule="auto"/>
            </w:pPr>
            <w:r>
              <w:rPr>
                <w:rFonts w:eastAsia="Aptos"/>
                <w:sz w:val="17"/>
              </w:rPr>
              <w:t>Italian Breadsticks Pizza 4.25oz</w:t>
            </w:r>
          </w:p>
        </w:tc>
        <w:tc>
          <w:tcPr>
            <w:tcW w:w="630" w:type="dxa"/>
            <w:tcMar>
              <w:top w:w="28" w:type="dxa"/>
              <w:left w:w="38" w:type="dxa"/>
              <w:bottom w:w="28" w:type="dxa"/>
              <w:right w:w="38" w:type="dxa"/>
            </w:tcMar>
            <w:vAlign w:val="center"/>
          </w:tcPr>
          <w:p w14:paraId="71CE394A" w14:textId="77777777" w:rsidR="00D60D5E" w:rsidRDefault="00891EF0">
            <w:pPr>
              <w:spacing w:after="0" w:line="240" w:lineRule="auto"/>
              <w:jc w:val="center"/>
            </w:pPr>
            <w:r>
              <w:rPr>
                <w:rFonts w:eastAsia="Aptos"/>
                <w:b/>
                <w:sz w:val="17"/>
              </w:rPr>
              <w:t>5.98</w:t>
            </w:r>
          </w:p>
        </w:tc>
        <w:tc>
          <w:tcPr>
            <w:tcW w:w="540" w:type="dxa"/>
            <w:tcMar>
              <w:top w:w="28" w:type="dxa"/>
              <w:left w:w="38" w:type="dxa"/>
              <w:bottom w:w="28" w:type="dxa"/>
              <w:right w:w="38" w:type="dxa"/>
            </w:tcMar>
            <w:vAlign w:val="center"/>
          </w:tcPr>
          <w:p w14:paraId="0F78AD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A84E4D" w14:textId="77777777" w:rsidR="00D60D5E" w:rsidRDefault="00D60D5E">
            <w:pPr>
              <w:jc w:val="center"/>
            </w:pPr>
          </w:p>
        </w:tc>
      </w:tr>
      <w:tr w:rsidR="00D60D5E" w14:paraId="359B52FA" w14:textId="77777777" w:rsidTr="000617E0">
        <w:trPr>
          <w:cantSplit/>
          <w:jc w:val="center"/>
        </w:trPr>
        <w:tc>
          <w:tcPr>
            <w:tcW w:w="677" w:type="dxa"/>
            <w:tcMar>
              <w:top w:w="28" w:type="dxa"/>
              <w:left w:w="38" w:type="dxa"/>
              <w:bottom w:w="28" w:type="dxa"/>
              <w:right w:w="38" w:type="dxa"/>
            </w:tcMar>
            <w:vAlign w:val="center"/>
          </w:tcPr>
          <w:p w14:paraId="02C8E582" w14:textId="77777777" w:rsidR="00D60D5E" w:rsidRDefault="00891EF0">
            <w:pPr>
              <w:spacing w:after="0" w:line="240" w:lineRule="auto"/>
              <w:jc w:val="center"/>
            </w:pPr>
            <w:r>
              <w:rPr>
                <w:rFonts w:eastAsia="Aptos"/>
                <w:color w:val="6A7075"/>
                <w:sz w:val="17"/>
              </w:rPr>
              <w:t>245-225</w:t>
            </w:r>
          </w:p>
        </w:tc>
        <w:tc>
          <w:tcPr>
            <w:tcW w:w="2648" w:type="dxa"/>
            <w:tcMar>
              <w:top w:w="28" w:type="dxa"/>
              <w:left w:w="38" w:type="dxa"/>
              <w:bottom w:w="28" w:type="dxa"/>
              <w:right w:w="38" w:type="dxa"/>
            </w:tcMar>
            <w:vAlign w:val="center"/>
          </w:tcPr>
          <w:p w14:paraId="70195F7A" w14:textId="77777777" w:rsidR="00D60D5E" w:rsidRDefault="00891EF0">
            <w:pPr>
              <w:spacing w:after="0" w:line="240" w:lineRule="auto"/>
            </w:pPr>
            <w:r>
              <w:rPr>
                <w:rFonts w:eastAsia="Aptos"/>
                <w:sz w:val="17"/>
              </w:rPr>
              <w:t>Italian Breadsticks Sesame 4.40oz</w:t>
            </w:r>
          </w:p>
        </w:tc>
        <w:tc>
          <w:tcPr>
            <w:tcW w:w="630" w:type="dxa"/>
            <w:tcMar>
              <w:top w:w="28" w:type="dxa"/>
              <w:left w:w="38" w:type="dxa"/>
              <w:bottom w:w="28" w:type="dxa"/>
              <w:right w:w="38" w:type="dxa"/>
            </w:tcMar>
            <w:vAlign w:val="center"/>
          </w:tcPr>
          <w:p w14:paraId="1870AE75" w14:textId="77777777" w:rsidR="00D60D5E" w:rsidRDefault="00891EF0">
            <w:pPr>
              <w:spacing w:after="0" w:line="240" w:lineRule="auto"/>
              <w:jc w:val="center"/>
            </w:pPr>
            <w:r>
              <w:rPr>
                <w:rFonts w:eastAsia="Aptos"/>
                <w:b/>
                <w:sz w:val="17"/>
              </w:rPr>
              <w:t>5.52</w:t>
            </w:r>
          </w:p>
        </w:tc>
        <w:tc>
          <w:tcPr>
            <w:tcW w:w="540" w:type="dxa"/>
            <w:tcMar>
              <w:top w:w="28" w:type="dxa"/>
              <w:left w:w="38" w:type="dxa"/>
              <w:bottom w:w="28" w:type="dxa"/>
              <w:right w:w="38" w:type="dxa"/>
            </w:tcMar>
            <w:vAlign w:val="center"/>
          </w:tcPr>
          <w:p w14:paraId="35E16E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5A41CE" w14:textId="77777777" w:rsidR="00D60D5E" w:rsidRDefault="00D60D5E">
            <w:pPr>
              <w:jc w:val="center"/>
            </w:pPr>
          </w:p>
        </w:tc>
      </w:tr>
      <w:tr w:rsidR="00D60D5E" w14:paraId="2D90FE5E" w14:textId="77777777" w:rsidTr="000617E0">
        <w:trPr>
          <w:cantSplit/>
          <w:jc w:val="center"/>
        </w:trPr>
        <w:tc>
          <w:tcPr>
            <w:tcW w:w="677" w:type="dxa"/>
            <w:tcMar>
              <w:top w:w="28" w:type="dxa"/>
              <w:left w:w="38" w:type="dxa"/>
              <w:bottom w:w="28" w:type="dxa"/>
              <w:right w:w="38" w:type="dxa"/>
            </w:tcMar>
            <w:vAlign w:val="center"/>
          </w:tcPr>
          <w:p w14:paraId="22CB242D" w14:textId="77777777" w:rsidR="00D60D5E" w:rsidRDefault="00891EF0">
            <w:pPr>
              <w:spacing w:after="0" w:line="240" w:lineRule="auto"/>
              <w:jc w:val="center"/>
            </w:pPr>
            <w:r>
              <w:rPr>
                <w:rFonts w:eastAsia="Aptos"/>
                <w:color w:val="6A7075"/>
                <w:sz w:val="17"/>
              </w:rPr>
              <w:t>245-230</w:t>
            </w:r>
          </w:p>
        </w:tc>
        <w:tc>
          <w:tcPr>
            <w:tcW w:w="2648" w:type="dxa"/>
            <w:tcMar>
              <w:top w:w="28" w:type="dxa"/>
              <w:left w:w="38" w:type="dxa"/>
              <w:bottom w:w="28" w:type="dxa"/>
              <w:right w:w="38" w:type="dxa"/>
            </w:tcMar>
            <w:vAlign w:val="center"/>
          </w:tcPr>
          <w:p w14:paraId="6637A6A4" w14:textId="77777777" w:rsidR="00D60D5E" w:rsidRDefault="00891EF0">
            <w:pPr>
              <w:spacing w:after="0" w:line="240" w:lineRule="auto"/>
            </w:pPr>
            <w:r>
              <w:rPr>
                <w:rFonts w:eastAsia="Aptos"/>
                <w:sz w:val="17"/>
              </w:rPr>
              <w:t>Italian Breadsticks Whole Wheat 4.4oz</w:t>
            </w:r>
          </w:p>
        </w:tc>
        <w:tc>
          <w:tcPr>
            <w:tcW w:w="630" w:type="dxa"/>
            <w:tcMar>
              <w:top w:w="28" w:type="dxa"/>
              <w:left w:w="38" w:type="dxa"/>
              <w:bottom w:w="28" w:type="dxa"/>
              <w:right w:w="38" w:type="dxa"/>
            </w:tcMar>
            <w:vAlign w:val="center"/>
          </w:tcPr>
          <w:p w14:paraId="0000C8AF" w14:textId="77777777" w:rsidR="00D60D5E" w:rsidRDefault="00891EF0">
            <w:pPr>
              <w:spacing w:after="0" w:line="240" w:lineRule="auto"/>
              <w:jc w:val="center"/>
            </w:pPr>
            <w:r>
              <w:rPr>
                <w:rFonts w:eastAsia="Aptos"/>
                <w:b/>
                <w:sz w:val="17"/>
              </w:rPr>
              <w:t>5.98</w:t>
            </w:r>
          </w:p>
        </w:tc>
        <w:tc>
          <w:tcPr>
            <w:tcW w:w="540" w:type="dxa"/>
            <w:tcMar>
              <w:top w:w="28" w:type="dxa"/>
              <w:left w:w="38" w:type="dxa"/>
              <w:bottom w:w="28" w:type="dxa"/>
              <w:right w:w="38" w:type="dxa"/>
            </w:tcMar>
            <w:vAlign w:val="center"/>
          </w:tcPr>
          <w:p w14:paraId="391F92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49E98A" w14:textId="77777777" w:rsidR="00D60D5E" w:rsidRDefault="00D60D5E">
            <w:pPr>
              <w:jc w:val="center"/>
            </w:pPr>
          </w:p>
        </w:tc>
      </w:tr>
      <w:tr w:rsidR="00D60D5E" w14:paraId="507CDC7D" w14:textId="77777777" w:rsidTr="000617E0">
        <w:trPr>
          <w:cantSplit/>
          <w:jc w:val="center"/>
        </w:trPr>
        <w:tc>
          <w:tcPr>
            <w:tcW w:w="677" w:type="dxa"/>
            <w:tcMar>
              <w:top w:w="28" w:type="dxa"/>
              <w:left w:w="38" w:type="dxa"/>
              <w:bottom w:w="28" w:type="dxa"/>
              <w:right w:w="38" w:type="dxa"/>
            </w:tcMar>
            <w:vAlign w:val="center"/>
          </w:tcPr>
          <w:p w14:paraId="2E7B2E92" w14:textId="77777777" w:rsidR="00D60D5E" w:rsidRDefault="00891EF0">
            <w:pPr>
              <w:spacing w:after="0" w:line="240" w:lineRule="auto"/>
              <w:jc w:val="center"/>
            </w:pPr>
            <w:r>
              <w:rPr>
                <w:rFonts w:eastAsia="Aptos"/>
                <w:color w:val="6A7075"/>
                <w:sz w:val="17"/>
              </w:rPr>
              <w:t>245-235</w:t>
            </w:r>
          </w:p>
        </w:tc>
        <w:tc>
          <w:tcPr>
            <w:tcW w:w="2648" w:type="dxa"/>
            <w:tcMar>
              <w:top w:w="28" w:type="dxa"/>
              <w:left w:w="38" w:type="dxa"/>
              <w:bottom w:w="28" w:type="dxa"/>
              <w:right w:w="38" w:type="dxa"/>
            </w:tcMar>
            <w:vAlign w:val="center"/>
          </w:tcPr>
          <w:p w14:paraId="46B66963" w14:textId="77777777" w:rsidR="00D60D5E" w:rsidRDefault="00891EF0">
            <w:pPr>
              <w:spacing w:after="0" w:line="240" w:lineRule="auto"/>
            </w:pPr>
            <w:r>
              <w:rPr>
                <w:rFonts w:eastAsia="Aptos"/>
                <w:sz w:val="17"/>
              </w:rPr>
              <w:t>Italian Breadsticks Traditional 4.4oz</w:t>
            </w:r>
          </w:p>
        </w:tc>
        <w:tc>
          <w:tcPr>
            <w:tcW w:w="630" w:type="dxa"/>
            <w:tcMar>
              <w:top w:w="28" w:type="dxa"/>
              <w:left w:w="38" w:type="dxa"/>
              <w:bottom w:w="28" w:type="dxa"/>
              <w:right w:w="38" w:type="dxa"/>
            </w:tcMar>
            <w:vAlign w:val="center"/>
          </w:tcPr>
          <w:p w14:paraId="5EF5C657" w14:textId="77777777" w:rsidR="00D60D5E" w:rsidRDefault="00891EF0">
            <w:pPr>
              <w:spacing w:after="0" w:line="240" w:lineRule="auto"/>
              <w:jc w:val="center"/>
            </w:pPr>
            <w:r>
              <w:rPr>
                <w:rFonts w:eastAsia="Aptos"/>
                <w:b/>
                <w:sz w:val="17"/>
              </w:rPr>
              <w:t>5.52</w:t>
            </w:r>
          </w:p>
        </w:tc>
        <w:tc>
          <w:tcPr>
            <w:tcW w:w="540" w:type="dxa"/>
            <w:tcMar>
              <w:top w:w="28" w:type="dxa"/>
              <w:left w:w="38" w:type="dxa"/>
              <w:bottom w:w="28" w:type="dxa"/>
              <w:right w:w="38" w:type="dxa"/>
            </w:tcMar>
            <w:vAlign w:val="center"/>
          </w:tcPr>
          <w:p w14:paraId="15C6ED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90E3B9" w14:textId="77777777" w:rsidR="00D60D5E" w:rsidRDefault="00D60D5E">
            <w:pPr>
              <w:jc w:val="center"/>
            </w:pPr>
          </w:p>
        </w:tc>
      </w:tr>
      <w:tr w:rsidR="00D60D5E" w14:paraId="17266583" w14:textId="77777777" w:rsidTr="000617E0">
        <w:trPr>
          <w:cantSplit/>
          <w:jc w:val="center"/>
        </w:trPr>
        <w:tc>
          <w:tcPr>
            <w:tcW w:w="677" w:type="dxa"/>
            <w:tcMar>
              <w:top w:w="28" w:type="dxa"/>
              <w:left w:w="38" w:type="dxa"/>
              <w:bottom w:w="28" w:type="dxa"/>
              <w:right w:w="38" w:type="dxa"/>
            </w:tcMar>
            <w:vAlign w:val="center"/>
          </w:tcPr>
          <w:p w14:paraId="61238EA9" w14:textId="77777777" w:rsidR="00D60D5E" w:rsidRDefault="00891EF0">
            <w:pPr>
              <w:spacing w:after="0" w:line="240" w:lineRule="auto"/>
              <w:jc w:val="center"/>
            </w:pPr>
            <w:r>
              <w:rPr>
                <w:rFonts w:eastAsia="Aptos"/>
                <w:color w:val="6A7075"/>
                <w:sz w:val="17"/>
              </w:rPr>
              <w:t>245-240</w:t>
            </w:r>
          </w:p>
        </w:tc>
        <w:tc>
          <w:tcPr>
            <w:tcW w:w="2648" w:type="dxa"/>
            <w:tcMar>
              <w:top w:w="28" w:type="dxa"/>
              <w:left w:w="38" w:type="dxa"/>
              <w:bottom w:w="28" w:type="dxa"/>
              <w:right w:w="38" w:type="dxa"/>
            </w:tcMar>
            <w:vAlign w:val="center"/>
          </w:tcPr>
          <w:p w14:paraId="2C24CEC6" w14:textId="77777777" w:rsidR="00D60D5E" w:rsidRDefault="00891EF0">
            <w:pPr>
              <w:spacing w:after="0" w:line="240" w:lineRule="auto"/>
            </w:pPr>
            <w:r>
              <w:rPr>
                <w:rFonts w:eastAsia="Aptos"/>
                <w:sz w:val="17"/>
              </w:rPr>
              <w:t>Italian Breadsticks Torino &amp; 4.4oz</w:t>
            </w:r>
          </w:p>
        </w:tc>
        <w:tc>
          <w:tcPr>
            <w:tcW w:w="630" w:type="dxa"/>
            <w:tcMar>
              <w:top w:w="28" w:type="dxa"/>
              <w:left w:w="38" w:type="dxa"/>
              <w:bottom w:w="28" w:type="dxa"/>
              <w:right w:w="38" w:type="dxa"/>
            </w:tcMar>
            <w:vAlign w:val="center"/>
          </w:tcPr>
          <w:p w14:paraId="1B1D528E" w14:textId="77777777" w:rsidR="00D60D5E" w:rsidRDefault="00891EF0">
            <w:pPr>
              <w:spacing w:after="0" w:line="240" w:lineRule="auto"/>
              <w:jc w:val="center"/>
            </w:pPr>
            <w:r>
              <w:rPr>
                <w:rFonts w:eastAsia="Aptos"/>
                <w:b/>
                <w:sz w:val="17"/>
              </w:rPr>
              <w:t>4.91</w:t>
            </w:r>
          </w:p>
        </w:tc>
        <w:tc>
          <w:tcPr>
            <w:tcW w:w="540" w:type="dxa"/>
            <w:tcMar>
              <w:top w:w="28" w:type="dxa"/>
              <w:left w:w="38" w:type="dxa"/>
              <w:bottom w:w="28" w:type="dxa"/>
              <w:right w:w="38" w:type="dxa"/>
            </w:tcMar>
            <w:vAlign w:val="center"/>
          </w:tcPr>
          <w:p w14:paraId="4EF4D6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C82B00" w14:textId="77777777" w:rsidR="00D60D5E" w:rsidRDefault="00D60D5E">
            <w:pPr>
              <w:jc w:val="center"/>
            </w:pPr>
          </w:p>
        </w:tc>
      </w:tr>
      <w:tr w:rsidR="00D60D5E" w14:paraId="418CDD65" w14:textId="77777777" w:rsidTr="000617E0">
        <w:trPr>
          <w:cantSplit/>
          <w:jc w:val="center"/>
        </w:trPr>
        <w:tc>
          <w:tcPr>
            <w:tcW w:w="677" w:type="dxa"/>
            <w:shd w:val="clear" w:color="auto" w:fill="D9EAF7"/>
            <w:tcMar>
              <w:top w:w="28" w:type="dxa"/>
              <w:left w:w="38" w:type="dxa"/>
              <w:bottom w:w="28" w:type="dxa"/>
              <w:right w:w="38" w:type="dxa"/>
            </w:tcMar>
            <w:vAlign w:val="center"/>
          </w:tcPr>
          <w:p w14:paraId="37110325" w14:textId="77777777" w:rsidR="00D60D5E" w:rsidRDefault="00891EF0">
            <w:pPr>
              <w:spacing w:after="0" w:line="240" w:lineRule="auto"/>
              <w:jc w:val="center"/>
            </w:pPr>
            <w:r>
              <w:rPr>
                <w:rFonts w:eastAsia="Aptos"/>
                <w:b/>
                <w:color w:val="2F4F8F"/>
                <w:sz w:val="18"/>
              </w:rPr>
              <w:t>250-</w:t>
            </w:r>
          </w:p>
        </w:tc>
        <w:tc>
          <w:tcPr>
            <w:tcW w:w="2648" w:type="dxa"/>
            <w:shd w:val="clear" w:color="auto" w:fill="D9EAF7"/>
            <w:tcMar>
              <w:top w:w="28" w:type="dxa"/>
              <w:left w:w="38" w:type="dxa"/>
              <w:bottom w:w="28" w:type="dxa"/>
              <w:right w:w="38" w:type="dxa"/>
            </w:tcMar>
            <w:vAlign w:val="center"/>
          </w:tcPr>
          <w:p w14:paraId="22B270E5" w14:textId="77777777" w:rsidR="00D60D5E" w:rsidRDefault="00891EF0">
            <w:pPr>
              <w:spacing w:after="0" w:line="240" w:lineRule="auto"/>
            </w:pPr>
            <w:r>
              <w:rPr>
                <w:rFonts w:eastAsia="Aptos"/>
                <w:b/>
                <w:color w:val="2F4F8F"/>
                <w:sz w:val="18"/>
              </w:rPr>
              <w:t>PASTRIES &amp; MINI CAKES</w:t>
            </w:r>
          </w:p>
        </w:tc>
        <w:tc>
          <w:tcPr>
            <w:tcW w:w="630" w:type="dxa"/>
            <w:shd w:val="clear" w:color="auto" w:fill="D9EAF7"/>
            <w:tcMar>
              <w:top w:w="28" w:type="dxa"/>
              <w:left w:w="38" w:type="dxa"/>
              <w:bottom w:w="28" w:type="dxa"/>
              <w:right w:w="38" w:type="dxa"/>
            </w:tcMar>
            <w:vAlign w:val="center"/>
          </w:tcPr>
          <w:p w14:paraId="32A1BB7D"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1A26A07"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4ECA4A2F" w14:textId="77777777" w:rsidR="00D60D5E" w:rsidRDefault="00D60D5E">
            <w:pPr>
              <w:jc w:val="center"/>
            </w:pPr>
          </w:p>
        </w:tc>
      </w:tr>
      <w:tr w:rsidR="00D60D5E" w14:paraId="33782A03" w14:textId="77777777" w:rsidTr="000617E0">
        <w:trPr>
          <w:cantSplit/>
          <w:jc w:val="center"/>
        </w:trPr>
        <w:tc>
          <w:tcPr>
            <w:tcW w:w="677" w:type="dxa"/>
            <w:tcMar>
              <w:top w:w="28" w:type="dxa"/>
              <w:left w:w="38" w:type="dxa"/>
              <w:bottom w:w="28" w:type="dxa"/>
              <w:right w:w="38" w:type="dxa"/>
            </w:tcMar>
            <w:vAlign w:val="center"/>
          </w:tcPr>
          <w:p w14:paraId="54163558" w14:textId="77777777" w:rsidR="00D60D5E" w:rsidRDefault="00891EF0">
            <w:pPr>
              <w:spacing w:after="0" w:line="240" w:lineRule="auto"/>
              <w:jc w:val="center"/>
            </w:pPr>
            <w:r>
              <w:rPr>
                <w:rFonts w:eastAsia="Aptos"/>
                <w:color w:val="6A7075"/>
                <w:sz w:val="17"/>
              </w:rPr>
              <w:t>250-105</w:t>
            </w:r>
          </w:p>
        </w:tc>
        <w:tc>
          <w:tcPr>
            <w:tcW w:w="2648" w:type="dxa"/>
            <w:tcMar>
              <w:top w:w="28" w:type="dxa"/>
              <w:left w:w="38" w:type="dxa"/>
              <w:bottom w:w="28" w:type="dxa"/>
              <w:right w:w="38" w:type="dxa"/>
            </w:tcMar>
            <w:vAlign w:val="center"/>
          </w:tcPr>
          <w:p w14:paraId="73096002" w14:textId="77777777" w:rsidR="00D60D5E" w:rsidRDefault="00891EF0">
            <w:pPr>
              <w:spacing w:after="0" w:line="240" w:lineRule="auto"/>
            </w:pPr>
            <w:r>
              <w:rPr>
                <w:rFonts w:eastAsia="Aptos"/>
                <w:sz w:val="17"/>
              </w:rPr>
              <w:t>Plain Croissant</w:t>
            </w:r>
          </w:p>
        </w:tc>
        <w:tc>
          <w:tcPr>
            <w:tcW w:w="630" w:type="dxa"/>
            <w:tcMar>
              <w:top w:w="28" w:type="dxa"/>
              <w:left w:w="38" w:type="dxa"/>
              <w:bottom w:w="28" w:type="dxa"/>
              <w:right w:w="38" w:type="dxa"/>
            </w:tcMar>
            <w:vAlign w:val="center"/>
          </w:tcPr>
          <w:p w14:paraId="49B53446"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47A32B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C9F2E5" w14:textId="77777777" w:rsidR="00D60D5E" w:rsidRDefault="00D60D5E">
            <w:pPr>
              <w:jc w:val="center"/>
            </w:pPr>
          </w:p>
        </w:tc>
      </w:tr>
      <w:tr w:rsidR="00D60D5E" w14:paraId="2F80A126" w14:textId="77777777" w:rsidTr="000617E0">
        <w:trPr>
          <w:cantSplit/>
          <w:jc w:val="center"/>
        </w:trPr>
        <w:tc>
          <w:tcPr>
            <w:tcW w:w="677" w:type="dxa"/>
            <w:tcMar>
              <w:top w:w="28" w:type="dxa"/>
              <w:left w:w="38" w:type="dxa"/>
              <w:bottom w:w="28" w:type="dxa"/>
              <w:right w:w="38" w:type="dxa"/>
            </w:tcMar>
            <w:vAlign w:val="center"/>
          </w:tcPr>
          <w:p w14:paraId="23F0815E" w14:textId="77777777" w:rsidR="00D60D5E" w:rsidRDefault="00891EF0">
            <w:pPr>
              <w:spacing w:after="0" w:line="240" w:lineRule="auto"/>
              <w:jc w:val="center"/>
            </w:pPr>
            <w:r>
              <w:rPr>
                <w:rFonts w:eastAsia="Aptos"/>
                <w:color w:val="6A7075"/>
                <w:sz w:val="17"/>
              </w:rPr>
              <w:t>250-110</w:t>
            </w:r>
          </w:p>
        </w:tc>
        <w:tc>
          <w:tcPr>
            <w:tcW w:w="2648" w:type="dxa"/>
            <w:tcMar>
              <w:top w:w="28" w:type="dxa"/>
              <w:left w:w="38" w:type="dxa"/>
              <w:bottom w:w="28" w:type="dxa"/>
              <w:right w:w="38" w:type="dxa"/>
            </w:tcMar>
            <w:vAlign w:val="center"/>
          </w:tcPr>
          <w:p w14:paraId="5C9FC98A" w14:textId="77777777" w:rsidR="00D60D5E" w:rsidRDefault="00891EF0">
            <w:pPr>
              <w:spacing w:after="0" w:line="240" w:lineRule="auto"/>
            </w:pPr>
            <w:r>
              <w:rPr>
                <w:rFonts w:eastAsia="Aptos"/>
                <w:sz w:val="17"/>
              </w:rPr>
              <w:t>Filled Croissant Chocolate</w:t>
            </w:r>
          </w:p>
        </w:tc>
        <w:tc>
          <w:tcPr>
            <w:tcW w:w="630" w:type="dxa"/>
            <w:tcMar>
              <w:top w:w="28" w:type="dxa"/>
              <w:left w:w="38" w:type="dxa"/>
              <w:bottom w:w="28" w:type="dxa"/>
              <w:right w:w="38" w:type="dxa"/>
            </w:tcMar>
            <w:vAlign w:val="center"/>
          </w:tcPr>
          <w:p w14:paraId="79039D87"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1ABF41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427B4A" w14:textId="77777777" w:rsidR="00D60D5E" w:rsidRDefault="00D60D5E">
            <w:pPr>
              <w:jc w:val="center"/>
            </w:pPr>
          </w:p>
        </w:tc>
      </w:tr>
      <w:tr w:rsidR="00D60D5E" w14:paraId="5AD0343F" w14:textId="77777777" w:rsidTr="000617E0">
        <w:trPr>
          <w:cantSplit/>
          <w:jc w:val="center"/>
        </w:trPr>
        <w:tc>
          <w:tcPr>
            <w:tcW w:w="677" w:type="dxa"/>
            <w:tcMar>
              <w:top w:w="28" w:type="dxa"/>
              <w:left w:w="38" w:type="dxa"/>
              <w:bottom w:w="28" w:type="dxa"/>
              <w:right w:w="38" w:type="dxa"/>
            </w:tcMar>
            <w:vAlign w:val="center"/>
          </w:tcPr>
          <w:p w14:paraId="74B2EB6B" w14:textId="77777777" w:rsidR="00D60D5E" w:rsidRDefault="00891EF0">
            <w:pPr>
              <w:spacing w:after="0" w:line="240" w:lineRule="auto"/>
              <w:jc w:val="center"/>
            </w:pPr>
            <w:r>
              <w:rPr>
                <w:rFonts w:eastAsia="Aptos"/>
                <w:color w:val="6A7075"/>
                <w:sz w:val="17"/>
              </w:rPr>
              <w:t>250-115</w:t>
            </w:r>
          </w:p>
        </w:tc>
        <w:tc>
          <w:tcPr>
            <w:tcW w:w="2648" w:type="dxa"/>
            <w:tcMar>
              <w:top w:w="28" w:type="dxa"/>
              <w:left w:w="38" w:type="dxa"/>
              <w:bottom w:w="28" w:type="dxa"/>
              <w:right w:w="38" w:type="dxa"/>
            </w:tcMar>
            <w:vAlign w:val="center"/>
          </w:tcPr>
          <w:p w14:paraId="0EFE660E" w14:textId="77777777" w:rsidR="00D60D5E" w:rsidRDefault="00891EF0">
            <w:pPr>
              <w:spacing w:after="0" w:line="240" w:lineRule="auto"/>
            </w:pPr>
            <w:r>
              <w:rPr>
                <w:rFonts w:eastAsia="Aptos"/>
                <w:sz w:val="17"/>
              </w:rPr>
              <w:t>Filled Croissant Blueberry</w:t>
            </w:r>
          </w:p>
        </w:tc>
        <w:tc>
          <w:tcPr>
            <w:tcW w:w="630" w:type="dxa"/>
            <w:tcMar>
              <w:top w:w="28" w:type="dxa"/>
              <w:left w:w="38" w:type="dxa"/>
              <w:bottom w:w="28" w:type="dxa"/>
              <w:right w:w="38" w:type="dxa"/>
            </w:tcMar>
            <w:vAlign w:val="center"/>
          </w:tcPr>
          <w:p w14:paraId="509DD611"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522A1FB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10A67F" w14:textId="77777777" w:rsidR="00D60D5E" w:rsidRDefault="00D60D5E">
            <w:pPr>
              <w:jc w:val="center"/>
            </w:pPr>
          </w:p>
        </w:tc>
      </w:tr>
      <w:tr w:rsidR="00D60D5E" w14:paraId="5CDAAEE5" w14:textId="77777777" w:rsidTr="000617E0">
        <w:trPr>
          <w:cantSplit/>
          <w:jc w:val="center"/>
        </w:trPr>
        <w:tc>
          <w:tcPr>
            <w:tcW w:w="677" w:type="dxa"/>
            <w:tcMar>
              <w:top w:w="28" w:type="dxa"/>
              <w:left w:w="38" w:type="dxa"/>
              <w:bottom w:w="28" w:type="dxa"/>
              <w:right w:w="38" w:type="dxa"/>
            </w:tcMar>
            <w:vAlign w:val="center"/>
          </w:tcPr>
          <w:p w14:paraId="00713420" w14:textId="77777777" w:rsidR="00D60D5E" w:rsidRDefault="00891EF0">
            <w:pPr>
              <w:spacing w:after="0" w:line="240" w:lineRule="auto"/>
              <w:jc w:val="center"/>
            </w:pPr>
            <w:r>
              <w:rPr>
                <w:rFonts w:eastAsia="Aptos"/>
                <w:color w:val="6A7075"/>
                <w:sz w:val="17"/>
              </w:rPr>
              <w:t>250-120</w:t>
            </w:r>
          </w:p>
        </w:tc>
        <w:tc>
          <w:tcPr>
            <w:tcW w:w="2648" w:type="dxa"/>
            <w:tcMar>
              <w:top w:w="28" w:type="dxa"/>
              <w:left w:w="38" w:type="dxa"/>
              <w:bottom w:w="28" w:type="dxa"/>
              <w:right w:w="38" w:type="dxa"/>
            </w:tcMar>
            <w:vAlign w:val="center"/>
          </w:tcPr>
          <w:p w14:paraId="11E95DEF" w14:textId="77777777" w:rsidR="00D60D5E" w:rsidRDefault="00891EF0">
            <w:pPr>
              <w:spacing w:after="0" w:line="240" w:lineRule="auto"/>
            </w:pPr>
            <w:r>
              <w:rPr>
                <w:rFonts w:eastAsia="Aptos"/>
                <w:sz w:val="17"/>
              </w:rPr>
              <w:t>Filled Croissant Cream Cheese</w:t>
            </w:r>
          </w:p>
        </w:tc>
        <w:tc>
          <w:tcPr>
            <w:tcW w:w="630" w:type="dxa"/>
            <w:tcMar>
              <w:top w:w="28" w:type="dxa"/>
              <w:left w:w="38" w:type="dxa"/>
              <w:bottom w:w="28" w:type="dxa"/>
              <w:right w:w="38" w:type="dxa"/>
            </w:tcMar>
            <w:vAlign w:val="center"/>
          </w:tcPr>
          <w:p w14:paraId="40C5570B"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6DA90F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9BE193B" w14:textId="77777777" w:rsidR="00D60D5E" w:rsidRDefault="00D60D5E">
            <w:pPr>
              <w:jc w:val="center"/>
            </w:pPr>
          </w:p>
        </w:tc>
      </w:tr>
      <w:tr w:rsidR="00D60D5E" w14:paraId="475D14E4" w14:textId="77777777" w:rsidTr="000617E0">
        <w:trPr>
          <w:cantSplit/>
          <w:jc w:val="center"/>
        </w:trPr>
        <w:tc>
          <w:tcPr>
            <w:tcW w:w="677" w:type="dxa"/>
            <w:tcMar>
              <w:top w:w="28" w:type="dxa"/>
              <w:left w:w="38" w:type="dxa"/>
              <w:bottom w:w="28" w:type="dxa"/>
              <w:right w:w="38" w:type="dxa"/>
            </w:tcMar>
            <w:vAlign w:val="center"/>
          </w:tcPr>
          <w:p w14:paraId="4C746573" w14:textId="77777777" w:rsidR="00D60D5E" w:rsidRDefault="00891EF0">
            <w:pPr>
              <w:spacing w:after="0" w:line="240" w:lineRule="auto"/>
              <w:jc w:val="center"/>
            </w:pPr>
            <w:r>
              <w:rPr>
                <w:rFonts w:eastAsia="Aptos"/>
                <w:color w:val="6A7075"/>
                <w:sz w:val="17"/>
              </w:rPr>
              <w:t>250-125</w:t>
            </w:r>
          </w:p>
        </w:tc>
        <w:tc>
          <w:tcPr>
            <w:tcW w:w="2648" w:type="dxa"/>
            <w:tcMar>
              <w:top w:w="28" w:type="dxa"/>
              <w:left w:w="38" w:type="dxa"/>
              <w:bottom w:w="28" w:type="dxa"/>
              <w:right w:w="38" w:type="dxa"/>
            </w:tcMar>
            <w:vAlign w:val="center"/>
          </w:tcPr>
          <w:p w14:paraId="2864D9F3" w14:textId="77777777" w:rsidR="00D60D5E" w:rsidRDefault="00891EF0">
            <w:pPr>
              <w:spacing w:after="0" w:line="240" w:lineRule="auto"/>
            </w:pPr>
            <w:r>
              <w:rPr>
                <w:rFonts w:eastAsia="Aptos"/>
                <w:sz w:val="17"/>
              </w:rPr>
              <w:t>Filled Croissant Pineapple</w:t>
            </w:r>
          </w:p>
        </w:tc>
        <w:tc>
          <w:tcPr>
            <w:tcW w:w="630" w:type="dxa"/>
            <w:tcMar>
              <w:top w:w="28" w:type="dxa"/>
              <w:left w:w="38" w:type="dxa"/>
              <w:bottom w:w="28" w:type="dxa"/>
              <w:right w:w="38" w:type="dxa"/>
            </w:tcMar>
            <w:vAlign w:val="center"/>
          </w:tcPr>
          <w:p w14:paraId="400A0BB4"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5C6FDCB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736100" w14:textId="77777777" w:rsidR="00D60D5E" w:rsidRDefault="00D60D5E">
            <w:pPr>
              <w:jc w:val="center"/>
            </w:pPr>
          </w:p>
        </w:tc>
      </w:tr>
      <w:tr w:rsidR="00D60D5E" w14:paraId="78106F39" w14:textId="77777777" w:rsidTr="000617E0">
        <w:trPr>
          <w:cantSplit/>
          <w:jc w:val="center"/>
        </w:trPr>
        <w:tc>
          <w:tcPr>
            <w:tcW w:w="677" w:type="dxa"/>
            <w:tcMar>
              <w:top w:w="28" w:type="dxa"/>
              <w:left w:w="38" w:type="dxa"/>
              <w:bottom w:w="28" w:type="dxa"/>
              <w:right w:w="38" w:type="dxa"/>
            </w:tcMar>
            <w:vAlign w:val="center"/>
          </w:tcPr>
          <w:p w14:paraId="58F74B23" w14:textId="77777777" w:rsidR="00D60D5E" w:rsidRDefault="00891EF0">
            <w:pPr>
              <w:spacing w:after="0" w:line="240" w:lineRule="auto"/>
              <w:jc w:val="center"/>
            </w:pPr>
            <w:r>
              <w:rPr>
                <w:rFonts w:eastAsia="Aptos"/>
                <w:color w:val="6A7075"/>
                <w:sz w:val="17"/>
              </w:rPr>
              <w:t>250-130</w:t>
            </w:r>
          </w:p>
        </w:tc>
        <w:tc>
          <w:tcPr>
            <w:tcW w:w="2648" w:type="dxa"/>
            <w:tcMar>
              <w:top w:w="28" w:type="dxa"/>
              <w:left w:w="38" w:type="dxa"/>
              <w:bottom w:w="28" w:type="dxa"/>
              <w:right w:w="38" w:type="dxa"/>
            </w:tcMar>
            <w:vAlign w:val="center"/>
          </w:tcPr>
          <w:p w14:paraId="220A7587" w14:textId="77777777" w:rsidR="00D60D5E" w:rsidRDefault="00891EF0">
            <w:pPr>
              <w:spacing w:after="0" w:line="240" w:lineRule="auto"/>
            </w:pPr>
            <w:r>
              <w:rPr>
                <w:rFonts w:eastAsia="Aptos"/>
                <w:sz w:val="17"/>
              </w:rPr>
              <w:t>Filled Croissant Apple</w:t>
            </w:r>
          </w:p>
        </w:tc>
        <w:tc>
          <w:tcPr>
            <w:tcW w:w="630" w:type="dxa"/>
            <w:tcMar>
              <w:top w:w="28" w:type="dxa"/>
              <w:left w:w="38" w:type="dxa"/>
              <w:bottom w:w="28" w:type="dxa"/>
              <w:right w:w="38" w:type="dxa"/>
            </w:tcMar>
            <w:vAlign w:val="center"/>
          </w:tcPr>
          <w:p w14:paraId="064B8088"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198E95A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E0F327C" w14:textId="77777777" w:rsidR="00D60D5E" w:rsidRDefault="00D60D5E">
            <w:pPr>
              <w:jc w:val="center"/>
            </w:pPr>
          </w:p>
        </w:tc>
      </w:tr>
      <w:tr w:rsidR="00D60D5E" w14:paraId="6FC9BF45" w14:textId="77777777" w:rsidTr="000617E0">
        <w:trPr>
          <w:cantSplit/>
          <w:jc w:val="center"/>
        </w:trPr>
        <w:tc>
          <w:tcPr>
            <w:tcW w:w="677" w:type="dxa"/>
            <w:tcMar>
              <w:top w:w="28" w:type="dxa"/>
              <w:left w:w="38" w:type="dxa"/>
              <w:bottom w:w="28" w:type="dxa"/>
              <w:right w:w="38" w:type="dxa"/>
            </w:tcMar>
            <w:vAlign w:val="center"/>
          </w:tcPr>
          <w:p w14:paraId="2987D60B" w14:textId="77777777" w:rsidR="00D60D5E" w:rsidRDefault="00891EF0">
            <w:pPr>
              <w:spacing w:after="0" w:line="240" w:lineRule="auto"/>
              <w:jc w:val="center"/>
            </w:pPr>
            <w:r>
              <w:rPr>
                <w:rFonts w:eastAsia="Aptos"/>
                <w:color w:val="6A7075"/>
                <w:sz w:val="17"/>
              </w:rPr>
              <w:t>250-135</w:t>
            </w:r>
          </w:p>
        </w:tc>
        <w:tc>
          <w:tcPr>
            <w:tcW w:w="2648" w:type="dxa"/>
            <w:tcMar>
              <w:top w:w="28" w:type="dxa"/>
              <w:left w:w="38" w:type="dxa"/>
              <w:bottom w:w="28" w:type="dxa"/>
              <w:right w:w="38" w:type="dxa"/>
            </w:tcMar>
            <w:vAlign w:val="center"/>
          </w:tcPr>
          <w:p w14:paraId="5B2B330B" w14:textId="77777777" w:rsidR="00D60D5E" w:rsidRDefault="00891EF0">
            <w:pPr>
              <w:spacing w:after="0" w:line="240" w:lineRule="auto"/>
            </w:pPr>
            <w:r>
              <w:rPr>
                <w:rFonts w:eastAsia="Aptos"/>
                <w:sz w:val="17"/>
              </w:rPr>
              <w:t>Danish Apple</w:t>
            </w:r>
          </w:p>
        </w:tc>
        <w:tc>
          <w:tcPr>
            <w:tcW w:w="630" w:type="dxa"/>
            <w:tcMar>
              <w:top w:w="28" w:type="dxa"/>
              <w:left w:w="38" w:type="dxa"/>
              <w:bottom w:w="28" w:type="dxa"/>
              <w:right w:w="38" w:type="dxa"/>
            </w:tcMar>
            <w:vAlign w:val="center"/>
          </w:tcPr>
          <w:p w14:paraId="23521F0A"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207D87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C98396" w14:textId="77777777" w:rsidR="00D60D5E" w:rsidRDefault="00D60D5E">
            <w:pPr>
              <w:jc w:val="center"/>
            </w:pPr>
          </w:p>
        </w:tc>
      </w:tr>
      <w:tr w:rsidR="00D60D5E" w14:paraId="7E816776" w14:textId="77777777" w:rsidTr="000617E0">
        <w:trPr>
          <w:cantSplit/>
          <w:jc w:val="center"/>
        </w:trPr>
        <w:tc>
          <w:tcPr>
            <w:tcW w:w="677" w:type="dxa"/>
            <w:tcMar>
              <w:top w:w="28" w:type="dxa"/>
              <w:left w:w="38" w:type="dxa"/>
              <w:bottom w:w="28" w:type="dxa"/>
              <w:right w:w="38" w:type="dxa"/>
            </w:tcMar>
            <w:vAlign w:val="center"/>
          </w:tcPr>
          <w:p w14:paraId="29BBB999" w14:textId="77777777" w:rsidR="00D60D5E" w:rsidRDefault="00891EF0">
            <w:pPr>
              <w:spacing w:after="0" w:line="240" w:lineRule="auto"/>
              <w:jc w:val="center"/>
            </w:pPr>
            <w:r>
              <w:rPr>
                <w:rFonts w:eastAsia="Aptos"/>
                <w:color w:val="6A7075"/>
                <w:sz w:val="17"/>
              </w:rPr>
              <w:t>250-140</w:t>
            </w:r>
          </w:p>
        </w:tc>
        <w:tc>
          <w:tcPr>
            <w:tcW w:w="2648" w:type="dxa"/>
            <w:tcMar>
              <w:top w:w="28" w:type="dxa"/>
              <w:left w:w="38" w:type="dxa"/>
              <w:bottom w:w="28" w:type="dxa"/>
              <w:right w:w="38" w:type="dxa"/>
            </w:tcMar>
            <w:vAlign w:val="center"/>
          </w:tcPr>
          <w:p w14:paraId="21CBDC0E" w14:textId="77777777" w:rsidR="00D60D5E" w:rsidRDefault="00891EF0">
            <w:pPr>
              <w:spacing w:after="0" w:line="240" w:lineRule="auto"/>
            </w:pPr>
            <w:r>
              <w:rPr>
                <w:rFonts w:eastAsia="Aptos"/>
                <w:sz w:val="17"/>
              </w:rPr>
              <w:t>Danish Cream Cheese</w:t>
            </w:r>
          </w:p>
        </w:tc>
        <w:tc>
          <w:tcPr>
            <w:tcW w:w="630" w:type="dxa"/>
            <w:tcMar>
              <w:top w:w="28" w:type="dxa"/>
              <w:left w:w="38" w:type="dxa"/>
              <w:bottom w:w="28" w:type="dxa"/>
              <w:right w:w="38" w:type="dxa"/>
            </w:tcMar>
            <w:vAlign w:val="center"/>
          </w:tcPr>
          <w:p w14:paraId="24C5C4C7"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521AC8E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9A321D" w14:textId="77777777" w:rsidR="00D60D5E" w:rsidRDefault="00D60D5E">
            <w:pPr>
              <w:jc w:val="center"/>
            </w:pPr>
          </w:p>
        </w:tc>
      </w:tr>
      <w:tr w:rsidR="00D60D5E" w14:paraId="54A3D338" w14:textId="77777777" w:rsidTr="000617E0">
        <w:trPr>
          <w:cantSplit/>
          <w:jc w:val="center"/>
        </w:trPr>
        <w:tc>
          <w:tcPr>
            <w:tcW w:w="677" w:type="dxa"/>
            <w:tcMar>
              <w:top w:w="28" w:type="dxa"/>
              <w:left w:w="38" w:type="dxa"/>
              <w:bottom w:w="28" w:type="dxa"/>
              <w:right w:w="38" w:type="dxa"/>
            </w:tcMar>
            <w:vAlign w:val="center"/>
          </w:tcPr>
          <w:p w14:paraId="456B0D68" w14:textId="77777777" w:rsidR="00D60D5E" w:rsidRDefault="00891EF0">
            <w:pPr>
              <w:spacing w:after="0" w:line="240" w:lineRule="auto"/>
              <w:jc w:val="center"/>
            </w:pPr>
            <w:r>
              <w:rPr>
                <w:rFonts w:eastAsia="Aptos"/>
                <w:color w:val="6A7075"/>
                <w:sz w:val="17"/>
              </w:rPr>
              <w:t>250-145</w:t>
            </w:r>
          </w:p>
        </w:tc>
        <w:tc>
          <w:tcPr>
            <w:tcW w:w="2648" w:type="dxa"/>
            <w:tcMar>
              <w:top w:w="28" w:type="dxa"/>
              <w:left w:w="38" w:type="dxa"/>
              <w:bottom w:w="28" w:type="dxa"/>
              <w:right w:w="38" w:type="dxa"/>
            </w:tcMar>
            <w:vAlign w:val="center"/>
          </w:tcPr>
          <w:p w14:paraId="36EE2C38" w14:textId="77777777" w:rsidR="00D60D5E" w:rsidRDefault="00891EF0">
            <w:pPr>
              <w:spacing w:after="0" w:line="240" w:lineRule="auto"/>
            </w:pPr>
            <w:r>
              <w:rPr>
                <w:rFonts w:eastAsia="Aptos"/>
                <w:sz w:val="17"/>
              </w:rPr>
              <w:t>Danish Cherry</w:t>
            </w:r>
          </w:p>
        </w:tc>
        <w:tc>
          <w:tcPr>
            <w:tcW w:w="630" w:type="dxa"/>
            <w:tcMar>
              <w:top w:w="28" w:type="dxa"/>
              <w:left w:w="38" w:type="dxa"/>
              <w:bottom w:w="28" w:type="dxa"/>
              <w:right w:w="38" w:type="dxa"/>
            </w:tcMar>
            <w:vAlign w:val="center"/>
          </w:tcPr>
          <w:p w14:paraId="6A232739"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61A4AF7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EC4871" w14:textId="77777777" w:rsidR="00D60D5E" w:rsidRDefault="00D60D5E">
            <w:pPr>
              <w:jc w:val="center"/>
            </w:pPr>
          </w:p>
        </w:tc>
      </w:tr>
      <w:tr w:rsidR="00D60D5E" w14:paraId="15E99159" w14:textId="77777777" w:rsidTr="000617E0">
        <w:trPr>
          <w:cantSplit/>
          <w:jc w:val="center"/>
        </w:trPr>
        <w:tc>
          <w:tcPr>
            <w:tcW w:w="677" w:type="dxa"/>
            <w:tcMar>
              <w:top w:w="28" w:type="dxa"/>
              <w:left w:w="38" w:type="dxa"/>
              <w:bottom w:w="28" w:type="dxa"/>
              <w:right w:w="38" w:type="dxa"/>
            </w:tcMar>
            <w:vAlign w:val="center"/>
          </w:tcPr>
          <w:p w14:paraId="2BEADFB7" w14:textId="77777777" w:rsidR="00D60D5E" w:rsidRDefault="00891EF0">
            <w:pPr>
              <w:spacing w:after="0" w:line="240" w:lineRule="auto"/>
              <w:jc w:val="center"/>
            </w:pPr>
            <w:r>
              <w:rPr>
                <w:rFonts w:eastAsia="Aptos"/>
                <w:color w:val="6A7075"/>
                <w:sz w:val="17"/>
              </w:rPr>
              <w:t>250-150</w:t>
            </w:r>
          </w:p>
        </w:tc>
        <w:tc>
          <w:tcPr>
            <w:tcW w:w="2648" w:type="dxa"/>
            <w:tcMar>
              <w:top w:w="28" w:type="dxa"/>
              <w:left w:w="38" w:type="dxa"/>
              <w:bottom w:w="28" w:type="dxa"/>
              <w:right w:w="38" w:type="dxa"/>
            </w:tcMar>
            <w:vAlign w:val="center"/>
          </w:tcPr>
          <w:p w14:paraId="6C95372F" w14:textId="77777777" w:rsidR="00D60D5E" w:rsidRDefault="00891EF0">
            <w:pPr>
              <w:spacing w:after="0" w:line="240" w:lineRule="auto"/>
            </w:pPr>
            <w:r>
              <w:rPr>
                <w:rFonts w:eastAsia="Aptos"/>
                <w:sz w:val="17"/>
              </w:rPr>
              <w:t>Danish Pineapple</w:t>
            </w:r>
          </w:p>
        </w:tc>
        <w:tc>
          <w:tcPr>
            <w:tcW w:w="630" w:type="dxa"/>
            <w:tcMar>
              <w:top w:w="28" w:type="dxa"/>
              <w:left w:w="38" w:type="dxa"/>
              <w:bottom w:w="28" w:type="dxa"/>
              <w:right w:w="38" w:type="dxa"/>
            </w:tcMar>
            <w:vAlign w:val="center"/>
          </w:tcPr>
          <w:p w14:paraId="3372FFC2"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5DCA8E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D1E922" w14:textId="77777777" w:rsidR="00D60D5E" w:rsidRDefault="00D60D5E">
            <w:pPr>
              <w:jc w:val="center"/>
            </w:pPr>
          </w:p>
        </w:tc>
      </w:tr>
      <w:tr w:rsidR="00D60D5E" w14:paraId="329D0FFC" w14:textId="77777777" w:rsidTr="000617E0">
        <w:trPr>
          <w:cantSplit/>
          <w:jc w:val="center"/>
        </w:trPr>
        <w:tc>
          <w:tcPr>
            <w:tcW w:w="677" w:type="dxa"/>
            <w:tcMar>
              <w:top w:w="28" w:type="dxa"/>
              <w:left w:w="38" w:type="dxa"/>
              <w:bottom w:w="28" w:type="dxa"/>
              <w:right w:w="38" w:type="dxa"/>
            </w:tcMar>
            <w:vAlign w:val="center"/>
          </w:tcPr>
          <w:p w14:paraId="3C79CE90" w14:textId="77777777" w:rsidR="00D60D5E" w:rsidRDefault="00891EF0">
            <w:pPr>
              <w:spacing w:after="0" w:line="240" w:lineRule="auto"/>
              <w:jc w:val="center"/>
            </w:pPr>
            <w:r>
              <w:rPr>
                <w:rFonts w:eastAsia="Aptos"/>
                <w:color w:val="6A7075"/>
                <w:sz w:val="17"/>
              </w:rPr>
              <w:t>250-155</w:t>
            </w:r>
          </w:p>
        </w:tc>
        <w:tc>
          <w:tcPr>
            <w:tcW w:w="2648" w:type="dxa"/>
            <w:tcMar>
              <w:top w:w="28" w:type="dxa"/>
              <w:left w:w="38" w:type="dxa"/>
              <w:bottom w:w="28" w:type="dxa"/>
              <w:right w:w="38" w:type="dxa"/>
            </w:tcMar>
            <w:vAlign w:val="center"/>
          </w:tcPr>
          <w:p w14:paraId="27F62BE0" w14:textId="77777777" w:rsidR="00D60D5E" w:rsidRDefault="00891EF0">
            <w:pPr>
              <w:spacing w:after="0" w:line="240" w:lineRule="auto"/>
            </w:pPr>
            <w:r>
              <w:rPr>
                <w:rFonts w:eastAsia="Aptos"/>
                <w:sz w:val="17"/>
              </w:rPr>
              <w:t>Danish Blueberry</w:t>
            </w:r>
          </w:p>
        </w:tc>
        <w:tc>
          <w:tcPr>
            <w:tcW w:w="630" w:type="dxa"/>
            <w:tcMar>
              <w:top w:w="28" w:type="dxa"/>
              <w:left w:w="38" w:type="dxa"/>
              <w:bottom w:w="28" w:type="dxa"/>
              <w:right w:w="38" w:type="dxa"/>
            </w:tcMar>
            <w:vAlign w:val="center"/>
          </w:tcPr>
          <w:p w14:paraId="29FE07BE"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117BD5E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CA86AA" w14:textId="77777777" w:rsidR="00D60D5E" w:rsidRDefault="00D60D5E">
            <w:pPr>
              <w:jc w:val="center"/>
            </w:pPr>
          </w:p>
        </w:tc>
      </w:tr>
      <w:tr w:rsidR="00D60D5E" w14:paraId="3E847DCA" w14:textId="77777777" w:rsidTr="000617E0">
        <w:trPr>
          <w:cantSplit/>
          <w:jc w:val="center"/>
        </w:trPr>
        <w:tc>
          <w:tcPr>
            <w:tcW w:w="677" w:type="dxa"/>
            <w:tcMar>
              <w:top w:w="28" w:type="dxa"/>
              <w:left w:w="38" w:type="dxa"/>
              <w:bottom w:w="28" w:type="dxa"/>
              <w:right w:w="38" w:type="dxa"/>
            </w:tcMar>
            <w:vAlign w:val="center"/>
          </w:tcPr>
          <w:p w14:paraId="4E7B036C" w14:textId="77777777" w:rsidR="00D60D5E" w:rsidRDefault="00891EF0">
            <w:pPr>
              <w:spacing w:after="0" w:line="240" w:lineRule="auto"/>
              <w:jc w:val="center"/>
            </w:pPr>
            <w:r>
              <w:rPr>
                <w:rFonts w:eastAsia="Aptos"/>
                <w:color w:val="6A7075"/>
                <w:sz w:val="17"/>
              </w:rPr>
              <w:t>250-160</w:t>
            </w:r>
          </w:p>
        </w:tc>
        <w:tc>
          <w:tcPr>
            <w:tcW w:w="2648" w:type="dxa"/>
            <w:tcMar>
              <w:top w:w="28" w:type="dxa"/>
              <w:left w:w="38" w:type="dxa"/>
              <w:bottom w:w="28" w:type="dxa"/>
              <w:right w:w="38" w:type="dxa"/>
            </w:tcMar>
            <w:vAlign w:val="center"/>
          </w:tcPr>
          <w:p w14:paraId="603F2E02" w14:textId="77777777" w:rsidR="00D60D5E" w:rsidRDefault="00891EF0">
            <w:pPr>
              <w:spacing w:after="0" w:line="240" w:lineRule="auto"/>
            </w:pPr>
            <w:r>
              <w:rPr>
                <w:rFonts w:eastAsia="Aptos"/>
                <w:sz w:val="17"/>
              </w:rPr>
              <w:t>Cinnamon Roll</w:t>
            </w:r>
          </w:p>
        </w:tc>
        <w:tc>
          <w:tcPr>
            <w:tcW w:w="630" w:type="dxa"/>
            <w:tcMar>
              <w:top w:w="28" w:type="dxa"/>
              <w:left w:w="38" w:type="dxa"/>
              <w:bottom w:w="28" w:type="dxa"/>
              <w:right w:w="38" w:type="dxa"/>
            </w:tcMar>
            <w:vAlign w:val="center"/>
          </w:tcPr>
          <w:p w14:paraId="72D4F284" w14:textId="77777777" w:rsidR="00D60D5E" w:rsidRDefault="00891EF0">
            <w:pPr>
              <w:spacing w:after="0" w:line="240" w:lineRule="auto"/>
              <w:jc w:val="center"/>
            </w:pPr>
            <w:r>
              <w:rPr>
                <w:rFonts w:eastAsia="Aptos"/>
                <w:b/>
                <w:sz w:val="17"/>
              </w:rPr>
              <w:t>3.75</w:t>
            </w:r>
          </w:p>
        </w:tc>
        <w:tc>
          <w:tcPr>
            <w:tcW w:w="540" w:type="dxa"/>
            <w:tcMar>
              <w:top w:w="28" w:type="dxa"/>
              <w:left w:w="38" w:type="dxa"/>
              <w:bottom w:w="28" w:type="dxa"/>
              <w:right w:w="38" w:type="dxa"/>
            </w:tcMar>
            <w:vAlign w:val="center"/>
          </w:tcPr>
          <w:p w14:paraId="6E68B27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92F9C3" w14:textId="77777777" w:rsidR="00D60D5E" w:rsidRDefault="00D60D5E">
            <w:pPr>
              <w:jc w:val="center"/>
            </w:pPr>
          </w:p>
        </w:tc>
      </w:tr>
      <w:tr w:rsidR="00D60D5E" w14:paraId="2700E40E" w14:textId="77777777" w:rsidTr="000617E0">
        <w:trPr>
          <w:cantSplit/>
          <w:jc w:val="center"/>
        </w:trPr>
        <w:tc>
          <w:tcPr>
            <w:tcW w:w="677" w:type="dxa"/>
            <w:tcMar>
              <w:top w:w="28" w:type="dxa"/>
              <w:left w:w="38" w:type="dxa"/>
              <w:bottom w:w="28" w:type="dxa"/>
              <w:right w:w="38" w:type="dxa"/>
            </w:tcMar>
            <w:vAlign w:val="center"/>
          </w:tcPr>
          <w:p w14:paraId="7BDA80F3" w14:textId="77777777" w:rsidR="00D60D5E" w:rsidRDefault="00891EF0">
            <w:pPr>
              <w:spacing w:after="0" w:line="240" w:lineRule="auto"/>
              <w:jc w:val="center"/>
            </w:pPr>
            <w:r>
              <w:rPr>
                <w:rFonts w:eastAsia="Aptos"/>
                <w:color w:val="6A7075"/>
                <w:sz w:val="17"/>
              </w:rPr>
              <w:t>250-165</w:t>
            </w:r>
          </w:p>
        </w:tc>
        <w:tc>
          <w:tcPr>
            <w:tcW w:w="2648" w:type="dxa"/>
            <w:tcMar>
              <w:top w:w="28" w:type="dxa"/>
              <w:left w:w="38" w:type="dxa"/>
              <w:bottom w:w="28" w:type="dxa"/>
              <w:right w:w="38" w:type="dxa"/>
            </w:tcMar>
            <w:vAlign w:val="center"/>
          </w:tcPr>
          <w:p w14:paraId="0891F0ED" w14:textId="77777777" w:rsidR="00D60D5E" w:rsidRDefault="00891EF0">
            <w:pPr>
              <w:spacing w:after="0" w:line="240" w:lineRule="auto"/>
            </w:pPr>
            <w:r>
              <w:rPr>
                <w:rFonts w:eastAsia="Aptos"/>
                <w:sz w:val="17"/>
              </w:rPr>
              <w:t>Rum Cake (Local) Nyammin 160g</w:t>
            </w:r>
          </w:p>
        </w:tc>
        <w:tc>
          <w:tcPr>
            <w:tcW w:w="630" w:type="dxa"/>
            <w:tcMar>
              <w:top w:w="28" w:type="dxa"/>
              <w:left w:w="38" w:type="dxa"/>
              <w:bottom w:w="28" w:type="dxa"/>
              <w:right w:w="38" w:type="dxa"/>
            </w:tcMar>
            <w:vAlign w:val="center"/>
          </w:tcPr>
          <w:p w14:paraId="61D4774E" w14:textId="77777777" w:rsidR="00D60D5E" w:rsidRDefault="00891EF0">
            <w:pPr>
              <w:spacing w:after="0" w:line="240" w:lineRule="auto"/>
              <w:jc w:val="center"/>
            </w:pPr>
            <w:r>
              <w:rPr>
                <w:rFonts w:eastAsia="Aptos"/>
                <w:b/>
                <w:sz w:val="17"/>
              </w:rPr>
              <w:t>14.99</w:t>
            </w:r>
          </w:p>
        </w:tc>
        <w:tc>
          <w:tcPr>
            <w:tcW w:w="540" w:type="dxa"/>
            <w:tcMar>
              <w:top w:w="28" w:type="dxa"/>
              <w:left w:w="38" w:type="dxa"/>
              <w:bottom w:w="28" w:type="dxa"/>
              <w:right w:w="38" w:type="dxa"/>
            </w:tcMar>
            <w:vAlign w:val="center"/>
          </w:tcPr>
          <w:p w14:paraId="2EF1E8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814356" w14:textId="77777777" w:rsidR="00D60D5E" w:rsidRDefault="00D60D5E">
            <w:pPr>
              <w:jc w:val="center"/>
            </w:pPr>
          </w:p>
        </w:tc>
      </w:tr>
      <w:tr w:rsidR="00D60D5E" w14:paraId="5732EB4A" w14:textId="77777777" w:rsidTr="000617E0">
        <w:trPr>
          <w:cantSplit/>
          <w:jc w:val="center"/>
        </w:trPr>
        <w:tc>
          <w:tcPr>
            <w:tcW w:w="677" w:type="dxa"/>
            <w:tcMar>
              <w:top w:w="28" w:type="dxa"/>
              <w:left w:w="38" w:type="dxa"/>
              <w:bottom w:w="28" w:type="dxa"/>
              <w:right w:w="38" w:type="dxa"/>
            </w:tcMar>
            <w:vAlign w:val="center"/>
          </w:tcPr>
          <w:p w14:paraId="6839AE32" w14:textId="77777777" w:rsidR="00D60D5E" w:rsidRDefault="00891EF0">
            <w:pPr>
              <w:spacing w:after="0" w:line="240" w:lineRule="auto"/>
              <w:jc w:val="center"/>
            </w:pPr>
            <w:r>
              <w:rPr>
                <w:rFonts w:eastAsia="Aptos"/>
                <w:color w:val="6A7075"/>
                <w:sz w:val="17"/>
              </w:rPr>
              <w:t>250-170</w:t>
            </w:r>
          </w:p>
        </w:tc>
        <w:tc>
          <w:tcPr>
            <w:tcW w:w="2648" w:type="dxa"/>
            <w:tcMar>
              <w:top w:w="28" w:type="dxa"/>
              <w:left w:w="38" w:type="dxa"/>
              <w:bottom w:w="28" w:type="dxa"/>
              <w:right w:w="38" w:type="dxa"/>
            </w:tcMar>
            <w:vAlign w:val="center"/>
          </w:tcPr>
          <w:p w14:paraId="07DCAE73" w14:textId="77777777" w:rsidR="00D60D5E" w:rsidRDefault="00891EF0">
            <w:pPr>
              <w:spacing w:after="0" w:line="240" w:lineRule="auto"/>
            </w:pPr>
            <w:r>
              <w:rPr>
                <w:rFonts w:eastAsia="Aptos"/>
                <w:sz w:val="17"/>
              </w:rPr>
              <w:t>Fruits Tarts</w:t>
            </w:r>
          </w:p>
        </w:tc>
        <w:tc>
          <w:tcPr>
            <w:tcW w:w="630" w:type="dxa"/>
            <w:tcMar>
              <w:top w:w="28" w:type="dxa"/>
              <w:left w:w="38" w:type="dxa"/>
              <w:bottom w:w="28" w:type="dxa"/>
              <w:right w:w="38" w:type="dxa"/>
            </w:tcMar>
            <w:vAlign w:val="center"/>
          </w:tcPr>
          <w:p w14:paraId="381D360A" w14:textId="77777777" w:rsidR="00D60D5E" w:rsidRDefault="00891EF0">
            <w:pPr>
              <w:spacing w:after="0" w:line="240" w:lineRule="auto"/>
              <w:jc w:val="center"/>
            </w:pPr>
            <w:r>
              <w:rPr>
                <w:rFonts w:eastAsia="Aptos"/>
                <w:b/>
                <w:sz w:val="17"/>
              </w:rPr>
              <w:t>4.50</w:t>
            </w:r>
          </w:p>
        </w:tc>
        <w:tc>
          <w:tcPr>
            <w:tcW w:w="540" w:type="dxa"/>
            <w:tcMar>
              <w:top w:w="28" w:type="dxa"/>
              <w:left w:w="38" w:type="dxa"/>
              <w:bottom w:w="28" w:type="dxa"/>
              <w:right w:w="38" w:type="dxa"/>
            </w:tcMar>
            <w:vAlign w:val="center"/>
          </w:tcPr>
          <w:p w14:paraId="53AEE35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53716A" w14:textId="77777777" w:rsidR="00D60D5E" w:rsidRDefault="00D60D5E">
            <w:pPr>
              <w:jc w:val="center"/>
            </w:pPr>
          </w:p>
        </w:tc>
      </w:tr>
      <w:tr w:rsidR="00D60D5E" w14:paraId="465607E8" w14:textId="77777777" w:rsidTr="000617E0">
        <w:trPr>
          <w:cantSplit/>
          <w:jc w:val="center"/>
        </w:trPr>
        <w:tc>
          <w:tcPr>
            <w:tcW w:w="677" w:type="dxa"/>
            <w:tcMar>
              <w:top w:w="28" w:type="dxa"/>
              <w:left w:w="38" w:type="dxa"/>
              <w:bottom w:w="28" w:type="dxa"/>
              <w:right w:w="38" w:type="dxa"/>
            </w:tcMar>
            <w:vAlign w:val="center"/>
          </w:tcPr>
          <w:p w14:paraId="5779526B" w14:textId="77777777" w:rsidR="00D60D5E" w:rsidRDefault="00891EF0">
            <w:pPr>
              <w:spacing w:after="0" w:line="240" w:lineRule="auto"/>
              <w:jc w:val="center"/>
            </w:pPr>
            <w:r>
              <w:rPr>
                <w:rFonts w:eastAsia="Aptos"/>
                <w:color w:val="6A7075"/>
                <w:sz w:val="17"/>
              </w:rPr>
              <w:t>250-175</w:t>
            </w:r>
          </w:p>
        </w:tc>
        <w:tc>
          <w:tcPr>
            <w:tcW w:w="2648" w:type="dxa"/>
            <w:tcMar>
              <w:top w:w="28" w:type="dxa"/>
              <w:left w:w="38" w:type="dxa"/>
              <w:bottom w:w="28" w:type="dxa"/>
              <w:right w:w="38" w:type="dxa"/>
            </w:tcMar>
            <w:vAlign w:val="center"/>
          </w:tcPr>
          <w:p w14:paraId="645BB939" w14:textId="77777777" w:rsidR="00D60D5E" w:rsidRDefault="00891EF0">
            <w:pPr>
              <w:spacing w:after="0" w:line="240" w:lineRule="auto"/>
            </w:pPr>
            <w:r>
              <w:rPr>
                <w:rFonts w:eastAsia="Aptos"/>
                <w:sz w:val="17"/>
              </w:rPr>
              <w:t>Carrot Cake Loaf</w:t>
            </w:r>
          </w:p>
        </w:tc>
        <w:tc>
          <w:tcPr>
            <w:tcW w:w="630" w:type="dxa"/>
            <w:tcMar>
              <w:top w:w="28" w:type="dxa"/>
              <w:left w:w="38" w:type="dxa"/>
              <w:bottom w:w="28" w:type="dxa"/>
              <w:right w:w="38" w:type="dxa"/>
            </w:tcMar>
            <w:vAlign w:val="center"/>
          </w:tcPr>
          <w:p w14:paraId="2DDD9E31" w14:textId="77777777" w:rsidR="00D60D5E" w:rsidRDefault="00891EF0">
            <w:pPr>
              <w:spacing w:after="0" w:line="240" w:lineRule="auto"/>
              <w:jc w:val="center"/>
            </w:pPr>
            <w:r>
              <w:rPr>
                <w:rFonts w:eastAsia="Aptos"/>
                <w:b/>
                <w:sz w:val="17"/>
              </w:rPr>
              <w:t>8.50</w:t>
            </w:r>
          </w:p>
        </w:tc>
        <w:tc>
          <w:tcPr>
            <w:tcW w:w="540" w:type="dxa"/>
            <w:tcMar>
              <w:top w:w="28" w:type="dxa"/>
              <w:left w:w="38" w:type="dxa"/>
              <w:bottom w:w="28" w:type="dxa"/>
              <w:right w:w="38" w:type="dxa"/>
            </w:tcMar>
            <w:vAlign w:val="center"/>
          </w:tcPr>
          <w:p w14:paraId="2A0A99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B01D04" w14:textId="77777777" w:rsidR="00D60D5E" w:rsidRDefault="00D60D5E">
            <w:pPr>
              <w:jc w:val="center"/>
            </w:pPr>
          </w:p>
        </w:tc>
      </w:tr>
      <w:tr w:rsidR="00D60D5E" w14:paraId="5E949206" w14:textId="77777777" w:rsidTr="000617E0">
        <w:trPr>
          <w:cantSplit/>
          <w:jc w:val="center"/>
        </w:trPr>
        <w:tc>
          <w:tcPr>
            <w:tcW w:w="677" w:type="dxa"/>
            <w:tcMar>
              <w:top w:w="28" w:type="dxa"/>
              <w:left w:w="38" w:type="dxa"/>
              <w:bottom w:w="28" w:type="dxa"/>
              <w:right w:w="38" w:type="dxa"/>
            </w:tcMar>
            <w:vAlign w:val="center"/>
          </w:tcPr>
          <w:p w14:paraId="6D7A2705" w14:textId="77777777" w:rsidR="00D60D5E" w:rsidRDefault="00891EF0">
            <w:pPr>
              <w:spacing w:after="0" w:line="240" w:lineRule="auto"/>
              <w:jc w:val="center"/>
            </w:pPr>
            <w:r>
              <w:rPr>
                <w:rFonts w:eastAsia="Aptos"/>
                <w:color w:val="6A7075"/>
                <w:sz w:val="17"/>
              </w:rPr>
              <w:t>250-180</w:t>
            </w:r>
          </w:p>
        </w:tc>
        <w:tc>
          <w:tcPr>
            <w:tcW w:w="2648" w:type="dxa"/>
            <w:tcMar>
              <w:top w:w="28" w:type="dxa"/>
              <w:left w:w="38" w:type="dxa"/>
              <w:bottom w:w="28" w:type="dxa"/>
              <w:right w:w="38" w:type="dxa"/>
            </w:tcMar>
            <w:vAlign w:val="center"/>
          </w:tcPr>
          <w:p w14:paraId="0237DF8F" w14:textId="77777777" w:rsidR="00D60D5E" w:rsidRDefault="00891EF0">
            <w:pPr>
              <w:spacing w:after="0" w:line="240" w:lineRule="auto"/>
            </w:pPr>
            <w:r>
              <w:rPr>
                <w:rFonts w:eastAsia="Aptos"/>
                <w:sz w:val="17"/>
              </w:rPr>
              <w:t>Brownies</w:t>
            </w:r>
          </w:p>
        </w:tc>
        <w:tc>
          <w:tcPr>
            <w:tcW w:w="630" w:type="dxa"/>
            <w:tcMar>
              <w:top w:w="28" w:type="dxa"/>
              <w:left w:w="38" w:type="dxa"/>
              <w:bottom w:w="28" w:type="dxa"/>
              <w:right w:w="38" w:type="dxa"/>
            </w:tcMar>
            <w:vAlign w:val="center"/>
          </w:tcPr>
          <w:p w14:paraId="3488246D" w14:textId="77777777" w:rsidR="00D60D5E" w:rsidRDefault="00891EF0">
            <w:pPr>
              <w:spacing w:after="0" w:line="240" w:lineRule="auto"/>
              <w:jc w:val="center"/>
            </w:pPr>
            <w:r>
              <w:rPr>
                <w:rFonts w:eastAsia="Aptos"/>
                <w:b/>
                <w:sz w:val="17"/>
              </w:rPr>
              <w:t>3.50</w:t>
            </w:r>
          </w:p>
        </w:tc>
        <w:tc>
          <w:tcPr>
            <w:tcW w:w="540" w:type="dxa"/>
            <w:tcMar>
              <w:top w:w="28" w:type="dxa"/>
              <w:left w:w="38" w:type="dxa"/>
              <w:bottom w:w="28" w:type="dxa"/>
              <w:right w:w="38" w:type="dxa"/>
            </w:tcMar>
            <w:vAlign w:val="center"/>
          </w:tcPr>
          <w:p w14:paraId="65EA3B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F0B675" w14:textId="77777777" w:rsidR="00D60D5E" w:rsidRDefault="00D60D5E">
            <w:pPr>
              <w:jc w:val="center"/>
            </w:pPr>
          </w:p>
        </w:tc>
      </w:tr>
      <w:tr w:rsidR="00D60D5E" w14:paraId="5574354A" w14:textId="77777777" w:rsidTr="000617E0">
        <w:trPr>
          <w:cantSplit/>
          <w:jc w:val="center"/>
        </w:trPr>
        <w:tc>
          <w:tcPr>
            <w:tcW w:w="677" w:type="dxa"/>
            <w:shd w:val="clear" w:color="auto" w:fill="D9EAF7"/>
            <w:tcMar>
              <w:top w:w="28" w:type="dxa"/>
              <w:left w:w="38" w:type="dxa"/>
              <w:bottom w:w="28" w:type="dxa"/>
              <w:right w:w="38" w:type="dxa"/>
            </w:tcMar>
            <w:vAlign w:val="center"/>
          </w:tcPr>
          <w:p w14:paraId="04B2E320" w14:textId="77777777" w:rsidR="00D60D5E" w:rsidRDefault="00891EF0">
            <w:pPr>
              <w:spacing w:after="0" w:line="240" w:lineRule="auto"/>
              <w:jc w:val="center"/>
            </w:pPr>
            <w:r>
              <w:rPr>
                <w:rFonts w:eastAsia="Aptos"/>
                <w:b/>
                <w:color w:val="76A943"/>
                <w:sz w:val="18"/>
              </w:rPr>
              <w:t>255-</w:t>
            </w:r>
          </w:p>
        </w:tc>
        <w:tc>
          <w:tcPr>
            <w:tcW w:w="2648" w:type="dxa"/>
            <w:shd w:val="clear" w:color="auto" w:fill="D9EAF7"/>
            <w:tcMar>
              <w:top w:w="28" w:type="dxa"/>
              <w:left w:w="38" w:type="dxa"/>
              <w:bottom w:w="28" w:type="dxa"/>
              <w:right w:w="38" w:type="dxa"/>
            </w:tcMar>
            <w:vAlign w:val="center"/>
          </w:tcPr>
          <w:p w14:paraId="5DBFE82A" w14:textId="77777777" w:rsidR="00D60D5E" w:rsidRDefault="00891EF0">
            <w:pPr>
              <w:spacing w:after="0" w:line="240" w:lineRule="auto"/>
            </w:pPr>
            <w:r>
              <w:rPr>
                <w:rFonts w:eastAsia="Aptos"/>
                <w:b/>
                <w:color w:val="76A943"/>
                <w:sz w:val="18"/>
              </w:rPr>
              <w:t>SAVORY</w:t>
            </w:r>
          </w:p>
        </w:tc>
        <w:tc>
          <w:tcPr>
            <w:tcW w:w="630" w:type="dxa"/>
            <w:shd w:val="clear" w:color="auto" w:fill="D9EAF7"/>
            <w:tcMar>
              <w:top w:w="28" w:type="dxa"/>
              <w:left w:w="38" w:type="dxa"/>
              <w:bottom w:w="28" w:type="dxa"/>
              <w:right w:w="38" w:type="dxa"/>
            </w:tcMar>
            <w:vAlign w:val="center"/>
          </w:tcPr>
          <w:p w14:paraId="263A6D2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A7B09A0"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4D2D1465" w14:textId="77777777" w:rsidR="00D60D5E" w:rsidRDefault="00D60D5E">
            <w:pPr>
              <w:jc w:val="center"/>
            </w:pPr>
          </w:p>
        </w:tc>
      </w:tr>
      <w:tr w:rsidR="00D60D5E" w14:paraId="1DAAF203" w14:textId="77777777" w:rsidTr="000617E0">
        <w:trPr>
          <w:cantSplit/>
          <w:jc w:val="center"/>
        </w:trPr>
        <w:tc>
          <w:tcPr>
            <w:tcW w:w="677" w:type="dxa"/>
            <w:tcMar>
              <w:top w:w="28" w:type="dxa"/>
              <w:left w:w="38" w:type="dxa"/>
              <w:bottom w:w="28" w:type="dxa"/>
              <w:right w:w="38" w:type="dxa"/>
            </w:tcMar>
            <w:vAlign w:val="center"/>
          </w:tcPr>
          <w:p w14:paraId="662D467A" w14:textId="77777777" w:rsidR="00D60D5E" w:rsidRDefault="00891EF0">
            <w:pPr>
              <w:spacing w:after="0" w:line="240" w:lineRule="auto"/>
              <w:jc w:val="center"/>
            </w:pPr>
            <w:r>
              <w:rPr>
                <w:rFonts w:eastAsia="Aptos"/>
                <w:color w:val="6A7075"/>
                <w:sz w:val="17"/>
              </w:rPr>
              <w:t>255-105</w:t>
            </w:r>
          </w:p>
        </w:tc>
        <w:tc>
          <w:tcPr>
            <w:tcW w:w="2648" w:type="dxa"/>
            <w:tcMar>
              <w:top w:w="28" w:type="dxa"/>
              <w:left w:w="38" w:type="dxa"/>
              <w:bottom w:w="28" w:type="dxa"/>
              <w:right w:w="38" w:type="dxa"/>
            </w:tcMar>
            <w:vAlign w:val="center"/>
          </w:tcPr>
          <w:p w14:paraId="71F5940E" w14:textId="77777777" w:rsidR="00D60D5E" w:rsidRDefault="00891EF0">
            <w:pPr>
              <w:spacing w:after="0" w:line="240" w:lineRule="auto"/>
            </w:pPr>
            <w:r>
              <w:rPr>
                <w:rFonts w:eastAsia="Aptos"/>
                <w:sz w:val="17"/>
              </w:rPr>
              <w:t>Croissant Spinach &amp; Feta</w:t>
            </w:r>
          </w:p>
        </w:tc>
        <w:tc>
          <w:tcPr>
            <w:tcW w:w="630" w:type="dxa"/>
            <w:tcMar>
              <w:top w:w="28" w:type="dxa"/>
              <w:left w:w="38" w:type="dxa"/>
              <w:bottom w:w="28" w:type="dxa"/>
              <w:right w:w="38" w:type="dxa"/>
            </w:tcMar>
            <w:vAlign w:val="center"/>
          </w:tcPr>
          <w:p w14:paraId="753DBFD7" w14:textId="77777777" w:rsidR="00D60D5E" w:rsidRDefault="00891EF0">
            <w:pPr>
              <w:spacing w:after="0" w:line="240" w:lineRule="auto"/>
              <w:jc w:val="center"/>
            </w:pPr>
            <w:r>
              <w:rPr>
                <w:rFonts w:eastAsia="Aptos"/>
                <w:b/>
                <w:sz w:val="17"/>
              </w:rPr>
              <w:t>4.50</w:t>
            </w:r>
          </w:p>
        </w:tc>
        <w:tc>
          <w:tcPr>
            <w:tcW w:w="540" w:type="dxa"/>
            <w:tcMar>
              <w:top w:w="28" w:type="dxa"/>
              <w:left w:w="38" w:type="dxa"/>
              <w:bottom w:w="28" w:type="dxa"/>
              <w:right w:w="38" w:type="dxa"/>
            </w:tcMar>
            <w:vAlign w:val="center"/>
          </w:tcPr>
          <w:p w14:paraId="5CF5848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EA1EC3" w14:textId="77777777" w:rsidR="00D60D5E" w:rsidRDefault="00D60D5E">
            <w:pPr>
              <w:jc w:val="center"/>
            </w:pPr>
          </w:p>
        </w:tc>
      </w:tr>
      <w:tr w:rsidR="00D60D5E" w14:paraId="7A0B2D40" w14:textId="77777777" w:rsidTr="000617E0">
        <w:trPr>
          <w:cantSplit/>
          <w:jc w:val="center"/>
        </w:trPr>
        <w:tc>
          <w:tcPr>
            <w:tcW w:w="677" w:type="dxa"/>
            <w:tcMar>
              <w:top w:w="28" w:type="dxa"/>
              <w:left w:w="38" w:type="dxa"/>
              <w:bottom w:w="28" w:type="dxa"/>
              <w:right w:w="38" w:type="dxa"/>
            </w:tcMar>
            <w:vAlign w:val="center"/>
          </w:tcPr>
          <w:p w14:paraId="42132865" w14:textId="77777777" w:rsidR="00D60D5E" w:rsidRDefault="00891EF0">
            <w:pPr>
              <w:spacing w:after="0" w:line="240" w:lineRule="auto"/>
              <w:jc w:val="center"/>
            </w:pPr>
            <w:r>
              <w:rPr>
                <w:rFonts w:eastAsia="Aptos"/>
                <w:color w:val="6A7075"/>
                <w:sz w:val="17"/>
              </w:rPr>
              <w:t>255-110</w:t>
            </w:r>
          </w:p>
        </w:tc>
        <w:tc>
          <w:tcPr>
            <w:tcW w:w="2648" w:type="dxa"/>
            <w:tcMar>
              <w:top w:w="28" w:type="dxa"/>
              <w:left w:w="38" w:type="dxa"/>
              <w:bottom w:w="28" w:type="dxa"/>
              <w:right w:w="38" w:type="dxa"/>
            </w:tcMar>
            <w:vAlign w:val="center"/>
          </w:tcPr>
          <w:p w14:paraId="74017338" w14:textId="77777777" w:rsidR="00D60D5E" w:rsidRDefault="00891EF0">
            <w:pPr>
              <w:spacing w:after="0" w:line="240" w:lineRule="auto"/>
            </w:pPr>
            <w:r>
              <w:rPr>
                <w:rFonts w:eastAsia="Aptos"/>
                <w:sz w:val="17"/>
              </w:rPr>
              <w:t>Croissant Ham &amp; Cheese</w:t>
            </w:r>
          </w:p>
        </w:tc>
        <w:tc>
          <w:tcPr>
            <w:tcW w:w="630" w:type="dxa"/>
            <w:tcMar>
              <w:top w:w="28" w:type="dxa"/>
              <w:left w:w="38" w:type="dxa"/>
              <w:bottom w:w="28" w:type="dxa"/>
              <w:right w:w="38" w:type="dxa"/>
            </w:tcMar>
            <w:vAlign w:val="center"/>
          </w:tcPr>
          <w:p w14:paraId="76AE24F3" w14:textId="77777777" w:rsidR="00D60D5E" w:rsidRDefault="00891EF0">
            <w:pPr>
              <w:spacing w:after="0" w:line="240" w:lineRule="auto"/>
              <w:jc w:val="center"/>
            </w:pPr>
            <w:r>
              <w:rPr>
                <w:rFonts w:eastAsia="Aptos"/>
                <w:b/>
                <w:sz w:val="17"/>
              </w:rPr>
              <w:t>4.50</w:t>
            </w:r>
          </w:p>
        </w:tc>
        <w:tc>
          <w:tcPr>
            <w:tcW w:w="540" w:type="dxa"/>
            <w:tcMar>
              <w:top w:w="28" w:type="dxa"/>
              <w:left w:w="38" w:type="dxa"/>
              <w:bottom w:w="28" w:type="dxa"/>
              <w:right w:w="38" w:type="dxa"/>
            </w:tcMar>
            <w:vAlign w:val="center"/>
          </w:tcPr>
          <w:p w14:paraId="11CC76F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FD935C" w14:textId="77777777" w:rsidR="00D60D5E" w:rsidRDefault="00D60D5E">
            <w:pPr>
              <w:jc w:val="center"/>
            </w:pPr>
          </w:p>
        </w:tc>
      </w:tr>
      <w:tr w:rsidR="00D60D5E" w14:paraId="42E13208" w14:textId="77777777" w:rsidTr="000617E0">
        <w:trPr>
          <w:cantSplit/>
          <w:jc w:val="center"/>
        </w:trPr>
        <w:tc>
          <w:tcPr>
            <w:tcW w:w="677" w:type="dxa"/>
            <w:tcMar>
              <w:top w:w="28" w:type="dxa"/>
              <w:left w:w="38" w:type="dxa"/>
              <w:bottom w:w="28" w:type="dxa"/>
              <w:right w:w="38" w:type="dxa"/>
            </w:tcMar>
            <w:vAlign w:val="center"/>
          </w:tcPr>
          <w:p w14:paraId="19D3E1C5" w14:textId="77777777" w:rsidR="00D60D5E" w:rsidRDefault="00891EF0">
            <w:pPr>
              <w:spacing w:after="0" w:line="240" w:lineRule="auto"/>
              <w:jc w:val="center"/>
            </w:pPr>
            <w:r>
              <w:rPr>
                <w:rFonts w:eastAsia="Aptos"/>
                <w:color w:val="6A7075"/>
                <w:sz w:val="17"/>
              </w:rPr>
              <w:t>255-115</w:t>
            </w:r>
          </w:p>
        </w:tc>
        <w:tc>
          <w:tcPr>
            <w:tcW w:w="2648" w:type="dxa"/>
            <w:tcMar>
              <w:top w:w="28" w:type="dxa"/>
              <w:left w:w="38" w:type="dxa"/>
              <w:bottom w:w="28" w:type="dxa"/>
              <w:right w:w="38" w:type="dxa"/>
            </w:tcMar>
            <w:vAlign w:val="center"/>
          </w:tcPr>
          <w:p w14:paraId="7088FD3C" w14:textId="77777777" w:rsidR="00D60D5E" w:rsidRDefault="00891EF0">
            <w:pPr>
              <w:spacing w:after="0" w:line="240" w:lineRule="auto"/>
            </w:pPr>
            <w:r>
              <w:rPr>
                <w:rFonts w:eastAsia="Aptos"/>
                <w:sz w:val="17"/>
              </w:rPr>
              <w:t>Mini Quiche Ham &amp; Cheese</w:t>
            </w:r>
          </w:p>
        </w:tc>
        <w:tc>
          <w:tcPr>
            <w:tcW w:w="630" w:type="dxa"/>
            <w:tcMar>
              <w:top w:w="28" w:type="dxa"/>
              <w:left w:w="38" w:type="dxa"/>
              <w:bottom w:w="28" w:type="dxa"/>
              <w:right w:w="38" w:type="dxa"/>
            </w:tcMar>
            <w:vAlign w:val="center"/>
          </w:tcPr>
          <w:p w14:paraId="5267C940"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72A090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4C77506" w14:textId="77777777" w:rsidR="00D60D5E" w:rsidRDefault="00D60D5E">
            <w:pPr>
              <w:jc w:val="center"/>
            </w:pPr>
          </w:p>
        </w:tc>
      </w:tr>
      <w:tr w:rsidR="00D60D5E" w14:paraId="540952D7" w14:textId="77777777" w:rsidTr="000617E0">
        <w:trPr>
          <w:cantSplit/>
          <w:jc w:val="center"/>
        </w:trPr>
        <w:tc>
          <w:tcPr>
            <w:tcW w:w="677" w:type="dxa"/>
            <w:tcMar>
              <w:top w:w="28" w:type="dxa"/>
              <w:left w:w="38" w:type="dxa"/>
              <w:bottom w:w="28" w:type="dxa"/>
              <w:right w:w="38" w:type="dxa"/>
            </w:tcMar>
            <w:vAlign w:val="center"/>
          </w:tcPr>
          <w:p w14:paraId="5449485A" w14:textId="77777777" w:rsidR="00D60D5E" w:rsidRDefault="00891EF0">
            <w:pPr>
              <w:spacing w:after="0" w:line="240" w:lineRule="auto"/>
              <w:jc w:val="center"/>
            </w:pPr>
            <w:r>
              <w:rPr>
                <w:rFonts w:eastAsia="Aptos"/>
                <w:color w:val="6A7075"/>
                <w:sz w:val="17"/>
              </w:rPr>
              <w:t>255-120</w:t>
            </w:r>
          </w:p>
        </w:tc>
        <w:tc>
          <w:tcPr>
            <w:tcW w:w="2648" w:type="dxa"/>
            <w:tcMar>
              <w:top w:w="28" w:type="dxa"/>
              <w:left w:w="38" w:type="dxa"/>
              <w:bottom w:w="28" w:type="dxa"/>
              <w:right w:w="38" w:type="dxa"/>
            </w:tcMar>
            <w:vAlign w:val="center"/>
          </w:tcPr>
          <w:p w14:paraId="1A6990AB" w14:textId="77777777" w:rsidR="00D60D5E" w:rsidRDefault="00891EF0">
            <w:pPr>
              <w:spacing w:after="0" w:line="240" w:lineRule="auto"/>
            </w:pPr>
            <w:r>
              <w:rPr>
                <w:rFonts w:eastAsia="Aptos"/>
                <w:sz w:val="17"/>
              </w:rPr>
              <w:t>Mini Quiche Spinach &amp; Feta</w:t>
            </w:r>
          </w:p>
        </w:tc>
        <w:tc>
          <w:tcPr>
            <w:tcW w:w="630" w:type="dxa"/>
            <w:tcMar>
              <w:top w:w="28" w:type="dxa"/>
              <w:left w:w="38" w:type="dxa"/>
              <w:bottom w:w="28" w:type="dxa"/>
              <w:right w:w="38" w:type="dxa"/>
            </w:tcMar>
            <w:vAlign w:val="center"/>
          </w:tcPr>
          <w:p w14:paraId="5EDFC025" w14:textId="77777777" w:rsidR="00D60D5E" w:rsidRDefault="00891EF0">
            <w:pPr>
              <w:spacing w:after="0" w:line="240" w:lineRule="auto"/>
              <w:jc w:val="center"/>
            </w:pPr>
            <w:r>
              <w:rPr>
                <w:rFonts w:eastAsia="Aptos"/>
                <w:b/>
                <w:sz w:val="17"/>
              </w:rPr>
              <w:t>5.30</w:t>
            </w:r>
          </w:p>
        </w:tc>
        <w:tc>
          <w:tcPr>
            <w:tcW w:w="540" w:type="dxa"/>
            <w:tcMar>
              <w:top w:w="28" w:type="dxa"/>
              <w:left w:w="38" w:type="dxa"/>
              <w:bottom w:w="28" w:type="dxa"/>
              <w:right w:w="38" w:type="dxa"/>
            </w:tcMar>
            <w:vAlign w:val="center"/>
          </w:tcPr>
          <w:p w14:paraId="48DB24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268D59" w14:textId="77777777" w:rsidR="00D60D5E" w:rsidRDefault="00D60D5E">
            <w:pPr>
              <w:jc w:val="center"/>
            </w:pPr>
          </w:p>
        </w:tc>
      </w:tr>
      <w:tr w:rsidR="00D60D5E" w14:paraId="73E65F83" w14:textId="77777777" w:rsidTr="000617E0">
        <w:trPr>
          <w:cantSplit/>
          <w:jc w:val="center"/>
        </w:trPr>
        <w:tc>
          <w:tcPr>
            <w:tcW w:w="677" w:type="dxa"/>
            <w:shd w:val="clear" w:color="auto" w:fill="D9EAF7"/>
            <w:tcMar>
              <w:top w:w="28" w:type="dxa"/>
              <w:left w:w="38" w:type="dxa"/>
              <w:bottom w:w="28" w:type="dxa"/>
              <w:right w:w="38" w:type="dxa"/>
            </w:tcMar>
            <w:vAlign w:val="center"/>
          </w:tcPr>
          <w:p w14:paraId="04BBF533" w14:textId="77777777" w:rsidR="00D60D5E" w:rsidRDefault="00891EF0">
            <w:pPr>
              <w:spacing w:after="0" w:line="240" w:lineRule="auto"/>
              <w:jc w:val="center"/>
            </w:pPr>
            <w:r>
              <w:rPr>
                <w:rFonts w:eastAsia="Aptos"/>
                <w:b/>
                <w:color w:val="2F4F8F"/>
                <w:sz w:val="18"/>
              </w:rPr>
              <w:t>260-</w:t>
            </w:r>
          </w:p>
        </w:tc>
        <w:tc>
          <w:tcPr>
            <w:tcW w:w="2648" w:type="dxa"/>
            <w:shd w:val="clear" w:color="auto" w:fill="D9EAF7"/>
            <w:tcMar>
              <w:top w:w="28" w:type="dxa"/>
              <w:left w:w="38" w:type="dxa"/>
              <w:bottom w:w="28" w:type="dxa"/>
              <w:right w:w="38" w:type="dxa"/>
            </w:tcMar>
            <w:vAlign w:val="center"/>
          </w:tcPr>
          <w:p w14:paraId="39BA5901" w14:textId="77777777" w:rsidR="00D60D5E" w:rsidRDefault="00891EF0">
            <w:pPr>
              <w:spacing w:after="0" w:line="240" w:lineRule="auto"/>
            </w:pPr>
            <w:r>
              <w:rPr>
                <w:rFonts w:eastAsia="Aptos"/>
                <w:b/>
                <w:color w:val="2F4F8F"/>
                <w:sz w:val="18"/>
              </w:rPr>
              <w:t>SODA &amp; MIXES</w:t>
            </w:r>
          </w:p>
        </w:tc>
        <w:tc>
          <w:tcPr>
            <w:tcW w:w="630" w:type="dxa"/>
            <w:shd w:val="clear" w:color="auto" w:fill="D9EAF7"/>
            <w:tcMar>
              <w:top w:w="28" w:type="dxa"/>
              <w:left w:w="38" w:type="dxa"/>
              <w:bottom w:w="28" w:type="dxa"/>
              <w:right w:w="38" w:type="dxa"/>
            </w:tcMar>
            <w:vAlign w:val="center"/>
          </w:tcPr>
          <w:p w14:paraId="3CF54D09"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9992BA9"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42CC09E" w14:textId="77777777" w:rsidR="00D60D5E" w:rsidRDefault="00D60D5E">
            <w:pPr>
              <w:jc w:val="center"/>
            </w:pPr>
          </w:p>
        </w:tc>
      </w:tr>
      <w:tr w:rsidR="00D60D5E" w14:paraId="4B2CD986" w14:textId="77777777" w:rsidTr="000617E0">
        <w:trPr>
          <w:cantSplit/>
          <w:jc w:val="center"/>
        </w:trPr>
        <w:tc>
          <w:tcPr>
            <w:tcW w:w="677" w:type="dxa"/>
            <w:tcMar>
              <w:top w:w="28" w:type="dxa"/>
              <w:left w:w="38" w:type="dxa"/>
              <w:bottom w:w="28" w:type="dxa"/>
              <w:right w:w="38" w:type="dxa"/>
            </w:tcMar>
            <w:vAlign w:val="center"/>
          </w:tcPr>
          <w:p w14:paraId="67EB1701" w14:textId="77777777" w:rsidR="00D60D5E" w:rsidRDefault="00891EF0">
            <w:pPr>
              <w:spacing w:after="0" w:line="240" w:lineRule="auto"/>
              <w:jc w:val="center"/>
            </w:pPr>
            <w:r>
              <w:rPr>
                <w:rFonts w:eastAsia="Aptos"/>
                <w:color w:val="6A7075"/>
                <w:sz w:val="17"/>
              </w:rPr>
              <w:t>260-105</w:t>
            </w:r>
          </w:p>
        </w:tc>
        <w:tc>
          <w:tcPr>
            <w:tcW w:w="2648" w:type="dxa"/>
            <w:tcMar>
              <w:top w:w="28" w:type="dxa"/>
              <w:left w:w="38" w:type="dxa"/>
              <w:bottom w:w="28" w:type="dxa"/>
              <w:right w:w="38" w:type="dxa"/>
            </w:tcMar>
            <w:vAlign w:val="center"/>
          </w:tcPr>
          <w:p w14:paraId="40DE694A" w14:textId="77777777" w:rsidR="00D60D5E" w:rsidRDefault="00891EF0">
            <w:pPr>
              <w:spacing w:after="0" w:line="240" w:lineRule="auto"/>
            </w:pPr>
            <w:r>
              <w:rPr>
                <w:rFonts w:eastAsia="Aptos"/>
                <w:sz w:val="17"/>
              </w:rPr>
              <w:t>Classic Coke 12oz</w:t>
            </w:r>
          </w:p>
        </w:tc>
        <w:tc>
          <w:tcPr>
            <w:tcW w:w="630" w:type="dxa"/>
            <w:tcMar>
              <w:top w:w="28" w:type="dxa"/>
              <w:left w:w="38" w:type="dxa"/>
              <w:bottom w:w="28" w:type="dxa"/>
              <w:right w:w="38" w:type="dxa"/>
            </w:tcMar>
            <w:vAlign w:val="center"/>
          </w:tcPr>
          <w:p w14:paraId="2F7A1340" w14:textId="77777777" w:rsidR="00D60D5E" w:rsidRDefault="00891EF0">
            <w:pPr>
              <w:spacing w:after="0" w:line="240" w:lineRule="auto"/>
              <w:jc w:val="center"/>
            </w:pPr>
            <w:r>
              <w:rPr>
                <w:rFonts w:eastAsia="Aptos"/>
                <w:b/>
                <w:sz w:val="17"/>
              </w:rPr>
              <w:t>0.99</w:t>
            </w:r>
          </w:p>
        </w:tc>
        <w:tc>
          <w:tcPr>
            <w:tcW w:w="540" w:type="dxa"/>
            <w:tcMar>
              <w:top w:w="28" w:type="dxa"/>
              <w:left w:w="38" w:type="dxa"/>
              <w:bottom w:w="28" w:type="dxa"/>
              <w:right w:w="38" w:type="dxa"/>
            </w:tcMar>
            <w:vAlign w:val="center"/>
          </w:tcPr>
          <w:p w14:paraId="7941502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AC89BC" w14:textId="77777777" w:rsidR="00D60D5E" w:rsidRDefault="00D60D5E">
            <w:pPr>
              <w:jc w:val="center"/>
            </w:pPr>
          </w:p>
        </w:tc>
      </w:tr>
      <w:tr w:rsidR="00D60D5E" w14:paraId="24FE6C52" w14:textId="77777777" w:rsidTr="000617E0">
        <w:trPr>
          <w:cantSplit/>
          <w:jc w:val="center"/>
        </w:trPr>
        <w:tc>
          <w:tcPr>
            <w:tcW w:w="677" w:type="dxa"/>
            <w:tcMar>
              <w:top w:w="28" w:type="dxa"/>
              <w:left w:w="38" w:type="dxa"/>
              <w:bottom w:w="28" w:type="dxa"/>
              <w:right w:w="38" w:type="dxa"/>
            </w:tcMar>
            <w:vAlign w:val="center"/>
          </w:tcPr>
          <w:p w14:paraId="12A1B68F" w14:textId="77777777" w:rsidR="00D60D5E" w:rsidRDefault="00891EF0">
            <w:pPr>
              <w:spacing w:after="0" w:line="240" w:lineRule="auto"/>
              <w:jc w:val="center"/>
            </w:pPr>
            <w:r>
              <w:rPr>
                <w:rFonts w:eastAsia="Aptos"/>
                <w:color w:val="6A7075"/>
                <w:sz w:val="17"/>
              </w:rPr>
              <w:t>260-110</w:t>
            </w:r>
          </w:p>
        </w:tc>
        <w:tc>
          <w:tcPr>
            <w:tcW w:w="2648" w:type="dxa"/>
            <w:tcMar>
              <w:top w:w="28" w:type="dxa"/>
              <w:left w:w="38" w:type="dxa"/>
              <w:bottom w:w="28" w:type="dxa"/>
              <w:right w:w="38" w:type="dxa"/>
            </w:tcMar>
            <w:vAlign w:val="center"/>
          </w:tcPr>
          <w:p w14:paraId="60E54D5C" w14:textId="77777777" w:rsidR="00D60D5E" w:rsidRDefault="00891EF0">
            <w:pPr>
              <w:spacing w:after="0" w:line="240" w:lineRule="auto"/>
            </w:pPr>
            <w:r>
              <w:rPr>
                <w:rFonts w:eastAsia="Aptos"/>
                <w:sz w:val="17"/>
              </w:rPr>
              <w:t>Classic Coke 24/12oz</w:t>
            </w:r>
          </w:p>
        </w:tc>
        <w:tc>
          <w:tcPr>
            <w:tcW w:w="630" w:type="dxa"/>
            <w:tcMar>
              <w:top w:w="28" w:type="dxa"/>
              <w:left w:w="38" w:type="dxa"/>
              <w:bottom w:w="28" w:type="dxa"/>
              <w:right w:w="38" w:type="dxa"/>
            </w:tcMar>
            <w:vAlign w:val="center"/>
          </w:tcPr>
          <w:p w14:paraId="57D5B237" w14:textId="77777777" w:rsidR="00D60D5E" w:rsidRDefault="00891EF0">
            <w:pPr>
              <w:spacing w:after="0" w:line="240" w:lineRule="auto"/>
              <w:jc w:val="center"/>
            </w:pPr>
            <w:r>
              <w:rPr>
                <w:rFonts w:eastAsia="Aptos"/>
                <w:b/>
                <w:sz w:val="17"/>
              </w:rPr>
              <w:t>22.99</w:t>
            </w:r>
          </w:p>
        </w:tc>
        <w:tc>
          <w:tcPr>
            <w:tcW w:w="540" w:type="dxa"/>
            <w:tcMar>
              <w:top w:w="28" w:type="dxa"/>
              <w:left w:w="38" w:type="dxa"/>
              <w:bottom w:w="28" w:type="dxa"/>
              <w:right w:w="38" w:type="dxa"/>
            </w:tcMar>
            <w:vAlign w:val="center"/>
          </w:tcPr>
          <w:p w14:paraId="3C22C21F"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C7DE672" w14:textId="77777777" w:rsidR="00D60D5E" w:rsidRDefault="00D60D5E">
            <w:pPr>
              <w:jc w:val="center"/>
            </w:pPr>
          </w:p>
        </w:tc>
      </w:tr>
      <w:tr w:rsidR="00D60D5E" w14:paraId="44E570B0" w14:textId="77777777" w:rsidTr="000617E0">
        <w:trPr>
          <w:cantSplit/>
          <w:jc w:val="center"/>
        </w:trPr>
        <w:tc>
          <w:tcPr>
            <w:tcW w:w="677" w:type="dxa"/>
            <w:tcMar>
              <w:top w:w="28" w:type="dxa"/>
              <w:left w:w="38" w:type="dxa"/>
              <w:bottom w:w="28" w:type="dxa"/>
              <w:right w:w="38" w:type="dxa"/>
            </w:tcMar>
            <w:vAlign w:val="center"/>
          </w:tcPr>
          <w:p w14:paraId="4F8E5583" w14:textId="77777777" w:rsidR="00D60D5E" w:rsidRDefault="00891EF0">
            <w:pPr>
              <w:spacing w:after="0" w:line="240" w:lineRule="auto"/>
              <w:jc w:val="center"/>
            </w:pPr>
            <w:r>
              <w:rPr>
                <w:rFonts w:eastAsia="Aptos"/>
                <w:color w:val="6A7075"/>
                <w:sz w:val="17"/>
              </w:rPr>
              <w:t>260-115</w:t>
            </w:r>
          </w:p>
        </w:tc>
        <w:tc>
          <w:tcPr>
            <w:tcW w:w="2648" w:type="dxa"/>
            <w:tcMar>
              <w:top w:w="28" w:type="dxa"/>
              <w:left w:w="38" w:type="dxa"/>
              <w:bottom w:w="28" w:type="dxa"/>
              <w:right w:w="38" w:type="dxa"/>
            </w:tcMar>
            <w:vAlign w:val="center"/>
          </w:tcPr>
          <w:p w14:paraId="2273669F" w14:textId="77777777" w:rsidR="00D60D5E" w:rsidRDefault="00891EF0">
            <w:pPr>
              <w:spacing w:after="0" w:line="240" w:lineRule="auto"/>
            </w:pPr>
            <w:r>
              <w:rPr>
                <w:rFonts w:eastAsia="Aptos"/>
                <w:sz w:val="17"/>
              </w:rPr>
              <w:t>Diet Coke 12oz</w:t>
            </w:r>
          </w:p>
        </w:tc>
        <w:tc>
          <w:tcPr>
            <w:tcW w:w="630" w:type="dxa"/>
            <w:tcMar>
              <w:top w:w="28" w:type="dxa"/>
              <w:left w:w="38" w:type="dxa"/>
              <w:bottom w:w="28" w:type="dxa"/>
              <w:right w:w="38" w:type="dxa"/>
            </w:tcMar>
            <w:vAlign w:val="center"/>
          </w:tcPr>
          <w:p w14:paraId="4034A80B" w14:textId="77777777" w:rsidR="00D60D5E" w:rsidRDefault="00891EF0">
            <w:pPr>
              <w:spacing w:after="0" w:line="240" w:lineRule="auto"/>
              <w:jc w:val="center"/>
            </w:pPr>
            <w:r>
              <w:rPr>
                <w:rFonts w:eastAsia="Aptos"/>
                <w:b/>
                <w:sz w:val="17"/>
              </w:rPr>
              <w:t>1.10</w:t>
            </w:r>
          </w:p>
        </w:tc>
        <w:tc>
          <w:tcPr>
            <w:tcW w:w="540" w:type="dxa"/>
            <w:tcMar>
              <w:top w:w="28" w:type="dxa"/>
              <w:left w:w="38" w:type="dxa"/>
              <w:bottom w:w="28" w:type="dxa"/>
              <w:right w:w="38" w:type="dxa"/>
            </w:tcMar>
            <w:vAlign w:val="center"/>
          </w:tcPr>
          <w:p w14:paraId="3F1F965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D89553" w14:textId="77777777" w:rsidR="00D60D5E" w:rsidRDefault="00D60D5E">
            <w:pPr>
              <w:jc w:val="center"/>
            </w:pPr>
          </w:p>
        </w:tc>
      </w:tr>
      <w:tr w:rsidR="00D60D5E" w14:paraId="554AC6A9" w14:textId="77777777" w:rsidTr="000617E0">
        <w:trPr>
          <w:cantSplit/>
          <w:jc w:val="center"/>
        </w:trPr>
        <w:tc>
          <w:tcPr>
            <w:tcW w:w="677" w:type="dxa"/>
            <w:tcMar>
              <w:top w:w="28" w:type="dxa"/>
              <w:left w:w="38" w:type="dxa"/>
              <w:bottom w:w="28" w:type="dxa"/>
              <w:right w:w="38" w:type="dxa"/>
            </w:tcMar>
            <w:vAlign w:val="center"/>
          </w:tcPr>
          <w:p w14:paraId="3120DA1E" w14:textId="77777777" w:rsidR="00D60D5E" w:rsidRDefault="00891EF0">
            <w:pPr>
              <w:spacing w:after="0" w:line="240" w:lineRule="auto"/>
              <w:jc w:val="center"/>
            </w:pPr>
            <w:r>
              <w:rPr>
                <w:rFonts w:eastAsia="Aptos"/>
                <w:color w:val="6A7075"/>
                <w:sz w:val="17"/>
              </w:rPr>
              <w:t>260-120</w:t>
            </w:r>
          </w:p>
        </w:tc>
        <w:tc>
          <w:tcPr>
            <w:tcW w:w="2648" w:type="dxa"/>
            <w:tcMar>
              <w:top w:w="28" w:type="dxa"/>
              <w:left w:w="38" w:type="dxa"/>
              <w:bottom w:w="28" w:type="dxa"/>
              <w:right w:w="38" w:type="dxa"/>
            </w:tcMar>
            <w:vAlign w:val="center"/>
          </w:tcPr>
          <w:p w14:paraId="545C83FE" w14:textId="77777777" w:rsidR="00D60D5E" w:rsidRDefault="00891EF0">
            <w:pPr>
              <w:spacing w:after="0" w:line="240" w:lineRule="auto"/>
            </w:pPr>
            <w:r>
              <w:rPr>
                <w:rFonts w:eastAsia="Aptos"/>
                <w:sz w:val="17"/>
              </w:rPr>
              <w:t>Diet Coke 24/12oz</w:t>
            </w:r>
          </w:p>
        </w:tc>
        <w:tc>
          <w:tcPr>
            <w:tcW w:w="630" w:type="dxa"/>
            <w:tcMar>
              <w:top w:w="28" w:type="dxa"/>
              <w:left w:w="38" w:type="dxa"/>
              <w:bottom w:w="28" w:type="dxa"/>
              <w:right w:w="38" w:type="dxa"/>
            </w:tcMar>
            <w:vAlign w:val="center"/>
          </w:tcPr>
          <w:p w14:paraId="7C4091F8" w14:textId="77777777" w:rsidR="00D60D5E" w:rsidRDefault="00891EF0">
            <w:pPr>
              <w:spacing w:after="0" w:line="240" w:lineRule="auto"/>
              <w:jc w:val="center"/>
            </w:pPr>
            <w:r>
              <w:rPr>
                <w:rFonts w:eastAsia="Aptos"/>
                <w:b/>
                <w:sz w:val="17"/>
              </w:rPr>
              <w:t>24.99</w:t>
            </w:r>
          </w:p>
        </w:tc>
        <w:tc>
          <w:tcPr>
            <w:tcW w:w="540" w:type="dxa"/>
            <w:tcMar>
              <w:top w:w="28" w:type="dxa"/>
              <w:left w:w="38" w:type="dxa"/>
              <w:bottom w:w="28" w:type="dxa"/>
              <w:right w:w="38" w:type="dxa"/>
            </w:tcMar>
            <w:vAlign w:val="center"/>
          </w:tcPr>
          <w:p w14:paraId="542CCA1C"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552671E" w14:textId="77777777" w:rsidR="00D60D5E" w:rsidRDefault="00D60D5E">
            <w:pPr>
              <w:jc w:val="center"/>
            </w:pPr>
          </w:p>
        </w:tc>
      </w:tr>
      <w:tr w:rsidR="00D60D5E" w14:paraId="4C83FBBA" w14:textId="77777777" w:rsidTr="000617E0">
        <w:trPr>
          <w:cantSplit/>
          <w:jc w:val="center"/>
        </w:trPr>
        <w:tc>
          <w:tcPr>
            <w:tcW w:w="677" w:type="dxa"/>
            <w:tcMar>
              <w:top w:w="28" w:type="dxa"/>
              <w:left w:w="38" w:type="dxa"/>
              <w:bottom w:w="28" w:type="dxa"/>
              <w:right w:w="38" w:type="dxa"/>
            </w:tcMar>
            <w:vAlign w:val="center"/>
          </w:tcPr>
          <w:p w14:paraId="30B4164A" w14:textId="77777777" w:rsidR="00D60D5E" w:rsidRDefault="00891EF0">
            <w:pPr>
              <w:spacing w:after="0" w:line="240" w:lineRule="auto"/>
              <w:jc w:val="center"/>
            </w:pPr>
            <w:r>
              <w:rPr>
                <w:rFonts w:eastAsia="Aptos"/>
                <w:color w:val="6A7075"/>
                <w:sz w:val="17"/>
              </w:rPr>
              <w:t>260-125</w:t>
            </w:r>
          </w:p>
        </w:tc>
        <w:tc>
          <w:tcPr>
            <w:tcW w:w="2648" w:type="dxa"/>
            <w:tcMar>
              <w:top w:w="28" w:type="dxa"/>
              <w:left w:w="38" w:type="dxa"/>
              <w:bottom w:w="28" w:type="dxa"/>
              <w:right w:w="38" w:type="dxa"/>
            </w:tcMar>
            <w:vAlign w:val="center"/>
          </w:tcPr>
          <w:p w14:paraId="07C7E702" w14:textId="77777777" w:rsidR="00D60D5E" w:rsidRDefault="00891EF0">
            <w:pPr>
              <w:spacing w:after="0" w:line="240" w:lineRule="auto"/>
            </w:pPr>
            <w:r>
              <w:rPr>
                <w:rFonts w:eastAsia="Aptos"/>
                <w:sz w:val="17"/>
              </w:rPr>
              <w:t>Fanta Soda 12 oz Orange/Pine/Grape</w:t>
            </w:r>
          </w:p>
        </w:tc>
        <w:tc>
          <w:tcPr>
            <w:tcW w:w="630" w:type="dxa"/>
            <w:tcMar>
              <w:top w:w="28" w:type="dxa"/>
              <w:left w:w="38" w:type="dxa"/>
              <w:bottom w:w="28" w:type="dxa"/>
              <w:right w:w="38" w:type="dxa"/>
            </w:tcMar>
            <w:vAlign w:val="center"/>
          </w:tcPr>
          <w:p w14:paraId="1AF5EE34" w14:textId="77777777" w:rsidR="00D60D5E" w:rsidRDefault="00891EF0">
            <w:pPr>
              <w:spacing w:after="0" w:line="240" w:lineRule="auto"/>
              <w:jc w:val="center"/>
            </w:pPr>
            <w:r>
              <w:rPr>
                <w:rFonts w:eastAsia="Aptos"/>
                <w:b/>
                <w:sz w:val="17"/>
              </w:rPr>
              <w:t>0.99</w:t>
            </w:r>
          </w:p>
        </w:tc>
        <w:tc>
          <w:tcPr>
            <w:tcW w:w="540" w:type="dxa"/>
            <w:tcMar>
              <w:top w:w="28" w:type="dxa"/>
              <w:left w:w="38" w:type="dxa"/>
              <w:bottom w:w="28" w:type="dxa"/>
              <w:right w:w="38" w:type="dxa"/>
            </w:tcMar>
            <w:vAlign w:val="center"/>
          </w:tcPr>
          <w:p w14:paraId="67BFF6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5C2854" w14:textId="77777777" w:rsidR="00D60D5E" w:rsidRDefault="00D60D5E">
            <w:pPr>
              <w:jc w:val="center"/>
            </w:pPr>
          </w:p>
        </w:tc>
      </w:tr>
      <w:tr w:rsidR="00D60D5E" w14:paraId="130B603C" w14:textId="77777777" w:rsidTr="000617E0">
        <w:trPr>
          <w:cantSplit/>
          <w:jc w:val="center"/>
        </w:trPr>
        <w:tc>
          <w:tcPr>
            <w:tcW w:w="677" w:type="dxa"/>
            <w:tcMar>
              <w:top w:w="28" w:type="dxa"/>
              <w:left w:w="38" w:type="dxa"/>
              <w:bottom w:w="28" w:type="dxa"/>
              <w:right w:w="38" w:type="dxa"/>
            </w:tcMar>
            <w:vAlign w:val="center"/>
          </w:tcPr>
          <w:p w14:paraId="7E5CE6E8" w14:textId="77777777" w:rsidR="00D60D5E" w:rsidRDefault="00891EF0">
            <w:pPr>
              <w:spacing w:after="0" w:line="240" w:lineRule="auto"/>
              <w:jc w:val="center"/>
            </w:pPr>
            <w:r>
              <w:rPr>
                <w:rFonts w:eastAsia="Aptos"/>
                <w:color w:val="6A7075"/>
                <w:sz w:val="17"/>
              </w:rPr>
              <w:t>260-130</w:t>
            </w:r>
          </w:p>
        </w:tc>
        <w:tc>
          <w:tcPr>
            <w:tcW w:w="2648" w:type="dxa"/>
            <w:tcMar>
              <w:top w:w="28" w:type="dxa"/>
              <w:left w:w="38" w:type="dxa"/>
              <w:bottom w:w="28" w:type="dxa"/>
              <w:right w:w="38" w:type="dxa"/>
            </w:tcMar>
            <w:vAlign w:val="center"/>
          </w:tcPr>
          <w:p w14:paraId="4D135867" w14:textId="77777777" w:rsidR="00D60D5E" w:rsidRDefault="00891EF0">
            <w:pPr>
              <w:spacing w:after="0" w:line="240" w:lineRule="auto"/>
            </w:pPr>
            <w:r>
              <w:rPr>
                <w:rFonts w:eastAsia="Aptos"/>
                <w:sz w:val="17"/>
              </w:rPr>
              <w:t>Fanta Soda 24/12 oz Orange/Pine/Grape</w:t>
            </w:r>
          </w:p>
        </w:tc>
        <w:tc>
          <w:tcPr>
            <w:tcW w:w="630" w:type="dxa"/>
            <w:tcMar>
              <w:top w:w="28" w:type="dxa"/>
              <w:left w:w="38" w:type="dxa"/>
              <w:bottom w:w="28" w:type="dxa"/>
              <w:right w:w="38" w:type="dxa"/>
            </w:tcMar>
            <w:vAlign w:val="center"/>
          </w:tcPr>
          <w:p w14:paraId="7A3346A6" w14:textId="77777777" w:rsidR="00D60D5E" w:rsidRDefault="00891EF0">
            <w:pPr>
              <w:spacing w:after="0" w:line="240" w:lineRule="auto"/>
              <w:jc w:val="center"/>
            </w:pPr>
            <w:r>
              <w:rPr>
                <w:rFonts w:eastAsia="Aptos"/>
                <w:b/>
                <w:sz w:val="17"/>
              </w:rPr>
              <w:t>22.99</w:t>
            </w:r>
          </w:p>
        </w:tc>
        <w:tc>
          <w:tcPr>
            <w:tcW w:w="540" w:type="dxa"/>
            <w:tcMar>
              <w:top w:w="28" w:type="dxa"/>
              <w:left w:w="38" w:type="dxa"/>
              <w:bottom w:w="28" w:type="dxa"/>
              <w:right w:w="38" w:type="dxa"/>
            </w:tcMar>
            <w:vAlign w:val="center"/>
          </w:tcPr>
          <w:p w14:paraId="1C2A495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D4C4BF9" w14:textId="77777777" w:rsidR="00D60D5E" w:rsidRDefault="00D60D5E">
            <w:pPr>
              <w:jc w:val="center"/>
            </w:pPr>
          </w:p>
        </w:tc>
      </w:tr>
      <w:tr w:rsidR="00D60D5E" w14:paraId="652B3DFA" w14:textId="77777777" w:rsidTr="000617E0">
        <w:trPr>
          <w:cantSplit/>
          <w:jc w:val="center"/>
        </w:trPr>
        <w:tc>
          <w:tcPr>
            <w:tcW w:w="677" w:type="dxa"/>
            <w:tcMar>
              <w:top w:w="28" w:type="dxa"/>
              <w:left w:w="38" w:type="dxa"/>
              <w:bottom w:w="28" w:type="dxa"/>
              <w:right w:w="38" w:type="dxa"/>
            </w:tcMar>
            <w:vAlign w:val="center"/>
          </w:tcPr>
          <w:p w14:paraId="367789EE" w14:textId="77777777" w:rsidR="00D60D5E" w:rsidRDefault="00891EF0">
            <w:pPr>
              <w:spacing w:after="0" w:line="240" w:lineRule="auto"/>
              <w:jc w:val="center"/>
            </w:pPr>
            <w:r>
              <w:rPr>
                <w:rFonts w:eastAsia="Aptos"/>
                <w:color w:val="6A7075"/>
                <w:sz w:val="17"/>
              </w:rPr>
              <w:t>260-135</w:t>
            </w:r>
          </w:p>
        </w:tc>
        <w:tc>
          <w:tcPr>
            <w:tcW w:w="2648" w:type="dxa"/>
            <w:tcMar>
              <w:top w:w="28" w:type="dxa"/>
              <w:left w:w="38" w:type="dxa"/>
              <w:bottom w:w="28" w:type="dxa"/>
              <w:right w:w="38" w:type="dxa"/>
            </w:tcMar>
            <w:vAlign w:val="center"/>
          </w:tcPr>
          <w:p w14:paraId="22F348C7" w14:textId="77777777" w:rsidR="00D60D5E" w:rsidRDefault="00891EF0">
            <w:pPr>
              <w:spacing w:after="0" w:line="240" w:lineRule="auto"/>
            </w:pPr>
            <w:r>
              <w:rPr>
                <w:rFonts w:eastAsia="Aptos"/>
                <w:sz w:val="17"/>
              </w:rPr>
              <w:t>Sprite 12oz</w:t>
            </w:r>
          </w:p>
        </w:tc>
        <w:tc>
          <w:tcPr>
            <w:tcW w:w="630" w:type="dxa"/>
            <w:tcMar>
              <w:top w:w="28" w:type="dxa"/>
              <w:left w:w="38" w:type="dxa"/>
              <w:bottom w:w="28" w:type="dxa"/>
              <w:right w:w="38" w:type="dxa"/>
            </w:tcMar>
            <w:vAlign w:val="center"/>
          </w:tcPr>
          <w:p w14:paraId="6A3BC18C" w14:textId="77777777" w:rsidR="00D60D5E" w:rsidRDefault="00891EF0">
            <w:pPr>
              <w:spacing w:after="0" w:line="240" w:lineRule="auto"/>
              <w:jc w:val="center"/>
            </w:pPr>
            <w:r>
              <w:rPr>
                <w:rFonts w:eastAsia="Aptos"/>
                <w:b/>
                <w:sz w:val="17"/>
              </w:rPr>
              <w:t>0.99</w:t>
            </w:r>
          </w:p>
        </w:tc>
        <w:tc>
          <w:tcPr>
            <w:tcW w:w="540" w:type="dxa"/>
            <w:tcMar>
              <w:top w:w="28" w:type="dxa"/>
              <w:left w:w="38" w:type="dxa"/>
              <w:bottom w:w="28" w:type="dxa"/>
              <w:right w:w="38" w:type="dxa"/>
            </w:tcMar>
            <w:vAlign w:val="center"/>
          </w:tcPr>
          <w:p w14:paraId="117D0E1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92A0B0" w14:textId="77777777" w:rsidR="00D60D5E" w:rsidRDefault="00D60D5E">
            <w:pPr>
              <w:jc w:val="center"/>
            </w:pPr>
          </w:p>
        </w:tc>
      </w:tr>
      <w:tr w:rsidR="00D60D5E" w14:paraId="1F510361" w14:textId="77777777" w:rsidTr="000617E0">
        <w:trPr>
          <w:cantSplit/>
          <w:jc w:val="center"/>
        </w:trPr>
        <w:tc>
          <w:tcPr>
            <w:tcW w:w="677" w:type="dxa"/>
            <w:tcMar>
              <w:top w:w="28" w:type="dxa"/>
              <w:left w:w="38" w:type="dxa"/>
              <w:bottom w:w="28" w:type="dxa"/>
              <w:right w:w="38" w:type="dxa"/>
            </w:tcMar>
            <w:vAlign w:val="center"/>
          </w:tcPr>
          <w:p w14:paraId="46F588F2" w14:textId="77777777" w:rsidR="00D60D5E" w:rsidRDefault="00891EF0">
            <w:pPr>
              <w:spacing w:after="0" w:line="240" w:lineRule="auto"/>
              <w:jc w:val="center"/>
            </w:pPr>
            <w:r>
              <w:rPr>
                <w:rFonts w:eastAsia="Aptos"/>
                <w:color w:val="6A7075"/>
                <w:sz w:val="17"/>
              </w:rPr>
              <w:t>260-140</w:t>
            </w:r>
          </w:p>
        </w:tc>
        <w:tc>
          <w:tcPr>
            <w:tcW w:w="2648" w:type="dxa"/>
            <w:tcMar>
              <w:top w:w="28" w:type="dxa"/>
              <w:left w:w="38" w:type="dxa"/>
              <w:bottom w:w="28" w:type="dxa"/>
              <w:right w:w="38" w:type="dxa"/>
            </w:tcMar>
            <w:vAlign w:val="center"/>
          </w:tcPr>
          <w:p w14:paraId="54937FAF" w14:textId="77777777" w:rsidR="00D60D5E" w:rsidRDefault="00891EF0">
            <w:pPr>
              <w:spacing w:after="0" w:line="240" w:lineRule="auto"/>
            </w:pPr>
            <w:r>
              <w:rPr>
                <w:rFonts w:eastAsia="Aptos"/>
                <w:sz w:val="17"/>
              </w:rPr>
              <w:t>Sprite 24/12oz</w:t>
            </w:r>
          </w:p>
        </w:tc>
        <w:tc>
          <w:tcPr>
            <w:tcW w:w="630" w:type="dxa"/>
            <w:tcMar>
              <w:top w:w="28" w:type="dxa"/>
              <w:left w:w="38" w:type="dxa"/>
              <w:bottom w:w="28" w:type="dxa"/>
              <w:right w:w="38" w:type="dxa"/>
            </w:tcMar>
            <w:vAlign w:val="center"/>
          </w:tcPr>
          <w:p w14:paraId="39963943" w14:textId="77777777" w:rsidR="00D60D5E" w:rsidRDefault="00891EF0">
            <w:pPr>
              <w:spacing w:after="0" w:line="240" w:lineRule="auto"/>
              <w:jc w:val="center"/>
            </w:pPr>
            <w:r>
              <w:rPr>
                <w:rFonts w:eastAsia="Aptos"/>
                <w:b/>
                <w:sz w:val="17"/>
              </w:rPr>
              <w:t>22.99</w:t>
            </w:r>
          </w:p>
        </w:tc>
        <w:tc>
          <w:tcPr>
            <w:tcW w:w="540" w:type="dxa"/>
            <w:tcMar>
              <w:top w:w="28" w:type="dxa"/>
              <w:left w:w="38" w:type="dxa"/>
              <w:bottom w:w="28" w:type="dxa"/>
              <w:right w:w="38" w:type="dxa"/>
            </w:tcMar>
            <w:vAlign w:val="center"/>
          </w:tcPr>
          <w:p w14:paraId="531F8D44"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7C7B3FF1" w14:textId="77777777" w:rsidR="00D60D5E" w:rsidRDefault="00D60D5E">
            <w:pPr>
              <w:jc w:val="center"/>
            </w:pPr>
          </w:p>
        </w:tc>
      </w:tr>
      <w:tr w:rsidR="00D60D5E" w14:paraId="5EB1B2BE" w14:textId="77777777" w:rsidTr="000617E0">
        <w:trPr>
          <w:cantSplit/>
          <w:jc w:val="center"/>
        </w:trPr>
        <w:tc>
          <w:tcPr>
            <w:tcW w:w="677" w:type="dxa"/>
            <w:tcMar>
              <w:top w:w="28" w:type="dxa"/>
              <w:left w:w="38" w:type="dxa"/>
              <w:bottom w:w="28" w:type="dxa"/>
              <w:right w:w="38" w:type="dxa"/>
            </w:tcMar>
            <w:vAlign w:val="center"/>
          </w:tcPr>
          <w:p w14:paraId="01FB596A" w14:textId="77777777" w:rsidR="00D60D5E" w:rsidRDefault="00891EF0">
            <w:pPr>
              <w:spacing w:after="0" w:line="240" w:lineRule="auto"/>
              <w:jc w:val="center"/>
            </w:pPr>
            <w:r>
              <w:rPr>
                <w:rFonts w:eastAsia="Aptos"/>
                <w:color w:val="6A7075"/>
                <w:sz w:val="17"/>
              </w:rPr>
              <w:t>260-145</w:t>
            </w:r>
          </w:p>
        </w:tc>
        <w:tc>
          <w:tcPr>
            <w:tcW w:w="2648" w:type="dxa"/>
            <w:tcMar>
              <w:top w:w="28" w:type="dxa"/>
              <w:left w:w="38" w:type="dxa"/>
              <w:bottom w:w="28" w:type="dxa"/>
              <w:right w:w="38" w:type="dxa"/>
            </w:tcMar>
            <w:vAlign w:val="center"/>
          </w:tcPr>
          <w:p w14:paraId="22A1DB53" w14:textId="77777777" w:rsidR="00D60D5E" w:rsidRDefault="00891EF0">
            <w:pPr>
              <w:spacing w:after="0" w:line="240" w:lineRule="auto"/>
            </w:pPr>
            <w:r>
              <w:rPr>
                <w:rFonts w:eastAsia="Aptos"/>
                <w:sz w:val="17"/>
              </w:rPr>
              <w:t>Diet Sprite 12oz</w:t>
            </w:r>
          </w:p>
        </w:tc>
        <w:tc>
          <w:tcPr>
            <w:tcW w:w="630" w:type="dxa"/>
            <w:tcMar>
              <w:top w:w="28" w:type="dxa"/>
              <w:left w:w="38" w:type="dxa"/>
              <w:bottom w:w="28" w:type="dxa"/>
              <w:right w:w="38" w:type="dxa"/>
            </w:tcMar>
            <w:vAlign w:val="center"/>
          </w:tcPr>
          <w:p w14:paraId="3667D240" w14:textId="77777777" w:rsidR="00D60D5E" w:rsidRDefault="00891EF0">
            <w:pPr>
              <w:spacing w:after="0" w:line="240" w:lineRule="auto"/>
              <w:jc w:val="center"/>
            </w:pPr>
            <w:r>
              <w:rPr>
                <w:rFonts w:eastAsia="Aptos"/>
                <w:b/>
                <w:sz w:val="17"/>
              </w:rPr>
              <w:t>1.10</w:t>
            </w:r>
          </w:p>
        </w:tc>
        <w:tc>
          <w:tcPr>
            <w:tcW w:w="540" w:type="dxa"/>
            <w:tcMar>
              <w:top w:w="28" w:type="dxa"/>
              <w:left w:w="38" w:type="dxa"/>
              <w:bottom w:w="28" w:type="dxa"/>
              <w:right w:w="38" w:type="dxa"/>
            </w:tcMar>
            <w:vAlign w:val="center"/>
          </w:tcPr>
          <w:p w14:paraId="47F9BC9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C4B071" w14:textId="77777777" w:rsidR="00D60D5E" w:rsidRDefault="00D60D5E">
            <w:pPr>
              <w:jc w:val="center"/>
            </w:pPr>
          </w:p>
        </w:tc>
      </w:tr>
      <w:tr w:rsidR="00D60D5E" w14:paraId="7FC29DA0" w14:textId="77777777" w:rsidTr="000617E0">
        <w:trPr>
          <w:cantSplit/>
          <w:jc w:val="center"/>
        </w:trPr>
        <w:tc>
          <w:tcPr>
            <w:tcW w:w="677" w:type="dxa"/>
            <w:tcMar>
              <w:top w:w="28" w:type="dxa"/>
              <w:left w:w="38" w:type="dxa"/>
              <w:bottom w:w="28" w:type="dxa"/>
              <w:right w:w="38" w:type="dxa"/>
            </w:tcMar>
            <w:vAlign w:val="center"/>
          </w:tcPr>
          <w:p w14:paraId="62231F1A" w14:textId="77777777" w:rsidR="00D60D5E" w:rsidRDefault="00891EF0">
            <w:pPr>
              <w:spacing w:after="0" w:line="240" w:lineRule="auto"/>
              <w:jc w:val="center"/>
            </w:pPr>
            <w:r>
              <w:rPr>
                <w:rFonts w:eastAsia="Aptos"/>
                <w:color w:val="6A7075"/>
                <w:sz w:val="17"/>
              </w:rPr>
              <w:t>260-150</w:t>
            </w:r>
          </w:p>
        </w:tc>
        <w:tc>
          <w:tcPr>
            <w:tcW w:w="2648" w:type="dxa"/>
            <w:tcMar>
              <w:top w:w="28" w:type="dxa"/>
              <w:left w:w="38" w:type="dxa"/>
              <w:bottom w:w="28" w:type="dxa"/>
              <w:right w:w="38" w:type="dxa"/>
            </w:tcMar>
            <w:vAlign w:val="center"/>
          </w:tcPr>
          <w:p w14:paraId="786D20DA" w14:textId="77777777" w:rsidR="00D60D5E" w:rsidRDefault="00891EF0">
            <w:pPr>
              <w:spacing w:after="0" w:line="240" w:lineRule="auto"/>
            </w:pPr>
            <w:r>
              <w:rPr>
                <w:rFonts w:eastAsia="Aptos"/>
                <w:sz w:val="17"/>
              </w:rPr>
              <w:t>Diet Sprite 24/12oz</w:t>
            </w:r>
          </w:p>
        </w:tc>
        <w:tc>
          <w:tcPr>
            <w:tcW w:w="630" w:type="dxa"/>
            <w:tcMar>
              <w:top w:w="28" w:type="dxa"/>
              <w:left w:w="38" w:type="dxa"/>
              <w:bottom w:w="28" w:type="dxa"/>
              <w:right w:w="38" w:type="dxa"/>
            </w:tcMar>
            <w:vAlign w:val="center"/>
          </w:tcPr>
          <w:p w14:paraId="0D92476E" w14:textId="77777777" w:rsidR="00D60D5E" w:rsidRDefault="00891EF0">
            <w:pPr>
              <w:spacing w:after="0" w:line="240" w:lineRule="auto"/>
              <w:jc w:val="center"/>
            </w:pPr>
            <w:r>
              <w:rPr>
                <w:rFonts w:eastAsia="Aptos"/>
                <w:b/>
                <w:sz w:val="17"/>
              </w:rPr>
              <w:t>24.99</w:t>
            </w:r>
          </w:p>
        </w:tc>
        <w:tc>
          <w:tcPr>
            <w:tcW w:w="540" w:type="dxa"/>
            <w:tcMar>
              <w:top w:w="28" w:type="dxa"/>
              <w:left w:w="38" w:type="dxa"/>
              <w:bottom w:w="28" w:type="dxa"/>
              <w:right w:w="38" w:type="dxa"/>
            </w:tcMar>
            <w:vAlign w:val="center"/>
          </w:tcPr>
          <w:p w14:paraId="3FCB00BB"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9E7E17E" w14:textId="77777777" w:rsidR="00D60D5E" w:rsidRDefault="00D60D5E">
            <w:pPr>
              <w:jc w:val="center"/>
            </w:pPr>
          </w:p>
        </w:tc>
      </w:tr>
      <w:tr w:rsidR="00D60D5E" w14:paraId="6F6C2BE0" w14:textId="77777777" w:rsidTr="000617E0">
        <w:trPr>
          <w:cantSplit/>
          <w:jc w:val="center"/>
        </w:trPr>
        <w:tc>
          <w:tcPr>
            <w:tcW w:w="677" w:type="dxa"/>
            <w:tcMar>
              <w:top w:w="28" w:type="dxa"/>
              <w:left w:w="38" w:type="dxa"/>
              <w:bottom w:w="28" w:type="dxa"/>
              <w:right w:w="38" w:type="dxa"/>
            </w:tcMar>
            <w:vAlign w:val="center"/>
          </w:tcPr>
          <w:p w14:paraId="6825F0D1" w14:textId="77777777" w:rsidR="00D60D5E" w:rsidRDefault="00891EF0">
            <w:pPr>
              <w:spacing w:after="0" w:line="240" w:lineRule="auto"/>
              <w:jc w:val="center"/>
            </w:pPr>
            <w:r>
              <w:rPr>
                <w:rFonts w:eastAsia="Aptos"/>
                <w:color w:val="6A7075"/>
                <w:sz w:val="17"/>
              </w:rPr>
              <w:t>260-155</w:t>
            </w:r>
          </w:p>
        </w:tc>
        <w:tc>
          <w:tcPr>
            <w:tcW w:w="2648" w:type="dxa"/>
            <w:tcMar>
              <w:top w:w="28" w:type="dxa"/>
              <w:left w:w="38" w:type="dxa"/>
              <w:bottom w:w="28" w:type="dxa"/>
              <w:right w:w="38" w:type="dxa"/>
            </w:tcMar>
            <w:vAlign w:val="center"/>
          </w:tcPr>
          <w:p w14:paraId="12947F22" w14:textId="77777777" w:rsidR="00D60D5E" w:rsidRDefault="00891EF0">
            <w:pPr>
              <w:spacing w:after="0" w:line="240" w:lineRule="auto"/>
            </w:pPr>
            <w:r>
              <w:rPr>
                <w:rFonts w:eastAsia="Aptos"/>
                <w:sz w:val="17"/>
              </w:rPr>
              <w:t>Pepsi 12oz</w:t>
            </w:r>
          </w:p>
        </w:tc>
        <w:tc>
          <w:tcPr>
            <w:tcW w:w="630" w:type="dxa"/>
            <w:tcMar>
              <w:top w:w="28" w:type="dxa"/>
              <w:left w:w="38" w:type="dxa"/>
              <w:bottom w:w="28" w:type="dxa"/>
              <w:right w:w="38" w:type="dxa"/>
            </w:tcMar>
            <w:vAlign w:val="center"/>
          </w:tcPr>
          <w:p w14:paraId="65DE02D5" w14:textId="77777777" w:rsidR="00D60D5E" w:rsidRDefault="00891EF0">
            <w:pPr>
              <w:spacing w:after="0" w:line="240" w:lineRule="auto"/>
              <w:jc w:val="center"/>
            </w:pPr>
            <w:r>
              <w:rPr>
                <w:rFonts w:eastAsia="Aptos"/>
                <w:b/>
                <w:sz w:val="17"/>
              </w:rPr>
              <w:t>0.99</w:t>
            </w:r>
          </w:p>
        </w:tc>
        <w:tc>
          <w:tcPr>
            <w:tcW w:w="540" w:type="dxa"/>
            <w:tcMar>
              <w:top w:w="28" w:type="dxa"/>
              <w:left w:w="38" w:type="dxa"/>
              <w:bottom w:w="28" w:type="dxa"/>
              <w:right w:w="38" w:type="dxa"/>
            </w:tcMar>
            <w:vAlign w:val="center"/>
          </w:tcPr>
          <w:p w14:paraId="111F8A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040623" w14:textId="77777777" w:rsidR="00D60D5E" w:rsidRDefault="00D60D5E">
            <w:pPr>
              <w:jc w:val="center"/>
            </w:pPr>
          </w:p>
        </w:tc>
      </w:tr>
      <w:tr w:rsidR="00D60D5E" w14:paraId="272732C7" w14:textId="77777777" w:rsidTr="000617E0">
        <w:trPr>
          <w:cantSplit/>
          <w:jc w:val="center"/>
        </w:trPr>
        <w:tc>
          <w:tcPr>
            <w:tcW w:w="677" w:type="dxa"/>
            <w:tcMar>
              <w:top w:w="28" w:type="dxa"/>
              <w:left w:w="38" w:type="dxa"/>
              <w:bottom w:w="28" w:type="dxa"/>
              <w:right w:w="38" w:type="dxa"/>
            </w:tcMar>
            <w:vAlign w:val="center"/>
          </w:tcPr>
          <w:p w14:paraId="23DC354D" w14:textId="77777777" w:rsidR="00D60D5E" w:rsidRDefault="00891EF0">
            <w:pPr>
              <w:spacing w:after="0" w:line="240" w:lineRule="auto"/>
              <w:jc w:val="center"/>
            </w:pPr>
            <w:r>
              <w:rPr>
                <w:rFonts w:eastAsia="Aptos"/>
                <w:color w:val="6A7075"/>
                <w:sz w:val="17"/>
              </w:rPr>
              <w:t>260-160</w:t>
            </w:r>
          </w:p>
        </w:tc>
        <w:tc>
          <w:tcPr>
            <w:tcW w:w="2648" w:type="dxa"/>
            <w:tcMar>
              <w:top w:w="28" w:type="dxa"/>
              <w:left w:w="38" w:type="dxa"/>
              <w:bottom w:w="28" w:type="dxa"/>
              <w:right w:w="38" w:type="dxa"/>
            </w:tcMar>
            <w:vAlign w:val="center"/>
          </w:tcPr>
          <w:p w14:paraId="51F59E5E" w14:textId="77777777" w:rsidR="00D60D5E" w:rsidRDefault="00891EF0">
            <w:pPr>
              <w:spacing w:after="0" w:line="240" w:lineRule="auto"/>
            </w:pPr>
            <w:r>
              <w:rPr>
                <w:rFonts w:eastAsia="Aptos"/>
                <w:sz w:val="17"/>
              </w:rPr>
              <w:t>Pepsi 24/12oz</w:t>
            </w:r>
          </w:p>
        </w:tc>
        <w:tc>
          <w:tcPr>
            <w:tcW w:w="630" w:type="dxa"/>
            <w:tcMar>
              <w:top w:w="28" w:type="dxa"/>
              <w:left w:w="38" w:type="dxa"/>
              <w:bottom w:w="28" w:type="dxa"/>
              <w:right w:w="38" w:type="dxa"/>
            </w:tcMar>
            <w:vAlign w:val="center"/>
          </w:tcPr>
          <w:p w14:paraId="56C95C5B" w14:textId="77777777" w:rsidR="00D60D5E" w:rsidRDefault="00891EF0">
            <w:pPr>
              <w:spacing w:after="0" w:line="240" w:lineRule="auto"/>
              <w:jc w:val="center"/>
            </w:pPr>
            <w:r>
              <w:rPr>
                <w:rFonts w:eastAsia="Aptos"/>
                <w:b/>
                <w:sz w:val="17"/>
              </w:rPr>
              <w:t>22.99</w:t>
            </w:r>
          </w:p>
        </w:tc>
        <w:tc>
          <w:tcPr>
            <w:tcW w:w="540" w:type="dxa"/>
            <w:tcMar>
              <w:top w:w="28" w:type="dxa"/>
              <w:left w:w="38" w:type="dxa"/>
              <w:bottom w:w="28" w:type="dxa"/>
              <w:right w:w="38" w:type="dxa"/>
            </w:tcMar>
            <w:vAlign w:val="center"/>
          </w:tcPr>
          <w:p w14:paraId="05E8F198"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4890239" w14:textId="77777777" w:rsidR="00D60D5E" w:rsidRDefault="00D60D5E">
            <w:pPr>
              <w:jc w:val="center"/>
            </w:pPr>
          </w:p>
        </w:tc>
      </w:tr>
      <w:tr w:rsidR="00D60D5E" w14:paraId="06156DA0" w14:textId="77777777" w:rsidTr="000617E0">
        <w:trPr>
          <w:cantSplit/>
          <w:jc w:val="center"/>
        </w:trPr>
        <w:tc>
          <w:tcPr>
            <w:tcW w:w="677" w:type="dxa"/>
            <w:tcMar>
              <w:top w:w="28" w:type="dxa"/>
              <w:left w:w="38" w:type="dxa"/>
              <w:bottom w:w="28" w:type="dxa"/>
              <w:right w:w="38" w:type="dxa"/>
            </w:tcMar>
            <w:vAlign w:val="center"/>
          </w:tcPr>
          <w:p w14:paraId="25D3CF9D" w14:textId="77777777" w:rsidR="00D60D5E" w:rsidRDefault="00891EF0">
            <w:pPr>
              <w:spacing w:after="0" w:line="240" w:lineRule="auto"/>
              <w:jc w:val="center"/>
            </w:pPr>
            <w:r>
              <w:rPr>
                <w:rFonts w:eastAsia="Aptos"/>
                <w:color w:val="6A7075"/>
                <w:sz w:val="17"/>
              </w:rPr>
              <w:t>260-165</w:t>
            </w:r>
          </w:p>
        </w:tc>
        <w:tc>
          <w:tcPr>
            <w:tcW w:w="2648" w:type="dxa"/>
            <w:tcMar>
              <w:top w:w="28" w:type="dxa"/>
              <w:left w:w="38" w:type="dxa"/>
              <w:bottom w:w="28" w:type="dxa"/>
              <w:right w:w="38" w:type="dxa"/>
            </w:tcMar>
            <w:vAlign w:val="center"/>
          </w:tcPr>
          <w:p w14:paraId="49D09346" w14:textId="77777777" w:rsidR="00D60D5E" w:rsidRDefault="00891EF0">
            <w:pPr>
              <w:spacing w:after="0" w:line="240" w:lineRule="auto"/>
            </w:pPr>
            <w:r>
              <w:rPr>
                <w:rFonts w:eastAsia="Aptos"/>
                <w:sz w:val="17"/>
              </w:rPr>
              <w:t>Diet Pepsi 12oz</w:t>
            </w:r>
          </w:p>
        </w:tc>
        <w:tc>
          <w:tcPr>
            <w:tcW w:w="630" w:type="dxa"/>
            <w:tcMar>
              <w:top w:w="28" w:type="dxa"/>
              <w:left w:w="38" w:type="dxa"/>
              <w:bottom w:w="28" w:type="dxa"/>
              <w:right w:w="38" w:type="dxa"/>
            </w:tcMar>
            <w:vAlign w:val="center"/>
          </w:tcPr>
          <w:p w14:paraId="61AECB14" w14:textId="77777777" w:rsidR="00D60D5E" w:rsidRDefault="00891EF0">
            <w:pPr>
              <w:spacing w:after="0" w:line="240" w:lineRule="auto"/>
              <w:jc w:val="center"/>
            </w:pPr>
            <w:r>
              <w:rPr>
                <w:rFonts w:eastAsia="Aptos"/>
                <w:b/>
                <w:sz w:val="17"/>
              </w:rPr>
              <w:t>1.10</w:t>
            </w:r>
          </w:p>
        </w:tc>
        <w:tc>
          <w:tcPr>
            <w:tcW w:w="540" w:type="dxa"/>
            <w:tcMar>
              <w:top w:w="28" w:type="dxa"/>
              <w:left w:w="38" w:type="dxa"/>
              <w:bottom w:w="28" w:type="dxa"/>
              <w:right w:w="38" w:type="dxa"/>
            </w:tcMar>
            <w:vAlign w:val="center"/>
          </w:tcPr>
          <w:p w14:paraId="09B1B8A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049D5B" w14:textId="77777777" w:rsidR="00D60D5E" w:rsidRDefault="00D60D5E">
            <w:pPr>
              <w:jc w:val="center"/>
            </w:pPr>
          </w:p>
        </w:tc>
      </w:tr>
      <w:tr w:rsidR="00D60D5E" w14:paraId="7A5CF759" w14:textId="77777777" w:rsidTr="000617E0">
        <w:trPr>
          <w:cantSplit/>
          <w:jc w:val="center"/>
        </w:trPr>
        <w:tc>
          <w:tcPr>
            <w:tcW w:w="677" w:type="dxa"/>
            <w:tcMar>
              <w:top w:w="28" w:type="dxa"/>
              <w:left w:w="38" w:type="dxa"/>
              <w:bottom w:w="28" w:type="dxa"/>
              <w:right w:w="38" w:type="dxa"/>
            </w:tcMar>
            <w:vAlign w:val="center"/>
          </w:tcPr>
          <w:p w14:paraId="7F1B4420" w14:textId="77777777" w:rsidR="00D60D5E" w:rsidRDefault="00891EF0">
            <w:pPr>
              <w:spacing w:after="0" w:line="240" w:lineRule="auto"/>
              <w:jc w:val="center"/>
            </w:pPr>
            <w:r>
              <w:rPr>
                <w:rFonts w:eastAsia="Aptos"/>
                <w:color w:val="6A7075"/>
                <w:sz w:val="17"/>
              </w:rPr>
              <w:t>260-170</w:t>
            </w:r>
          </w:p>
        </w:tc>
        <w:tc>
          <w:tcPr>
            <w:tcW w:w="2648" w:type="dxa"/>
            <w:tcMar>
              <w:top w:w="28" w:type="dxa"/>
              <w:left w:w="38" w:type="dxa"/>
              <w:bottom w:w="28" w:type="dxa"/>
              <w:right w:w="38" w:type="dxa"/>
            </w:tcMar>
            <w:vAlign w:val="center"/>
          </w:tcPr>
          <w:p w14:paraId="54118EE1" w14:textId="77777777" w:rsidR="00D60D5E" w:rsidRDefault="00891EF0">
            <w:pPr>
              <w:spacing w:after="0" w:line="240" w:lineRule="auto"/>
            </w:pPr>
            <w:r>
              <w:rPr>
                <w:rFonts w:eastAsia="Aptos"/>
                <w:sz w:val="17"/>
              </w:rPr>
              <w:t>Diet Pepsi 24/12oz</w:t>
            </w:r>
          </w:p>
        </w:tc>
        <w:tc>
          <w:tcPr>
            <w:tcW w:w="630" w:type="dxa"/>
            <w:tcMar>
              <w:top w:w="28" w:type="dxa"/>
              <w:left w:w="38" w:type="dxa"/>
              <w:bottom w:w="28" w:type="dxa"/>
              <w:right w:w="38" w:type="dxa"/>
            </w:tcMar>
            <w:vAlign w:val="center"/>
          </w:tcPr>
          <w:p w14:paraId="40A323D5" w14:textId="77777777" w:rsidR="00D60D5E" w:rsidRDefault="00891EF0">
            <w:pPr>
              <w:spacing w:after="0" w:line="240" w:lineRule="auto"/>
              <w:jc w:val="center"/>
            </w:pPr>
            <w:r>
              <w:rPr>
                <w:rFonts w:eastAsia="Aptos"/>
                <w:b/>
                <w:sz w:val="17"/>
              </w:rPr>
              <w:t>24.99</w:t>
            </w:r>
          </w:p>
        </w:tc>
        <w:tc>
          <w:tcPr>
            <w:tcW w:w="540" w:type="dxa"/>
            <w:tcMar>
              <w:top w:w="28" w:type="dxa"/>
              <w:left w:w="38" w:type="dxa"/>
              <w:bottom w:w="28" w:type="dxa"/>
              <w:right w:w="38" w:type="dxa"/>
            </w:tcMar>
            <w:vAlign w:val="center"/>
          </w:tcPr>
          <w:p w14:paraId="4DA270E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BD2358B" w14:textId="77777777" w:rsidR="00D60D5E" w:rsidRDefault="00D60D5E">
            <w:pPr>
              <w:jc w:val="center"/>
            </w:pPr>
          </w:p>
        </w:tc>
      </w:tr>
      <w:tr w:rsidR="00D60D5E" w14:paraId="0A23F55B" w14:textId="77777777" w:rsidTr="000617E0">
        <w:trPr>
          <w:cantSplit/>
          <w:jc w:val="center"/>
        </w:trPr>
        <w:tc>
          <w:tcPr>
            <w:tcW w:w="677" w:type="dxa"/>
            <w:tcMar>
              <w:top w:w="28" w:type="dxa"/>
              <w:left w:w="38" w:type="dxa"/>
              <w:bottom w:w="28" w:type="dxa"/>
              <w:right w:w="38" w:type="dxa"/>
            </w:tcMar>
            <w:vAlign w:val="center"/>
          </w:tcPr>
          <w:p w14:paraId="5B8A1A3A" w14:textId="77777777" w:rsidR="00D60D5E" w:rsidRDefault="00891EF0">
            <w:pPr>
              <w:spacing w:after="0" w:line="240" w:lineRule="auto"/>
              <w:jc w:val="center"/>
            </w:pPr>
            <w:r>
              <w:rPr>
                <w:rFonts w:eastAsia="Aptos"/>
                <w:color w:val="6A7075"/>
                <w:sz w:val="17"/>
              </w:rPr>
              <w:t>260-175</w:t>
            </w:r>
          </w:p>
        </w:tc>
        <w:tc>
          <w:tcPr>
            <w:tcW w:w="2648" w:type="dxa"/>
            <w:tcMar>
              <w:top w:w="28" w:type="dxa"/>
              <w:left w:w="38" w:type="dxa"/>
              <w:bottom w:w="28" w:type="dxa"/>
              <w:right w:w="38" w:type="dxa"/>
            </w:tcMar>
            <w:vAlign w:val="center"/>
          </w:tcPr>
          <w:p w14:paraId="5C1CF783" w14:textId="77777777" w:rsidR="00D60D5E" w:rsidRDefault="00891EF0">
            <w:pPr>
              <w:spacing w:after="0" w:line="240" w:lineRule="auto"/>
            </w:pPr>
            <w:r>
              <w:rPr>
                <w:rFonts w:eastAsia="Aptos"/>
                <w:sz w:val="17"/>
              </w:rPr>
              <w:t>7 UP 12oz</w:t>
            </w:r>
          </w:p>
        </w:tc>
        <w:tc>
          <w:tcPr>
            <w:tcW w:w="630" w:type="dxa"/>
            <w:tcMar>
              <w:top w:w="28" w:type="dxa"/>
              <w:left w:w="38" w:type="dxa"/>
              <w:bottom w:w="28" w:type="dxa"/>
              <w:right w:w="38" w:type="dxa"/>
            </w:tcMar>
            <w:vAlign w:val="center"/>
          </w:tcPr>
          <w:p w14:paraId="5E5051A0" w14:textId="77777777" w:rsidR="00D60D5E" w:rsidRDefault="00891EF0">
            <w:pPr>
              <w:spacing w:after="0" w:line="240" w:lineRule="auto"/>
              <w:jc w:val="center"/>
            </w:pPr>
            <w:r>
              <w:rPr>
                <w:rFonts w:eastAsia="Aptos"/>
                <w:b/>
                <w:sz w:val="17"/>
              </w:rPr>
              <w:t>0.99</w:t>
            </w:r>
          </w:p>
        </w:tc>
        <w:tc>
          <w:tcPr>
            <w:tcW w:w="540" w:type="dxa"/>
            <w:tcMar>
              <w:top w:w="28" w:type="dxa"/>
              <w:left w:w="38" w:type="dxa"/>
              <w:bottom w:w="28" w:type="dxa"/>
              <w:right w:w="38" w:type="dxa"/>
            </w:tcMar>
            <w:vAlign w:val="center"/>
          </w:tcPr>
          <w:p w14:paraId="4A585CB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E8A58D" w14:textId="77777777" w:rsidR="00D60D5E" w:rsidRDefault="00D60D5E">
            <w:pPr>
              <w:jc w:val="center"/>
            </w:pPr>
          </w:p>
        </w:tc>
      </w:tr>
      <w:tr w:rsidR="00D60D5E" w14:paraId="5B7F28F6" w14:textId="77777777" w:rsidTr="000617E0">
        <w:trPr>
          <w:cantSplit/>
          <w:jc w:val="center"/>
        </w:trPr>
        <w:tc>
          <w:tcPr>
            <w:tcW w:w="677" w:type="dxa"/>
            <w:tcMar>
              <w:top w:w="28" w:type="dxa"/>
              <w:left w:w="38" w:type="dxa"/>
              <w:bottom w:w="28" w:type="dxa"/>
              <w:right w:w="38" w:type="dxa"/>
            </w:tcMar>
            <w:vAlign w:val="center"/>
          </w:tcPr>
          <w:p w14:paraId="20886373" w14:textId="77777777" w:rsidR="00D60D5E" w:rsidRDefault="00891EF0">
            <w:pPr>
              <w:spacing w:after="0" w:line="240" w:lineRule="auto"/>
              <w:jc w:val="center"/>
            </w:pPr>
            <w:r>
              <w:rPr>
                <w:rFonts w:eastAsia="Aptos"/>
                <w:color w:val="6A7075"/>
                <w:sz w:val="17"/>
              </w:rPr>
              <w:t>260-176</w:t>
            </w:r>
          </w:p>
        </w:tc>
        <w:tc>
          <w:tcPr>
            <w:tcW w:w="2648" w:type="dxa"/>
            <w:tcMar>
              <w:top w:w="28" w:type="dxa"/>
              <w:left w:w="38" w:type="dxa"/>
              <w:bottom w:w="28" w:type="dxa"/>
              <w:right w:w="38" w:type="dxa"/>
            </w:tcMar>
            <w:vAlign w:val="center"/>
          </w:tcPr>
          <w:p w14:paraId="2B5BFFE1" w14:textId="77777777" w:rsidR="00D60D5E" w:rsidRDefault="00891EF0">
            <w:pPr>
              <w:spacing w:after="0" w:line="240" w:lineRule="auto"/>
            </w:pPr>
            <w:r>
              <w:rPr>
                <w:rFonts w:eastAsia="Aptos"/>
                <w:sz w:val="17"/>
              </w:rPr>
              <w:t>7 UP 12oz 24/12oz</w:t>
            </w:r>
          </w:p>
        </w:tc>
        <w:tc>
          <w:tcPr>
            <w:tcW w:w="630" w:type="dxa"/>
            <w:tcMar>
              <w:top w:w="28" w:type="dxa"/>
              <w:left w:w="38" w:type="dxa"/>
              <w:bottom w:w="28" w:type="dxa"/>
              <w:right w:w="38" w:type="dxa"/>
            </w:tcMar>
            <w:vAlign w:val="center"/>
          </w:tcPr>
          <w:p w14:paraId="0374310F" w14:textId="77777777" w:rsidR="00D60D5E" w:rsidRDefault="00891EF0">
            <w:pPr>
              <w:spacing w:after="0" w:line="240" w:lineRule="auto"/>
              <w:jc w:val="center"/>
            </w:pPr>
            <w:r>
              <w:rPr>
                <w:rFonts w:eastAsia="Aptos"/>
                <w:b/>
                <w:sz w:val="17"/>
              </w:rPr>
              <w:t>22.99</w:t>
            </w:r>
          </w:p>
        </w:tc>
        <w:tc>
          <w:tcPr>
            <w:tcW w:w="540" w:type="dxa"/>
            <w:tcMar>
              <w:top w:w="28" w:type="dxa"/>
              <w:left w:w="38" w:type="dxa"/>
              <w:bottom w:w="28" w:type="dxa"/>
              <w:right w:w="38" w:type="dxa"/>
            </w:tcMar>
            <w:vAlign w:val="center"/>
          </w:tcPr>
          <w:p w14:paraId="1B8AC985"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661A837" w14:textId="77777777" w:rsidR="00D60D5E" w:rsidRDefault="00D60D5E">
            <w:pPr>
              <w:jc w:val="center"/>
            </w:pPr>
          </w:p>
        </w:tc>
      </w:tr>
      <w:tr w:rsidR="00D60D5E" w14:paraId="49A22A61" w14:textId="77777777" w:rsidTr="000617E0">
        <w:trPr>
          <w:cantSplit/>
          <w:jc w:val="center"/>
        </w:trPr>
        <w:tc>
          <w:tcPr>
            <w:tcW w:w="677" w:type="dxa"/>
            <w:tcMar>
              <w:top w:w="28" w:type="dxa"/>
              <w:left w:w="38" w:type="dxa"/>
              <w:bottom w:w="28" w:type="dxa"/>
              <w:right w:w="38" w:type="dxa"/>
            </w:tcMar>
            <w:vAlign w:val="center"/>
          </w:tcPr>
          <w:p w14:paraId="38533D2F" w14:textId="77777777" w:rsidR="00D60D5E" w:rsidRDefault="00891EF0">
            <w:pPr>
              <w:spacing w:after="0" w:line="240" w:lineRule="auto"/>
              <w:jc w:val="center"/>
            </w:pPr>
            <w:r>
              <w:rPr>
                <w:rFonts w:eastAsia="Aptos"/>
                <w:color w:val="6A7075"/>
                <w:sz w:val="17"/>
              </w:rPr>
              <w:t>260-180</w:t>
            </w:r>
          </w:p>
        </w:tc>
        <w:tc>
          <w:tcPr>
            <w:tcW w:w="2648" w:type="dxa"/>
            <w:tcMar>
              <w:top w:w="28" w:type="dxa"/>
              <w:left w:w="38" w:type="dxa"/>
              <w:bottom w:w="28" w:type="dxa"/>
              <w:right w:w="38" w:type="dxa"/>
            </w:tcMar>
            <w:vAlign w:val="center"/>
          </w:tcPr>
          <w:p w14:paraId="6C5F096A" w14:textId="77777777" w:rsidR="00D60D5E" w:rsidRDefault="00891EF0">
            <w:pPr>
              <w:spacing w:after="0" w:line="240" w:lineRule="auto"/>
            </w:pPr>
            <w:r>
              <w:rPr>
                <w:rFonts w:eastAsia="Aptos"/>
                <w:sz w:val="17"/>
              </w:rPr>
              <w:t>Diet 7 UP 12oz</w:t>
            </w:r>
          </w:p>
        </w:tc>
        <w:tc>
          <w:tcPr>
            <w:tcW w:w="630" w:type="dxa"/>
            <w:tcMar>
              <w:top w:w="28" w:type="dxa"/>
              <w:left w:w="38" w:type="dxa"/>
              <w:bottom w:w="28" w:type="dxa"/>
              <w:right w:w="38" w:type="dxa"/>
            </w:tcMar>
            <w:vAlign w:val="center"/>
          </w:tcPr>
          <w:p w14:paraId="14F92371" w14:textId="77777777" w:rsidR="00D60D5E" w:rsidRDefault="00891EF0">
            <w:pPr>
              <w:spacing w:after="0" w:line="240" w:lineRule="auto"/>
              <w:jc w:val="center"/>
            </w:pPr>
            <w:r>
              <w:rPr>
                <w:rFonts w:eastAsia="Aptos"/>
                <w:b/>
                <w:sz w:val="17"/>
              </w:rPr>
              <w:t>1.10</w:t>
            </w:r>
          </w:p>
        </w:tc>
        <w:tc>
          <w:tcPr>
            <w:tcW w:w="540" w:type="dxa"/>
            <w:tcMar>
              <w:top w:w="28" w:type="dxa"/>
              <w:left w:w="38" w:type="dxa"/>
              <w:bottom w:w="28" w:type="dxa"/>
              <w:right w:w="38" w:type="dxa"/>
            </w:tcMar>
            <w:vAlign w:val="center"/>
          </w:tcPr>
          <w:p w14:paraId="34D16A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E844BE" w14:textId="77777777" w:rsidR="00D60D5E" w:rsidRDefault="00D60D5E">
            <w:pPr>
              <w:jc w:val="center"/>
            </w:pPr>
          </w:p>
        </w:tc>
      </w:tr>
      <w:tr w:rsidR="00D60D5E" w14:paraId="16C81CFD" w14:textId="77777777" w:rsidTr="000617E0">
        <w:trPr>
          <w:cantSplit/>
          <w:jc w:val="center"/>
        </w:trPr>
        <w:tc>
          <w:tcPr>
            <w:tcW w:w="677" w:type="dxa"/>
            <w:tcMar>
              <w:top w:w="28" w:type="dxa"/>
              <w:left w:w="38" w:type="dxa"/>
              <w:bottom w:w="28" w:type="dxa"/>
              <w:right w:w="38" w:type="dxa"/>
            </w:tcMar>
            <w:vAlign w:val="center"/>
          </w:tcPr>
          <w:p w14:paraId="6D40A0A7" w14:textId="77777777" w:rsidR="00D60D5E" w:rsidRDefault="00891EF0">
            <w:pPr>
              <w:spacing w:after="0" w:line="240" w:lineRule="auto"/>
              <w:jc w:val="center"/>
            </w:pPr>
            <w:r>
              <w:rPr>
                <w:rFonts w:eastAsia="Aptos"/>
                <w:color w:val="6A7075"/>
                <w:sz w:val="17"/>
              </w:rPr>
              <w:t>260-185</w:t>
            </w:r>
          </w:p>
        </w:tc>
        <w:tc>
          <w:tcPr>
            <w:tcW w:w="2648" w:type="dxa"/>
            <w:tcMar>
              <w:top w:w="28" w:type="dxa"/>
              <w:left w:w="38" w:type="dxa"/>
              <w:bottom w:w="28" w:type="dxa"/>
              <w:right w:w="38" w:type="dxa"/>
            </w:tcMar>
            <w:vAlign w:val="center"/>
          </w:tcPr>
          <w:p w14:paraId="63602991" w14:textId="77777777" w:rsidR="00D60D5E" w:rsidRDefault="00891EF0">
            <w:pPr>
              <w:spacing w:after="0" w:line="240" w:lineRule="auto"/>
            </w:pPr>
            <w:r>
              <w:rPr>
                <w:rFonts w:eastAsia="Aptos"/>
                <w:sz w:val="17"/>
              </w:rPr>
              <w:t>Dr Pepper 12oz</w:t>
            </w:r>
          </w:p>
        </w:tc>
        <w:tc>
          <w:tcPr>
            <w:tcW w:w="630" w:type="dxa"/>
            <w:tcMar>
              <w:top w:w="28" w:type="dxa"/>
              <w:left w:w="38" w:type="dxa"/>
              <w:bottom w:w="28" w:type="dxa"/>
              <w:right w:w="38" w:type="dxa"/>
            </w:tcMar>
            <w:vAlign w:val="center"/>
          </w:tcPr>
          <w:p w14:paraId="7B278619" w14:textId="77777777" w:rsidR="00D60D5E" w:rsidRDefault="00891EF0">
            <w:pPr>
              <w:spacing w:after="0" w:line="240" w:lineRule="auto"/>
              <w:jc w:val="center"/>
            </w:pPr>
            <w:r>
              <w:rPr>
                <w:rFonts w:eastAsia="Aptos"/>
                <w:b/>
                <w:sz w:val="17"/>
              </w:rPr>
              <w:t>1.10</w:t>
            </w:r>
          </w:p>
        </w:tc>
        <w:tc>
          <w:tcPr>
            <w:tcW w:w="540" w:type="dxa"/>
            <w:tcMar>
              <w:top w:w="28" w:type="dxa"/>
              <w:left w:w="38" w:type="dxa"/>
              <w:bottom w:w="28" w:type="dxa"/>
              <w:right w:w="38" w:type="dxa"/>
            </w:tcMar>
            <w:vAlign w:val="center"/>
          </w:tcPr>
          <w:p w14:paraId="365078E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3AE74C" w14:textId="77777777" w:rsidR="00D60D5E" w:rsidRDefault="00D60D5E">
            <w:pPr>
              <w:jc w:val="center"/>
            </w:pPr>
          </w:p>
        </w:tc>
      </w:tr>
      <w:tr w:rsidR="00D60D5E" w14:paraId="1E9493D9" w14:textId="77777777" w:rsidTr="000617E0">
        <w:trPr>
          <w:cantSplit/>
          <w:jc w:val="center"/>
        </w:trPr>
        <w:tc>
          <w:tcPr>
            <w:tcW w:w="677" w:type="dxa"/>
            <w:tcMar>
              <w:top w:w="28" w:type="dxa"/>
              <w:left w:w="38" w:type="dxa"/>
              <w:bottom w:w="28" w:type="dxa"/>
              <w:right w:w="38" w:type="dxa"/>
            </w:tcMar>
            <w:vAlign w:val="center"/>
          </w:tcPr>
          <w:p w14:paraId="160CC93D" w14:textId="77777777" w:rsidR="00D60D5E" w:rsidRDefault="00891EF0">
            <w:pPr>
              <w:spacing w:after="0" w:line="240" w:lineRule="auto"/>
              <w:jc w:val="center"/>
            </w:pPr>
            <w:r>
              <w:rPr>
                <w:rFonts w:eastAsia="Aptos"/>
                <w:color w:val="6A7075"/>
                <w:sz w:val="17"/>
              </w:rPr>
              <w:t>260-190</w:t>
            </w:r>
          </w:p>
        </w:tc>
        <w:tc>
          <w:tcPr>
            <w:tcW w:w="2648" w:type="dxa"/>
            <w:tcMar>
              <w:top w:w="28" w:type="dxa"/>
              <w:left w:w="38" w:type="dxa"/>
              <w:bottom w:w="28" w:type="dxa"/>
              <w:right w:w="38" w:type="dxa"/>
            </w:tcMar>
            <w:vAlign w:val="center"/>
          </w:tcPr>
          <w:p w14:paraId="0390ECE6" w14:textId="77777777" w:rsidR="00D60D5E" w:rsidRDefault="00891EF0">
            <w:pPr>
              <w:spacing w:after="0" w:line="240" w:lineRule="auto"/>
            </w:pPr>
            <w:r>
              <w:rPr>
                <w:rFonts w:eastAsia="Aptos"/>
                <w:sz w:val="17"/>
              </w:rPr>
              <w:t>Dr Pepper 24/12oz</w:t>
            </w:r>
          </w:p>
        </w:tc>
        <w:tc>
          <w:tcPr>
            <w:tcW w:w="630" w:type="dxa"/>
            <w:tcMar>
              <w:top w:w="28" w:type="dxa"/>
              <w:left w:w="38" w:type="dxa"/>
              <w:bottom w:w="28" w:type="dxa"/>
              <w:right w:w="38" w:type="dxa"/>
            </w:tcMar>
            <w:vAlign w:val="center"/>
          </w:tcPr>
          <w:p w14:paraId="69DCEED2" w14:textId="77777777" w:rsidR="00D60D5E" w:rsidRDefault="00891EF0">
            <w:pPr>
              <w:spacing w:after="0" w:line="240" w:lineRule="auto"/>
              <w:jc w:val="center"/>
            </w:pPr>
            <w:r>
              <w:rPr>
                <w:rFonts w:eastAsia="Aptos"/>
                <w:b/>
                <w:sz w:val="17"/>
              </w:rPr>
              <w:t>23.99</w:t>
            </w:r>
          </w:p>
        </w:tc>
        <w:tc>
          <w:tcPr>
            <w:tcW w:w="540" w:type="dxa"/>
            <w:tcMar>
              <w:top w:w="28" w:type="dxa"/>
              <w:left w:w="38" w:type="dxa"/>
              <w:bottom w:w="28" w:type="dxa"/>
              <w:right w:w="38" w:type="dxa"/>
            </w:tcMar>
            <w:vAlign w:val="center"/>
          </w:tcPr>
          <w:p w14:paraId="5BC2E220"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E69DEC8" w14:textId="77777777" w:rsidR="00D60D5E" w:rsidRDefault="00D60D5E">
            <w:pPr>
              <w:jc w:val="center"/>
            </w:pPr>
          </w:p>
        </w:tc>
      </w:tr>
      <w:tr w:rsidR="00D60D5E" w14:paraId="14CAF51A" w14:textId="77777777" w:rsidTr="000617E0">
        <w:trPr>
          <w:cantSplit/>
          <w:jc w:val="center"/>
        </w:trPr>
        <w:tc>
          <w:tcPr>
            <w:tcW w:w="677" w:type="dxa"/>
            <w:tcMar>
              <w:top w:w="28" w:type="dxa"/>
              <w:left w:w="38" w:type="dxa"/>
              <w:bottom w:w="28" w:type="dxa"/>
              <w:right w:w="38" w:type="dxa"/>
            </w:tcMar>
            <w:vAlign w:val="center"/>
          </w:tcPr>
          <w:p w14:paraId="44F8A29B" w14:textId="77777777" w:rsidR="00D60D5E" w:rsidRDefault="00891EF0">
            <w:pPr>
              <w:spacing w:after="0" w:line="240" w:lineRule="auto"/>
              <w:jc w:val="center"/>
            </w:pPr>
            <w:r>
              <w:rPr>
                <w:rFonts w:eastAsia="Aptos"/>
                <w:color w:val="6A7075"/>
                <w:sz w:val="17"/>
              </w:rPr>
              <w:t>260-195</w:t>
            </w:r>
          </w:p>
        </w:tc>
        <w:tc>
          <w:tcPr>
            <w:tcW w:w="2648" w:type="dxa"/>
            <w:tcMar>
              <w:top w:w="28" w:type="dxa"/>
              <w:left w:w="38" w:type="dxa"/>
              <w:bottom w:w="28" w:type="dxa"/>
              <w:right w:w="38" w:type="dxa"/>
            </w:tcMar>
            <w:vAlign w:val="center"/>
          </w:tcPr>
          <w:p w14:paraId="1182E5AF" w14:textId="77777777" w:rsidR="00D60D5E" w:rsidRDefault="00891EF0">
            <w:pPr>
              <w:spacing w:after="0" w:line="240" w:lineRule="auto"/>
            </w:pPr>
            <w:r>
              <w:rPr>
                <w:rFonts w:eastAsia="Aptos"/>
                <w:sz w:val="17"/>
              </w:rPr>
              <w:t>Root Beer 12oz</w:t>
            </w:r>
          </w:p>
        </w:tc>
        <w:tc>
          <w:tcPr>
            <w:tcW w:w="630" w:type="dxa"/>
            <w:tcMar>
              <w:top w:w="28" w:type="dxa"/>
              <w:left w:w="38" w:type="dxa"/>
              <w:bottom w:w="28" w:type="dxa"/>
              <w:right w:w="38" w:type="dxa"/>
            </w:tcMar>
            <w:vAlign w:val="center"/>
          </w:tcPr>
          <w:p w14:paraId="65B22817" w14:textId="77777777" w:rsidR="00D60D5E" w:rsidRDefault="00891EF0">
            <w:pPr>
              <w:spacing w:after="0" w:line="240" w:lineRule="auto"/>
              <w:jc w:val="center"/>
            </w:pPr>
            <w:r>
              <w:rPr>
                <w:rFonts w:eastAsia="Aptos"/>
                <w:b/>
                <w:sz w:val="17"/>
              </w:rPr>
              <w:t>1.50</w:t>
            </w:r>
          </w:p>
        </w:tc>
        <w:tc>
          <w:tcPr>
            <w:tcW w:w="540" w:type="dxa"/>
            <w:tcMar>
              <w:top w:w="28" w:type="dxa"/>
              <w:left w:w="38" w:type="dxa"/>
              <w:bottom w:w="28" w:type="dxa"/>
              <w:right w:w="38" w:type="dxa"/>
            </w:tcMar>
            <w:vAlign w:val="center"/>
          </w:tcPr>
          <w:p w14:paraId="7EB8D91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46C2B6F" w14:textId="77777777" w:rsidR="00D60D5E" w:rsidRDefault="00D60D5E">
            <w:pPr>
              <w:jc w:val="center"/>
            </w:pPr>
          </w:p>
        </w:tc>
      </w:tr>
      <w:tr w:rsidR="00D60D5E" w14:paraId="115F80E3" w14:textId="77777777" w:rsidTr="000617E0">
        <w:trPr>
          <w:cantSplit/>
          <w:jc w:val="center"/>
        </w:trPr>
        <w:tc>
          <w:tcPr>
            <w:tcW w:w="677" w:type="dxa"/>
            <w:tcMar>
              <w:top w:w="28" w:type="dxa"/>
              <w:left w:w="38" w:type="dxa"/>
              <w:bottom w:w="28" w:type="dxa"/>
              <w:right w:w="38" w:type="dxa"/>
            </w:tcMar>
            <w:vAlign w:val="center"/>
          </w:tcPr>
          <w:p w14:paraId="4929ADA1" w14:textId="77777777" w:rsidR="00D60D5E" w:rsidRDefault="00891EF0">
            <w:pPr>
              <w:spacing w:after="0" w:line="240" w:lineRule="auto"/>
              <w:jc w:val="center"/>
            </w:pPr>
            <w:r>
              <w:rPr>
                <w:rFonts w:eastAsia="Aptos"/>
                <w:color w:val="6A7075"/>
                <w:sz w:val="17"/>
              </w:rPr>
              <w:t>260-200</w:t>
            </w:r>
          </w:p>
        </w:tc>
        <w:tc>
          <w:tcPr>
            <w:tcW w:w="2648" w:type="dxa"/>
            <w:tcMar>
              <w:top w:w="28" w:type="dxa"/>
              <w:left w:w="38" w:type="dxa"/>
              <w:bottom w:w="28" w:type="dxa"/>
              <w:right w:w="38" w:type="dxa"/>
            </w:tcMar>
            <w:vAlign w:val="center"/>
          </w:tcPr>
          <w:p w14:paraId="5EF6C264" w14:textId="77777777" w:rsidR="00D60D5E" w:rsidRDefault="00891EF0">
            <w:pPr>
              <w:spacing w:after="0" w:line="240" w:lineRule="auto"/>
            </w:pPr>
            <w:r>
              <w:rPr>
                <w:rFonts w:eastAsia="Aptos"/>
                <w:sz w:val="17"/>
              </w:rPr>
              <w:t>Root Beer 24/12oz</w:t>
            </w:r>
          </w:p>
        </w:tc>
        <w:tc>
          <w:tcPr>
            <w:tcW w:w="630" w:type="dxa"/>
            <w:tcMar>
              <w:top w:w="28" w:type="dxa"/>
              <w:left w:w="38" w:type="dxa"/>
              <w:bottom w:w="28" w:type="dxa"/>
              <w:right w:w="38" w:type="dxa"/>
            </w:tcMar>
            <w:vAlign w:val="center"/>
          </w:tcPr>
          <w:p w14:paraId="3B8C6C6A" w14:textId="77777777" w:rsidR="00D60D5E" w:rsidRDefault="00891EF0">
            <w:pPr>
              <w:spacing w:after="0" w:line="240" w:lineRule="auto"/>
              <w:jc w:val="center"/>
            </w:pPr>
            <w:r>
              <w:rPr>
                <w:rFonts w:eastAsia="Aptos"/>
                <w:b/>
                <w:sz w:val="17"/>
              </w:rPr>
              <w:t>29.99</w:t>
            </w:r>
          </w:p>
        </w:tc>
        <w:tc>
          <w:tcPr>
            <w:tcW w:w="540" w:type="dxa"/>
            <w:tcMar>
              <w:top w:w="28" w:type="dxa"/>
              <w:left w:w="38" w:type="dxa"/>
              <w:bottom w:w="28" w:type="dxa"/>
              <w:right w:w="38" w:type="dxa"/>
            </w:tcMar>
            <w:vAlign w:val="center"/>
          </w:tcPr>
          <w:p w14:paraId="1528028A"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AF62E6B" w14:textId="77777777" w:rsidR="00D60D5E" w:rsidRDefault="00D60D5E">
            <w:pPr>
              <w:jc w:val="center"/>
            </w:pPr>
          </w:p>
        </w:tc>
      </w:tr>
      <w:tr w:rsidR="00D60D5E" w14:paraId="050420E8" w14:textId="77777777" w:rsidTr="000617E0">
        <w:trPr>
          <w:cantSplit/>
          <w:jc w:val="center"/>
        </w:trPr>
        <w:tc>
          <w:tcPr>
            <w:tcW w:w="677" w:type="dxa"/>
            <w:tcMar>
              <w:top w:w="28" w:type="dxa"/>
              <w:left w:w="38" w:type="dxa"/>
              <w:bottom w:w="28" w:type="dxa"/>
              <w:right w:w="38" w:type="dxa"/>
            </w:tcMar>
            <w:vAlign w:val="center"/>
          </w:tcPr>
          <w:p w14:paraId="17E038EB" w14:textId="77777777" w:rsidR="00D60D5E" w:rsidRDefault="00891EF0">
            <w:pPr>
              <w:spacing w:after="0" w:line="240" w:lineRule="auto"/>
              <w:jc w:val="center"/>
            </w:pPr>
            <w:r>
              <w:rPr>
                <w:rFonts w:eastAsia="Aptos"/>
                <w:color w:val="6A7075"/>
                <w:sz w:val="17"/>
              </w:rPr>
              <w:t>260-205</w:t>
            </w:r>
          </w:p>
        </w:tc>
        <w:tc>
          <w:tcPr>
            <w:tcW w:w="2648" w:type="dxa"/>
            <w:tcMar>
              <w:top w:w="28" w:type="dxa"/>
              <w:left w:w="38" w:type="dxa"/>
              <w:bottom w:w="28" w:type="dxa"/>
              <w:right w:w="38" w:type="dxa"/>
            </w:tcMar>
            <w:vAlign w:val="center"/>
          </w:tcPr>
          <w:p w14:paraId="0FF4488B" w14:textId="77777777" w:rsidR="00D60D5E" w:rsidRDefault="00891EF0">
            <w:pPr>
              <w:spacing w:after="0" w:line="240" w:lineRule="auto"/>
            </w:pPr>
            <w:r>
              <w:rPr>
                <w:rFonts w:eastAsia="Aptos"/>
                <w:sz w:val="17"/>
              </w:rPr>
              <w:t>Diet 7 UP 24/12oz</w:t>
            </w:r>
          </w:p>
        </w:tc>
        <w:tc>
          <w:tcPr>
            <w:tcW w:w="630" w:type="dxa"/>
            <w:tcMar>
              <w:top w:w="28" w:type="dxa"/>
              <w:left w:w="38" w:type="dxa"/>
              <w:bottom w:w="28" w:type="dxa"/>
              <w:right w:w="38" w:type="dxa"/>
            </w:tcMar>
            <w:vAlign w:val="center"/>
          </w:tcPr>
          <w:p w14:paraId="298FC6AD" w14:textId="77777777" w:rsidR="00D60D5E" w:rsidRDefault="00891EF0">
            <w:pPr>
              <w:spacing w:after="0" w:line="240" w:lineRule="auto"/>
              <w:jc w:val="center"/>
            </w:pPr>
            <w:r>
              <w:rPr>
                <w:rFonts w:eastAsia="Aptos"/>
                <w:b/>
                <w:sz w:val="17"/>
              </w:rPr>
              <w:t>24.99</w:t>
            </w:r>
          </w:p>
        </w:tc>
        <w:tc>
          <w:tcPr>
            <w:tcW w:w="540" w:type="dxa"/>
            <w:tcMar>
              <w:top w:w="28" w:type="dxa"/>
              <w:left w:w="38" w:type="dxa"/>
              <w:bottom w:w="28" w:type="dxa"/>
              <w:right w:w="38" w:type="dxa"/>
            </w:tcMar>
            <w:vAlign w:val="center"/>
          </w:tcPr>
          <w:p w14:paraId="0BC5ADF2"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9AEE140" w14:textId="77777777" w:rsidR="00D60D5E" w:rsidRDefault="00D60D5E">
            <w:pPr>
              <w:jc w:val="center"/>
            </w:pPr>
          </w:p>
        </w:tc>
      </w:tr>
      <w:tr w:rsidR="00D60D5E" w14:paraId="365FFD2E" w14:textId="77777777" w:rsidTr="000617E0">
        <w:trPr>
          <w:cantSplit/>
          <w:jc w:val="center"/>
        </w:trPr>
        <w:tc>
          <w:tcPr>
            <w:tcW w:w="677" w:type="dxa"/>
            <w:tcMar>
              <w:top w:w="28" w:type="dxa"/>
              <w:left w:w="38" w:type="dxa"/>
              <w:bottom w:w="28" w:type="dxa"/>
              <w:right w:w="38" w:type="dxa"/>
            </w:tcMar>
            <w:vAlign w:val="center"/>
          </w:tcPr>
          <w:p w14:paraId="0A6F10CB" w14:textId="77777777" w:rsidR="00D60D5E" w:rsidRDefault="00891EF0">
            <w:pPr>
              <w:spacing w:after="0" w:line="240" w:lineRule="auto"/>
              <w:jc w:val="center"/>
            </w:pPr>
            <w:r>
              <w:rPr>
                <w:rFonts w:eastAsia="Aptos"/>
                <w:color w:val="6A7075"/>
                <w:sz w:val="17"/>
              </w:rPr>
              <w:t>260-210</w:t>
            </w:r>
          </w:p>
        </w:tc>
        <w:tc>
          <w:tcPr>
            <w:tcW w:w="2648" w:type="dxa"/>
            <w:tcMar>
              <w:top w:w="28" w:type="dxa"/>
              <w:left w:w="38" w:type="dxa"/>
              <w:bottom w:w="28" w:type="dxa"/>
              <w:right w:w="38" w:type="dxa"/>
            </w:tcMar>
            <w:vAlign w:val="center"/>
          </w:tcPr>
          <w:p w14:paraId="61E3EB2D" w14:textId="77777777" w:rsidR="00D60D5E" w:rsidRDefault="00891EF0">
            <w:pPr>
              <w:spacing w:after="0" w:line="240" w:lineRule="auto"/>
            </w:pPr>
            <w:r>
              <w:rPr>
                <w:rFonts w:eastAsia="Aptos"/>
                <w:sz w:val="17"/>
              </w:rPr>
              <w:t>Ginger Beer 12oz</w:t>
            </w:r>
          </w:p>
        </w:tc>
        <w:tc>
          <w:tcPr>
            <w:tcW w:w="630" w:type="dxa"/>
            <w:tcMar>
              <w:top w:w="28" w:type="dxa"/>
              <w:left w:w="38" w:type="dxa"/>
              <w:bottom w:w="28" w:type="dxa"/>
              <w:right w:w="38" w:type="dxa"/>
            </w:tcMar>
            <w:vAlign w:val="center"/>
          </w:tcPr>
          <w:p w14:paraId="7FC1F65C" w14:textId="77777777" w:rsidR="00D60D5E" w:rsidRDefault="00891EF0">
            <w:pPr>
              <w:spacing w:after="0" w:line="240" w:lineRule="auto"/>
              <w:jc w:val="center"/>
            </w:pPr>
            <w:r>
              <w:rPr>
                <w:rFonts w:eastAsia="Aptos"/>
                <w:b/>
                <w:sz w:val="17"/>
              </w:rPr>
              <w:t>1.39</w:t>
            </w:r>
          </w:p>
        </w:tc>
        <w:tc>
          <w:tcPr>
            <w:tcW w:w="540" w:type="dxa"/>
            <w:tcMar>
              <w:top w:w="28" w:type="dxa"/>
              <w:left w:w="38" w:type="dxa"/>
              <w:bottom w:w="28" w:type="dxa"/>
              <w:right w:w="38" w:type="dxa"/>
            </w:tcMar>
            <w:vAlign w:val="center"/>
          </w:tcPr>
          <w:p w14:paraId="4F151F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6784D6" w14:textId="77777777" w:rsidR="00D60D5E" w:rsidRDefault="00D60D5E">
            <w:pPr>
              <w:jc w:val="center"/>
            </w:pPr>
          </w:p>
        </w:tc>
      </w:tr>
      <w:tr w:rsidR="00D60D5E" w14:paraId="3F12F09F" w14:textId="77777777" w:rsidTr="000617E0">
        <w:trPr>
          <w:cantSplit/>
          <w:jc w:val="center"/>
        </w:trPr>
        <w:tc>
          <w:tcPr>
            <w:tcW w:w="677" w:type="dxa"/>
            <w:tcMar>
              <w:top w:w="28" w:type="dxa"/>
              <w:left w:w="38" w:type="dxa"/>
              <w:bottom w:w="28" w:type="dxa"/>
              <w:right w:w="38" w:type="dxa"/>
            </w:tcMar>
            <w:vAlign w:val="center"/>
          </w:tcPr>
          <w:p w14:paraId="1B8095DF" w14:textId="77777777" w:rsidR="00D60D5E" w:rsidRDefault="00891EF0">
            <w:pPr>
              <w:spacing w:after="0" w:line="240" w:lineRule="auto"/>
              <w:jc w:val="center"/>
            </w:pPr>
            <w:r>
              <w:rPr>
                <w:rFonts w:eastAsia="Aptos"/>
                <w:color w:val="6A7075"/>
                <w:sz w:val="17"/>
              </w:rPr>
              <w:t>260-215</w:t>
            </w:r>
          </w:p>
        </w:tc>
        <w:tc>
          <w:tcPr>
            <w:tcW w:w="2648" w:type="dxa"/>
            <w:tcMar>
              <w:top w:w="28" w:type="dxa"/>
              <w:left w:w="38" w:type="dxa"/>
              <w:bottom w:w="28" w:type="dxa"/>
              <w:right w:w="38" w:type="dxa"/>
            </w:tcMar>
            <w:vAlign w:val="center"/>
          </w:tcPr>
          <w:p w14:paraId="2F023C6B" w14:textId="77777777" w:rsidR="00D60D5E" w:rsidRDefault="00891EF0">
            <w:pPr>
              <w:spacing w:after="0" w:line="240" w:lineRule="auto"/>
            </w:pPr>
            <w:r>
              <w:rPr>
                <w:rFonts w:eastAsia="Aptos"/>
                <w:sz w:val="17"/>
              </w:rPr>
              <w:t>Ginger Beer 24/12oz</w:t>
            </w:r>
          </w:p>
        </w:tc>
        <w:tc>
          <w:tcPr>
            <w:tcW w:w="630" w:type="dxa"/>
            <w:tcMar>
              <w:top w:w="28" w:type="dxa"/>
              <w:left w:w="38" w:type="dxa"/>
              <w:bottom w:w="28" w:type="dxa"/>
              <w:right w:w="38" w:type="dxa"/>
            </w:tcMar>
            <w:vAlign w:val="center"/>
          </w:tcPr>
          <w:p w14:paraId="03D49563" w14:textId="77777777" w:rsidR="00D60D5E" w:rsidRDefault="00891EF0">
            <w:pPr>
              <w:spacing w:after="0" w:line="240" w:lineRule="auto"/>
              <w:jc w:val="center"/>
            </w:pPr>
            <w:r>
              <w:rPr>
                <w:rFonts w:eastAsia="Aptos"/>
                <w:b/>
                <w:sz w:val="17"/>
              </w:rPr>
              <w:t>38.99</w:t>
            </w:r>
          </w:p>
        </w:tc>
        <w:tc>
          <w:tcPr>
            <w:tcW w:w="540" w:type="dxa"/>
            <w:tcMar>
              <w:top w:w="28" w:type="dxa"/>
              <w:left w:w="38" w:type="dxa"/>
              <w:bottom w:w="28" w:type="dxa"/>
              <w:right w:w="38" w:type="dxa"/>
            </w:tcMar>
            <w:vAlign w:val="center"/>
          </w:tcPr>
          <w:p w14:paraId="0D73B981"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2BA048BB" w14:textId="77777777" w:rsidR="00D60D5E" w:rsidRDefault="00D60D5E">
            <w:pPr>
              <w:jc w:val="center"/>
            </w:pPr>
          </w:p>
        </w:tc>
      </w:tr>
      <w:tr w:rsidR="00D60D5E" w14:paraId="7B1824BE" w14:textId="77777777" w:rsidTr="000617E0">
        <w:trPr>
          <w:cantSplit/>
          <w:jc w:val="center"/>
        </w:trPr>
        <w:tc>
          <w:tcPr>
            <w:tcW w:w="677" w:type="dxa"/>
            <w:tcMar>
              <w:top w:w="28" w:type="dxa"/>
              <w:left w:w="38" w:type="dxa"/>
              <w:bottom w:w="28" w:type="dxa"/>
              <w:right w:w="38" w:type="dxa"/>
            </w:tcMar>
            <w:vAlign w:val="center"/>
          </w:tcPr>
          <w:p w14:paraId="54A5D090" w14:textId="77777777" w:rsidR="00D60D5E" w:rsidRDefault="00891EF0">
            <w:pPr>
              <w:spacing w:after="0" w:line="240" w:lineRule="auto"/>
              <w:jc w:val="center"/>
            </w:pPr>
            <w:r>
              <w:rPr>
                <w:rFonts w:eastAsia="Aptos"/>
                <w:color w:val="6A7075"/>
                <w:sz w:val="17"/>
              </w:rPr>
              <w:lastRenderedPageBreak/>
              <w:t>260-220</w:t>
            </w:r>
          </w:p>
        </w:tc>
        <w:tc>
          <w:tcPr>
            <w:tcW w:w="2648" w:type="dxa"/>
            <w:tcMar>
              <w:top w:w="28" w:type="dxa"/>
              <w:left w:w="38" w:type="dxa"/>
              <w:bottom w:w="28" w:type="dxa"/>
              <w:right w:w="38" w:type="dxa"/>
            </w:tcMar>
            <w:vAlign w:val="center"/>
          </w:tcPr>
          <w:p w14:paraId="783F051E" w14:textId="77777777" w:rsidR="00D60D5E" w:rsidRDefault="00891EF0">
            <w:pPr>
              <w:spacing w:after="0" w:line="240" w:lineRule="auto"/>
            </w:pPr>
            <w:r>
              <w:rPr>
                <w:rFonts w:eastAsia="Aptos"/>
                <w:sz w:val="17"/>
              </w:rPr>
              <w:t>Ting 12oz</w:t>
            </w:r>
          </w:p>
        </w:tc>
        <w:tc>
          <w:tcPr>
            <w:tcW w:w="630" w:type="dxa"/>
            <w:tcMar>
              <w:top w:w="28" w:type="dxa"/>
              <w:left w:w="38" w:type="dxa"/>
              <w:bottom w:w="28" w:type="dxa"/>
              <w:right w:w="38" w:type="dxa"/>
            </w:tcMar>
            <w:vAlign w:val="center"/>
          </w:tcPr>
          <w:p w14:paraId="24B443D1" w14:textId="77777777" w:rsidR="00D60D5E" w:rsidRDefault="00891EF0">
            <w:pPr>
              <w:spacing w:after="0" w:line="240" w:lineRule="auto"/>
              <w:jc w:val="center"/>
            </w:pPr>
            <w:r>
              <w:rPr>
                <w:rFonts w:eastAsia="Aptos"/>
                <w:b/>
                <w:sz w:val="17"/>
              </w:rPr>
              <w:t>1.30</w:t>
            </w:r>
          </w:p>
        </w:tc>
        <w:tc>
          <w:tcPr>
            <w:tcW w:w="540" w:type="dxa"/>
            <w:tcMar>
              <w:top w:w="28" w:type="dxa"/>
              <w:left w:w="38" w:type="dxa"/>
              <w:bottom w:w="28" w:type="dxa"/>
              <w:right w:w="38" w:type="dxa"/>
            </w:tcMar>
            <w:vAlign w:val="center"/>
          </w:tcPr>
          <w:p w14:paraId="329A5C6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D7AD16" w14:textId="77777777" w:rsidR="00D60D5E" w:rsidRDefault="00D60D5E">
            <w:pPr>
              <w:jc w:val="center"/>
            </w:pPr>
          </w:p>
        </w:tc>
      </w:tr>
      <w:tr w:rsidR="00D60D5E" w14:paraId="74719CFB" w14:textId="77777777" w:rsidTr="000617E0">
        <w:trPr>
          <w:cantSplit/>
          <w:jc w:val="center"/>
        </w:trPr>
        <w:tc>
          <w:tcPr>
            <w:tcW w:w="677" w:type="dxa"/>
            <w:tcMar>
              <w:top w:w="28" w:type="dxa"/>
              <w:left w:w="38" w:type="dxa"/>
              <w:bottom w:w="28" w:type="dxa"/>
              <w:right w:w="38" w:type="dxa"/>
            </w:tcMar>
            <w:vAlign w:val="center"/>
          </w:tcPr>
          <w:p w14:paraId="6846819C" w14:textId="77777777" w:rsidR="00D60D5E" w:rsidRDefault="00891EF0">
            <w:pPr>
              <w:spacing w:after="0" w:line="240" w:lineRule="auto"/>
              <w:jc w:val="center"/>
            </w:pPr>
            <w:r>
              <w:rPr>
                <w:rFonts w:eastAsia="Aptos"/>
                <w:color w:val="6A7075"/>
                <w:sz w:val="17"/>
              </w:rPr>
              <w:t>260-225</w:t>
            </w:r>
          </w:p>
        </w:tc>
        <w:tc>
          <w:tcPr>
            <w:tcW w:w="2648" w:type="dxa"/>
            <w:tcMar>
              <w:top w:w="28" w:type="dxa"/>
              <w:left w:w="38" w:type="dxa"/>
              <w:bottom w:w="28" w:type="dxa"/>
              <w:right w:w="38" w:type="dxa"/>
            </w:tcMar>
            <w:vAlign w:val="center"/>
          </w:tcPr>
          <w:p w14:paraId="73E72FC9" w14:textId="77777777" w:rsidR="00D60D5E" w:rsidRDefault="00891EF0">
            <w:pPr>
              <w:spacing w:after="0" w:line="240" w:lineRule="auto"/>
            </w:pPr>
            <w:r>
              <w:rPr>
                <w:rFonts w:eastAsia="Aptos"/>
                <w:sz w:val="17"/>
              </w:rPr>
              <w:t>Ting 24/12oz</w:t>
            </w:r>
          </w:p>
        </w:tc>
        <w:tc>
          <w:tcPr>
            <w:tcW w:w="630" w:type="dxa"/>
            <w:tcMar>
              <w:top w:w="28" w:type="dxa"/>
              <w:left w:w="38" w:type="dxa"/>
              <w:bottom w:w="28" w:type="dxa"/>
              <w:right w:w="38" w:type="dxa"/>
            </w:tcMar>
            <w:vAlign w:val="center"/>
          </w:tcPr>
          <w:p w14:paraId="0721245D" w14:textId="77777777" w:rsidR="00D60D5E" w:rsidRDefault="00891EF0">
            <w:pPr>
              <w:spacing w:after="0" w:line="240" w:lineRule="auto"/>
              <w:jc w:val="center"/>
            </w:pPr>
            <w:r>
              <w:rPr>
                <w:rFonts w:eastAsia="Aptos"/>
                <w:b/>
                <w:sz w:val="17"/>
              </w:rPr>
              <w:t>37.99</w:t>
            </w:r>
          </w:p>
        </w:tc>
        <w:tc>
          <w:tcPr>
            <w:tcW w:w="540" w:type="dxa"/>
            <w:tcMar>
              <w:top w:w="28" w:type="dxa"/>
              <w:left w:w="38" w:type="dxa"/>
              <w:bottom w:w="28" w:type="dxa"/>
              <w:right w:w="38" w:type="dxa"/>
            </w:tcMar>
            <w:vAlign w:val="center"/>
          </w:tcPr>
          <w:p w14:paraId="1D7CBE75"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5A34A98" w14:textId="77777777" w:rsidR="00D60D5E" w:rsidRDefault="00D60D5E">
            <w:pPr>
              <w:jc w:val="center"/>
            </w:pPr>
          </w:p>
        </w:tc>
      </w:tr>
      <w:tr w:rsidR="00D60D5E" w14:paraId="2A3E9A06" w14:textId="77777777" w:rsidTr="000617E0">
        <w:trPr>
          <w:cantSplit/>
          <w:jc w:val="center"/>
        </w:trPr>
        <w:tc>
          <w:tcPr>
            <w:tcW w:w="677" w:type="dxa"/>
            <w:tcMar>
              <w:top w:w="28" w:type="dxa"/>
              <w:left w:w="38" w:type="dxa"/>
              <w:bottom w:w="28" w:type="dxa"/>
              <w:right w:w="38" w:type="dxa"/>
            </w:tcMar>
            <w:vAlign w:val="center"/>
          </w:tcPr>
          <w:p w14:paraId="45A03B60" w14:textId="77777777" w:rsidR="00D60D5E" w:rsidRDefault="00891EF0">
            <w:pPr>
              <w:spacing w:after="0" w:line="240" w:lineRule="auto"/>
              <w:jc w:val="center"/>
            </w:pPr>
            <w:r>
              <w:rPr>
                <w:rFonts w:eastAsia="Aptos"/>
                <w:color w:val="6A7075"/>
                <w:sz w:val="17"/>
              </w:rPr>
              <w:t>260-230</w:t>
            </w:r>
          </w:p>
        </w:tc>
        <w:tc>
          <w:tcPr>
            <w:tcW w:w="2648" w:type="dxa"/>
            <w:tcMar>
              <w:top w:w="28" w:type="dxa"/>
              <w:left w:w="38" w:type="dxa"/>
              <w:bottom w:w="28" w:type="dxa"/>
              <w:right w:w="38" w:type="dxa"/>
            </w:tcMar>
            <w:vAlign w:val="center"/>
          </w:tcPr>
          <w:p w14:paraId="2F12A4D2" w14:textId="77777777" w:rsidR="00D60D5E" w:rsidRDefault="00891EF0">
            <w:pPr>
              <w:spacing w:after="0" w:line="240" w:lineRule="auto"/>
            </w:pPr>
            <w:r>
              <w:rPr>
                <w:rFonts w:eastAsia="Aptos"/>
                <w:sz w:val="17"/>
              </w:rPr>
              <w:t>Tonic Water 12oz</w:t>
            </w:r>
          </w:p>
        </w:tc>
        <w:tc>
          <w:tcPr>
            <w:tcW w:w="630" w:type="dxa"/>
            <w:tcMar>
              <w:top w:w="28" w:type="dxa"/>
              <w:left w:w="38" w:type="dxa"/>
              <w:bottom w:w="28" w:type="dxa"/>
              <w:right w:w="38" w:type="dxa"/>
            </w:tcMar>
            <w:vAlign w:val="center"/>
          </w:tcPr>
          <w:p w14:paraId="7949E90C" w14:textId="77777777" w:rsidR="00D60D5E" w:rsidRDefault="00891EF0">
            <w:pPr>
              <w:spacing w:after="0" w:line="240" w:lineRule="auto"/>
              <w:jc w:val="center"/>
            </w:pPr>
            <w:r>
              <w:rPr>
                <w:rFonts w:eastAsia="Aptos"/>
                <w:b/>
                <w:sz w:val="17"/>
              </w:rPr>
              <w:t>1.69</w:t>
            </w:r>
          </w:p>
        </w:tc>
        <w:tc>
          <w:tcPr>
            <w:tcW w:w="540" w:type="dxa"/>
            <w:tcMar>
              <w:top w:w="28" w:type="dxa"/>
              <w:left w:w="38" w:type="dxa"/>
              <w:bottom w:w="28" w:type="dxa"/>
              <w:right w:w="38" w:type="dxa"/>
            </w:tcMar>
            <w:vAlign w:val="center"/>
          </w:tcPr>
          <w:p w14:paraId="237E6C9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19BB98" w14:textId="77777777" w:rsidR="00D60D5E" w:rsidRDefault="00D60D5E">
            <w:pPr>
              <w:jc w:val="center"/>
            </w:pPr>
          </w:p>
        </w:tc>
      </w:tr>
      <w:tr w:rsidR="00D60D5E" w14:paraId="5E8E1E40" w14:textId="77777777" w:rsidTr="000617E0">
        <w:trPr>
          <w:cantSplit/>
          <w:jc w:val="center"/>
        </w:trPr>
        <w:tc>
          <w:tcPr>
            <w:tcW w:w="677" w:type="dxa"/>
            <w:tcMar>
              <w:top w:w="28" w:type="dxa"/>
              <w:left w:w="38" w:type="dxa"/>
              <w:bottom w:w="28" w:type="dxa"/>
              <w:right w:w="38" w:type="dxa"/>
            </w:tcMar>
            <w:vAlign w:val="center"/>
          </w:tcPr>
          <w:p w14:paraId="3EA7AFEC" w14:textId="77777777" w:rsidR="00D60D5E" w:rsidRDefault="00891EF0">
            <w:pPr>
              <w:spacing w:after="0" w:line="240" w:lineRule="auto"/>
              <w:jc w:val="center"/>
            </w:pPr>
            <w:r>
              <w:rPr>
                <w:rFonts w:eastAsia="Aptos"/>
                <w:color w:val="6A7075"/>
                <w:sz w:val="17"/>
              </w:rPr>
              <w:t>260-235</w:t>
            </w:r>
          </w:p>
        </w:tc>
        <w:tc>
          <w:tcPr>
            <w:tcW w:w="2648" w:type="dxa"/>
            <w:tcMar>
              <w:top w:w="28" w:type="dxa"/>
              <w:left w:w="38" w:type="dxa"/>
              <w:bottom w:w="28" w:type="dxa"/>
              <w:right w:w="38" w:type="dxa"/>
            </w:tcMar>
            <w:vAlign w:val="center"/>
          </w:tcPr>
          <w:p w14:paraId="4214BF1C" w14:textId="77777777" w:rsidR="00D60D5E" w:rsidRDefault="00891EF0">
            <w:pPr>
              <w:spacing w:after="0" w:line="240" w:lineRule="auto"/>
            </w:pPr>
            <w:r>
              <w:rPr>
                <w:rFonts w:eastAsia="Aptos"/>
                <w:sz w:val="17"/>
              </w:rPr>
              <w:t>Tonic Water 24/12oz</w:t>
            </w:r>
          </w:p>
        </w:tc>
        <w:tc>
          <w:tcPr>
            <w:tcW w:w="630" w:type="dxa"/>
            <w:tcMar>
              <w:top w:w="28" w:type="dxa"/>
              <w:left w:w="38" w:type="dxa"/>
              <w:bottom w:w="28" w:type="dxa"/>
              <w:right w:w="38" w:type="dxa"/>
            </w:tcMar>
            <w:vAlign w:val="center"/>
          </w:tcPr>
          <w:p w14:paraId="30F46EDD" w14:textId="77777777" w:rsidR="00D60D5E" w:rsidRDefault="00891EF0">
            <w:pPr>
              <w:spacing w:after="0" w:line="240" w:lineRule="auto"/>
              <w:jc w:val="center"/>
            </w:pPr>
            <w:r>
              <w:rPr>
                <w:rFonts w:eastAsia="Aptos"/>
                <w:b/>
                <w:sz w:val="17"/>
              </w:rPr>
              <w:t>38.49</w:t>
            </w:r>
          </w:p>
        </w:tc>
        <w:tc>
          <w:tcPr>
            <w:tcW w:w="540" w:type="dxa"/>
            <w:tcMar>
              <w:top w:w="28" w:type="dxa"/>
              <w:left w:w="38" w:type="dxa"/>
              <w:bottom w:w="28" w:type="dxa"/>
              <w:right w:w="38" w:type="dxa"/>
            </w:tcMar>
            <w:vAlign w:val="center"/>
          </w:tcPr>
          <w:p w14:paraId="2C4DD806"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1651973" w14:textId="77777777" w:rsidR="00D60D5E" w:rsidRDefault="00D60D5E">
            <w:pPr>
              <w:jc w:val="center"/>
            </w:pPr>
          </w:p>
        </w:tc>
      </w:tr>
      <w:tr w:rsidR="00D60D5E" w14:paraId="220BB831" w14:textId="77777777" w:rsidTr="000617E0">
        <w:trPr>
          <w:cantSplit/>
          <w:jc w:val="center"/>
        </w:trPr>
        <w:tc>
          <w:tcPr>
            <w:tcW w:w="677" w:type="dxa"/>
            <w:tcMar>
              <w:top w:w="28" w:type="dxa"/>
              <w:left w:w="38" w:type="dxa"/>
              <w:bottom w:w="28" w:type="dxa"/>
              <w:right w:w="38" w:type="dxa"/>
            </w:tcMar>
            <w:vAlign w:val="center"/>
          </w:tcPr>
          <w:p w14:paraId="0D2B766A" w14:textId="77777777" w:rsidR="00D60D5E" w:rsidRDefault="00891EF0">
            <w:pPr>
              <w:spacing w:after="0" w:line="240" w:lineRule="auto"/>
              <w:jc w:val="center"/>
            </w:pPr>
            <w:r>
              <w:rPr>
                <w:rFonts w:eastAsia="Aptos"/>
                <w:color w:val="6A7075"/>
                <w:sz w:val="17"/>
              </w:rPr>
              <w:t>260-240</w:t>
            </w:r>
          </w:p>
        </w:tc>
        <w:tc>
          <w:tcPr>
            <w:tcW w:w="2648" w:type="dxa"/>
            <w:tcMar>
              <w:top w:w="28" w:type="dxa"/>
              <w:left w:w="38" w:type="dxa"/>
              <w:bottom w:w="28" w:type="dxa"/>
              <w:right w:w="38" w:type="dxa"/>
            </w:tcMar>
            <w:vAlign w:val="center"/>
          </w:tcPr>
          <w:p w14:paraId="576A68F8" w14:textId="77777777" w:rsidR="00D60D5E" w:rsidRDefault="00891EF0">
            <w:pPr>
              <w:spacing w:after="0" w:line="240" w:lineRule="auto"/>
            </w:pPr>
            <w:r>
              <w:rPr>
                <w:rFonts w:eastAsia="Aptos"/>
                <w:sz w:val="17"/>
              </w:rPr>
              <w:t>Diet Tonic 10oz (Bottles)</w:t>
            </w:r>
          </w:p>
        </w:tc>
        <w:tc>
          <w:tcPr>
            <w:tcW w:w="630" w:type="dxa"/>
            <w:tcMar>
              <w:top w:w="28" w:type="dxa"/>
              <w:left w:w="38" w:type="dxa"/>
              <w:bottom w:w="28" w:type="dxa"/>
              <w:right w:w="38" w:type="dxa"/>
            </w:tcMar>
            <w:vAlign w:val="center"/>
          </w:tcPr>
          <w:p w14:paraId="2849CF3B" w14:textId="77777777" w:rsidR="00D60D5E" w:rsidRDefault="00891EF0">
            <w:pPr>
              <w:spacing w:after="0" w:line="240" w:lineRule="auto"/>
              <w:jc w:val="center"/>
            </w:pPr>
            <w:r>
              <w:rPr>
                <w:rFonts w:eastAsia="Aptos"/>
                <w:b/>
                <w:sz w:val="17"/>
              </w:rPr>
              <w:t>1.69</w:t>
            </w:r>
          </w:p>
        </w:tc>
        <w:tc>
          <w:tcPr>
            <w:tcW w:w="540" w:type="dxa"/>
            <w:tcMar>
              <w:top w:w="28" w:type="dxa"/>
              <w:left w:w="38" w:type="dxa"/>
              <w:bottom w:w="28" w:type="dxa"/>
              <w:right w:w="38" w:type="dxa"/>
            </w:tcMar>
            <w:vAlign w:val="center"/>
          </w:tcPr>
          <w:p w14:paraId="329FDBC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C051B7" w14:textId="77777777" w:rsidR="00D60D5E" w:rsidRDefault="00D60D5E">
            <w:pPr>
              <w:jc w:val="center"/>
            </w:pPr>
          </w:p>
        </w:tc>
      </w:tr>
      <w:tr w:rsidR="00D60D5E" w14:paraId="4288F54B" w14:textId="77777777" w:rsidTr="000617E0">
        <w:trPr>
          <w:cantSplit/>
          <w:jc w:val="center"/>
        </w:trPr>
        <w:tc>
          <w:tcPr>
            <w:tcW w:w="677" w:type="dxa"/>
            <w:tcMar>
              <w:top w:w="28" w:type="dxa"/>
              <w:left w:w="38" w:type="dxa"/>
              <w:bottom w:w="28" w:type="dxa"/>
              <w:right w:w="38" w:type="dxa"/>
            </w:tcMar>
            <w:vAlign w:val="center"/>
          </w:tcPr>
          <w:p w14:paraId="36A5FA0E" w14:textId="77777777" w:rsidR="00D60D5E" w:rsidRDefault="00891EF0">
            <w:pPr>
              <w:spacing w:after="0" w:line="240" w:lineRule="auto"/>
              <w:jc w:val="center"/>
            </w:pPr>
            <w:r>
              <w:rPr>
                <w:rFonts w:eastAsia="Aptos"/>
                <w:color w:val="6A7075"/>
                <w:sz w:val="17"/>
              </w:rPr>
              <w:t>260-245</w:t>
            </w:r>
          </w:p>
        </w:tc>
        <w:tc>
          <w:tcPr>
            <w:tcW w:w="2648" w:type="dxa"/>
            <w:tcMar>
              <w:top w:w="28" w:type="dxa"/>
              <w:left w:w="38" w:type="dxa"/>
              <w:bottom w:w="28" w:type="dxa"/>
              <w:right w:w="38" w:type="dxa"/>
            </w:tcMar>
            <w:vAlign w:val="center"/>
          </w:tcPr>
          <w:p w14:paraId="1876C527" w14:textId="77777777" w:rsidR="00D60D5E" w:rsidRDefault="00891EF0">
            <w:pPr>
              <w:spacing w:after="0" w:line="240" w:lineRule="auto"/>
            </w:pPr>
            <w:r>
              <w:rPr>
                <w:rFonts w:eastAsia="Aptos"/>
                <w:sz w:val="17"/>
              </w:rPr>
              <w:t>Diet Tonic Water 24/10oz Bottles</w:t>
            </w:r>
          </w:p>
        </w:tc>
        <w:tc>
          <w:tcPr>
            <w:tcW w:w="630" w:type="dxa"/>
            <w:tcMar>
              <w:top w:w="28" w:type="dxa"/>
              <w:left w:w="38" w:type="dxa"/>
              <w:bottom w:w="28" w:type="dxa"/>
              <w:right w:w="38" w:type="dxa"/>
            </w:tcMar>
            <w:vAlign w:val="center"/>
          </w:tcPr>
          <w:p w14:paraId="1F762962" w14:textId="77777777" w:rsidR="00D60D5E" w:rsidRDefault="00891EF0">
            <w:pPr>
              <w:spacing w:after="0" w:line="240" w:lineRule="auto"/>
              <w:jc w:val="center"/>
            </w:pPr>
            <w:r>
              <w:rPr>
                <w:rFonts w:eastAsia="Aptos"/>
                <w:b/>
                <w:sz w:val="17"/>
              </w:rPr>
              <w:t>38.85</w:t>
            </w:r>
          </w:p>
        </w:tc>
        <w:tc>
          <w:tcPr>
            <w:tcW w:w="540" w:type="dxa"/>
            <w:tcMar>
              <w:top w:w="28" w:type="dxa"/>
              <w:left w:w="38" w:type="dxa"/>
              <w:bottom w:w="28" w:type="dxa"/>
              <w:right w:w="38" w:type="dxa"/>
            </w:tcMar>
            <w:vAlign w:val="center"/>
          </w:tcPr>
          <w:p w14:paraId="131E61A2"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0F942CD7" w14:textId="77777777" w:rsidR="00D60D5E" w:rsidRDefault="00D60D5E">
            <w:pPr>
              <w:jc w:val="center"/>
            </w:pPr>
          </w:p>
        </w:tc>
      </w:tr>
      <w:tr w:rsidR="00D60D5E" w14:paraId="6F991222" w14:textId="77777777" w:rsidTr="000617E0">
        <w:trPr>
          <w:cantSplit/>
          <w:jc w:val="center"/>
        </w:trPr>
        <w:tc>
          <w:tcPr>
            <w:tcW w:w="677" w:type="dxa"/>
            <w:tcMar>
              <w:top w:w="28" w:type="dxa"/>
              <w:left w:w="38" w:type="dxa"/>
              <w:bottom w:w="28" w:type="dxa"/>
              <w:right w:w="38" w:type="dxa"/>
            </w:tcMar>
            <w:vAlign w:val="center"/>
          </w:tcPr>
          <w:p w14:paraId="1B371923" w14:textId="77777777" w:rsidR="00D60D5E" w:rsidRDefault="00891EF0">
            <w:pPr>
              <w:spacing w:after="0" w:line="240" w:lineRule="auto"/>
              <w:jc w:val="center"/>
            </w:pPr>
            <w:r>
              <w:rPr>
                <w:rFonts w:eastAsia="Aptos"/>
                <w:color w:val="6A7075"/>
                <w:sz w:val="17"/>
              </w:rPr>
              <w:t>260-250</w:t>
            </w:r>
          </w:p>
        </w:tc>
        <w:tc>
          <w:tcPr>
            <w:tcW w:w="2648" w:type="dxa"/>
            <w:tcMar>
              <w:top w:w="28" w:type="dxa"/>
              <w:left w:w="38" w:type="dxa"/>
              <w:bottom w:w="28" w:type="dxa"/>
              <w:right w:w="38" w:type="dxa"/>
            </w:tcMar>
            <w:vAlign w:val="center"/>
          </w:tcPr>
          <w:p w14:paraId="2BCC13DB" w14:textId="77777777" w:rsidR="00D60D5E" w:rsidRDefault="00891EF0">
            <w:pPr>
              <w:spacing w:after="0" w:line="240" w:lineRule="auto"/>
            </w:pPr>
            <w:r>
              <w:rPr>
                <w:rFonts w:eastAsia="Aptos"/>
                <w:sz w:val="17"/>
              </w:rPr>
              <w:t>Club Soda 12oz</w:t>
            </w:r>
          </w:p>
        </w:tc>
        <w:tc>
          <w:tcPr>
            <w:tcW w:w="630" w:type="dxa"/>
            <w:tcMar>
              <w:top w:w="28" w:type="dxa"/>
              <w:left w:w="38" w:type="dxa"/>
              <w:bottom w:w="28" w:type="dxa"/>
              <w:right w:w="38" w:type="dxa"/>
            </w:tcMar>
            <w:vAlign w:val="center"/>
          </w:tcPr>
          <w:p w14:paraId="4F227E9E" w14:textId="77777777" w:rsidR="00D60D5E" w:rsidRDefault="00891EF0">
            <w:pPr>
              <w:spacing w:after="0" w:line="240" w:lineRule="auto"/>
              <w:jc w:val="center"/>
            </w:pPr>
            <w:r>
              <w:rPr>
                <w:rFonts w:eastAsia="Aptos"/>
                <w:b/>
                <w:sz w:val="17"/>
              </w:rPr>
              <w:t>1.15</w:t>
            </w:r>
          </w:p>
        </w:tc>
        <w:tc>
          <w:tcPr>
            <w:tcW w:w="540" w:type="dxa"/>
            <w:tcMar>
              <w:top w:w="28" w:type="dxa"/>
              <w:left w:w="38" w:type="dxa"/>
              <w:bottom w:w="28" w:type="dxa"/>
              <w:right w:w="38" w:type="dxa"/>
            </w:tcMar>
            <w:vAlign w:val="center"/>
          </w:tcPr>
          <w:p w14:paraId="796046D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8B99D2" w14:textId="77777777" w:rsidR="00D60D5E" w:rsidRDefault="00D60D5E">
            <w:pPr>
              <w:jc w:val="center"/>
            </w:pPr>
          </w:p>
        </w:tc>
      </w:tr>
      <w:tr w:rsidR="00D60D5E" w14:paraId="753F5D66" w14:textId="77777777" w:rsidTr="000617E0">
        <w:trPr>
          <w:cantSplit/>
          <w:jc w:val="center"/>
        </w:trPr>
        <w:tc>
          <w:tcPr>
            <w:tcW w:w="677" w:type="dxa"/>
            <w:tcMar>
              <w:top w:w="28" w:type="dxa"/>
              <w:left w:w="38" w:type="dxa"/>
              <w:bottom w:w="28" w:type="dxa"/>
              <w:right w:w="38" w:type="dxa"/>
            </w:tcMar>
            <w:vAlign w:val="center"/>
          </w:tcPr>
          <w:p w14:paraId="5E59A480" w14:textId="77777777" w:rsidR="00D60D5E" w:rsidRDefault="00891EF0">
            <w:pPr>
              <w:spacing w:after="0" w:line="240" w:lineRule="auto"/>
              <w:jc w:val="center"/>
            </w:pPr>
            <w:r>
              <w:rPr>
                <w:rFonts w:eastAsia="Aptos"/>
                <w:color w:val="6A7075"/>
                <w:sz w:val="17"/>
              </w:rPr>
              <w:t>260-255</w:t>
            </w:r>
          </w:p>
        </w:tc>
        <w:tc>
          <w:tcPr>
            <w:tcW w:w="2648" w:type="dxa"/>
            <w:tcMar>
              <w:top w:w="28" w:type="dxa"/>
              <w:left w:w="38" w:type="dxa"/>
              <w:bottom w:w="28" w:type="dxa"/>
              <w:right w:w="38" w:type="dxa"/>
            </w:tcMar>
            <w:vAlign w:val="center"/>
          </w:tcPr>
          <w:p w14:paraId="3008AFF9" w14:textId="77777777" w:rsidR="00D60D5E" w:rsidRDefault="00891EF0">
            <w:pPr>
              <w:spacing w:after="0" w:line="240" w:lineRule="auto"/>
            </w:pPr>
            <w:r>
              <w:rPr>
                <w:rFonts w:eastAsia="Aptos"/>
                <w:sz w:val="17"/>
              </w:rPr>
              <w:t>Club Soda 24/12oz</w:t>
            </w:r>
          </w:p>
        </w:tc>
        <w:tc>
          <w:tcPr>
            <w:tcW w:w="630" w:type="dxa"/>
            <w:tcMar>
              <w:top w:w="28" w:type="dxa"/>
              <w:left w:w="38" w:type="dxa"/>
              <w:bottom w:w="28" w:type="dxa"/>
              <w:right w:w="38" w:type="dxa"/>
            </w:tcMar>
            <w:vAlign w:val="center"/>
          </w:tcPr>
          <w:p w14:paraId="5853A565" w14:textId="77777777" w:rsidR="00D60D5E" w:rsidRDefault="00891EF0">
            <w:pPr>
              <w:spacing w:after="0" w:line="240" w:lineRule="auto"/>
              <w:jc w:val="center"/>
            </w:pPr>
            <w:r>
              <w:rPr>
                <w:rFonts w:eastAsia="Aptos"/>
                <w:b/>
                <w:sz w:val="17"/>
              </w:rPr>
              <w:t>25.99</w:t>
            </w:r>
          </w:p>
        </w:tc>
        <w:tc>
          <w:tcPr>
            <w:tcW w:w="540" w:type="dxa"/>
            <w:tcMar>
              <w:top w:w="28" w:type="dxa"/>
              <w:left w:w="38" w:type="dxa"/>
              <w:bottom w:w="28" w:type="dxa"/>
              <w:right w:w="38" w:type="dxa"/>
            </w:tcMar>
            <w:vAlign w:val="center"/>
          </w:tcPr>
          <w:p w14:paraId="1BFCE78A"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04B566C" w14:textId="77777777" w:rsidR="00D60D5E" w:rsidRDefault="00D60D5E">
            <w:pPr>
              <w:jc w:val="center"/>
            </w:pPr>
          </w:p>
        </w:tc>
      </w:tr>
      <w:tr w:rsidR="00D60D5E" w14:paraId="5FC71721" w14:textId="77777777" w:rsidTr="000617E0">
        <w:trPr>
          <w:cantSplit/>
          <w:jc w:val="center"/>
        </w:trPr>
        <w:tc>
          <w:tcPr>
            <w:tcW w:w="677" w:type="dxa"/>
            <w:tcMar>
              <w:top w:w="28" w:type="dxa"/>
              <w:left w:w="38" w:type="dxa"/>
              <w:bottom w:w="28" w:type="dxa"/>
              <w:right w:w="38" w:type="dxa"/>
            </w:tcMar>
            <w:vAlign w:val="center"/>
          </w:tcPr>
          <w:p w14:paraId="1AEF0F0A" w14:textId="77777777" w:rsidR="00D60D5E" w:rsidRDefault="00891EF0">
            <w:pPr>
              <w:spacing w:after="0" w:line="240" w:lineRule="auto"/>
              <w:jc w:val="center"/>
            </w:pPr>
            <w:r>
              <w:rPr>
                <w:rFonts w:eastAsia="Aptos"/>
                <w:color w:val="6A7075"/>
                <w:sz w:val="17"/>
              </w:rPr>
              <w:t>260-260</w:t>
            </w:r>
          </w:p>
        </w:tc>
        <w:tc>
          <w:tcPr>
            <w:tcW w:w="2648" w:type="dxa"/>
            <w:tcMar>
              <w:top w:w="28" w:type="dxa"/>
              <w:left w:w="38" w:type="dxa"/>
              <w:bottom w:w="28" w:type="dxa"/>
              <w:right w:w="38" w:type="dxa"/>
            </w:tcMar>
            <w:vAlign w:val="center"/>
          </w:tcPr>
          <w:p w14:paraId="6020A535" w14:textId="77777777" w:rsidR="00D60D5E" w:rsidRDefault="00891EF0">
            <w:pPr>
              <w:spacing w:after="0" w:line="240" w:lineRule="auto"/>
            </w:pPr>
            <w:r>
              <w:rPr>
                <w:rFonts w:eastAsia="Aptos"/>
                <w:sz w:val="17"/>
              </w:rPr>
              <w:t>Ginger Ale 12oz</w:t>
            </w:r>
          </w:p>
        </w:tc>
        <w:tc>
          <w:tcPr>
            <w:tcW w:w="630" w:type="dxa"/>
            <w:tcMar>
              <w:top w:w="28" w:type="dxa"/>
              <w:left w:w="38" w:type="dxa"/>
              <w:bottom w:w="28" w:type="dxa"/>
              <w:right w:w="38" w:type="dxa"/>
            </w:tcMar>
            <w:vAlign w:val="center"/>
          </w:tcPr>
          <w:p w14:paraId="5F6ED365" w14:textId="77777777" w:rsidR="00D60D5E" w:rsidRDefault="00891EF0">
            <w:pPr>
              <w:spacing w:after="0" w:line="240" w:lineRule="auto"/>
              <w:jc w:val="center"/>
            </w:pPr>
            <w:r>
              <w:rPr>
                <w:rFonts w:eastAsia="Aptos"/>
                <w:b/>
                <w:sz w:val="17"/>
              </w:rPr>
              <w:t>1.25</w:t>
            </w:r>
          </w:p>
        </w:tc>
        <w:tc>
          <w:tcPr>
            <w:tcW w:w="540" w:type="dxa"/>
            <w:tcMar>
              <w:top w:w="28" w:type="dxa"/>
              <w:left w:w="38" w:type="dxa"/>
              <w:bottom w:w="28" w:type="dxa"/>
              <w:right w:w="38" w:type="dxa"/>
            </w:tcMar>
            <w:vAlign w:val="center"/>
          </w:tcPr>
          <w:p w14:paraId="39B0AE2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1697B7" w14:textId="77777777" w:rsidR="00D60D5E" w:rsidRDefault="00D60D5E">
            <w:pPr>
              <w:jc w:val="center"/>
            </w:pPr>
          </w:p>
        </w:tc>
      </w:tr>
      <w:tr w:rsidR="00D60D5E" w14:paraId="077E8E58" w14:textId="77777777" w:rsidTr="000617E0">
        <w:trPr>
          <w:cantSplit/>
          <w:jc w:val="center"/>
        </w:trPr>
        <w:tc>
          <w:tcPr>
            <w:tcW w:w="677" w:type="dxa"/>
            <w:tcMar>
              <w:top w:w="28" w:type="dxa"/>
              <w:left w:w="38" w:type="dxa"/>
              <w:bottom w:w="28" w:type="dxa"/>
              <w:right w:w="38" w:type="dxa"/>
            </w:tcMar>
            <w:vAlign w:val="center"/>
          </w:tcPr>
          <w:p w14:paraId="73CF2A0C" w14:textId="77777777" w:rsidR="00D60D5E" w:rsidRDefault="00891EF0">
            <w:pPr>
              <w:spacing w:after="0" w:line="240" w:lineRule="auto"/>
              <w:jc w:val="center"/>
            </w:pPr>
            <w:r>
              <w:rPr>
                <w:rFonts w:eastAsia="Aptos"/>
                <w:color w:val="6A7075"/>
                <w:sz w:val="17"/>
              </w:rPr>
              <w:t>260-265</w:t>
            </w:r>
          </w:p>
        </w:tc>
        <w:tc>
          <w:tcPr>
            <w:tcW w:w="2648" w:type="dxa"/>
            <w:tcMar>
              <w:top w:w="28" w:type="dxa"/>
              <w:left w:w="38" w:type="dxa"/>
              <w:bottom w:w="28" w:type="dxa"/>
              <w:right w:w="38" w:type="dxa"/>
            </w:tcMar>
            <w:vAlign w:val="center"/>
          </w:tcPr>
          <w:p w14:paraId="6D8CFF20" w14:textId="77777777" w:rsidR="00D60D5E" w:rsidRDefault="00891EF0">
            <w:pPr>
              <w:spacing w:after="0" w:line="240" w:lineRule="auto"/>
            </w:pPr>
            <w:r>
              <w:rPr>
                <w:rFonts w:eastAsia="Aptos"/>
                <w:sz w:val="17"/>
              </w:rPr>
              <w:t>Ginger Ale 24/12oz</w:t>
            </w:r>
          </w:p>
        </w:tc>
        <w:tc>
          <w:tcPr>
            <w:tcW w:w="630" w:type="dxa"/>
            <w:tcMar>
              <w:top w:w="28" w:type="dxa"/>
              <w:left w:w="38" w:type="dxa"/>
              <w:bottom w:w="28" w:type="dxa"/>
              <w:right w:w="38" w:type="dxa"/>
            </w:tcMar>
            <w:vAlign w:val="center"/>
          </w:tcPr>
          <w:p w14:paraId="552456B3" w14:textId="77777777" w:rsidR="00D60D5E" w:rsidRDefault="00891EF0">
            <w:pPr>
              <w:spacing w:after="0" w:line="240" w:lineRule="auto"/>
              <w:jc w:val="center"/>
            </w:pPr>
            <w:r>
              <w:rPr>
                <w:rFonts w:eastAsia="Aptos"/>
                <w:b/>
                <w:sz w:val="17"/>
              </w:rPr>
              <w:t>25.99</w:t>
            </w:r>
          </w:p>
        </w:tc>
        <w:tc>
          <w:tcPr>
            <w:tcW w:w="540" w:type="dxa"/>
            <w:tcMar>
              <w:top w:w="28" w:type="dxa"/>
              <w:left w:w="38" w:type="dxa"/>
              <w:bottom w:w="28" w:type="dxa"/>
              <w:right w:w="38" w:type="dxa"/>
            </w:tcMar>
            <w:vAlign w:val="center"/>
          </w:tcPr>
          <w:p w14:paraId="6E1EF66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4DFC468" w14:textId="77777777" w:rsidR="00D60D5E" w:rsidRDefault="00D60D5E">
            <w:pPr>
              <w:jc w:val="center"/>
            </w:pPr>
          </w:p>
        </w:tc>
      </w:tr>
      <w:tr w:rsidR="00D60D5E" w14:paraId="76B806E7" w14:textId="77777777" w:rsidTr="000617E0">
        <w:trPr>
          <w:cantSplit/>
          <w:jc w:val="center"/>
        </w:trPr>
        <w:tc>
          <w:tcPr>
            <w:tcW w:w="677" w:type="dxa"/>
            <w:tcMar>
              <w:top w:w="28" w:type="dxa"/>
              <w:left w:w="38" w:type="dxa"/>
              <w:bottom w:w="28" w:type="dxa"/>
              <w:right w:w="38" w:type="dxa"/>
            </w:tcMar>
            <w:vAlign w:val="center"/>
          </w:tcPr>
          <w:p w14:paraId="1D27812A" w14:textId="77777777" w:rsidR="00D60D5E" w:rsidRDefault="00891EF0">
            <w:pPr>
              <w:spacing w:after="0" w:line="240" w:lineRule="auto"/>
              <w:jc w:val="center"/>
            </w:pPr>
            <w:r>
              <w:rPr>
                <w:rFonts w:eastAsia="Aptos"/>
                <w:color w:val="6A7075"/>
                <w:sz w:val="17"/>
              </w:rPr>
              <w:t>260-270</w:t>
            </w:r>
          </w:p>
        </w:tc>
        <w:tc>
          <w:tcPr>
            <w:tcW w:w="2648" w:type="dxa"/>
            <w:tcMar>
              <w:top w:w="28" w:type="dxa"/>
              <w:left w:w="38" w:type="dxa"/>
              <w:bottom w:w="28" w:type="dxa"/>
              <w:right w:w="38" w:type="dxa"/>
            </w:tcMar>
            <w:vAlign w:val="center"/>
          </w:tcPr>
          <w:p w14:paraId="0F92EEC5" w14:textId="77777777" w:rsidR="00D60D5E" w:rsidRDefault="00891EF0">
            <w:pPr>
              <w:spacing w:after="0" w:line="240" w:lineRule="auto"/>
            </w:pPr>
            <w:r>
              <w:rPr>
                <w:rFonts w:eastAsia="Aptos"/>
                <w:sz w:val="17"/>
              </w:rPr>
              <w:t>Margarita Mix 1 Ltr Finest Call/ Zing Zang</w:t>
            </w:r>
          </w:p>
        </w:tc>
        <w:tc>
          <w:tcPr>
            <w:tcW w:w="630" w:type="dxa"/>
            <w:tcMar>
              <w:top w:w="28" w:type="dxa"/>
              <w:left w:w="38" w:type="dxa"/>
              <w:bottom w:w="28" w:type="dxa"/>
              <w:right w:w="38" w:type="dxa"/>
            </w:tcMar>
            <w:vAlign w:val="center"/>
          </w:tcPr>
          <w:p w14:paraId="12DEAC1F"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037DEF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61F9C7" w14:textId="77777777" w:rsidR="00D60D5E" w:rsidRDefault="00D60D5E">
            <w:pPr>
              <w:jc w:val="center"/>
            </w:pPr>
          </w:p>
        </w:tc>
      </w:tr>
      <w:tr w:rsidR="00D60D5E" w14:paraId="67052E81" w14:textId="77777777" w:rsidTr="000617E0">
        <w:trPr>
          <w:cantSplit/>
          <w:jc w:val="center"/>
        </w:trPr>
        <w:tc>
          <w:tcPr>
            <w:tcW w:w="677" w:type="dxa"/>
            <w:tcMar>
              <w:top w:w="28" w:type="dxa"/>
              <w:left w:w="38" w:type="dxa"/>
              <w:bottom w:w="28" w:type="dxa"/>
              <w:right w:w="38" w:type="dxa"/>
            </w:tcMar>
            <w:vAlign w:val="center"/>
          </w:tcPr>
          <w:p w14:paraId="0CEDD44A" w14:textId="77777777" w:rsidR="00D60D5E" w:rsidRDefault="00891EF0">
            <w:pPr>
              <w:spacing w:after="0" w:line="240" w:lineRule="auto"/>
              <w:jc w:val="center"/>
            </w:pPr>
            <w:r>
              <w:rPr>
                <w:rFonts w:eastAsia="Aptos"/>
                <w:color w:val="6A7075"/>
                <w:sz w:val="17"/>
              </w:rPr>
              <w:t>260-275</w:t>
            </w:r>
          </w:p>
        </w:tc>
        <w:tc>
          <w:tcPr>
            <w:tcW w:w="2648" w:type="dxa"/>
            <w:tcMar>
              <w:top w:w="28" w:type="dxa"/>
              <w:left w:w="38" w:type="dxa"/>
              <w:bottom w:w="28" w:type="dxa"/>
              <w:right w:w="38" w:type="dxa"/>
            </w:tcMar>
            <w:vAlign w:val="center"/>
          </w:tcPr>
          <w:p w14:paraId="1AF5E4D7" w14:textId="77777777" w:rsidR="00D60D5E" w:rsidRDefault="00891EF0">
            <w:pPr>
              <w:spacing w:after="0" w:line="240" w:lineRule="auto"/>
            </w:pPr>
            <w:r>
              <w:rPr>
                <w:rFonts w:eastAsia="Aptos"/>
                <w:sz w:val="17"/>
              </w:rPr>
              <w:t>Sweet &amp; Sour Margarita Mix 1 Ltr Finest / Z.Zang</w:t>
            </w:r>
          </w:p>
        </w:tc>
        <w:tc>
          <w:tcPr>
            <w:tcW w:w="630" w:type="dxa"/>
            <w:tcMar>
              <w:top w:w="28" w:type="dxa"/>
              <w:left w:w="38" w:type="dxa"/>
              <w:bottom w:w="28" w:type="dxa"/>
              <w:right w:w="38" w:type="dxa"/>
            </w:tcMar>
            <w:vAlign w:val="center"/>
          </w:tcPr>
          <w:p w14:paraId="6658CA4B" w14:textId="77777777" w:rsidR="00D60D5E" w:rsidRDefault="00891EF0">
            <w:pPr>
              <w:spacing w:after="0" w:line="240" w:lineRule="auto"/>
              <w:jc w:val="center"/>
            </w:pPr>
            <w:r>
              <w:rPr>
                <w:rFonts w:eastAsia="Aptos"/>
                <w:b/>
                <w:sz w:val="17"/>
              </w:rPr>
              <w:t>9.89</w:t>
            </w:r>
          </w:p>
        </w:tc>
        <w:tc>
          <w:tcPr>
            <w:tcW w:w="540" w:type="dxa"/>
            <w:tcMar>
              <w:top w:w="28" w:type="dxa"/>
              <w:left w:w="38" w:type="dxa"/>
              <w:bottom w:w="28" w:type="dxa"/>
              <w:right w:w="38" w:type="dxa"/>
            </w:tcMar>
            <w:vAlign w:val="center"/>
          </w:tcPr>
          <w:p w14:paraId="7755964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74203B" w14:textId="77777777" w:rsidR="00D60D5E" w:rsidRDefault="00D60D5E">
            <w:pPr>
              <w:jc w:val="center"/>
            </w:pPr>
          </w:p>
        </w:tc>
      </w:tr>
      <w:tr w:rsidR="00D60D5E" w14:paraId="79229069" w14:textId="77777777" w:rsidTr="000617E0">
        <w:trPr>
          <w:cantSplit/>
          <w:jc w:val="center"/>
        </w:trPr>
        <w:tc>
          <w:tcPr>
            <w:tcW w:w="677" w:type="dxa"/>
            <w:tcMar>
              <w:top w:w="28" w:type="dxa"/>
              <w:left w:w="38" w:type="dxa"/>
              <w:bottom w:w="28" w:type="dxa"/>
              <w:right w:w="38" w:type="dxa"/>
            </w:tcMar>
            <w:vAlign w:val="center"/>
          </w:tcPr>
          <w:p w14:paraId="4CD5F81C" w14:textId="77777777" w:rsidR="00D60D5E" w:rsidRDefault="00891EF0">
            <w:pPr>
              <w:spacing w:after="0" w:line="240" w:lineRule="auto"/>
              <w:jc w:val="center"/>
            </w:pPr>
            <w:r>
              <w:rPr>
                <w:rFonts w:eastAsia="Aptos"/>
                <w:color w:val="6A7075"/>
                <w:sz w:val="17"/>
              </w:rPr>
              <w:t>260-280</w:t>
            </w:r>
          </w:p>
        </w:tc>
        <w:tc>
          <w:tcPr>
            <w:tcW w:w="2648" w:type="dxa"/>
            <w:tcMar>
              <w:top w:w="28" w:type="dxa"/>
              <w:left w:w="38" w:type="dxa"/>
              <w:bottom w:w="28" w:type="dxa"/>
              <w:right w:w="38" w:type="dxa"/>
            </w:tcMar>
            <w:vAlign w:val="center"/>
          </w:tcPr>
          <w:p w14:paraId="479C1D91" w14:textId="77777777" w:rsidR="00D60D5E" w:rsidRDefault="00891EF0">
            <w:pPr>
              <w:spacing w:after="0" w:line="240" w:lineRule="auto"/>
            </w:pPr>
            <w:r>
              <w:rPr>
                <w:rFonts w:eastAsia="Aptos"/>
                <w:sz w:val="17"/>
              </w:rPr>
              <w:t>Bloody Mary Mix 1 Ltr  Finest Call / Zing Zang</w:t>
            </w:r>
          </w:p>
        </w:tc>
        <w:tc>
          <w:tcPr>
            <w:tcW w:w="630" w:type="dxa"/>
            <w:tcMar>
              <w:top w:w="28" w:type="dxa"/>
              <w:left w:w="38" w:type="dxa"/>
              <w:bottom w:w="28" w:type="dxa"/>
              <w:right w:w="38" w:type="dxa"/>
            </w:tcMar>
            <w:vAlign w:val="center"/>
          </w:tcPr>
          <w:p w14:paraId="4B2723E2" w14:textId="77777777" w:rsidR="00D60D5E" w:rsidRDefault="00891EF0">
            <w:pPr>
              <w:spacing w:after="0" w:line="240" w:lineRule="auto"/>
              <w:jc w:val="center"/>
            </w:pPr>
            <w:r>
              <w:rPr>
                <w:rFonts w:eastAsia="Aptos"/>
                <w:b/>
                <w:sz w:val="17"/>
              </w:rPr>
              <w:t>9.49</w:t>
            </w:r>
          </w:p>
        </w:tc>
        <w:tc>
          <w:tcPr>
            <w:tcW w:w="540" w:type="dxa"/>
            <w:tcMar>
              <w:top w:w="28" w:type="dxa"/>
              <w:left w:w="38" w:type="dxa"/>
              <w:bottom w:w="28" w:type="dxa"/>
              <w:right w:w="38" w:type="dxa"/>
            </w:tcMar>
            <w:vAlign w:val="center"/>
          </w:tcPr>
          <w:p w14:paraId="379877A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325638" w14:textId="77777777" w:rsidR="00D60D5E" w:rsidRDefault="00D60D5E">
            <w:pPr>
              <w:jc w:val="center"/>
            </w:pPr>
          </w:p>
        </w:tc>
      </w:tr>
      <w:tr w:rsidR="00D60D5E" w14:paraId="1C6C1CD1" w14:textId="77777777" w:rsidTr="000617E0">
        <w:trPr>
          <w:cantSplit/>
          <w:jc w:val="center"/>
        </w:trPr>
        <w:tc>
          <w:tcPr>
            <w:tcW w:w="677" w:type="dxa"/>
            <w:tcMar>
              <w:top w:w="28" w:type="dxa"/>
              <w:left w:w="38" w:type="dxa"/>
              <w:bottom w:w="28" w:type="dxa"/>
              <w:right w:w="38" w:type="dxa"/>
            </w:tcMar>
            <w:vAlign w:val="center"/>
          </w:tcPr>
          <w:p w14:paraId="3E0B05E7" w14:textId="77777777" w:rsidR="00D60D5E" w:rsidRDefault="00891EF0">
            <w:pPr>
              <w:spacing w:after="0" w:line="240" w:lineRule="auto"/>
              <w:jc w:val="center"/>
            </w:pPr>
            <w:r>
              <w:rPr>
                <w:rFonts w:eastAsia="Aptos"/>
                <w:color w:val="6A7075"/>
                <w:sz w:val="17"/>
              </w:rPr>
              <w:t>260-285</w:t>
            </w:r>
          </w:p>
        </w:tc>
        <w:tc>
          <w:tcPr>
            <w:tcW w:w="2648" w:type="dxa"/>
            <w:tcMar>
              <w:top w:w="28" w:type="dxa"/>
              <w:left w:w="38" w:type="dxa"/>
              <w:bottom w:w="28" w:type="dxa"/>
              <w:right w:w="38" w:type="dxa"/>
            </w:tcMar>
            <w:vAlign w:val="center"/>
          </w:tcPr>
          <w:p w14:paraId="47EE4F33" w14:textId="77777777" w:rsidR="00D60D5E" w:rsidRDefault="00891EF0">
            <w:pPr>
              <w:spacing w:after="0" w:line="240" w:lineRule="auto"/>
            </w:pPr>
            <w:r>
              <w:rPr>
                <w:rFonts w:eastAsia="Aptos"/>
                <w:sz w:val="17"/>
              </w:rPr>
              <w:t>Pina Colada Mix 1 Ltr / 32oz</w:t>
            </w:r>
          </w:p>
        </w:tc>
        <w:tc>
          <w:tcPr>
            <w:tcW w:w="630" w:type="dxa"/>
            <w:tcMar>
              <w:top w:w="28" w:type="dxa"/>
              <w:left w:w="38" w:type="dxa"/>
              <w:bottom w:w="28" w:type="dxa"/>
              <w:right w:w="38" w:type="dxa"/>
            </w:tcMar>
            <w:vAlign w:val="center"/>
          </w:tcPr>
          <w:p w14:paraId="1C614107" w14:textId="77777777" w:rsidR="00D60D5E" w:rsidRDefault="00891EF0">
            <w:pPr>
              <w:spacing w:after="0" w:line="240" w:lineRule="auto"/>
              <w:jc w:val="center"/>
            </w:pPr>
            <w:r>
              <w:rPr>
                <w:rFonts w:eastAsia="Aptos"/>
                <w:b/>
                <w:sz w:val="17"/>
              </w:rPr>
              <w:t>8.59</w:t>
            </w:r>
          </w:p>
        </w:tc>
        <w:tc>
          <w:tcPr>
            <w:tcW w:w="540" w:type="dxa"/>
            <w:tcMar>
              <w:top w:w="28" w:type="dxa"/>
              <w:left w:w="38" w:type="dxa"/>
              <w:bottom w:w="28" w:type="dxa"/>
              <w:right w:w="38" w:type="dxa"/>
            </w:tcMar>
            <w:vAlign w:val="center"/>
          </w:tcPr>
          <w:p w14:paraId="5A0879C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3528D5" w14:textId="77777777" w:rsidR="00D60D5E" w:rsidRDefault="00D60D5E">
            <w:pPr>
              <w:jc w:val="center"/>
            </w:pPr>
          </w:p>
        </w:tc>
      </w:tr>
      <w:tr w:rsidR="00D60D5E" w14:paraId="1C313EE2" w14:textId="77777777" w:rsidTr="000617E0">
        <w:trPr>
          <w:cantSplit/>
          <w:jc w:val="center"/>
        </w:trPr>
        <w:tc>
          <w:tcPr>
            <w:tcW w:w="677" w:type="dxa"/>
            <w:tcMar>
              <w:top w:w="28" w:type="dxa"/>
              <w:left w:w="38" w:type="dxa"/>
              <w:bottom w:w="28" w:type="dxa"/>
              <w:right w:w="38" w:type="dxa"/>
            </w:tcMar>
            <w:vAlign w:val="center"/>
          </w:tcPr>
          <w:p w14:paraId="7A9A428F" w14:textId="77777777" w:rsidR="00D60D5E" w:rsidRDefault="00891EF0">
            <w:pPr>
              <w:spacing w:after="0" w:line="240" w:lineRule="auto"/>
              <w:jc w:val="center"/>
            </w:pPr>
            <w:r>
              <w:rPr>
                <w:rFonts w:eastAsia="Aptos"/>
                <w:color w:val="6A7075"/>
                <w:sz w:val="17"/>
              </w:rPr>
              <w:t>260-290</w:t>
            </w:r>
          </w:p>
        </w:tc>
        <w:tc>
          <w:tcPr>
            <w:tcW w:w="2648" w:type="dxa"/>
            <w:tcMar>
              <w:top w:w="28" w:type="dxa"/>
              <w:left w:w="38" w:type="dxa"/>
              <w:bottom w:w="28" w:type="dxa"/>
              <w:right w:w="38" w:type="dxa"/>
            </w:tcMar>
            <w:vAlign w:val="center"/>
          </w:tcPr>
          <w:p w14:paraId="0AF8507A" w14:textId="77777777" w:rsidR="00D60D5E" w:rsidRDefault="00891EF0">
            <w:pPr>
              <w:spacing w:after="0" w:line="240" w:lineRule="auto"/>
            </w:pPr>
            <w:r>
              <w:rPr>
                <w:rFonts w:eastAsia="Aptos"/>
                <w:sz w:val="17"/>
              </w:rPr>
              <w:t>Grenadine 750ml</w:t>
            </w:r>
          </w:p>
        </w:tc>
        <w:tc>
          <w:tcPr>
            <w:tcW w:w="630" w:type="dxa"/>
            <w:tcMar>
              <w:top w:w="28" w:type="dxa"/>
              <w:left w:w="38" w:type="dxa"/>
              <w:bottom w:w="28" w:type="dxa"/>
              <w:right w:w="38" w:type="dxa"/>
            </w:tcMar>
            <w:vAlign w:val="center"/>
          </w:tcPr>
          <w:p w14:paraId="73341AC7" w14:textId="77777777" w:rsidR="00D60D5E" w:rsidRDefault="00891EF0">
            <w:pPr>
              <w:spacing w:after="0" w:line="240" w:lineRule="auto"/>
              <w:jc w:val="center"/>
            </w:pPr>
            <w:r>
              <w:rPr>
                <w:rFonts w:eastAsia="Aptos"/>
                <w:b/>
                <w:sz w:val="17"/>
              </w:rPr>
              <w:t>8.59</w:t>
            </w:r>
          </w:p>
        </w:tc>
        <w:tc>
          <w:tcPr>
            <w:tcW w:w="540" w:type="dxa"/>
            <w:tcMar>
              <w:top w:w="28" w:type="dxa"/>
              <w:left w:w="38" w:type="dxa"/>
              <w:bottom w:w="28" w:type="dxa"/>
              <w:right w:w="38" w:type="dxa"/>
            </w:tcMar>
            <w:vAlign w:val="center"/>
          </w:tcPr>
          <w:p w14:paraId="30F448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69E2654" w14:textId="77777777" w:rsidR="00D60D5E" w:rsidRDefault="00D60D5E">
            <w:pPr>
              <w:jc w:val="center"/>
            </w:pPr>
          </w:p>
        </w:tc>
      </w:tr>
      <w:tr w:rsidR="00D60D5E" w14:paraId="36245037" w14:textId="77777777" w:rsidTr="000617E0">
        <w:trPr>
          <w:cantSplit/>
          <w:jc w:val="center"/>
        </w:trPr>
        <w:tc>
          <w:tcPr>
            <w:tcW w:w="677" w:type="dxa"/>
            <w:tcMar>
              <w:top w:w="28" w:type="dxa"/>
              <w:left w:w="38" w:type="dxa"/>
              <w:bottom w:w="28" w:type="dxa"/>
              <w:right w:w="38" w:type="dxa"/>
            </w:tcMar>
            <w:vAlign w:val="center"/>
          </w:tcPr>
          <w:p w14:paraId="284619D4" w14:textId="77777777" w:rsidR="00D60D5E" w:rsidRDefault="00891EF0">
            <w:pPr>
              <w:spacing w:after="0" w:line="240" w:lineRule="auto"/>
              <w:jc w:val="center"/>
            </w:pPr>
            <w:r>
              <w:rPr>
                <w:rFonts w:eastAsia="Aptos"/>
                <w:color w:val="6A7075"/>
                <w:sz w:val="17"/>
              </w:rPr>
              <w:t>260-295</w:t>
            </w:r>
          </w:p>
        </w:tc>
        <w:tc>
          <w:tcPr>
            <w:tcW w:w="2648" w:type="dxa"/>
            <w:tcMar>
              <w:top w:w="28" w:type="dxa"/>
              <w:left w:w="38" w:type="dxa"/>
              <w:bottom w:w="28" w:type="dxa"/>
              <w:right w:w="38" w:type="dxa"/>
            </w:tcMar>
            <w:vAlign w:val="center"/>
          </w:tcPr>
          <w:p w14:paraId="2459968F" w14:textId="77777777" w:rsidR="00D60D5E" w:rsidRDefault="00891EF0">
            <w:pPr>
              <w:spacing w:after="0" w:line="240" w:lineRule="auto"/>
            </w:pPr>
            <w:r>
              <w:rPr>
                <w:rFonts w:eastAsia="Aptos"/>
                <w:sz w:val="17"/>
              </w:rPr>
              <w:t>Roses Lime Juice 33.8 oz</w:t>
            </w:r>
          </w:p>
        </w:tc>
        <w:tc>
          <w:tcPr>
            <w:tcW w:w="630" w:type="dxa"/>
            <w:tcMar>
              <w:top w:w="28" w:type="dxa"/>
              <w:left w:w="38" w:type="dxa"/>
              <w:bottom w:w="28" w:type="dxa"/>
              <w:right w:w="38" w:type="dxa"/>
            </w:tcMar>
            <w:vAlign w:val="center"/>
          </w:tcPr>
          <w:p w14:paraId="1BF1BCCD" w14:textId="77777777" w:rsidR="00D60D5E" w:rsidRDefault="00891EF0">
            <w:pPr>
              <w:spacing w:after="0" w:line="240" w:lineRule="auto"/>
              <w:jc w:val="center"/>
            </w:pPr>
            <w:r>
              <w:rPr>
                <w:rFonts w:eastAsia="Aptos"/>
                <w:b/>
                <w:sz w:val="17"/>
              </w:rPr>
              <w:t>8.45</w:t>
            </w:r>
          </w:p>
        </w:tc>
        <w:tc>
          <w:tcPr>
            <w:tcW w:w="540" w:type="dxa"/>
            <w:tcMar>
              <w:top w:w="28" w:type="dxa"/>
              <w:left w:w="38" w:type="dxa"/>
              <w:bottom w:w="28" w:type="dxa"/>
              <w:right w:w="38" w:type="dxa"/>
            </w:tcMar>
            <w:vAlign w:val="center"/>
          </w:tcPr>
          <w:p w14:paraId="23E4B79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635799" w14:textId="77777777" w:rsidR="00D60D5E" w:rsidRDefault="00D60D5E">
            <w:pPr>
              <w:jc w:val="center"/>
            </w:pPr>
          </w:p>
        </w:tc>
      </w:tr>
      <w:tr w:rsidR="00D60D5E" w14:paraId="62C1FF42" w14:textId="77777777" w:rsidTr="000617E0">
        <w:trPr>
          <w:cantSplit/>
          <w:jc w:val="center"/>
        </w:trPr>
        <w:tc>
          <w:tcPr>
            <w:tcW w:w="677" w:type="dxa"/>
            <w:tcMar>
              <w:top w:w="28" w:type="dxa"/>
              <w:left w:w="38" w:type="dxa"/>
              <w:bottom w:w="28" w:type="dxa"/>
              <w:right w:w="38" w:type="dxa"/>
            </w:tcMar>
            <w:vAlign w:val="center"/>
          </w:tcPr>
          <w:p w14:paraId="2A261A56" w14:textId="77777777" w:rsidR="00D60D5E" w:rsidRDefault="00891EF0">
            <w:pPr>
              <w:spacing w:after="0" w:line="240" w:lineRule="auto"/>
              <w:jc w:val="center"/>
            </w:pPr>
            <w:r>
              <w:rPr>
                <w:rFonts w:eastAsia="Aptos"/>
                <w:color w:val="6A7075"/>
                <w:sz w:val="17"/>
              </w:rPr>
              <w:t>260-300</w:t>
            </w:r>
          </w:p>
        </w:tc>
        <w:tc>
          <w:tcPr>
            <w:tcW w:w="2648" w:type="dxa"/>
            <w:tcMar>
              <w:top w:w="28" w:type="dxa"/>
              <w:left w:w="38" w:type="dxa"/>
              <w:bottom w:w="28" w:type="dxa"/>
              <w:right w:w="38" w:type="dxa"/>
            </w:tcMar>
            <w:vAlign w:val="center"/>
          </w:tcPr>
          <w:p w14:paraId="12CD0C3E" w14:textId="77777777" w:rsidR="00D60D5E" w:rsidRDefault="00891EF0">
            <w:pPr>
              <w:spacing w:after="0" w:line="240" w:lineRule="auto"/>
            </w:pPr>
            <w:r>
              <w:rPr>
                <w:rFonts w:eastAsia="Aptos"/>
                <w:sz w:val="17"/>
              </w:rPr>
              <w:t>Real Lime Juice 8oz</w:t>
            </w:r>
          </w:p>
        </w:tc>
        <w:tc>
          <w:tcPr>
            <w:tcW w:w="630" w:type="dxa"/>
            <w:tcMar>
              <w:top w:w="28" w:type="dxa"/>
              <w:left w:w="38" w:type="dxa"/>
              <w:bottom w:w="28" w:type="dxa"/>
              <w:right w:w="38" w:type="dxa"/>
            </w:tcMar>
            <w:vAlign w:val="center"/>
          </w:tcPr>
          <w:p w14:paraId="5F5B6670" w14:textId="77777777" w:rsidR="00D60D5E" w:rsidRDefault="00891EF0">
            <w:pPr>
              <w:spacing w:after="0" w:line="240" w:lineRule="auto"/>
              <w:jc w:val="center"/>
            </w:pPr>
            <w:r>
              <w:rPr>
                <w:rFonts w:eastAsia="Aptos"/>
                <w:b/>
                <w:sz w:val="17"/>
              </w:rPr>
              <w:t>2.39</w:t>
            </w:r>
          </w:p>
        </w:tc>
        <w:tc>
          <w:tcPr>
            <w:tcW w:w="540" w:type="dxa"/>
            <w:tcMar>
              <w:top w:w="28" w:type="dxa"/>
              <w:left w:w="38" w:type="dxa"/>
              <w:bottom w:w="28" w:type="dxa"/>
              <w:right w:w="38" w:type="dxa"/>
            </w:tcMar>
            <w:vAlign w:val="center"/>
          </w:tcPr>
          <w:p w14:paraId="5075AE3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A8E0B9" w14:textId="77777777" w:rsidR="00D60D5E" w:rsidRDefault="00D60D5E">
            <w:pPr>
              <w:jc w:val="center"/>
            </w:pPr>
          </w:p>
        </w:tc>
      </w:tr>
      <w:tr w:rsidR="00D60D5E" w14:paraId="19AFDD99" w14:textId="77777777" w:rsidTr="000617E0">
        <w:trPr>
          <w:cantSplit/>
          <w:jc w:val="center"/>
        </w:trPr>
        <w:tc>
          <w:tcPr>
            <w:tcW w:w="677" w:type="dxa"/>
            <w:tcMar>
              <w:top w:w="28" w:type="dxa"/>
              <w:left w:w="38" w:type="dxa"/>
              <w:bottom w:w="28" w:type="dxa"/>
              <w:right w:w="38" w:type="dxa"/>
            </w:tcMar>
            <w:vAlign w:val="center"/>
          </w:tcPr>
          <w:p w14:paraId="476A6FF3" w14:textId="77777777" w:rsidR="00D60D5E" w:rsidRDefault="00891EF0">
            <w:pPr>
              <w:spacing w:after="0" w:line="240" w:lineRule="auto"/>
              <w:jc w:val="center"/>
            </w:pPr>
            <w:r>
              <w:rPr>
                <w:rFonts w:eastAsia="Aptos"/>
                <w:color w:val="6A7075"/>
                <w:sz w:val="17"/>
              </w:rPr>
              <w:t>260-305</w:t>
            </w:r>
          </w:p>
        </w:tc>
        <w:tc>
          <w:tcPr>
            <w:tcW w:w="2648" w:type="dxa"/>
            <w:tcMar>
              <w:top w:w="28" w:type="dxa"/>
              <w:left w:w="38" w:type="dxa"/>
              <w:bottom w:w="28" w:type="dxa"/>
              <w:right w:w="38" w:type="dxa"/>
            </w:tcMar>
            <w:vAlign w:val="center"/>
          </w:tcPr>
          <w:p w14:paraId="5955A979" w14:textId="77777777" w:rsidR="00D60D5E" w:rsidRDefault="00891EF0">
            <w:pPr>
              <w:spacing w:after="0" w:line="240" w:lineRule="auto"/>
            </w:pPr>
            <w:r>
              <w:rPr>
                <w:rFonts w:eastAsia="Aptos"/>
                <w:sz w:val="17"/>
              </w:rPr>
              <w:t>Real Lemon Juice 8oz</w:t>
            </w:r>
          </w:p>
        </w:tc>
        <w:tc>
          <w:tcPr>
            <w:tcW w:w="630" w:type="dxa"/>
            <w:tcMar>
              <w:top w:w="28" w:type="dxa"/>
              <w:left w:w="38" w:type="dxa"/>
              <w:bottom w:w="28" w:type="dxa"/>
              <w:right w:w="38" w:type="dxa"/>
            </w:tcMar>
            <w:vAlign w:val="center"/>
          </w:tcPr>
          <w:p w14:paraId="46536BE3" w14:textId="77777777" w:rsidR="00D60D5E" w:rsidRDefault="00891EF0">
            <w:pPr>
              <w:spacing w:after="0" w:line="240" w:lineRule="auto"/>
              <w:jc w:val="center"/>
            </w:pPr>
            <w:r>
              <w:rPr>
                <w:rFonts w:eastAsia="Aptos"/>
                <w:b/>
                <w:sz w:val="17"/>
              </w:rPr>
              <w:t>2.55</w:t>
            </w:r>
          </w:p>
        </w:tc>
        <w:tc>
          <w:tcPr>
            <w:tcW w:w="540" w:type="dxa"/>
            <w:tcMar>
              <w:top w:w="28" w:type="dxa"/>
              <w:left w:w="38" w:type="dxa"/>
              <w:bottom w:w="28" w:type="dxa"/>
              <w:right w:w="38" w:type="dxa"/>
            </w:tcMar>
            <w:vAlign w:val="center"/>
          </w:tcPr>
          <w:p w14:paraId="095EB0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AB60DE" w14:textId="77777777" w:rsidR="00D60D5E" w:rsidRDefault="00D60D5E">
            <w:pPr>
              <w:jc w:val="center"/>
            </w:pPr>
          </w:p>
        </w:tc>
      </w:tr>
      <w:tr w:rsidR="00D60D5E" w14:paraId="6F23EEA5" w14:textId="77777777" w:rsidTr="000617E0">
        <w:trPr>
          <w:cantSplit/>
          <w:jc w:val="center"/>
        </w:trPr>
        <w:tc>
          <w:tcPr>
            <w:tcW w:w="677" w:type="dxa"/>
            <w:tcMar>
              <w:top w:w="28" w:type="dxa"/>
              <w:left w:w="38" w:type="dxa"/>
              <w:bottom w:w="28" w:type="dxa"/>
              <w:right w:w="38" w:type="dxa"/>
            </w:tcMar>
            <w:vAlign w:val="center"/>
          </w:tcPr>
          <w:p w14:paraId="0AD4EBDC" w14:textId="77777777" w:rsidR="00D60D5E" w:rsidRDefault="00891EF0">
            <w:pPr>
              <w:spacing w:after="0" w:line="240" w:lineRule="auto"/>
              <w:jc w:val="center"/>
            </w:pPr>
            <w:r>
              <w:rPr>
                <w:rFonts w:eastAsia="Aptos"/>
                <w:color w:val="6A7075"/>
                <w:sz w:val="17"/>
              </w:rPr>
              <w:t>260-310</w:t>
            </w:r>
          </w:p>
        </w:tc>
        <w:tc>
          <w:tcPr>
            <w:tcW w:w="2648" w:type="dxa"/>
            <w:tcMar>
              <w:top w:w="28" w:type="dxa"/>
              <w:left w:w="38" w:type="dxa"/>
              <w:bottom w:w="28" w:type="dxa"/>
              <w:right w:w="38" w:type="dxa"/>
            </w:tcMar>
            <w:vAlign w:val="center"/>
          </w:tcPr>
          <w:p w14:paraId="25691005" w14:textId="77777777" w:rsidR="00D60D5E" w:rsidRDefault="00891EF0">
            <w:pPr>
              <w:spacing w:after="0" w:line="240" w:lineRule="auto"/>
            </w:pPr>
            <w:r>
              <w:rPr>
                <w:rFonts w:eastAsia="Aptos"/>
                <w:sz w:val="17"/>
              </w:rPr>
              <w:t>Key West Lime Juice 16oz</w:t>
            </w:r>
          </w:p>
        </w:tc>
        <w:tc>
          <w:tcPr>
            <w:tcW w:w="630" w:type="dxa"/>
            <w:tcMar>
              <w:top w:w="28" w:type="dxa"/>
              <w:left w:w="38" w:type="dxa"/>
              <w:bottom w:w="28" w:type="dxa"/>
              <w:right w:w="38" w:type="dxa"/>
            </w:tcMar>
            <w:vAlign w:val="center"/>
          </w:tcPr>
          <w:p w14:paraId="4A985307"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50B60AC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C79ECC" w14:textId="77777777" w:rsidR="00D60D5E" w:rsidRDefault="00D60D5E">
            <w:pPr>
              <w:jc w:val="center"/>
            </w:pPr>
          </w:p>
        </w:tc>
      </w:tr>
      <w:tr w:rsidR="00D60D5E" w14:paraId="139FD151" w14:textId="77777777" w:rsidTr="000617E0">
        <w:trPr>
          <w:cantSplit/>
          <w:jc w:val="center"/>
        </w:trPr>
        <w:tc>
          <w:tcPr>
            <w:tcW w:w="677" w:type="dxa"/>
            <w:tcMar>
              <w:top w:w="28" w:type="dxa"/>
              <w:left w:w="38" w:type="dxa"/>
              <w:bottom w:w="28" w:type="dxa"/>
              <w:right w:w="38" w:type="dxa"/>
            </w:tcMar>
            <w:vAlign w:val="center"/>
          </w:tcPr>
          <w:p w14:paraId="50871791" w14:textId="77777777" w:rsidR="00D60D5E" w:rsidRDefault="00891EF0">
            <w:pPr>
              <w:spacing w:after="0" w:line="240" w:lineRule="auto"/>
              <w:jc w:val="center"/>
            </w:pPr>
            <w:r>
              <w:rPr>
                <w:rFonts w:eastAsia="Aptos"/>
                <w:color w:val="6A7075"/>
                <w:sz w:val="17"/>
              </w:rPr>
              <w:t>260-315</w:t>
            </w:r>
          </w:p>
        </w:tc>
        <w:tc>
          <w:tcPr>
            <w:tcW w:w="2648" w:type="dxa"/>
            <w:tcMar>
              <w:top w:w="28" w:type="dxa"/>
              <w:left w:w="38" w:type="dxa"/>
              <w:bottom w:w="28" w:type="dxa"/>
              <w:right w:w="38" w:type="dxa"/>
            </w:tcMar>
            <w:vAlign w:val="center"/>
          </w:tcPr>
          <w:p w14:paraId="699FF79B" w14:textId="77777777" w:rsidR="00D60D5E" w:rsidRDefault="00891EF0">
            <w:pPr>
              <w:spacing w:after="0" w:line="240" w:lineRule="auto"/>
            </w:pPr>
            <w:r>
              <w:rPr>
                <w:rFonts w:eastAsia="Aptos"/>
                <w:sz w:val="17"/>
              </w:rPr>
              <w:t>Angostura Bitters 100ml</w:t>
            </w:r>
          </w:p>
        </w:tc>
        <w:tc>
          <w:tcPr>
            <w:tcW w:w="630" w:type="dxa"/>
            <w:tcMar>
              <w:top w:w="28" w:type="dxa"/>
              <w:left w:w="38" w:type="dxa"/>
              <w:bottom w:w="28" w:type="dxa"/>
              <w:right w:w="38" w:type="dxa"/>
            </w:tcMar>
            <w:vAlign w:val="center"/>
          </w:tcPr>
          <w:p w14:paraId="38EADEA9" w14:textId="77777777" w:rsidR="00D60D5E" w:rsidRDefault="00891EF0">
            <w:pPr>
              <w:spacing w:after="0" w:line="240" w:lineRule="auto"/>
              <w:jc w:val="center"/>
            </w:pPr>
            <w:r>
              <w:rPr>
                <w:rFonts w:eastAsia="Aptos"/>
                <w:b/>
                <w:sz w:val="17"/>
              </w:rPr>
              <w:t>11.45</w:t>
            </w:r>
          </w:p>
        </w:tc>
        <w:tc>
          <w:tcPr>
            <w:tcW w:w="540" w:type="dxa"/>
            <w:tcMar>
              <w:top w:w="28" w:type="dxa"/>
              <w:left w:w="38" w:type="dxa"/>
              <w:bottom w:w="28" w:type="dxa"/>
              <w:right w:w="38" w:type="dxa"/>
            </w:tcMar>
            <w:vAlign w:val="center"/>
          </w:tcPr>
          <w:p w14:paraId="256CBBB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69DF13" w14:textId="77777777" w:rsidR="00D60D5E" w:rsidRDefault="00D60D5E">
            <w:pPr>
              <w:jc w:val="center"/>
            </w:pPr>
          </w:p>
        </w:tc>
      </w:tr>
      <w:tr w:rsidR="00D60D5E" w14:paraId="0D35FA9C" w14:textId="77777777" w:rsidTr="000617E0">
        <w:trPr>
          <w:cantSplit/>
          <w:jc w:val="center"/>
        </w:trPr>
        <w:tc>
          <w:tcPr>
            <w:tcW w:w="677" w:type="dxa"/>
            <w:tcMar>
              <w:top w:w="28" w:type="dxa"/>
              <w:left w:w="38" w:type="dxa"/>
              <w:bottom w:w="28" w:type="dxa"/>
              <w:right w:w="38" w:type="dxa"/>
            </w:tcMar>
            <w:vAlign w:val="center"/>
          </w:tcPr>
          <w:p w14:paraId="752DDC1A" w14:textId="77777777" w:rsidR="00D60D5E" w:rsidRDefault="00891EF0">
            <w:pPr>
              <w:spacing w:after="0" w:line="240" w:lineRule="auto"/>
              <w:jc w:val="center"/>
            </w:pPr>
            <w:r>
              <w:rPr>
                <w:rFonts w:eastAsia="Aptos"/>
                <w:color w:val="6A7075"/>
                <w:sz w:val="17"/>
              </w:rPr>
              <w:t>260-320</w:t>
            </w:r>
          </w:p>
        </w:tc>
        <w:tc>
          <w:tcPr>
            <w:tcW w:w="2648" w:type="dxa"/>
            <w:tcMar>
              <w:top w:w="28" w:type="dxa"/>
              <w:left w:w="38" w:type="dxa"/>
              <w:bottom w:w="28" w:type="dxa"/>
              <w:right w:w="38" w:type="dxa"/>
            </w:tcMar>
            <w:vAlign w:val="center"/>
          </w:tcPr>
          <w:p w14:paraId="7B61BCD0" w14:textId="77777777" w:rsidR="00D60D5E" w:rsidRDefault="00891EF0">
            <w:pPr>
              <w:spacing w:after="0" w:line="240" w:lineRule="auto"/>
            </w:pPr>
            <w:r>
              <w:rPr>
                <w:rFonts w:eastAsia="Aptos"/>
                <w:sz w:val="17"/>
              </w:rPr>
              <w:t>Coco Lopez Cream Coconut 15oz</w:t>
            </w:r>
          </w:p>
        </w:tc>
        <w:tc>
          <w:tcPr>
            <w:tcW w:w="630" w:type="dxa"/>
            <w:tcMar>
              <w:top w:w="28" w:type="dxa"/>
              <w:left w:w="38" w:type="dxa"/>
              <w:bottom w:w="28" w:type="dxa"/>
              <w:right w:w="38" w:type="dxa"/>
            </w:tcMar>
            <w:vAlign w:val="center"/>
          </w:tcPr>
          <w:p w14:paraId="6F958300" w14:textId="77777777" w:rsidR="00D60D5E" w:rsidRDefault="00891EF0">
            <w:pPr>
              <w:spacing w:after="0" w:line="240" w:lineRule="auto"/>
              <w:jc w:val="center"/>
            </w:pPr>
            <w:r>
              <w:rPr>
                <w:rFonts w:eastAsia="Aptos"/>
                <w:b/>
                <w:sz w:val="17"/>
              </w:rPr>
              <w:t>4.75</w:t>
            </w:r>
          </w:p>
        </w:tc>
        <w:tc>
          <w:tcPr>
            <w:tcW w:w="540" w:type="dxa"/>
            <w:tcMar>
              <w:top w:w="28" w:type="dxa"/>
              <w:left w:w="38" w:type="dxa"/>
              <w:bottom w:w="28" w:type="dxa"/>
              <w:right w:w="38" w:type="dxa"/>
            </w:tcMar>
            <w:vAlign w:val="center"/>
          </w:tcPr>
          <w:p w14:paraId="55CF98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1C3550" w14:textId="77777777" w:rsidR="00D60D5E" w:rsidRDefault="00D60D5E">
            <w:pPr>
              <w:jc w:val="center"/>
            </w:pPr>
          </w:p>
        </w:tc>
      </w:tr>
      <w:tr w:rsidR="00D60D5E" w14:paraId="727131D0" w14:textId="77777777" w:rsidTr="000617E0">
        <w:trPr>
          <w:cantSplit/>
          <w:jc w:val="center"/>
        </w:trPr>
        <w:tc>
          <w:tcPr>
            <w:tcW w:w="677" w:type="dxa"/>
            <w:tcMar>
              <w:top w:w="28" w:type="dxa"/>
              <w:left w:w="38" w:type="dxa"/>
              <w:bottom w:w="28" w:type="dxa"/>
              <w:right w:w="38" w:type="dxa"/>
            </w:tcMar>
            <w:vAlign w:val="center"/>
          </w:tcPr>
          <w:p w14:paraId="6ADBDD27" w14:textId="77777777" w:rsidR="00D60D5E" w:rsidRDefault="00891EF0">
            <w:pPr>
              <w:spacing w:after="0" w:line="240" w:lineRule="auto"/>
              <w:jc w:val="center"/>
            </w:pPr>
            <w:r>
              <w:rPr>
                <w:rFonts w:eastAsia="Aptos"/>
                <w:color w:val="6A7075"/>
                <w:sz w:val="17"/>
              </w:rPr>
              <w:t>260-325</w:t>
            </w:r>
          </w:p>
        </w:tc>
        <w:tc>
          <w:tcPr>
            <w:tcW w:w="2648" w:type="dxa"/>
            <w:tcMar>
              <w:top w:w="28" w:type="dxa"/>
              <w:left w:w="38" w:type="dxa"/>
              <w:bottom w:w="28" w:type="dxa"/>
              <w:right w:w="38" w:type="dxa"/>
            </w:tcMar>
            <w:vAlign w:val="center"/>
          </w:tcPr>
          <w:p w14:paraId="0FC02100" w14:textId="77777777" w:rsidR="00D60D5E" w:rsidRDefault="00891EF0">
            <w:pPr>
              <w:spacing w:after="0" w:line="240" w:lineRule="auto"/>
            </w:pPr>
            <w:r>
              <w:rPr>
                <w:rFonts w:eastAsia="Aptos"/>
                <w:sz w:val="17"/>
              </w:rPr>
              <w:t>Strawberry Daiquiri-Margarita Mix 1.75Ltr</w:t>
            </w:r>
          </w:p>
        </w:tc>
        <w:tc>
          <w:tcPr>
            <w:tcW w:w="630" w:type="dxa"/>
            <w:tcMar>
              <w:top w:w="28" w:type="dxa"/>
              <w:left w:w="38" w:type="dxa"/>
              <w:bottom w:w="28" w:type="dxa"/>
              <w:right w:w="38" w:type="dxa"/>
            </w:tcMar>
            <w:vAlign w:val="center"/>
          </w:tcPr>
          <w:p w14:paraId="58BEABFB" w14:textId="77777777" w:rsidR="00D60D5E" w:rsidRDefault="00891EF0">
            <w:pPr>
              <w:spacing w:after="0" w:line="240" w:lineRule="auto"/>
              <w:jc w:val="center"/>
            </w:pPr>
            <w:r>
              <w:rPr>
                <w:rFonts w:eastAsia="Aptos"/>
                <w:b/>
                <w:sz w:val="17"/>
              </w:rPr>
              <w:t>9.99</w:t>
            </w:r>
          </w:p>
        </w:tc>
        <w:tc>
          <w:tcPr>
            <w:tcW w:w="540" w:type="dxa"/>
            <w:tcMar>
              <w:top w:w="28" w:type="dxa"/>
              <w:left w:w="38" w:type="dxa"/>
              <w:bottom w:w="28" w:type="dxa"/>
              <w:right w:w="38" w:type="dxa"/>
            </w:tcMar>
            <w:vAlign w:val="center"/>
          </w:tcPr>
          <w:p w14:paraId="25D891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5C5D3A" w14:textId="77777777" w:rsidR="00D60D5E" w:rsidRDefault="00D60D5E">
            <w:pPr>
              <w:jc w:val="center"/>
            </w:pPr>
          </w:p>
        </w:tc>
      </w:tr>
      <w:tr w:rsidR="00D60D5E" w14:paraId="71CBB223" w14:textId="77777777" w:rsidTr="000617E0">
        <w:trPr>
          <w:cantSplit/>
          <w:jc w:val="center"/>
        </w:trPr>
        <w:tc>
          <w:tcPr>
            <w:tcW w:w="677" w:type="dxa"/>
            <w:tcMar>
              <w:top w:w="28" w:type="dxa"/>
              <w:left w:w="38" w:type="dxa"/>
              <w:bottom w:w="28" w:type="dxa"/>
              <w:right w:w="38" w:type="dxa"/>
            </w:tcMar>
            <w:vAlign w:val="center"/>
          </w:tcPr>
          <w:p w14:paraId="7B90FE28" w14:textId="77777777" w:rsidR="00D60D5E" w:rsidRDefault="00891EF0">
            <w:pPr>
              <w:spacing w:after="0" w:line="240" w:lineRule="auto"/>
              <w:jc w:val="center"/>
            </w:pPr>
            <w:r>
              <w:rPr>
                <w:rFonts w:eastAsia="Aptos"/>
                <w:color w:val="6A7075"/>
                <w:sz w:val="17"/>
              </w:rPr>
              <w:t>260-330</w:t>
            </w:r>
          </w:p>
        </w:tc>
        <w:tc>
          <w:tcPr>
            <w:tcW w:w="2648" w:type="dxa"/>
            <w:tcMar>
              <w:top w:w="28" w:type="dxa"/>
              <w:left w:w="38" w:type="dxa"/>
              <w:bottom w:w="28" w:type="dxa"/>
              <w:right w:w="38" w:type="dxa"/>
            </w:tcMar>
            <w:vAlign w:val="center"/>
          </w:tcPr>
          <w:p w14:paraId="04734E07" w14:textId="77777777" w:rsidR="00D60D5E" w:rsidRDefault="00891EF0">
            <w:pPr>
              <w:spacing w:after="0" w:line="240" w:lineRule="auto"/>
            </w:pPr>
            <w:r>
              <w:rPr>
                <w:rFonts w:eastAsia="Aptos"/>
                <w:sz w:val="17"/>
              </w:rPr>
              <w:t>Tonic Water 1litre</w:t>
            </w:r>
          </w:p>
        </w:tc>
        <w:tc>
          <w:tcPr>
            <w:tcW w:w="630" w:type="dxa"/>
            <w:tcMar>
              <w:top w:w="28" w:type="dxa"/>
              <w:left w:w="38" w:type="dxa"/>
              <w:bottom w:w="28" w:type="dxa"/>
              <w:right w:w="38" w:type="dxa"/>
            </w:tcMar>
            <w:vAlign w:val="center"/>
          </w:tcPr>
          <w:p w14:paraId="56852202" w14:textId="77777777" w:rsidR="00D60D5E" w:rsidRDefault="00891EF0">
            <w:pPr>
              <w:spacing w:after="0" w:line="240" w:lineRule="auto"/>
              <w:jc w:val="center"/>
            </w:pPr>
            <w:r>
              <w:rPr>
                <w:rFonts w:eastAsia="Aptos"/>
                <w:b/>
                <w:sz w:val="17"/>
              </w:rPr>
              <w:t>3.40</w:t>
            </w:r>
          </w:p>
        </w:tc>
        <w:tc>
          <w:tcPr>
            <w:tcW w:w="540" w:type="dxa"/>
            <w:tcMar>
              <w:top w:w="28" w:type="dxa"/>
              <w:left w:w="38" w:type="dxa"/>
              <w:bottom w:w="28" w:type="dxa"/>
              <w:right w:w="38" w:type="dxa"/>
            </w:tcMar>
            <w:vAlign w:val="center"/>
          </w:tcPr>
          <w:p w14:paraId="4C767AC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51B64D" w14:textId="77777777" w:rsidR="00D60D5E" w:rsidRDefault="00D60D5E">
            <w:pPr>
              <w:jc w:val="center"/>
            </w:pPr>
          </w:p>
        </w:tc>
      </w:tr>
      <w:tr w:rsidR="00D60D5E" w14:paraId="7524B08D" w14:textId="77777777" w:rsidTr="000617E0">
        <w:trPr>
          <w:cantSplit/>
          <w:jc w:val="center"/>
        </w:trPr>
        <w:tc>
          <w:tcPr>
            <w:tcW w:w="677" w:type="dxa"/>
            <w:tcMar>
              <w:top w:w="28" w:type="dxa"/>
              <w:left w:w="38" w:type="dxa"/>
              <w:bottom w:w="28" w:type="dxa"/>
              <w:right w:w="38" w:type="dxa"/>
            </w:tcMar>
            <w:vAlign w:val="center"/>
          </w:tcPr>
          <w:p w14:paraId="2E7DE6D2" w14:textId="77777777" w:rsidR="00D60D5E" w:rsidRDefault="00891EF0">
            <w:pPr>
              <w:spacing w:after="0" w:line="240" w:lineRule="auto"/>
              <w:jc w:val="center"/>
            </w:pPr>
            <w:r>
              <w:rPr>
                <w:rFonts w:eastAsia="Aptos"/>
                <w:color w:val="6A7075"/>
                <w:sz w:val="17"/>
              </w:rPr>
              <w:t>260-335</w:t>
            </w:r>
          </w:p>
        </w:tc>
        <w:tc>
          <w:tcPr>
            <w:tcW w:w="2648" w:type="dxa"/>
            <w:tcMar>
              <w:top w:w="28" w:type="dxa"/>
              <w:left w:w="38" w:type="dxa"/>
              <w:bottom w:w="28" w:type="dxa"/>
              <w:right w:w="38" w:type="dxa"/>
            </w:tcMar>
            <w:vAlign w:val="center"/>
          </w:tcPr>
          <w:p w14:paraId="2F0CD4BE" w14:textId="77777777" w:rsidR="00D60D5E" w:rsidRDefault="00891EF0">
            <w:pPr>
              <w:spacing w:after="0" w:line="240" w:lineRule="auto"/>
            </w:pPr>
            <w:r>
              <w:rPr>
                <w:rFonts w:eastAsia="Aptos"/>
                <w:sz w:val="17"/>
              </w:rPr>
              <w:t>Club Soda Litre</w:t>
            </w:r>
          </w:p>
        </w:tc>
        <w:tc>
          <w:tcPr>
            <w:tcW w:w="630" w:type="dxa"/>
            <w:tcMar>
              <w:top w:w="28" w:type="dxa"/>
              <w:left w:w="38" w:type="dxa"/>
              <w:bottom w:w="28" w:type="dxa"/>
              <w:right w:w="38" w:type="dxa"/>
            </w:tcMar>
            <w:vAlign w:val="center"/>
          </w:tcPr>
          <w:p w14:paraId="1A4A3752"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2C3904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6AC56D" w14:textId="77777777" w:rsidR="00D60D5E" w:rsidRDefault="00D60D5E">
            <w:pPr>
              <w:jc w:val="center"/>
            </w:pPr>
          </w:p>
        </w:tc>
      </w:tr>
      <w:tr w:rsidR="00D60D5E" w14:paraId="530A410C" w14:textId="77777777" w:rsidTr="000617E0">
        <w:trPr>
          <w:cantSplit/>
          <w:jc w:val="center"/>
        </w:trPr>
        <w:tc>
          <w:tcPr>
            <w:tcW w:w="677" w:type="dxa"/>
            <w:tcMar>
              <w:top w:w="28" w:type="dxa"/>
              <w:left w:w="38" w:type="dxa"/>
              <w:bottom w:w="28" w:type="dxa"/>
              <w:right w:w="38" w:type="dxa"/>
            </w:tcMar>
            <w:vAlign w:val="center"/>
          </w:tcPr>
          <w:p w14:paraId="1B95F5C7" w14:textId="77777777" w:rsidR="00D60D5E" w:rsidRDefault="00891EF0">
            <w:pPr>
              <w:spacing w:after="0" w:line="240" w:lineRule="auto"/>
              <w:jc w:val="center"/>
            </w:pPr>
            <w:r>
              <w:rPr>
                <w:rFonts w:eastAsia="Aptos"/>
                <w:color w:val="6A7075"/>
                <w:sz w:val="17"/>
              </w:rPr>
              <w:t>260-340</w:t>
            </w:r>
          </w:p>
        </w:tc>
        <w:tc>
          <w:tcPr>
            <w:tcW w:w="2648" w:type="dxa"/>
            <w:tcMar>
              <w:top w:w="28" w:type="dxa"/>
              <w:left w:w="38" w:type="dxa"/>
              <w:bottom w:w="28" w:type="dxa"/>
              <w:right w:w="38" w:type="dxa"/>
            </w:tcMar>
            <w:vAlign w:val="center"/>
          </w:tcPr>
          <w:p w14:paraId="6302A424" w14:textId="77777777" w:rsidR="00D60D5E" w:rsidRDefault="00891EF0">
            <w:pPr>
              <w:spacing w:after="0" w:line="240" w:lineRule="auto"/>
            </w:pPr>
            <w:r>
              <w:rPr>
                <w:rFonts w:eastAsia="Aptos"/>
                <w:sz w:val="17"/>
              </w:rPr>
              <w:t>Iced Tea 12oz Cans</w:t>
            </w:r>
          </w:p>
        </w:tc>
        <w:tc>
          <w:tcPr>
            <w:tcW w:w="630" w:type="dxa"/>
            <w:tcMar>
              <w:top w:w="28" w:type="dxa"/>
              <w:left w:w="38" w:type="dxa"/>
              <w:bottom w:w="28" w:type="dxa"/>
              <w:right w:w="38" w:type="dxa"/>
            </w:tcMar>
            <w:vAlign w:val="center"/>
          </w:tcPr>
          <w:p w14:paraId="775FD28A" w14:textId="77777777" w:rsidR="00D60D5E" w:rsidRDefault="00891EF0">
            <w:pPr>
              <w:spacing w:after="0" w:line="240" w:lineRule="auto"/>
              <w:jc w:val="center"/>
            </w:pPr>
            <w:r>
              <w:rPr>
                <w:rFonts w:eastAsia="Aptos"/>
                <w:b/>
                <w:sz w:val="17"/>
              </w:rPr>
              <w:t>1.10</w:t>
            </w:r>
          </w:p>
        </w:tc>
        <w:tc>
          <w:tcPr>
            <w:tcW w:w="540" w:type="dxa"/>
            <w:tcMar>
              <w:top w:w="28" w:type="dxa"/>
              <w:left w:w="38" w:type="dxa"/>
              <w:bottom w:w="28" w:type="dxa"/>
              <w:right w:w="38" w:type="dxa"/>
            </w:tcMar>
            <w:vAlign w:val="center"/>
          </w:tcPr>
          <w:p w14:paraId="321CF3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BD9502" w14:textId="77777777" w:rsidR="00D60D5E" w:rsidRDefault="00D60D5E">
            <w:pPr>
              <w:jc w:val="center"/>
            </w:pPr>
          </w:p>
        </w:tc>
      </w:tr>
      <w:tr w:rsidR="00D60D5E" w14:paraId="084187F9" w14:textId="77777777" w:rsidTr="000617E0">
        <w:trPr>
          <w:cantSplit/>
          <w:jc w:val="center"/>
        </w:trPr>
        <w:tc>
          <w:tcPr>
            <w:tcW w:w="677" w:type="dxa"/>
            <w:tcMar>
              <w:top w:w="28" w:type="dxa"/>
              <w:left w:w="38" w:type="dxa"/>
              <w:bottom w:w="28" w:type="dxa"/>
              <w:right w:w="38" w:type="dxa"/>
            </w:tcMar>
            <w:vAlign w:val="center"/>
          </w:tcPr>
          <w:p w14:paraId="4B6E4299" w14:textId="77777777" w:rsidR="00D60D5E" w:rsidRDefault="00891EF0">
            <w:pPr>
              <w:spacing w:after="0" w:line="240" w:lineRule="auto"/>
              <w:jc w:val="center"/>
            </w:pPr>
            <w:r>
              <w:rPr>
                <w:rFonts w:eastAsia="Aptos"/>
                <w:color w:val="6A7075"/>
                <w:sz w:val="17"/>
              </w:rPr>
              <w:t>260-345</w:t>
            </w:r>
          </w:p>
        </w:tc>
        <w:tc>
          <w:tcPr>
            <w:tcW w:w="2648" w:type="dxa"/>
            <w:tcMar>
              <w:top w:w="28" w:type="dxa"/>
              <w:left w:w="38" w:type="dxa"/>
              <w:bottom w:w="28" w:type="dxa"/>
              <w:right w:w="38" w:type="dxa"/>
            </w:tcMar>
            <w:vAlign w:val="center"/>
          </w:tcPr>
          <w:p w14:paraId="5FFDCE3B" w14:textId="77777777" w:rsidR="00D60D5E" w:rsidRDefault="00891EF0">
            <w:pPr>
              <w:spacing w:after="0" w:line="240" w:lineRule="auto"/>
            </w:pPr>
            <w:r>
              <w:rPr>
                <w:rFonts w:eastAsia="Aptos"/>
                <w:sz w:val="17"/>
              </w:rPr>
              <w:t>Iced Tea 24/12oz Cans</w:t>
            </w:r>
          </w:p>
        </w:tc>
        <w:tc>
          <w:tcPr>
            <w:tcW w:w="630" w:type="dxa"/>
            <w:tcMar>
              <w:top w:w="28" w:type="dxa"/>
              <w:left w:w="38" w:type="dxa"/>
              <w:bottom w:w="28" w:type="dxa"/>
              <w:right w:w="38" w:type="dxa"/>
            </w:tcMar>
            <w:vAlign w:val="center"/>
          </w:tcPr>
          <w:p w14:paraId="26DDA7CB" w14:textId="77777777" w:rsidR="00D60D5E" w:rsidRDefault="00891EF0">
            <w:pPr>
              <w:spacing w:after="0" w:line="240" w:lineRule="auto"/>
              <w:jc w:val="center"/>
            </w:pPr>
            <w:r>
              <w:rPr>
                <w:rFonts w:eastAsia="Aptos"/>
                <w:b/>
                <w:sz w:val="17"/>
              </w:rPr>
              <w:t>25.99</w:t>
            </w:r>
          </w:p>
        </w:tc>
        <w:tc>
          <w:tcPr>
            <w:tcW w:w="540" w:type="dxa"/>
            <w:tcMar>
              <w:top w:w="28" w:type="dxa"/>
              <w:left w:w="38" w:type="dxa"/>
              <w:bottom w:w="28" w:type="dxa"/>
              <w:right w:w="38" w:type="dxa"/>
            </w:tcMar>
            <w:vAlign w:val="center"/>
          </w:tcPr>
          <w:p w14:paraId="207AE1FA"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253BF562" w14:textId="77777777" w:rsidR="00D60D5E" w:rsidRDefault="00D60D5E">
            <w:pPr>
              <w:jc w:val="center"/>
            </w:pPr>
          </w:p>
        </w:tc>
      </w:tr>
      <w:tr w:rsidR="00D60D5E" w14:paraId="44040213" w14:textId="77777777" w:rsidTr="000617E0">
        <w:trPr>
          <w:cantSplit/>
          <w:jc w:val="center"/>
        </w:trPr>
        <w:tc>
          <w:tcPr>
            <w:tcW w:w="677" w:type="dxa"/>
            <w:shd w:val="clear" w:color="auto" w:fill="D9EAF7"/>
            <w:tcMar>
              <w:top w:w="28" w:type="dxa"/>
              <w:left w:w="38" w:type="dxa"/>
              <w:bottom w:w="28" w:type="dxa"/>
              <w:right w:w="38" w:type="dxa"/>
            </w:tcMar>
            <w:vAlign w:val="center"/>
          </w:tcPr>
          <w:p w14:paraId="550A06FD" w14:textId="77777777" w:rsidR="00D60D5E" w:rsidRDefault="00891EF0">
            <w:pPr>
              <w:spacing w:after="0" w:line="240" w:lineRule="auto"/>
              <w:jc w:val="center"/>
            </w:pPr>
            <w:r>
              <w:rPr>
                <w:rFonts w:eastAsia="Aptos"/>
                <w:b/>
                <w:color w:val="76A943"/>
                <w:sz w:val="18"/>
              </w:rPr>
              <w:t>265-</w:t>
            </w:r>
          </w:p>
        </w:tc>
        <w:tc>
          <w:tcPr>
            <w:tcW w:w="2648" w:type="dxa"/>
            <w:shd w:val="clear" w:color="auto" w:fill="D9EAF7"/>
            <w:tcMar>
              <w:top w:w="28" w:type="dxa"/>
              <w:left w:w="38" w:type="dxa"/>
              <w:bottom w:w="28" w:type="dxa"/>
              <w:right w:w="38" w:type="dxa"/>
            </w:tcMar>
            <w:vAlign w:val="center"/>
          </w:tcPr>
          <w:p w14:paraId="7CBB0634" w14:textId="77777777" w:rsidR="00D60D5E" w:rsidRDefault="00891EF0">
            <w:pPr>
              <w:spacing w:after="0" w:line="240" w:lineRule="auto"/>
            </w:pPr>
            <w:r>
              <w:rPr>
                <w:rFonts w:eastAsia="Aptos"/>
                <w:b/>
                <w:color w:val="76A943"/>
                <w:sz w:val="18"/>
              </w:rPr>
              <w:t>CIGARETTES / WATER / ICE, ETC...</w:t>
            </w:r>
          </w:p>
        </w:tc>
        <w:tc>
          <w:tcPr>
            <w:tcW w:w="630" w:type="dxa"/>
            <w:shd w:val="clear" w:color="auto" w:fill="D9EAF7"/>
            <w:tcMar>
              <w:top w:w="28" w:type="dxa"/>
              <w:left w:w="38" w:type="dxa"/>
              <w:bottom w:w="28" w:type="dxa"/>
              <w:right w:w="38" w:type="dxa"/>
            </w:tcMar>
            <w:vAlign w:val="center"/>
          </w:tcPr>
          <w:p w14:paraId="2DE9E11E"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06E08DB"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8565B94" w14:textId="77777777" w:rsidR="00D60D5E" w:rsidRDefault="00D60D5E">
            <w:pPr>
              <w:jc w:val="center"/>
            </w:pPr>
          </w:p>
        </w:tc>
      </w:tr>
      <w:tr w:rsidR="00D60D5E" w14:paraId="0EE93585" w14:textId="77777777" w:rsidTr="000617E0">
        <w:trPr>
          <w:cantSplit/>
          <w:jc w:val="center"/>
        </w:trPr>
        <w:tc>
          <w:tcPr>
            <w:tcW w:w="677" w:type="dxa"/>
            <w:tcMar>
              <w:top w:w="28" w:type="dxa"/>
              <w:left w:w="38" w:type="dxa"/>
              <w:bottom w:w="28" w:type="dxa"/>
              <w:right w:w="38" w:type="dxa"/>
            </w:tcMar>
            <w:vAlign w:val="center"/>
          </w:tcPr>
          <w:p w14:paraId="68D078EA" w14:textId="77777777" w:rsidR="00D60D5E" w:rsidRDefault="00891EF0">
            <w:pPr>
              <w:spacing w:after="0" w:line="240" w:lineRule="auto"/>
              <w:jc w:val="center"/>
            </w:pPr>
            <w:r>
              <w:rPr>
                <w:rFonts w:eastAsia="Aptos"/>
                <w:color w:val="6A7075"/>
                <w:sz w:val="17"/>
              </w:rPr>
              <w:t>265-040</w:t>
            </w:r>
          </w:p>
        </w:tc>
        <w:tc>
          <w:tcPr>
            <w:tcW w:w="2648" w:type="dxa"/>
            <w:tcMar>
              <w:top w:w="28" w:type="dxa"/>
              <w:left w:w="38" w:type="dxa"/>
              <w:bottom w:w="28" w:type="dxa"/>
              <w:right w:w="38" w:type="dxa"/>
            </w:tcMar>
            <w:vAlign w:val="center"/>
          </w:tcPr>
          <w:p w14:paraId="20BBA1A5" w14:textId="77777777" w:rsidR="00D60D5E" w:rsidRDefault="00891EF0">
            <w:pPr>
              <w:spacing w:after="0" w:line="240" w:lineRule="auto"/>
            </w:pPr>
            <w:r>
              <w:rPr>
                <w:rFonts w:eastAsia="Aptos"/>
                <w:sz w:val="17"/>
              </w:rPr>
              <w:t>Cigar Fonseca Habana 1 ct</w:t>
            </w:r>
          </w:p>
        </w:tc>
        <w:tc>
          <w:tcPr>
            <w:tcW w:w="630" w:type="dxa"/>
            <w:tcMar>
              <w:top w:w="28" w:type="dxa"/>
              <w:left w:w="38" w:type="dxa"/>
              <w:bottom w:w="28" w:type="dxa"/>
              <w:right w:w="38" w:type="dxa"/>
            </w:tcMar>
            <w:vAlign w:val="center"/>
          </w:tcPr>
          <w:p w14:paraId="5934FB5A" w14:textId="77777777" w:rsidR="00D60D5E" w:rsidRDefault="00891EF0">
            <w:pPr>
              <w:spacing w:after="0" w:line="240" w:lineRule="auto"/>
              <w:jc w:val="center"/>
            </w:pPr>
            <w:r>
              <w:rPr>
                <w:rFonts w:eastAsia="Aptos"/>
                <w:b/>
                <w:sz w:val="17"/>
              </w:rPr>
              <w:t>8.95</w:t>
            </w:r>
          </w:p>
        </w:tc>
        <w:tc>
          <w:tcPr>
            <w:tcW w:w="540" w:type="dxa"/>
            <w:tcMar>
              <w:top w:w="28" w:type="dxa"/>
              <w:left w:w="38" w:type="dxa"/>
              <w:bottom w:w="28" w:type="dxa"/>
              <w:right w:w="38" w:type="dxa"/>
            </w:tcMar>
            <w:vAlign w:val="center"/>
          </w:tcPr>
          <w:p w14:paraId="609B7F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70152D" w14:textId="77777777" w:rsidR="00D60D5E" w:rsidRDefault="00D60D5E">
            <w:pPr>
              <w:jc w:val="center"/>
            </w:pPr>
          </w:p>
        </w:tc>
      </w:tr>
      <w:tr w:rsidR="00D60D5E" w14:paraId="0607D65E" w14:textId="77777777" w:rsidTr="000617E0">
        <w:trPr>
          <w:cantSplit/>
          <w:jc w:val="center"/>
        </w:trPr>
        <w:tc>
          <w:tcPr>
            <w:tcW w:w="677" w:type="dxa"/>
            <w:tcMar>
              <w:top w:w="28" w:type="dxa"/>
              <w:left w:w="38" w:type="dxa"/>
              <w:bottom w:w="28" w:type="dxa"/>
              <w:right w:w="38" w:type="dxa"/>
            </w:tcMar>
            <w:vAlign w:val="center"/>
          </w:tcPr>
          <w:p w14:paraId="23B6DE73" w14:textId="77777777" w:rsidR="00D60D5E" w:rsidRDefault="00891EF0">
            <w:pPr>
              <w:spacing w:after="0" w:line="240" w:lineRule="auto"/>
              <w:jc w:val="center"/>
            </w:pPr>
            <w:r>
              <w:rPr>
                <w:rFonts w:eastAsia="Aptos"/>
                <w:color w:val="6A7075"/>
                <w:sz w:val="17"/>
              </w:rPr>
              <w:t>265-050</w:t>
            </w:r>
          </w:p>
        </w:tc>
        <w:tc>
          <w:tcPr>
            <w:tcW w:w="2648" w:type="dxa"/>
            <w:tcMar>
              <w:top w:w="28" w:type="dxa"/>
              <w:left w:w="38" w:type="dxa"/>
              <w:bottom w:w="28" w:type="dxa"/>
              <w:right w:w="38" w:type="dxa"/>
            </w:tcMar>
            <w:vAlign w:val="center"/>
          </w:tcPr>
          <w:p w14:paraId="39809EEB" w14:textId="77777777" w:rsidR="00D60D5E" w:rsidRDefault="00891EF0">
            <w:pPr>
              <w:spacing w:after="0" w:line="240" w:lineRule="auto"/>
            </w:pPr>
            <w:r>
              <w:rPr>
                <w:rFonts w:eastAsia="Aptos"/>
                <w:sz w:val="17"/>
              </w:rPr>
              <w:t>Cigarettes Packs</w:t>
            </w:r>
          </w:p>
        </w:tc>
        <w:tc>
          <w:tcPr>
            <w:tcW w:w="630" w:type="dxa"/>
            <w:tcMar>
              <w:top w:w="28" w:type="dxa"/>
              <w:left w:w="38" w:type="dxa"/>
              <w:bottom w:w="28" w:type="dxa"/>
              <w:right w:w="38" w:type="dxa"/>
            </w:tcMar>
            <w:vAlign w:val="center"/>
          </w:tcPr>
          <w:p w14:paraId="165D7F9B" w14:textId="77777777" w:rsidR="00D60D5E" w:rsidRDefault="00891EF0">
            <w:pPr>
              <w:spacing w:after="0" w:line="240" w:lineRule="auto"/>
              <w:jc w:val="center"/>
            </w:pPr>
            <w:r>
              <w:rPr>
                <w:rFonts w:eastAsia="Aptos"/>
                <w:b/>
                <w:sz w:val="17"/>
              </w:rPr>
              <w:t>5.25</w:t>
            </w:r>
          </w:p>
        </w:tc>
        <w:tc>
          <w:tcPr>
            <w:tcW w:w="540" w:type="dxa"/>
            <w:tcMar>
              <w:top w:w="28" w:type="dxa"/>
              <w:left w:w="38" w:type="dxa"/>
              <w:bottom w:w="28" w:type="dxa"/>
              <w:right w:w="38" w:type="dxa"/>
            </w:tcMar>
            <w:vAlign w:val="center"/>
          </w:tcPr>
          <w:p w14:paraId="1BF515C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525807" w14:textId="77777777" w:rsidR="00D60D5E" w:rsidRDefault="00D60D5E">
            <w:pPr>
              <w:jc w:val="center"/>
            </w:pPr>
          </w:p>
        </w:tc>
      </w:tr>
      <w:tr w:rsidR="00D60D5E" w14:paraId="5D1DAFB1" w14:textId="77777777" w:rsidTr="000617E0">
        <w:trPr>
          <w:cantSplit/>
          <w:jc w:val="center"/>
        </w:trPr>
        <w:tc>
          <w:tcPr>
            <w:tcW w:w="677" w:type="dxa"/>
            <w:tcMar>
              <w:top w:w="28" w:type="dxa"/>
              <w:left w:w="38" w:type="dxa"/>
              <w:bottom w:w="28" w:type="dxa"/>
              <w:right w:w="38" w:type="dxa"/>
            </w:tcMar>
            <w:vAlign w:val="center"/>
          </w:tcPr>
          <w:p w14:paraId="75B7951C" w14:textId="77777777" w:rsidR="00D60D5E" w:rsidRDefault="00891EF0">
            <w:pPr>
              <w:spacing w:after="0" w:line="240" w:lineRule="auto"/>
              <w:jc w:val="center"/>
            </w:pPr>
            <w:r>
              <w:rPr>
                <w:rFonts w:eastAsia="Aptos"/>
                <w:color w:val="6A7075"/>
                <w:sz w:val="17"/>
              </w:rPr>
              <w:t>265-055</w:t>
            </w:r>
          </w:p>
        </w:tc>
        <w:tc>
          <w:tcPr>
            <w:tcW w:w="2648" w:type="dxa"/>
            <w:tcMar>
              <w:top w:w="28" w:type="dxa"/>
              <w:left w:w="38" w:type="dxa"/>
              <w:bottom w:w="28" w:type="dxa"/>
              <w:right w:w="38" w:type="dxa"/>
            </w:tcMar>
            <w:vAlign w:val="center"/>
          </w:tcPr>
          <w:p w14:paraId="1EE03F85" w14:textId="77777777" w:rsidR="00D60D5E" w:rsidRDefault="00891EF0">
            <w:pPr>
              <w:spacing w:after="0" w:line="240" w:lineRule="auto"/>
            </w:pPr>
            <w:r>
              <w:rPr>
                <w:rFonts w:eastAsia="Aptos"/>
                <w:sz w:val="17"/>
              </w:rPr>
              <w:t>Cigarettes Carton/10</w:t>
            </w:r>
          </w:p>
        </w:tc>
        <w:tc>
          <w:tcPr>
            <w:tcW w:w="630" w:type="dxa"/>
            <w:tcMar>
              <w:top w:w="28" w:type="dxa"/>
              <w:left w:w="38" w:type="dxa"/>
              <w:bottom w:w="28" w:type="dxa"/>
              <w:right w:w="38" w:type="dxa"/>
            </w:tcMar>
            <w:vAlign w:val="center"/>
          </w:tcPr>
          <w:p w14:paraId="1BF19DF8" w14:textId="77777777" w:rsidR="00D60D5E" w:rsidRDefault="00891EF0">
            <w:pPr>
              <w:spacing w:after="0" w:line="240" w:lineRule="auto"/>
              <w:jc w:val="center"/>
            </w:pPr>
            <w:r>
              <w:rPr>
                <w:rFonts w:eastAsia="Aptos"/>
                <w:b/>
                <w:sz w:val="17"/>
              </w:rPr>
              <w:t>50.00</w:t>
            </w:r>
          </w:p>
        </w:tc>
        <w:tc>
          <w:tcPr>
            <w:tcW w:w="540" w:type="dxa"/>
            <w:tcMar>
              <w:top w:w="28" w:type="dxa"/>
              <w:left w:w="38" w:type="dxa"/>
              <w:bottom w:w="28" w:type="dxa"/>
              <w:right w:w="38" w:type="dxa"/>
            </w:tcMar>
            <w:vAlign w:val="center"/>
          </w:tcPr>
          <w:p w14:paraId="1F4605F7" w14:textId="77777777" w:rsidR="00D60D5E" w:rsidRDefault="00891EF0">
            <w:pPr>
              <w:spacing w:after="0" w:line="240" w:lineRule="auto"/>
              <w:jc w:val="center"/>
            </w:pPr>
            <w:r>
              <w:rPr>
                <w:rFonts w:eastAsia="Aptos"/>
                <w:sz w:val="17"/>
              </w:rPr>
              <w:t>CTN</w:t>
            </w:r>
          </w:p>
        </w:tc>
        <w:tc>
          <w:tcPr>
            <w:tcW w:w="646" w:type="dxa"/>
            <w:tcMar>
              <w:top w:w="28" w:type="dxa"/>
              <w:left w:w="38" w:type="dxa"/>
              <w:bottom w:w="28" w:type="dxa"/>
              <w:right w:w="38" w:type="dxa"/>
            </w:tcMar>
            <w:vAlign w:val="center"/>
          </w:tcPr>
          <w:p w14:paraId="5C5FAA86" w14:textId="77777777" w:rsidR="00D60D5E" w:rsidRDefault="00D60D5E">
            <w:pPr>
              <w:jc w:val="center"/>
            </w:pPr>
          </w:p>
        </w:tc>
      </w:tr>
      <w:tr w:rsidR="00D60D5E" w14:paraId="38A35D4C" w14:textId="77777777" w:rsidTr="000617E0">
        <w:trPr>
          <w:cantSplit/>
          <w:jc w:val="center"/>
        </w:trPr>
        <w:tc>
          <w:tcPr>
            <w:tcW w:w="677" w:type="dxa"/>
            <w:tcMar>
              <w:top w:w="28" w:type="dxa"/>
              <w:left w:w="38" w:type="dxa"/>
              <w:bottom w:w="28" w:type="dxa"/>
              <w:right w:w="38" w:type="dxa"/>
            </w:tcMar>
            <w:vAlign w:val="center"/>
          </w:tcPr>
          <w:p w14:paraId="56EA1169" w14:textId="77777777" w:rsidR="00D60D5E" w:rsidRDefault="00891EF0">
            <w:pPr>
              <w:spacing w:after="0" w:line="240" w:lineRule="auto"/>
              <w:jc w:val="center"/>
            </w:pPr>
            <w:r>
              <w:rPr>
                <w:rFonts w:eastAsia="Aptos"/>
                <w:color w:val="6A7075"/>
                <w:sz w:val="17"/>
              </w:rPr>
              <w:t>265-105</w:t>
            </w:r>
          </w:p>
        </w:tc>
        <w:tc>
          <w:tcPr>
            <w:tcW w:w="2648" w:type="dxa"/>
            <w:tcMar>
              <w:top w:w="28" w:type="dxa"/>
              <w:left w:w="38" w:type="dxa"/>
              <w:bottom w:w="28" w:type="dxa"/>
              <w:right w:w="38" w:type="dxa"/>
            </w:tcMar>
            <w:vAlign w:val="center"/>
          </w:tcPr>
          <w:p w14:paraId="6CAAC980" w14:textId="77777777" w:rsidR="00D60D5E" w:rsidRDefault="00891EF0">
            <w:pPr>
              <w:spacing w:after="0" w:line="240" w:lineRule="auto"/>
            </w:pPr>
            <w:r>
              <w:rPr>
                <w:rFonts w:eastAsia="Aptos"/>
                <w:sz w:val="17"/>
              </w:rPr>
              <w:t>Drinking water Gallon</w:t>
            </w:r>
          </w:p>
        </w:tc>
        <w:tc>
          <w:tcPr>
            <w:tcW w:w="630" w:type="dxa"/>
            <w:tcMar>
              <w:top w:w="28" w:type="dxa"/>
              <w:left w:w="38" w:type="dxa"/>
              <w:bottom w:w="28" w:type="dxa"/>
              <w:right w:w="38" w:type="dxa"/>
            </w:tcMar>
            <w:vAlign w:val="center"/>
          </w:tcPr>
          <w:p w14:paraId="6F0123F7" w14:textId="77777777" w:rsidR="00D60D5E" w:rsidRDefault="00891EF0">
            <w:pPr>
              <w:spacing w:after="0" w:line="240" w:lineRule="auto"/>
              <w:jc w:val="center"/>
            </w:pPr>
            <w:r>
              <w:rPr>
                <w:rFonts w:eastAsia="Aptos"/>
                <w:b/>
                <w:sz w:val="17"/>
              </w:rPr>
              <w:t>2.75</w:t>
            </w:r>
          </w:p>
        </w:tc>
        <w:tc>
          <w:tcPr>
            <w:tcW w:w="540" w:type="dxa"/>
            <w:tcMar>
              <w:top w:w="28" w:type="dxa"/>
              <w:left w:w="38" w:type="dxa"/>
              <w:bottom w:w="28" w:type="dxa"/>
              <w:right w:w="38" w:type="dxa"/>
            </w:tcMar>
            <w:vAlign w:val="center"/>
          </w:tcPr>
          <w:p w14:paraId="19CDAD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7E0C1D" w14:textId="77777777" w:rsidR="00D60D5E" w:rsidRDefault="00D60D5E">
            <w:pPr>
              <w:jc w:val="center"/>
            </w:pPr>
          </w:p>
        </w:tc>
      </w:tr>
      <w:tr w:rsidR="00D60D5E" w14:paraId="1EE35962" w14:textId="77777777" w:rsidTr="000617E0">
        <w:trPr>
          <w:cantSplit/>
          <w:jc w:val="center"/>
        </w:trPr>
        <w:tc>
          <w:tcPr>
            <w:tcW w:w="677" w:type="dxa"/>
            <w:tcMar>
              <w:top w:w="28" w:type="dxa"/>
              <w:left w:w="38" w:type="dxa"/>
              <w:bottom w:w="28" w:type="dxa"/>
              <w:right w:w="38" w:type="dxa"/>
            </w:tcMar>
            <w:vAlign w:val="center"/>
          </w:tcPr>
          <w:p w14:paraId="6E3EFF41" w14:textId="77777777" w:rsidR="00D60D5E" w:rsidRDefault="00891EF0">
            <w:pPr>
              <w:spacing w:after="0" w:line="240" w:lineRule="auto"/>
              <w:jc w:val="center"/>
            </w:pPr>
            <w:r>
              <w:rPr>
                <w:rFonts w:eastAsia="Aptos"/>
                <w:color w:val="6A7075"/>
                <w:sz w:val="17"/>
              </w:rPr>
              <w:t>265-106</w:t>
            </w:r>
          </w:p>
        </w:tc>
        <w:tc>
          <w:tcPr>
            <w:tcW w:w="2648" w:type="dxa"/>
            <w:tcMar>
              <w:top w:w="28" w:type="dxa"/>
              <w:left w:w="38" w:type="dxa"/>
              <w:bottom w:w="28" w:type="dxa"/>
              <w:right w:w="38" w:type="dxa"/>
            </w:tcMar>
            <w:vAlign w:val="center"/>
          </w:tcPr>
          <w:p w14:paraId="01D35EDF" w14:textId="77777777" w:rsidR="00D60D5E" w:rsidRDefault="00891EF0">
            <w:pPr>
              <w:spacing w:after="0" w:line="240" w:lineRule="auto"/>
            </w:pPr>
            <w:r>
              <w:rPr>
                <w:rFonts w:eastAsia="Aptos"/>
                <w:sz w:val="17"/>
              </w:rPr>
              <w:t>Drinking water Gallon 6/1gal</w:t>
            </w:r>
          </w:p>
        </w:tc>
        <w:tc>
          <w:tcPr>
            <w:tcW w:w="630" w:type="dxa"/>
            <w:tcMar>
              <w:top w:w="28" w:type="dxa"/>
              <w:left w:w="38" w:type="dxa"/>
              <w:bottom w:w="28" w:type="dxa"/>
              <w:right w:w="38" w:type="dxa"/>
            </w:tcMar>
            <w:vAlign w:val="center"/>
          </w:tcPr>
          <w:p w14:paraId="24EB4709" w14:textId="77777777" w:rsidR="00D60D5E" w:rsidRDefault="00891EF0">
            <w:pPr>
              <w:spacing w:after="0" w:line="240" w:lineRule="auto"/>
              <w:jc w:val="center"/>
            </w:pPr>
            <w:r>
              <w:rPr>
                <w:rFonts w:eastAsia="Aptos"/>
                <w:b/>
                <w:sz w:val="17"/>
              </w:rPr>
              <w:t>16.50</w:t>
            </w:r>
          </w:p>
        </w:tc>
        <w:tc>
          <w:tcPr>
            <w:tcW w:w="540" w:type="dxa"/>
            <w:tcMar>
              <w:top w:w="28" w:type="dxa"/>
              <w:left w:w="38" w:type="dxa"/>
              <w:bottom w:w="28" w:type="dxa"/>
              <w:right w:w="38" w:type="dxa"/>
            </w:tcMar>
            <w:vAlign w:val="center"/>
          </w:tcPr>
          <w:p w14:paraId="7110FCAF"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3BAC34E" w14:textId="77777777" w:rsidR="00D60D5E" w:rsidRDefault="00D60D5E">
            <w:pPr>
              <w:jc w:val="center"/>
            </w:pPr>
          </w:p>
        </w:tc>
      </w:tr>
      <w:tr w:rsidR="00D60D5E" w14:paraId="46F1E572" w14:textId="77777777" w:rsidTr="000617E0">
        <w:trPr>
          <w:cantSplit/>
          <w:jc w:val="center"/>
        </w:trPr>
        <w:tc>
          <w:tcPr>
            <w:tcW w:w="677" w:type="dxa"/>
            <w:tcMar>
              <w:top w:w="28" w:type="dxa"/>
              <w:left w:w="38" w:type="dxa"/>
              <w:bottom w:w="28" w:type="dxa"/>
              <w:right w:w="38" w:type="dxa"/>
            </w:tcMar>
            <w:vAlign w:val="center"/>
          </w:tcPr>
          <w:p w14:paraId="12E8DA79" w14:textId="77777777" w:rsidR="00D60D5E" w:rsidRDefault="00891EF0">
            <w:pPr>
              <w:spacing w:after="0" w:line="240" w:lineRule="auto"/>
              <w:jc w:val="center"/>
            </w:pPr>
            <w:r>
              <w:rPr>
                <w:rFonts w:eastAsia="Aptos"/>
                <w:color w:val="6A7075"/>
                <w:sz w:val="17"/>
              </w:rPr>
              <w:t>265-110</w:t>
            </w:r>
          </w:p>
        </w:tc>
        <w:tc>
          <w:tcPr>
            <w:tcW w:w="2648" w:type="dxa"/>
            <w:tcMar>
              <w:top w:w="28" w:type="dxa"/>
              <w:left w:w="38" w:type="dxa"/>
              <w:bottom w:w="28" w:type="dxa"/>
              <w:right w:w="38" w:type="dxa"/>
            </w:tcMar>
            <w:vAlign w:val="center"/>
          </w:tcPr>
          <w:p w14:paraId="0A120D95" w14:textId="77777777" w:rsidR="00D60D5E" w:rsidRDefault="00891EF0">
            <w:pPr>
              <w:spacing w:after="0" w:line="240" w:lineRule="auto"/>
            </w:pPr>
            <w:r>
              <w:rPr>
                <w:rFonts w:eastAsia="Aptos"/>
                <w:sz w:val="17"/>
              </w:rPr>
              <w:t>Evian 1.5 ltr</w:t>
            </w:r>
          </w:p>
        </w:tc>
        <w:tc>
          <w:tcPr>
            <w:tcW w:w="630" w:type="dxa"/>
            <w:tcMar>
              <w:top w:w="28" w:type="dxa"/>
              <w:left w:w="38" w:type="dxa"/>
              <w:bottom w:w="28" w:type="dxa"/>
              <w:right w:w="38" w:type="dxa"/>
            </w:tcMar>
            <w:vAlign w:val="center"/>
          </w:tcPr>
          <w:p w14:paraId="719FB463" w14:textId="77777777" w:rsidR="00D60D5E" w:rsidRDefault="00891EF0">
            <w:pPr>
              <w:spacing w:after="0" w:line="240" w:lineRule="auto"/>
              <w:jc w:val="center"/>
            </w:pPr>
            <w:r>
              <w:rPr>
                <w:rFonts w:eastAsia="Aptos"/>
                <w:b/>
                <w:sz w:val="17"/>
              </w:rPr>
              <w:t>4.79</w:t>
            </w:r>
          </w:p>
        </w:tc>
        <w:tc>
          <w:tcPr>
            <w:tcW w:w="540" w:type="dxa"/>
            <w:tcMar>
              <w:top w:w="28" w:type="dxa"/>
              <w:left w:w="38" w:type="dxa"/>
              <w:bottom w:w="28" w:type="dxa"/>
              <w:right w:w="38" w:type="dxa"/>
            </w:tcMar>
            <w:vAlign w:val="center"/>
          </w:tcPr>
          <w:p w14:paraId="16D8411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144C979" w14:textId="77777777" w:rsidR="00D60D5E" w:rsidRDefault="00D60D5E">
            <w:pPr>
              <w:jc w:val="center"/>
            </w:pPr>
          </w:p>
        </w:tc>
      </w:tr>
      <w:tr w:rsidR="00D60D5E" w14:paraId="2DA19B66" w14:textId="77777777" w:rsidTr="000617E0">
        <w:trPr>
          <w:cantSplit/>
          <w:jc w:val="center"/>
        </w:trPr>
        <w:tc>
          <w:tcPr>
            <w:tcW w:w="677" w:type="dxa"/>
            <w:tcMar>
              <w:top w:w="28" w:type="dxa"/>
              <w:left w:w="38" w:type="dxa"/>
              <w:bottom w:w="28" w:type="dxa"/>
              <w:right w:w="38" w:type="dxa"/>
            </w:tcMar>
            <w:vAlign w:val="center"/>
          </w:tcPr>
          <w:p w14:paraId="48FC32FC" w14:textId="77777777" w:rsidR="00D60D5E" w:rsidRDefault="00891EF0">
            <w:pPr>
              <w:spacing w:after="0" w:line="240" w:lineRule="auto"/>
              <w:jc w:val="center"/>
            </w:pPr>
            <w:r>
              <w:rPr>
                <w:rFonts w:eastAsia="Aptos"/>
                <w:color w:val="6A7075"/>
                <w:sz w:val="17"/>
              </w:rPr>
              <w:t>265-115</w:t>
            </w:r>
          </w:p>
        </w:tc>
        <w:tc>
          <w:tcPr>
            <w:tcW w:w="2648" w:type="dxa"/>
            <w:tcMar>
              <w:top w:w="28" w:type="dxa"/>
              <w:left w:w="38" w:type="dxa"/>
              <w:bottom w:w="28" w:type="dxa"/>
              <w:right w:w="38" w:type="dxa"/>
            </w:tcMar>
            <w:vAlign w:val="center"/>
          </w:tcPr>
          <w:p w14:paraId="0E3CDA6C" w14:textId="77777777" w:rsidR="00D60D5E" w:rsidRDefault="00891EF0">
            <w:pPr>
              <w:spacing w:after="0" w:line="240" w:lineRule="auto"/>
            </w:pPr>
            <w:r>
              <w:rPr>
                <w:rFonts w:eastAsia="Aptos"/>
                <w:sz w:val="17"/>
              </w:rPr>
              <w:t>Evian 500 ml</w:t>
            </w:r>
          </w:p>
        </w:tc>
        <w:tc>
          <w:tcPr>
            <w:tcW w:w="630" w:type="dxa"/>
            <w:tcMar>
              <w:top w:w="28" w:type="dxa"/>
              <w:left w:w="38" w:type="dxa"/>
              <w:bottom w:w="28" w:type="dxa"/>
              <w:right w:w="38" w:type="dxa"/>
            </w:tcMar>
            <w:vAlign w:val="center"/>
          </w:tcPr>
          <w:p w14:paraId="4F9411CA" w14:textId="77777777" w:rsidR="00D60D5E" w:rsidRDefault="00891EF0">
            <w:pPr>
              <w:spacing w:after="0" w:line="240" w:lineRule="auto"/>
              <w:jc w:val="center"/>
            </w:pPr>
            <w:r>
              <w:rPr>
                <w:rFonts w:eastAsia="Aptos"/>
                <w:b/>
                <w:sz w:val="17"/>
              </w:rPr>
              <w:t>2.60</w:t>
            </w:r>
          </w:p>
        </w:tc>
        <w:tc>
          <w:tcPr>
            <w:tcW w:w="540" w:type="dxa"/>
            <w:tcMar>
              <w:top w:w="28" w:type="dxa"/>
              <w:left w:w="38" w:type="dxa"/>
              <w:bottom w:w="28" w:type="dxa"/>
              <w:right w:w="38" w:type="dxa"/>
            </w:tcMar>
            <w:vAlign w:val="center"/>
          </w:tcPr>
          <w:p w14:paraId="7E7B40D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730C09" w14:textId="77777777" w:rsidR="00D60D5E" w:rsidRDefault="00D60D5E">
            <w:pPr>
              <w:jc w:val="center"/>
            </w:pPr>
          </w:p>
        </w:tc>
      </w:tr>
      <w:tr w:rsidR="00D60D5E" w14:paraId="67B7DB4F" w14:textId="77777777" w:rsidTr="000617E0">
        <w:trPr>
          <w:cantSplit/>
          <w:jc w:val="center"/>
        </w:trPr>
        <w:tc>
          <w:tcPr>
            <w:tcW w:w="677" w:type="dxa"/>
            <w:tcMar>
              <w:top w:w="28" w:type="dxa"/>
              <w:left w:w="38" w:type="dxa"/>
              <w:bottom w:w="28" w:type="dxa"/>
              <w:right w:w="38" w:type="dxa"/>
            </w:tcMar>
            <w:vAlign w:val="center"/>
          </w:tcPr>
          <w:p w14:paraId="2BD361A3" w14:textId="77777777" w:rsidR="00D60D5E" w:rsidRDefault="00891EF0">
            <w:pPr>
              <w:spacing w:after="0" w:line="240" w:lineRule="auto"/>
              <w:jc w:val="center"/>
            </w:pPr>
            <w:r>
              <w:rPr>
                <w:rFonts w:eastAsia="Aptos"/>
                <w:color w:val="6A7075"/>
                <w:sz w:val="17"/>
              </w:rPr>
              <w:t>265-120</w:t>
            </w:r>
          </w:p>
        </w:tc>
        <w:tc>
          <w:tcPr>
            <w:tcW w:w="2648" w:type="dxa"/>
            <w:tcMar>
              <w:top w:w="28" w:type="dxa"/>
              <w:left w:w="38" w:type="dxa"/>
              <w:bottom w:w="28" w:type="dxa"/>
              <w:right w:w="38" w:type="dxa"/>
            </w:tcMar>
            <w:vAlign w:val="center"/>
          </w:tcPr>
          <w:p w14:paraId="67556BED" w14:textId="77777777" w:rsidR="00D60D5E" w:rsidRDefault="00891EF0">
            <w:pPr>
              <w:spacing w:after="0" w:line="240" w:lineRule="auto"/>
            </w:pPr>
            <w:r>
              <w:rPr>
                <w:rFonts w:eastAsia="Aptos"/>
                <w:sz w:val="17"/>
              </w:rPr>
              <w:t>Highland Springs 1.5l</w:t>
            </w:r>
          </w:p>
        </w:tc>
        <w:tc>
          <w:tcPr>
            <w:tcW w:w="630" w:type="dxa"/>
            <w:tcMar>
              <w:top w:w="28" w:type="dxa"/>
              <w:left w:w="38" w:type="dxa"/>
              <w:bottom w:w="28" w:type="dxa"/>
              <w:right w:w="38" w:type="dxa"/>
            </w:tcMar>
            <w:vAlign w:val="center"/>
          </w:tcPr>
          <w:p w14:paraId="531A4866" w14:textId="77777777" w:rsidR="00D60D5E" w:rsidRDefault="00891EF0">
            <w:pPr>
              <w:spacing w:after="0" w:line="240" w:lineRule="auto"/>
              <w:jc w:val="center"/>
            </w:pPr>
            <w:r>
              <w:rPr>
                <w:rFonts w:eastAsia="Aptos"/>
                <w:b/>
                <w:sz w:val="17"/>
              </w:rPr>
              <w:t>2.30</w:t>
            </w:r>
          </w:p>
        </w:tc>
        <w:tc>
          <w:tcPr>
            <w:tcW w:w="540" w:type="dxa"/>
            <w:tcMar>
              <w:top w:w="28" w:type="dxa"/>
              <w:left w:w="38" w:type="dxa"/>
              <w:bottom w:w="28" w:type="dxa"/>
              <w:right w:w="38" w:type="dxa"/>
            </w:tcMar>
            <w:vAlign w:val="center"/>
          </w:tcPr>
          <w:p w14:paraId="325861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90DE96" w14:textId="77777777" w:rsidR="00D60D5E" w:rsidRDefault="00D60D5E">
            <w:pPr>
              <w:jc w:val="center"/>
            </w:pPr>
          </w:p>
        </w:tc>
      </w:tr>
      <w:tr w:rsidR="00D60D5E" w14:paraId="06C9CA9B" w14:textId="77777777" w:rsidTr="000617E0">
        <w:trPr>
          <w:cantSplit/>
          <w:jc w:val="center"/>
        </w:trPr>
        <w:tc>
          <w:tcPr>
            <w:tcW w:w="677" w:type="dxa"/>
            <w:tcMar>
              <w:top w:w="28" w:type="dxa"/>
              <w:left w:w="38" w:type="dxa"/>
              <w:bottom w:w="28" w:type="dxa"/>
              <w:right w:w="38" w:type="dxa"/>
            </w:tcMar>
            <w:vAlign w:val="center"/>
          </w:tcPr>
          <w:p w14:paraId="13655618" w14:textId="77777777" w:rsidR="00D60D5E" w:rsidRDefault="00891EF0">
            <w:pPr>
              <w:spacing w:after="0" w:line="240" w:lineRule="auto"/>
              <w:jc w:val="center"/>
            </w:pPr>
            <w:r>
              <w:rPr>
                <w:rFonts w:eastAsia="Aptos"/>
                <w:color w:val="6A7075"/>
                <w:sz w:val="17"/>
              </w:rPr>
              <w:t>265-121</w:t>
            </w:r>
          </w:p>
        </w:tc>
        <w:tc>
          <w:tcPr>
            <w:tcW w:w="2648" w:type="dxa"/>
            <w:tcMar>
              <w:top w:w="28" w:type="dxa"/>
              <w:left w:w="38" w:type="dxa"/>
              <w:bottom w:w="28" w:type="dxa"/>
              <w:right w:w="38" w:type="dxa"/>
            </w:tcMar>
            <w:vAlign w:val="center"/>
          </w:tcPr>
          <w:p w14:paraId="31A49BE1" w14:textId="77777777" w:rsidR="00D60D5E" w:rsidRDefault="00891EF0">
            <w:pPr>
              <w:spacing w:after="0" w:line="240" w:lineRule="auto"/>
            </w:pPr>
            <w:r>
              <w:rPr>
                <w:rFonts w:eastAsia="Aptos"/>
                <w:sz w:val="17"/>
              </w:rPr>
              <w:t>Highland Spring Sparkling 1. Ltr</w:t>
            </w:r>
          </w:p>
        </w:tc>
        <w:tc>
          <w:tcPr>
            <w:tcW w:w="630" w:type="dxa"/>
            <w:tcMar>
              <w:top w:w="28" w:type="dxa"/>
              <w:left w:w="38" w:type="dxa"/>
              <w:bottom w:w="28" w:type="dxa"/>
              <w:right w:w="38" w:type="dxa"/>
            </w:tcMar>
            <w:vAlign w:val="center"/>
          </w:tcPr>
          <w:p w14:paraId="12FCD351" w14:textId="77777777" w:rsidR="00D60D5E" w:rsidRDefault="00891EF0">
            <w:pPr>
              <w:spacing w:after="0" w:line="240" w:lineRule="auto"/>
              <w:jc w:val="center"/>
            </w:pPr>
            <w:r>
              <w:rPr>
                <w:rFonts w:eastAsia="Aptos"/>
                <w:b/>
                <w:sz w:val="17"/>
              </w:rPr>
              <w:t>1.98</w:t>
            </w:r>
          </w:p>
        </w:tc>
        <w:tc>
          <w:tcPr>
            <w:tcW w:w="540" w:type="dxa"/>
            <w:tcMar>
              <w:top w:w="28" w:type="dxa"/>
              <w:left w:w="38" w:type="dxa"/>
              <w:bottom w:w="28" w:type="dxa"/>
              <w:right w:w="38" w:type="dxa"/>
            </w:tcMar>
            <w:vAlign w:val="center"/>
          </w:tcPr>
          <w:p w14:paraId="084396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EAEE6E" w14:textId="77777777" w:rsidR="00D60D5E" w:rsidRDefault="00D60D5E">
            <w:pPr>
              <w:jc w:val="center"/>
            </w:pPr>
          </w:p>
        </w:tc>
      </w:tr>
      <w:tr w:rsidR="00D60D5E" w14:paraId="5753884B" w14:textId="77777777" w:rsidTr="000617E0">
        <w:trPr>
          <w:cantSplit/>
          <w:jc w:val="center"/>
        </w:trPr>
        <w:tc>
          <w:tcPr>
            <w:tcW w:w="677" w:type="dxa"/>
            <w:tcMar>
              <w:top w:w="28" w:type="dxa"/>
              <w:left w:w="38" w:type="dxa"/>
              <w:bottom w:w="28" w:type="dxa"/>
              <w:right w:w="38" w:type="dxa"/>
            </w:tcMar>
            <w:vAlign w:val="center"/>
          </w:tcPr>
          <w:p w14:paraId="066E4B38" w14:textId="77777777" w:rsidR="00D60D5E" w:rsidRDefault="00891EF0">
            <w:pPr>
              <w:spacing w:after="0" w:line="240" w:lineRule="auto"/>
              <w:jc w:val="center"/>
            </w:pPr>
            <w:r>
              <w:rPr>
                <w:rFonts w:eastAsia="Aptos"/>
                <w:color w:val="6A7075"/>
                <w:sz w:val="17"/>
              </w:rPr>
              <w:t>265-125</w:t>
            </w:r>
          </w:p>
        </w:tc>
        <w:tc>
          <w:tcPr>
            <w:tcW w:w="2648" w:type="dxa"/>
            <w:tcMar>
              <w:top w:w="28" w:type="dxa"/>
              <w:left w:w="38" w:type="dxa"/>
              <w:bottom w:w="28" w:type="dxa"/>
              <w:right w:w="38" w:type="dxa"/>
            </w:tcMar>
            <w:vAlign w:val="center"/>
          </w:tcPr>
          <w:p w14:paraId="50484B94" w14:textId="77777777" w:rsidR="00D60D5E" w:rsidRDefault="00891EF0">
            <w:pPr>
              <w:spacing w:after="0" w:line="240" w:lineRule="auto"/>
            </w:pPr>
            <w:r>
              <w:rPr>
                <w:rFonts w:eastAsia="Aptos"/>
                <w:sz w:val="17"/>
              </w:rPr>
              <w:t>Highland Spring 500 ml</w:t>
            </w:r>
          </w:p>
        </w:tc>
        <w:tc>
          <w:tcPr>
            <w:tcW w:w="630" w:type="dxa"/>
            <w:tcMar>
              <w:top w:w="28" w:type="dxa"/>
              <w:left w:w="38" w:type="dxa"/>
              <w:bottom w:w="28" w:type="dxa"/>
              <w:right w:w="38" w:type="dxa"/>
            </w:tcMar>
            <w:vAlign w:val="center"/>
          </w:tcPr>
          <w:p w14:paraId="00885B5D" w14:textId="77777777" w:rsidR="00D60D5E" w:rsidRDefault="00891EF0">
            <w:pPr>
              <w:spacing w:after="0" w:line="240" w:lineRule="auto"/>
              <w:jc w:val="center"/>
            </w:pPr>
            <w:r>
              <w:rPr>
                <w:rFonts w:eastAsia="Aptos"/>
                <w:b/>
                <w:sz w:val="17"/>
              </w:rPr>
              <w:t>1.15</w:t>
            </w:r>
          </w:p>
        </w:tc>
        <w:tc>
          <w:tcPr>
            <w:tcW w:w="540" w:type="dxa"/>
            <w:tcMar>
              <w:top w:w="28" w:type="dxa"/>
              <w:left w:w="38" w:type="dxa"/>
              <w:bottom w:w="28" w:type="dxa"/>
              <w:right w:w="38" w:type="dxa"/>
            </w:tcMar>
            <w:vAlign w:val="center"/>
          </w:tcPr>
          <w:p w14:paraId="0A25B6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3C9FF49" w14:textId="77777777" w:rsidR="00D60D5E" w:rsidRDefault="00D60D5E">
            <w:pPr>
              <w:jc w:val="center"/>
            </w:pPr>
          </w:p>
        </w:tc>
      </w:tr>
      <w:tr w:rsidR="00D60D5E" w14:paraId="18766F37" w14:textId="77777777" w:rsidTr="000617E0">
        <w:trPr>
          <w:cantSplit/>
          <w:jc w:val="center"/>
        </w:trPr>
        <w:tc>
          <w:tcPr>
            <w:tcW w:w="677" w:type="dxa"/>
            <w:tcMar>
              <w:top w:w="28" w:type="dxa"/>
              <w:left w:w="38" w:type="dxa"/>
              <w:bottom w:w="28" w:type="dxa"/>
              <w:right w:w="38" w:type="dxa"/>
            </w:tcMar>
            <w:vAlign w:val="center"/>
          </w:tcPr>
          <w:p w14:paraId="3AA095A4" w14:textId="77777777" w:rsidR="00D60D5E" w:rsidRDefault="00891EF0">
            <w:pPr>
              <w:spacing w:after="0" w:line="240" w:lineRule="auto"/>
              <w:jc w:val="center"/>
            </w:pPr>
            <w:r>
              <w:rPr>
                <w:rFonts w:eastAsia="Aptos"/>
                <w:color w:val="6A7075"/>
                <w:sz w:val="17"/>
              </w:rPr>
              <w:t>265-126</w:t>
            </w:r>
          </w:p>
        </w:tc>
        <w:tc>
          <w:tcPr>
            <w:tcW w:w="2648" w:type="dxa"/>
            <w:tcMar>
              <w:top w:w="28" w:type="dxa"/>
              <w:left w:w="38" w:type="dxa"/>
              <w:bottom w:w="28" w:type="dxa"/>
              <w:right w:w="38" w:type="dxa"/>
            </w:tcMar>
            <w:vAlign w:val="center"/>
          </w:tcPr>
          <w:p w14:paraId="3D9979BD" w14:textId="77777777" w:rsidR="00D60D5E" w:rsidRDefault="00891EF0">
            <w:pPr>
              <w:spacing w:after="0" w:line="240" w:lineRule="auto"/>
            </w:pPr>
            <w:r>
              <w:rPr>
                <w:rFonts w:eastAsia="Aptos"/>
                <w:sz w:val="17"/>
              </w:rPr>
              <w:t>Highland Spring Sparkling 500 ml</w:t>
            </w:r>
          </w:p>
        </w:tc>
        <w:tc>
          <w:tcPr>
            <w:tcW w:w="630" w:type="dxa"/>
            <w:tcMar>
              <w:top w:w="28" w:type="dxa"/>
              <w:left w:w="38" w:type="dxa"/>
              <w:bottom w:w="28" w:type="dxa"/>
              <w:right w:w="38" w:type="dxa"/>
            </w:tcMar>
            <w:vAlign w:val="center"/>
          </w:tcPr>
          <w:p w14:paraId="43E0143D" w14:textId="77777777" w:rsidR="00D60D5E" w:rsidRDefault="00891EF0">
            <w:pPr>
              <w:spacing w:after="0" w:line="240" w:lineRule="auto"/>
              <w:jc w:val="center"/>
            </w:pPr>
            <w:r>
              <w:rPr>
                <w:rFonts w:eastAsia="Aptos"/>
                <w:b/>
                <w:sz w:val="17"/>
              </w:rPr>
              <w:t>1.49</w:t>
            </w:r>
          </w:p>
        </w:tc>
        <w:tc>
          <w:tcPr>
            <w:tcW w:w="540" w:type="dxa"/>
            <w:tcMar>
              <w:top w:w="28" w:type="dxa"/>
              <w:left w:w="38" w:type="dxa"/>
              <w:bottom w:w="28" w:type="dxa"/>
              <w:right w:w="38" w:type="dxa"/>
            </w:tcMar>
            <w:vAlign w:val="center"/>
          </w:tcPr>
          <w:p w14:paraId="0675341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5B23BA" w14:textId="77777777" w:rsidR="00D60D5E" w:rsidRDefault="00D60D5E">
            <w:pPr>
              <w:jc w:val="center"/>
            </w:pPr>
          </w:p>
        </w:tc>
      </w:tr>
      <w:tr w:rsidR="00D60D5E" w14:paraId="2F6CC867" w14:textId="77777777" w:rsidTr="000617E0">
        <w:trPr>
          <w:cantSplit/>
          <w:jc w:val="center"/>
        </w:trPr>
        <w:tc>
          <w:tcPr>
            <w:tcW w:w="677" w:type="dxa"/>
            <w:tcMar>
              <w:top w:w="28" w:type="dxa"/>
              <w:left w:w="38" w:type="dxa"/>
              <w:bottom w:w="28" w:type="dxa"/>
              <w:right w:w="38" w:type="dxa"/>
            </w:tcMar>
            <w:vAlign w:val="center"/>
          </w:tcPr>
          <w:p w14:paraId="12953FE4" w14:textId="77777777" w:rsidR="00D60D5E" w:rsidRDefault="00891EF0">
            <w:pPr>
              <w:spacing w:after="0" w:line="240" w:lineRule="auto"/>
              <w:jc w:val="center"/>
            </w:pPr>
            <w:r>
              <w:rPr>
                <w:rFonts w:eastAsia="Aptos"/>
                <w:color w:val="6A7075"/>
                <w:sz w:val="17"/>
              </w:rPr>
              <w:t>265-130</w:t>
            </w:r>
          </w:p>
        </w:tc>
        <w:tc>
          <w:tcPr>
            <w:tcW w:w="2648" w:type="dxa"/>
            <w:tcMar>
              <w:top w:w="28" w:type="dxa"/>
              <w:left w:w="38" w:type="dxa"/>
              <w:bottom w:w="28" w:type="dxa"/>
              <w:right w:w="38" w:type="dxa"/>
            </w:tcMar>
            <w:vAlign w:val="center"/>
          </w:tcPr>
          <w:p w14:paraId="02C0B612" w14:textId="77777777" w:rsidR="00D60D5E" w:rsidRDefault="00891EF0">
            <w:pPr>
              <w:spacing w:after="0" w:line="240" w:lineRule="auto"/>
            </w:pPr>
            <w:r>
              <w:rPr>
                <w:rFonts w:eastAsia="Aptos"/>
                <w:sz w:val="17"/>
              </w:rPr>
              <w:t>Highland Spring 330 ml</w:t>
            </w:r>
          </w:p>
        </w:tc>
        <w:tc>
          <w:tcPr>
            <w:tcW w:w="630" w:type="dxa"/>
            <w:tcMar>
              <w:top w:w="28" w:type="dxa"/>
              <w:left w:w="38" w:type="dxa"/>
              <w:bottom w:w="28" w:type="dxa"/>
              <w:right w:w="38" w:type="dxa"/>
            </w:tcMar>
            <w:vAlign w:val="center"/>
          </w:tcPr>
          <w:p w14:paraId="36157268" w14:textId="77777777" w:rsidR="00D60D5E" w:rsidRDefault="00891EF0">
            <w:pPr>
              <w:spacing w:after="0" w:line="240" w:lineRule="auto"/>
              <w:jc w:val="center"/>
            </w:pPr>
            <w:r>
              <w:rPr>
                <w:rFonts w:eastAsia="Aptos"/>
                <w:b/>
                <w:sz w:val="17"/>
              </w:rPr>
              <w:t>0.75</w:t>
            </w:r>
          </w:p>
        </w:tc>
        <w:tc>
          <w:tcPr>
            <w:tcW w:w="540" w:type="dxa"/>
            <w:tcMar>
              <w:top w:w="28" w:type="dxa"/>
              <w:left w:w="38" w:type="dxa"/>
              <w:bottom w:w="28" w:type="dxa"/>
              <w:right w:w="38" w:type="dxa"/>
            </w:tcMar>
            <w:vAlign w:val="center"/>
          </w:tcPr>
          <w:p w14:paraId="6FD2DD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890AB7" w14:textId="77777777" w:rsidR="00D60D5E" w:rsidRDefault="00D60D5E">
            <w:pPr>
              <w:jc w:val="center"/>
            </w:pPr>
          </w:p>
        </w:tc>
      </w:tr>
      <w:tr w:rsidR="00D60D5E" w14:paraId="0796E6A9" w14:textId="77777777" w:rsidTr="000617E0">
        <w:trPr>
          <w:cantSplit/>
          <w:jc w:val="center"/>
        </w:trPr>
        <w:tc>
          <w:tcPr>
            <w:tcW w:w="677" w:type="dxa"/>
            <w:tcMar>
              <w:top w:w="28" w:type="dxa"/>
              <w:left w:w="38" w:type="dxa"/>
              <w:bottom w:w="28" w:type="dxa"/>
              <w:right w:w="38" w:type="dxa"/>
            </w:tcMar>
            <w:vAlign w:val="center"/>
          </w:tcPr>
          <w:p w14:paraId="7B50DA8D" w14:textId="77777777" w:rsidR="00D60D5E" w:rsidRDefault="00891EF0">
            <w:pPr>
              <w:spacing w:after="0" w:line="240" w:lineRule="auto"/>
              <w:jc w:val="center"/>
            </w:pPr>
            <w:r>
              <w:rPr>
                <w:rFonts w:eastAsia="Aptos"/>
                <w:color w:val="6A7075"/>
                <w:sz w:val="17"/>
              </w:rPr>
              <w:t>265-131</w:t>
            </w:r>
          </w:p>
        </w:tc>
        <w:tc>
          <w:tcPr>
            <w:tcW w:w="2648" w:type="dxa"/>
            <w:tcMar>
              <w:top w:w="28" w:type="dxa"/>
              <w:left w:w="38" w:type="dxa"/>
              <w:bottom w:w="28" w:type="dxa"/>
              <w:right w:w="38" w:type="dxa"/>
            </w:tcMar>
            <w:vAlign w:val="center"/>
          </w:tcPr>
          <w:p w14:paraId="67DD49D5" w14:textId="77777777" w:rsidR="00D60D5E" w:rsidRDefault="00891EF0">
            <w:pPr>
              <w:spacing w:after="0" w:line="240" w:lineRule="auto"/>
            </w:pPr>
            <w:r>
              <w:rPr>
                <w:rFonts w:eastAsia="Aptos"/>
                <w:sz w:val="17"/>
              </w:rPr>
              <w:t>Highland Spring Sparkling 330 ml</w:t>
            </w:r>
          </w:p>
        </w:tc>
        <w:tc>
          <w:tcPr>
            <w:tcW w:w="630" w:type="dxa"/>
            <w:tcMar>
              <w:top w:w="28" w:type="dxa"/>
              <w:left w:w="38" w:type="dxa"/>
              <w:bottom w:w="28" w:type="dxa"/>
              <w:right w:w="38" w:type="dxa"/>
            </w:tcMar>
            <w:vAlign w:val="center"/>
          </w:tcPr>
          <w:p w14:paraId="2F665EE6" w14:textId="77777777" w:rsidR="00D60D5E" w:rsidRDefault="00891EF0">
            <w:pPr>
              <w:spacing w:after="0" w:line="240" w:lineRule="auto"/>
              <w:jc w:val="center"/>
            </w:pPr>
            <w:r>
              <w:rPr>
                <w:rFonts w:eastAsia="Aptos"/>
                <w:b/>
                <w:sz w:val="17"/>
              </w:rPr>
              <w:t>0.89</w:t>
            </w:r>
          </w:p>
        </w:tc>
        <w:tc>
          <w:tcPr>
            <w:tcW w:w="540" w:type="dxa"/>
            <w:tcMar>
              <w:top w:w="28" w:type="dxa"/>
              <w:left w:w="38" w:type="dxa"/>
              <w:bottom w:w="28" w:type="dxa"/>
              <w:right w:w="38" w:type="dxa"/>
            </w:tcMar>
            <w:vAlign w:val="center"/>
          </w:tcPr>
          <w:p w14:paraId="055374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A254AA" w14:textId="77777777" w:rsidR="00D60D5E" w:rsidRDefault="00D60D5E">
            <w:pPr>
              <w:jc w:val="center"/>
            </w:pPr>
          </w:p>
        </w:tc>
      </w:tr>
      <w:tr w:rsidR="00D60D5E" w14:paraId="0A82453D" w14:textId="77777777" w:rsidTr="000617E0">
        <w:trPr>
          <w:cantSplit/>
          <w:jc w:val="center"/>
        </w:trPr>
        <w:tc>
          <w:tcPr>
            <w:tcW w:w="677" w:type="dxa"/>
            <w:tcMar>
              <w:top w:w="28" w:type="dxa"/>
              <w:left w:w="38" w:type="dxa"/>
              <w:bottom w:w="28" w:type="dxa"/>
              <w:right w:w="38" w:type="dxa"/>
            </w:tcMar>
            <w:vAlign w:val="center"/>
          </w:tcPr>
          <w:p w14:paraId="431BA042" w14:textId="77777777" w:rsidR="00D60D5E" w:rsidRDefault="00891EF0">
            <w:pPr>
              <w:spacing w:after="0" w:line="240" w:lineRule="auto"/>
              <w:jc w:val="center"/>
            </w:pPr>
            <w:r>
              <w:rPr>
                <w:rFonts w:eastAsia="Aptos"/>
                <w:color w:val="6A7075"/>
                <w:sz w:val="17"/>
              </w:rPr>
              <w:t>265-135</w:t>
            </w:r>
          </w:p>
        </w:tc>
        <w:tc>
          <w:tcPr>
            <w:tcW w:w="2648" w:type="dxa"/>
            <w:tcMar>
              <w:top w:w="28" w:type="dxa"/>
              <w:left w:w="38" w:type="dxa"/>
              <w:bottom w:w="28" w:type="dxa"/>
              <w:right w:w="38" w:type="dxa"/>
            </w:tcMar>
            <w:vAlign w:val="center"/>
          </w:tcPr>
          <w:p w14:paraId="15DFED07" w14:textId="77777777" w:rsidR="00D60D5E" w:rsidRDefault="00891EF0">
            <w:pPr>
              <w:spacing w:after="0" w:line="240" w:lineRule="auto"/>
            </w:pPr>
            <w:r>
              <w:rPr>
                <w:rFonts w:eastAsia="Aptos"/>
                <w:sz w:val="17"/>
              </w:rPr>
              <w:t>Aquafina 20oz x 24 pk *NEW*</w:t>
            </w:r>
          </w:p>
        </w:tc>
        <w:tc>
          <w:tcPr>
            <w:tcW w:w="630" w:type="dxa"/>
            <w:tcMar>
              <w:top w:w="28" w:type="dxa"/>
              <w:left w:w="38" w:type="dxa"/>
              <w:bottom w:w="28" w:type="dxa"/>
              <w:right w:w="38" w:type="dxa"/>
            </w:tcMar>
            <w:vAlign w:val="center"/>
          </w:tcPr>
          <w:p w14:paraId="4A94F258" w14:textId="77777777" w:rsidR="00D60D5E" w:rsidRDefault="00891EF0">
            <w:pPr>
              <w:spacing w:after="0" w:line="240" w:lineRule="auto"/>
              <w:jc w:val="center"/>
            </w:pPr>
            <w:r>
              <w:rPr>
                <w:rFonts w:eastAsia="Aptos"/>
                <w:b/>
                <w:sz w:val="17"/>
              </w:rPr>
              <w:t>23.99</w:t>
            </w:r>
          </w:p>
        </w:tc>
        <w:tc>
          <w:tcPr>
            <w:tcW w:w="540" w:type="dxa"/>
            <w:tcMar>
              <w:top w:w="28" w:type="dxa"/>
              <w:left w:w="38" w:type="dxa"/>
              <w:bottom w:w="28" w:type="dxa"/>
              <w:right w:w="38" w:type="dxa"/>
            </w:tcMar>
            <w:vAlign w:val="center"/>
          </w:tcPr>
          <w:p w14:paraId="4F21FA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59E71D7" w14:textId="77777777" w:rsidR="00D60D5E" w:rsidRDefault="00D60D5E">
            <w:pPr>
              <w:jc w:val="center"/>
            </w:pPr>
          </w:p>
        </w:tc>
      </w:tr>
      <w:tr w:rsidR="00D60D5E" w14:paraId="05D23CCF" w14:textId="77777777" w:rsidTr="000617E0">
        <w:trPr>
          <w:cantSplit/>
          <w:jc w:val="center"/>
        </w:trPr>
        <w:tc>
          <w:tcPr>
            <w:tcW w:w="677" w:type="dxa"/>
            <w:tcMar>
              <w:top w:w="28" w:type="dxa"/>
              <w:left w:w="38" w:type="dxa"/>
              <w:bottom w:w="28" w:type="dxa"/>
              <w:right w:w="38" w:type="dxa"/>
            </w:tcMar>
            <w:vAlign w:val="center"/>
          </w:tcPr>
          <w:p w14:paraId="42A6D980" w14:textId="77777777" w:rsidR="00D60D5E" w:rsidRDefault="00891EF0">
            <w:pPr>
              <w:spacing w:after="0" w:line="240" w:lineRule="auto"/>
              <w:jc w:val="center"/>
            </w:pPr>
            <w:r>
              <w:rPr>
                <w:rFonts w:eastAsia="Aptos"/>
                <w:color w:val="6A7075"/>
                <w:sz w:val="17"/>
              </w:rPr>
              <w:t>265-140</w:t>
            </w:r>
          </w:p>
        </w:tc>
        <w:tc>
          <w:tcPr>
            <w:tcW w:w="2648" w:type="dxa"/>
            <w:tcMar>
              <w:top w:w="28" w:type="dxa"/>
              <w:left w:w="38" w:type="dxa"/>
              <w:bottom w:w="28" w:type="dxa"/>
              <w:right w:w="38" w:type="dxa"/>
            </w:tcMar>
            <w:vAlign w:val="center"/>
          </w:tcPr>
          <w:p w14:paraId="15F2E103" w14:textId="77777777" w:rsidR="00D60D5E" w:rsidRDefault="00891EF0">
            <w:pPr>
              <w:spacing w:after="0" w:line="240" w:lineRule="auto"/>
            </w:pPr>
            <w:r>
              <w:rPr>
                <w:rFonts w:eastAsia="Aptos"/>
                <w:sz w:val="17"/>
              </w:rPr>
              <w:t>Aquafina 1 Ltr</w:t>
            </w:r>
          </w:p>
        </w:tc>
        <w:tc>
          <w:tcPr>
            <w:tcW w:w="630" w:type="dxa"/>
            <w:tcMar>
              <w:top w:w="28" w:type="dxa"/>
              <w:left w:w="38" w:type="dxa"/>
              <w:bottom w:w="28" w:type="dxa"/>
              <w:right w:w="38" w:type="dxa"/>
            </w:tcMar>
            <w:vAlign w:val="center"/>
          </w:tcPr>
          <w:p w14:paraId="21AEFDF1" w14:textId="77777777" w:rsidR="00D60D5E" w:rsidRDefault="00891EF0">
            <w:pPr>
              <w:spacing w:after="0" w:line="240" w:lineRule="auto"/>
              <w:jc w:val="center"/>
            </w:pPr>
            <w:r>
              <w:rPr>
                <w:rFonts w:eastAsia="Aptos"/>
                <w:b/>
                <w:sz w:val="17"/>
              </w:rPr>
              <w:t>2.15</w:t>
            </w:r>
          </w:p>
        </w:tc>
        <w:tc>
          <w:tcPr>
            <w:tcW w:w="540" w:type="dxa"/>
            <w:tcMar>
              <w:top w:w="28" w:type="dxa"/>
              <w:left w:w="38" w:type="dxa"/>
              <w:bottom w:w="28" w:type="dxa"/>
              <w:right w:w="38" w:type="dxa"/>
            </w:tcMar>
            <w:vAlign w:val="center"/>
          </w:tcPr>
          <w:p w14:paraId="5150D5D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27E03D" w14:textId="77777777" w:rsidR="00D60D5E" w:rsidRDefault="00D60D5E">
            <w:pPr>
              <w:jc w:val="center"/>
            </w:pPr>
          </w:p>
        </w:tc>
      </w:tr>
      <w:tr w:rsidR="00D60D5E" w14:paraId="096E523B" w14:textId="77777777" w:rsidTr="000617E0">
        <w:trPr>
          <w:cantSplit/>
          <w:jc w:val="center"/>
        </w:trPr>
        <w:tc>
          <w:tcPr>
            <w:tcW w:w="677" w:type="dxa"/>
            <w:tcMar>
              <w:top w:w="28" w:type="dxa"/>
              <w:left w:w="38" w:type="dxa"/>
              <w:bottom w:w="28" w:type="dxa"/>
              <w:right w:w="38" w:type="dxa"/>
            </w:tcMar>
            <w:vAlign w:val="center"/>
          </w:tcPr>
          <w:p w14:paraId="6D7390F6" w14:textId="77777777" w:rsidR="00D60D5E" w:rsidRDefault="00891EF0">
            <w:pPr>
              <w:spacing w:after="0" w:line="240" w:lineRule="auto"/>
              <w:jc w:val="center"/>
            </w:pPr>
            <w:r>
              <w:rPr>
                <w:rFonts w:eastAsia="Aptos"/>
                <w:color w:val="6A7075"/>
                <w:sz w:val="17"/>
              </w:rPr>
              <w:t>265-145</w:t>
            </w:r>
          </w:p>
        </w:tc>
        <w:tc>
          <w:tcPr>
            <w:tcW w:w="2648" w:type="dxa"/>
            <w:tcMar>
              <w:top w:w="28" w:type="dxa"/>
              <w:left w:w="38" w:type="dxa"/>
              <w:bottom w:w="28" w:type="dxa"/>
              <w:right w:w="38" w:type="dxa"/>
            </w:tcMar>
            <w:vAlign w:val="center"/>
          </w:tcPr>
          <w:p w14:paraId="058D1D50" w14:textId="77777777" w:rsidR="00D60D5E" w:rsidRDefault="00891EF0">
            <w:pPr>
              <w:spacing w:after="0" w:line="240" w:lineRule="auto"/>
            </w:pPr>
            <w:r>
              <w:rPr>
                <w:rFonts w:eastAsia="Aptos"/>
                <w:sz w:val="17"/>
              </w:rPr>
              <w:t>Dasani Water 20 x 24 pk *NEW*</w:t>
            </w:r>
          </w:p>
        </w:tc>
        <w:tc>
          <w:tcPr>
            <w:tcW w:w="630" w:type="dxa"/>
            <w:tcMar>
              <w:top w:w="28" w:type="dxa"/>
              <w:left w:w="38" w:type="dxa"/>
              <w:bottom w:w="28" w:type="dxa"/>
              <w:right w:w="38" w:type="dxa"/>
            </w:tcMar>
            <w:vAlign w:val="center"/>
          </w:tcPr>
          <w:p w14:paraId="11AA47ED"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4C961B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BC073C" w14:textId="77777777" w:rsidR="00D60D5E" w:rsidRDefault="00D60D5E">
            <w:pPr>
              <w:jc w:val="center"/>
            </w:pPr>
          </w:p>
        </w:tc>
      </w:tr>
      <w:tr w:rsidR="00D60D5E" w14:paraId="1FADB86A" w14:textId="77777777" w:rsidTr="000617E0">
        <w:trPr>
          <w:cantSplit/>
          <w:jc w:val="center"/>
        </w:trPr>
        <w:tc>
          <w:tcPr>
            <w:tcW w:w="677" w:type="dxa"/>
            <w:tcMar>
              <w:top w:w="28" w:type="dxa"/>
              <w:left w:w="38" w:type="dxa"/>
              <w:bottom w:w="28" w:type="dxa"/>
              <w:right w:w="38" w:type="dxa"/>
            </w:tcMar>
            <w:vAlign w:val="center"/>
          </w:tcPr>
          <w:p w14:paraId="68555535" w14:textId="77777777" w:rsidR="00D60D5E" w:rsidRDefault="00891EF0">
            <w:pPr>
              <w:spacing w:after="0" w:line="240" w:lineRule="auto"/>
              <w:jc w:val="center"/>
            </w:pPr>
            <w:r>
              <w:rPr>
                <w:rFonts w:eastAsia="Aptos"/>
                <w:color w:val="6A7075"/>
                <w:sz w:val="17"/>
              </w:rPr>
              <w:t>265-150</w:t>
            </w:r>
          </w:p>
        </w:tc>
        <w:tc>
          <w:tcPr>
            <w:tcW w:w="2648" w:type="dxa"/>
            <w:tcMar>
              <w:top w:w="28" w:type="dxa"/>
              <w:left w:w="38" w:type="dxa"/>
              <w:bottom w:w="28" w:type="dxa"/>
              <w:right w:w="38" w:type="dxa"/>
            </w:tcMar>
            <w:vAlign w:val="center"/>
          </w:tcPr>
          <w:p w14:paraId="2CB2BFCD" w14:textId="77777777" w:rsidR="00D60D5E" w:rsidRDefault="00891EF0">
            <w:pPr>
              <w:spacing w:after="0" w:line="240" w:lineRule="auto"/>
            </w:pPr>
            <w:r>
              <w:rPr>
                <w:rFonts w:eastAsia="Aptos"/>
                <w:sz w:val="17"/>
              </w:rPr>
              <w:t>Nikini Water 16 oz x 24 pk *NEW*</w:t>
            </w:r>
          </w:p>
        </w:tc>
        <w:tc>
          <w:tcPr>
            <w:tcW w:w="630" w:type="dxa"/>
            <w:tcMar>
              <w:top w:w="28" w:type="dxa"/>
              <w:left w:w="38" w:type="dxa"/>
              <w:bottom w:w="28" w:type="dxa"/>
              <w:right w:w="38" w:type="dxa"/>
            </w:tcMar>
            <w:vAlign w:val="center"/>
          </w:tcPr>
          <w:p w14:paraId="6074E460"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7F6A2CF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74BBD66" w14:textId="77777777" w:rsidR="00D60D5E" w:rsidRDefault="00D60D5E">
            <w:pPr>
              <w:jc w:val="center"/>
            </w:pPr>
          </w:p>
        </w:tc>
      </w:tr>
      <w:tr w:rsidR="00D60D5E" w14:paraId="625BD973" w14:textId="77777777" w:rsidTr="000617E0">
        <w:trPr>
          <w:cantSplit/>
          <w:jc w:val="center"/>
        </w:trPr>
        <w:tc>
          <w:tcPr>
            <w:tcW w:w="677" w:type="dxa"/>
            <w:tcMar>
              <w:top w:w="28" w:type="dxa"/>
              <w:left w:w="38" w:type="dxa"/>
              <w:bottom w:w="28" w:type="dxa"/>
              <w:right w:w="38" w:type="dxa"/>
            </w:tcMar>
            <w:vAlign w:val="center"/>
          </w:tcPr>
          <w:p w14:paraId="6688837C" w14:textId="77777777" w:rsidR="00D60D5E" w:rsidRDefault="00891EF0">
            <w:pPr>
              <w:spacing w:after="0" w:line="240" w:lineRule="auto"/>
              <w:jc w:val="center"/>
            </w:pPr>
            <w:r>
              <w:rPr>
                <w:rFonts w:eastAsia="Aptos"/>
                <w:color w:val="6A7075"/>
                <w:sz w:val="17"/>
              </w:rPr>
              <w:t>265-155</w:t>
            </w:r>
          </w:p>
        </w:tc>
        <w:tc>
          <w:tcPr>
            <w:tcW w:w="2648" w:type="dxa"/>
            <w:tcMar>
              <w:top w:w="28" w:type="dxa"/>
              <w:left w:w="38" w:type="dxa"/>
              <w:bottom w:w="28" w:type="dxa"/>
              <w:right w:w="38" w:type="dxa"/>
            </w:tcMar>
            <w:vAlign w:val="center"/>
          </w:tcPr>
          <w:p w14:paraId="1E29291B" w14:textId="77777777" w:rsidR="00D60D5E" w:rsidRDefault="00891EF0">
            <w:pPr>
              <w:spacing w:after="0" w:line="240" w:lineRule="auto"/>
            </w:pPr>
            <w:r>
              <w:rPr>
                <w:rFonts w:eastAsia="Aptos"/>
                <w:sz w:val="17"/>
              </w:rPr>
              <w:t>Roxanne Water 16 oz x 24 pk *NEW*</w:t>
            </w:r>
          </w:p>
        </w:tc>
        <w:tc>
          <w:tcPr>
            <w:tcW w:w="630" w:type="dxa"/>
            <w:tcMar>
              <w:top w:w="28" w:type="dxa"/>
              <w:left w:w="38" w:type="dxa"/>
              <w:bottom w:w="28" w:type="dxa"/>
              <w:right w:w="38" w:type="dxa"/>
            </w:tcMar>
            <w:vAlign w:val="center"/>
          </w:tcPr>
          <w:p w14:paraId="2C1AAA5B"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16062BB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C7F056" w14:textId="77777777" w:rsidR="00D60D5E" w:rsidRDefault="00D60D5E">
            <w:pPr>
              <w:jc w:val="center"/>
            </w:pPr>
          </w:p>
        </w:tc>
      </w:tr>
      <w:tr w:rsidR="00D60D5E" w14:paraId="6B66E707" w14:textId="77777777" w:rsidTr="000617E0">
        <w:trPr>
          <w:cantSplit/>
          <w:jc w:val="center"/>
        </w:trPr>
        <w:tc>
          <w:tcPr>
            <w:tcW w:w="677" w:type="dxa"/>
            <w:tcMar>
              <w:top w:w="28" w:type="dxa"/>
              <w:left w:w="38" w:type="dxa"/>
              <w:bottom w:w="28" w:type="dxa"/>
              <w:right w:w="38" w:type="dxa"/>
            </w:tcMar>
            <w:vAlign w:val="center"/>
          </w:tcPr>
          <w:p w14:paraId="78B1F22E" w14:textId="77777777" w:rsidR="00D60D5E" w:rsidRDefault="00891EF0">
            <w:pPr>
              <w:spacing w:after="0" w:line="240" w:lineRule="auto"/>
              <w:jc w:val="center"/>
            </w:pPr>
            <w:r>
              <w:rPr>
                <w:rFonts w:eastAsia="Aptos"/>
                <w:color w:val="6A7075"/>
                <w:sz w:val="17"/>
              </w:rPr>
              <w:t>265-160</w:t>
            </w:r>
          </w:p>
        </w:tc>
        <w:tc>
          <w:tcPr>
            <w:tcW w:w="2648" w:type="dxa"/>
            <w:tcMar>
              <w:top w:w="28" w:type="dxa"/>
              <w:left w:w="38" w:type="dxa"/>
              <w:bottom w:w="28" w:type="dxa"/>
              <w:right w:w="38" w:type="dxa"/>
            </w:tcMar>
            <w:vAlign w:val="center"/>
          </w:tcPr>
          <w:p w14:paraId="5DA4D402" w14:textId="77777777" w:rsidR="00D60D5E" w:rsidRDefault="00891EF0">
            <w:pPr>
              <w:spacing w:after="0" w:line="240" w:lineRule="auto"/>
            </w:pPr>
            <w:r>
              <w:rPr>
                <w:rFonts w:eastAsia="Aptos"/>
                <w:sz w:val="17"/>
              </w:rPr>
              <w:t>La Croix Sparkling Flavored Water 12 oz x 24 pk</w:t>
            </w:r>
          </w:p>
        </w:tc>
        <w:tc>
          <w:tcPr>
            <w:tcW w:w="630" w:type="dxa"/>
            <w:tcMar>
              <w:top w:w="28" w:type="dxa"/>
              <w:left w:w="38" w:type="dxa"/>
              <w:bottom w:w="28" w:type="dxa"/>
              <w:right w:w="38" w:type="dxa"/>
            </w:tcMar>
            <w:vAlign w:val="center"/>
          </w:tcPr>
          <w:p w14:paraId="17662FF7" w14:textId="77777777" w:rsidR="00D60D5E" w:rsidRDefault="00891EF0">
            <w:pPr>
              <w:spacing w:after="0" w:line="240" w:lineRule="auto"/>
              <w:jc w:val="center"/>
            </w:pPr>
            <w:r>
              <w:rPr>
                <w:rFonts w:eastAsia="Aptos"/>
                <w:b/>
                <w:sz w:val="17"/>
              </w:rPr>
              <w:t>22.89</w:t>
            </w:r>
          </w:p>
        </w:tc>
        <w:tc>
          <w:tcPr>
            <w:tcW w:w="540" w:type="dxa"/>
            <w:tcMar>
              <w:top w:w="28" w:type="dxa"/>
              <w:left w:w="38" w:type="dxa"/>
              <w:bottom w:w="28" w:type="dxa"/>
              <w:right w:w="38" w:type="dxa"/>
            </w:tcMar>
            <w:vAlign w:val="center"/>
          </w:tcPr>
          <w:p w14:paraId="464AC5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75CDDA" w14:textId="77777777" w:rsidR="00D60D5E" w:rsidRDefault="00D60D5E">
            <w:pPr>
              <w:jc w:val="center"/>
            </w:pPr>
          </w:p>
        </w:tc>
      </w:tr>
      <w:tr w:rsidR="00D60D5E" w14:paraId="6AB48F13" w14:textId="77777777" w:rsidTr="000617E0">
        <w:trPr>
          <w:cantSplit/>
          <w:jc w:val="center"/>
        </w:trPr>
        <w:tc>
          <w:tcPr>
            <w:tcW w:w="677" w:type="dxa"/>
            <w:tcMar>
              <w:top w:w="28" w:type="dxa"/>
              <w:left w:w="38" w:type="dxa"/>
              <w:bottom w:w="28" w:type="dxa"/>
              <w:right w:w="38" w:type="dxa"/>
            </w:tcMar>
            <w:vAlign w:val="center"/>
          </w:tcPr>
          <w:p w14:paraId="65B9F8A4" w14:textId="77777777" w:rsidR="00D60D5E" w:rsidRDefault="00891EF0">
            <w:pPr>
              <w:spacing w:after="0" w:line="240" w:lineRule="auto"/>
              <w:jc w:val="center"/>
            </w:pPr>
            <w:r>
              <w:rPr>
                <w:rFonts w:eastAsia="Aptos"/>
                <w:color w:val="6A7075"/>
                <w:sz w:val="17"/>
              </w:rPr>
              <w:t>265-165</w:t>
            </w:r>
          </w:p>
        </w:tc>
        <w:tc>
          <w:tcPr>
            <w:tcW w:w="2648" w:type="dxa"/>
            <w:tcMar>
              <w:top w:w="28" w:type="dxa"/>
              <w:left w:w="38" w:type="dxa"/>
              <w:bottom w:w="28" w:type="dxa"/>
              <w:right w:w="38" w:type="dxa"/>
            </w:tcMar>
            <w:vAlign w:val="center"/>
          </w:tcPr>
          <w:p w14:paraId="2A84AA95" w14:textId="77777777" w:rsidR="00D60D5E" w:rsidRDefault="00891EF0">
            <w:pPr>
              <w:spacing w:after="0" w:line="240" w:lineRule="auto"/>
            </w:pPr>
            <w:r>
              <w:rPr>
                <w:rFonts w:eastAsia="Aptos"/>
                <w:sz w:val="17"/>
              </w:rPr>
              <w:t>Perrier 750ml</w:t>
            </w:r>
          </w:p>
        </w:tc>
        <w:tc>
          <w:tcPr>
            <w:tcW w:w="630" w:type="dxa"/>
            <w:tcMar>
              <w:top w:w="28" w:type="dxa"/>
              <w:left w:w="38" w:type="dxa"/>
              <w:bottom w:w="28" w:type="dxa"/>
              <w:right w:w="38" w:type="dxa"/>
            </w:tcMar>
            <w:vAlign w:val="center"/>
          </w:tcPr>
          <w:p w14:paraId="3E90EB66" w14:textId="77777777" w:rsidR="00D60D5E" w:rsidRDefault="00891EF0">
            <w:pPr>
              <w:spacing w:after="0" w:line="240" w:lineRule="auto"/>
              <w:jc w:val="center"/>
            </w:pPr>
            <w:r>
              <w:rPr>
                <w:rFonts w:eastAsia="Aptos"/>
                <w:b/>
                <w:sz w:val="17"/>
              </w:rPr>
              <w:t>3.50</w:t>
            </w:r>
          </w:p>
        </w:tc>
        <w:tc>
          <w:tcPr>
            <w:tcW w:w="540" w:type="dxa"/>
            <w:tcMar>
              <w:top w:w="28" w:type="dxa"/>
              <w:left w:w="38" w:type="dxa"/>
              <w:bottom w:w="28" w:type="dxa"/>
              <w:right w:w="38" w:type="dxa"/>
            </w:tcMar>
            <w:vAlign w:val="center"/>
          </w:tcPr>
          <w:p w14:paraId="58A376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0BD344" w14:textId="77777777" w:rsidR="00D60D5E" w:rsidRDefault="00D60D5E">
            <w:pPr>
              <w:jc w:val="center"/>
            </w:pPr>
          </w:p>
        </w:tc>
      </w:tr>
      <w:tr w:rsidR="00D60D5E" w14:paraId="3FA71EC3" w14:textId="77777777" w:rsidTr="000617E0">
        <w:trPr>
          <w:cantSplit/>
          <w:jc w:val="center"/>
        </w:trPr>
        <w:tc>
          <w:tcPr>
            <w:tcW w:w="677" w:type="dxa"/>
            <w:tcMar>
              <w:top w:w="28" w:type="dxa"/>
              <w:left w:w="38" w:type="dxa"/>
              <w:bottom w:w="28" w:type="dxa"/>
              <w:right w:w="38" w:type="dxa"/>
            </w:tcMar>
            <w:vAlign w:val="center"/>
          </w:tcPr>
          <w:p w14:paraId="2BE1AEA9" w14:textId="77777777" w:rsidR="00D60D5E" w:rsidRDefault="00891EF0">
            <w:pPr>
              <w:spacing w:after="0" w:line="240" w:lineRule="auto"/>
              <w:jc w:val="center"/>
            </w:pPr>
            <w:r>
              <w:rPr>
                <w:rFonts w:eastAsia="Aptos"/>
                <w:color w:val="6A7075"/>
                <w:sz w:val="17"/>
              </w:rPr>
              <w:t>265-170</w:t>
            </w:r>
          </w:p>
        </w:tc>
        <w:tc>
          <w:tcPr>
            <w:tcW w:w="2648" w:type="dxa"/>
            <w:tcMar>
              <w:top w:w="28" w:type="dxa"/>
              <w:left w:w="38" w:type="dxa"/>
              <w:bottom w:w="28" w:type="dxa"/>
              <w:right w:w="38" w:type="dxa"/>
            </w:tcMar>
            <w:vAlign w:val="center"/>
          </w:tcPr>
          <w:p w14:paraId="0BF64C4F" w14:textId="77777777" w:rsidR="00D60D5E" w:rsidRDefault="00891EF0">
            <w:pPr>
              <w:spacing w:after="0" w:line="240" w:lineRule="auto"/>
            </w:pPr>
            <w:r>
              <w:rPr>
                <w:rFonts w:eastAsia="Aptos"/>
                <w:sz w:val="17"/>
              </w:rPr>
              <w:t>Perrier 330ml</w:t>
            </w:r>
          </w:p>
        </w:tc>
        <w:tc>
          <w:tcPr>
            <w:tcW w:w="630" w:type="dxa"/>
            <w:tcMar>
              <w:top w:w="28" w:type="dxa"/>
              <w:left w:w="38" w:type="dxa"/>
              <w:bottom w:w="28" w:type="dxa"/>
              <w:right w:w="38" w:type="dxa"/>
            </w:tcMar>
            <w:vAlign w:val="center"/>
          </w:tcPr>
          <w:p w14:paraId="02DA2E0C" w14:textId="77777777" w:rsidR="00D60D5E" w:rsidRDefault="00891EF0">
            <w:pPr>
              <w:spacing w:after="0" w:line="240" w:lineRule="auto"/>
              <w:jc w:val="center"/>
            </w:pPr>
            <w:r>
              <w:rPr>
                <w:rFonts w:eastAsia="Aptos"/>
                <w:b/>
                <w:sz w:val="17"/>
              </w:rPr>
              <w:t>1.85</w:t>
            </w:r>
          </w:p>
        </w:tc>
        <w:tc>
          <w:tcPr>
            <w:tcW w:w="540" w:type="dxa"/>
            <w:tcMar>
              <w:top w:w="28" w:type="dxa"/>
              <w:left w:w="38" w:type="dxa"/>
              <w:bottom w:w="28" w:type="dxa"/>
              <w:right w:w="38" w:type="dxa"/>
            </w:tcMar>
            <w:vAlign w:val="center"/>
          </w:tcPr>
          <w:p w14:paraId="072530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C02DBB" w14:textId="77777777" w:rsidR="00D60D5E" w:rsidRDefault="00D60D5E">
            <w:pPr>
              <w:jc w:val="center"/>
            </w:pPr>
          </w:p>
        </w:tc>
      </w:tr>
      <w:tr w:rsidR="00D60D5E" w14:paraId="56C376C4" w14:textId="77777777" w:rsidTr="000617E0">
        <w:trPr>
          <w:cantSplit/>
          <w:jc w:val="center"/>
        </w:trPr>
        <w:tc>
          <w:tcPr>
            <w:tcW w:w="677" w:type="dxa"/>
            <w:tcMar>
              <w:top w:w="28" w:type="dxa"/>
              <w:left w:w="38" w:type="dxa"/>
              <w:bottom w:w="28" w:type="dxa"/>
              <w:right w:w="38" w:type="dxa"/>
            </w:tcMar>
            <w:vAlign w:val="center"/>
          </w:tcPr>
          <w:p w14:paraId="09540678" w14:textId="77777777" w:rsidR="00D60D5E" w:rsidRDefault="00891EF0">
            <w:pPr>
              <w:spacing w:after="0" w:line="240" w:lineRule="auto"/>
              <w:jc w:val="center"/>
            </w:pPr>
            <w:r>
              <w:rPr>
                <w:rFonts w:eastAsia="Aptos"/>
                <w:color w:val="6A7075"/>
                <w:sz w:val="17"/>
              </w:rPr>
              <w:t>265-175</w:t>
            </w:r>
          </w:p>
        </w:tc>
        <w:tc>
          <w:tcPr>
            <w:tcW w:w="2648" w:type="dxa"/>
            <w:tcMar>
              <w:top w:w="28" w:type="dxa"/>
              <w:left w:w="38" w:type="dxa"/>
              <w:bottom w:w="28" w:type="dxa"/>
              <w:right w:w="38" w:type="dxa"/>
            </w:tcMar>
            <w:vAlign w:val="center"/>
          </w:tcPr>
          <w:p w14:paraId="7788E515" w14:textId="77777777" w:rsidR="00D60D5E" w:rsidRDefault="00891EF0">
            <w:pPr>
              <w:spacing w:after="0" w:line="240" w:lineRule="auto"/>
            </w:pPr>
            <w:r>
              <w:rPr>
                <w:rFonts w:eastAsia="Aptos"/>
                <w:sz w:val="17"/>
              </w:rPr>
              <w:t>Poland Springs 3 ltr</w:t>
            </w:r>
          </w:p>
        </w:tc>
        <w:tc>
          <w:tcPr>
            <w:tcW w:w="630" w:type="dxa"/>
            <w:tcMar>
              <w:top w:w="28" w:type="dxa"/>
              <w:left w:w="38" w:type="dxa"/>
              <w:bottom w:w="28" w:type="dxa"/>
              <w:right w:w="38" w:type="dxa"/>
            </w:tcMar>
            <w:vAlign w:val="center"/>
          </w:tcPr>
          <w:p w14:paraId="59C95F5F" w14:textId="77777777" w:rsidR="00D60D5E" w:rsidRDefault="00891EF0">
            <w:pPr>
              <w:spacing w:after="0" w:line="240" w:lineRule="auto"/>
              <w:jc w:val="center"/>
            </w:pPr>
            <w:r>
              <w:rPr>
                <w:rFonts w:eastAsia="Aptos"/>
                <w:b/>
                <w:sz w:val="17"/>
              </w:rPr>
              <w:t>5.89</w:t>
            </w:r>
          </w:p>
        </w:tc>
        <w:tc>
          <w:tcPr>
            <w:tcW w:w="540" w:type="dxa"/>
            <w:tcMar>
              <w:top w:w="28" w:type="dxa"/>
              <w:left w:w="38" w:type="dxa"/>
              <w:bottom w:w="28" w:type="dxa"/>
              <w:right w:w="38" w:type="dxa"/>
            </w:tcMar>
            <w:vAlign w:val="center"/>
          </w:tcPr>
          <w:p w14:paraId="1D5CAC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4E0286" w14:textId="77777777" w:rsidR="00D60D5E" w:rsidRDefault="00D60D5E">
            <w:pPr>
              <w:jc w:val="center"/>
            </w:pPr>
          </w:p>
        </w:tc>
      </w:tr>
      <w:tr w:rsidR="00D60D5E" w14:paraId="6924068B" w14:textId="77777777" w:rsidTr="000617E0">
        <w:trPr>
          <w:cantSplit/>
          <w:jc w:val="center"/>
        </w:trPr>
        <w:tc>
          <w:tcPr>
            <w:tcW w:w="677" w:type="dxa"/>
            <w:tcMar>
              <w:top w:w="28" w:type="dxa"/>
              <w:left w:w="38" w:type="dxa"/>
              <w:bottom w:w="28" w:type="dxa"/>
              <w:right w:w="38" w:type="dxa"/>
            </w:tcMar>
            <w:vAlign w:val="center"/>
          </w:tcPr>
          <w:p w14:paraId="23B01DDD" w14:textId="77777777" w:rsidR="00D60D5E" w:rsidRDefault="00891EF0">
            <w:pPr>
              <w:spacing w:after="0" w:line="240" w:lineRule="auto"/>
              <w:jc w:val="center"/>
            </w:pPr>
            <w:r>
              <w:rPr>
                <w:rFonts w:eastAsia="Aptos"/>
                <w:color w:val="6A7075"/>
                <w:sz w:val="17"/>
              </w:rPr>
              <w:t>265-180</w:t>
            </w:r>
          </w:p>
        </w:tc>
        <w:tc>
          <w:tcPr>
            <w:tcW w:w="2648" w:type="dxa"/>
            <w:tcMar>
              <w:top w:w="28" w:type="dxa"/>
              <w:left w:w="38" w:type="dxa"/>
              <w:bottom w:w="28" w:type="dxa"/>
              <w:right w:w="38" w:type="dxa"/>
            </w:tcMar>
            <w:vAlign w:val="center"/>
          </w:tcPr>
          <w:p w14:paraId="367666E6" w14:textId="77777777" w:rsidR="00D60D5E" w:rsidRDefault="00891EF0">
            <w:pPr>
              <w:spacing w:after="0" w:line="240" w:lineRule="auto"/>
            </w:pPr>
            <w:r>
              <w:rPr>
                <w:rFonts w:eastAsia="Aptos"/>
                <w:sz w:val="17"/>
              </w:rPr>
              <w:t>Poland Springs 1.5 ltr</w:t>
            </w:r>
          </w:p>
        </w:tc>
        <w:tc>
          <w:tcPr>
            <w:tcW w:w="630" w:type="dxa"/>
            <w:tcMar>
              <w:top w:w="28" w:type="dxa"/>
              <w:left w:w="38" w:type="dxa"/>
              <w:bottom w:w="28" w:type="dxa"/>
              <w:right w:w="38" w:type="dxa"/>
            </w:tcMar>
            <w:vAlign w:val="center"/>
          </w:tcPr>
          <w:p w14:paraId="7756678F" w14:textId="77777777" w:rsidR="00D60D5E" w:rsidRDefault="00891EF0">
            <w:pPr>
              <w:spacing w:after="0" w:line="240" w:lineRule="auto"/>
              <w:jc w:val="center"/>
            </w:pPr>
            <w:r>
              <w:rPr>
                <w:rFonts w:eastAsia="Aptos"/>
                <w:b/>
                <w:sz w:val="17"/>
              </w:rPr>
              <w:t>2.75</w:t>
            </w:r>
          </w:p>
        </w:tc>
        <w:tc>
          <w:tcPr>
            <w:tcW w:w="540" w:type="dxa"/>
            <w:tcMar>
              <w:top w:w="28" w:type="dxa"/>
              <w:left w:w="38" w:type="dxa"/>
              <w:bottom w:w="28" w:type="dxa"/>
              <w:right w:w="38" w:type="dxa"/>
            </w:tcMar>
            <w:vAlign w:val="center"/>
          </w:tcPr>
          <w:p w14:paraId="48CFC94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691A54" w14:textId="77777777" w:rsidR="00D60D5E" w:rsidRDefault="00D60D5E">
            <w:pPr>
              <w:jc w:val="center"/>
            </w:pPr>
          </w:p>
        </w:tc>
      </w:tr>
      <w:tr w:rsidR="00D60D5E" w14:paraId="6DB15D79" w14:textId="77777777" w:rsidTr="000617E0">
        <w:trPr>
          <w:cantSplit/>
          <w:jc w:val="center"/>
        </w:trPr>
        <w:tc>
          <w:tcPr>
            <w:tcW w:w="677" w:type="dxa"/>
            <w:tcMar>
              <w:top w:w="28" w:type="dxa"/>
              <w:left w:w="38" w:type="dxa"/>
              <w:bottom w:w="28" w:type="dxa"/>
              <w:right w:w="38" w:type="dxa"/>
            </w:tcMar>
            <w:vAlign w:val="center"/>
          </w:tcPr>
          <w:p w14:paraId="261BF045" w14:textId="77777777" w:rsidR="00D60D5E" w:rsidRDefault="00891EF0">
            <w:pPr>
              <w:spacing w:after="0" w:line="240" w:lineRule="auto"/>
              <w:jc w:val="center"/>
            </w:pPr>
            <w:r>
              <w:rPr>
                <w:rFonts w:eastAsia="Aptos"/>
                <w:color w:val="6A7075"/>
                <w:sz w:val="17"/>
              </w:rPr>
              <w:t>265-185</w:t>
            </w:r>
          </w:p>
        </w:tc>
        <w:tc>
          <w:tcPr>
            <w:tcW w:w="2648" w:type="dxa"/>
            <w:tcMar>
              <w:top w:w="28" w:type="dxa"/>
              <w:left w:w="38" w:type="dxa"/>
              <w:bottom w:w="28" w:type="dxa"/>
              <w:right w:w="38" w:type="dxa"/>
            </w:tcMar>
            <w:vAlign w:val="center"/>
          </w:tcPr>
          <w:p w14:paraId="18DD3E84" w14:textId="77777777" w:rsidR="00D60D5E" w:rsidRDefault="00891EF0">
            <w:pPr>
              <w:spacing w:after="0" w:line="240" w:lineRule="auto"/>
            </w:pPr>
            <w:r>
              <w:rPr>
                <w:rFonts w:eastAsia="Aptos"/>
                <w:sz w:val="17"/>
              </w:rPr>
              <w:t>Poland Springs 1 ltr</w:t>
            </w:r>
          </w:p>
        </w:tc>
        <w:tc>
          <w:tcPr>
            <w:tcW w:w="630" w:type="dxa"/>
            <w:tcMar>
              <w:top w:w="28" w:type="dxa"/>
              <w:left w:w="38" w:type="dxa"/>
              <w:bottom w:w="28" w:type="dxa"/>
              <w:right w:w="38" w:type="dxa"/>
            </w:tcMar>
            <w:vAlign w:val="center"/>
          </w:tcPr>
          <w:p w14:paraId="7AB4114F"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69090F3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999337" w14:textId="77777777" w:rsidR="00D60D5E" w:rsidRDefault="00D60D5E">
            <w:pPr>
              <w:jc w:val="center"/>
            </w:pPr>
          </w:p>
        </w:tc>
      </w:tr>
      <w:tr w:rsidR="00D60D5E" w14:paraId="67DBDD89" w14:textId="77777777" w:rsidTr="000617E0">
        <w:trPr>
          <w:cantSplit/>
          <w:jc w:val="center"/>
        </w:trPr>
        <w:tc>
          <w:tcPr>
            <w:tcW w:w="677" w:type="dxa"/>
            <w:tcMar>
              <w:top w:w="28" w:type="dxa"/>
              <w:left w:w="38" w:type="dxa"/>
              <w:bottom w:w="28" w:type="dxa"/>
              <w:right w:w="38" w:type="dxa"/>
            </w:tcMar>
            <w:vAlign w:val="center"/>
          </w:tcPr>
          <w:p w14:paraId="485BE983" w14:textId="77777777" w:rsidR="00D60D5E" w:rsidRDefault="00891EF0">
            <w:pPr>
              <w:spacing w:after="0" w:line="240" w:lineRule="auto"/>
              <w:jc w:val="center"/>
            </w:pPr>
            <w:r>
              <w:rPr>
                <w:rFonts w:eastAsia="Aptos"/>
                <w:color w:val="6A7075"/>
                <w:sz w:val="17"/>
              </w:rPr>
              <w:t>265-190</w:t>
            </w:r>
          </w:p>
        </w:tc>
        <w:tc>
          <w:tcPr>
            <w:tcW w:w="2648" w:type="dxa"/>
            <w:tcMar>
              <w:top w:w="28" w:type="dxa"/>
              <w:left w:w="38" w:type="dxa"/>
              <w:bottom w:w="28" w:type="dxa"/>
              <w:right w:w="38" w:type="dxa"/>
            </w:tcMar>
            <w:vAlign w:val="center"/>
          </w:tcPr>
          <w:p w14:paraId="091A187D" w14:textId="77777777" w:rsidR="00D60D5E" w:rsidRDefault="00891EF0">
            <w:pPr>
              <w:spacing w:after="0" w:line="240" w:lineRule="auto"/>
            </w:pPr>
            <w:r>
              <w:rPr>
                <w:rFonts w:eastAsia="Aptos"/>
                <w:sz w:val="17"/>
              </w:rPr>
              <w:t>Poland Springs 24 oz (Sports Cap)</w:t>
            </w:r>
          </w:p>
        </w:tc>
        <w:tc>
          <w:tcPr>
            <w:tcW w:w="630" w:type="dxa"/>
            <w:tcMar>
              <w:top w:w="28" w:type="dxa"/>
              <w:left w:w="38" w:type="dxa"/>
              <w:bottom w:w="28" w:type="dxa"/>
              <w:right w:w="38" w:type="dxa"/>
            </w:tcMar>
            <w:vAlign w:val="center"/>
          </w:tcPr>
          <w:p w14:paraId="492A3B57" w14:textId="77777777" w:rsidR="00D60D5E" w:rsidRDefault="00891EF0">
            <w:pPr>
              <w:spacing w:after="0" w:line="240" w:lineRule="auto"/>
              <w:jc w:val="center"/>
            </w:pPr>
            <w:r>
              <w:rPr>
                <w:rFonts w:eastAsia="Aptos"/>
                <w:b/>
                <w:sz w:val="17"/>
              </w:rPr>
              <w:t>1.39</w:t>
            </w:r>
          </w:p>
        </w:tc>
        <w:tc>
          <w:tcPr>
            <w:tcW w:w="540" w:type="dxa"/>
            <w:tcMar>
              <w:top w:w="28" w:type="dxa"/>
              <w:left w:w="38" w:type="dxa"/>
              <w:bottom w:w="28" w:type="dxa"/>
              <w:right w:w="38" w:type="dxa"/>
            </w:tcMar>
            <w:vAlign w:val="center"/>
          </w:tcPr>
          <w:p w14:paraId="743360D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169841" w14:textId="77777777" w:rsidR="00D60D5E" w:rsidRDefault="00D60D5E">
            <w:pPr>
              <w:jc w:val="center"/>
            </w:pPr>
          </w:p>
        </w:tc>
      </w:tr>
      <w:tr w:rsidR="00D60D5E" w14:paraId="52588AEC" w14:textId="77777777" w:rsidTr="000617E0">
        <w:trPr>
          <w:cantSplit/>
          <w:jc w:val="center"/>
        </w:trPr>
        <w:tc>
          <w:tcPr>
            <w:tcW w:w="677" w:type="dxa"/>
            <w:tcMar>
              <w:top w:w="28" w:type="dxa"/>
              <w:left w:w="38" w:type="dxa"/>
              <w:bottom w:w="28" w:type="dxa"/>
              <w:right w:w="38" w:type="dxa"/>
            </w:tcMar>
            <w:vAlign w:val="center"/>
          </w:tcPr>
          <w:p w14:paraId="78CECE92" w14:textId="77777777" w:rsidR="00D60D5E" w:rsidRDefault="00891EF0">
            <w:pPr>
              <w:spacing w:after="0" w:line="240" w:lineRule="auto"/>
              <w:jc w:val="center"/>
            </w:pPr>
            <w:r>
              <w:rPr>
                <w:rFonts w:eastAsia="Aptos"/>
                <w:color w:val="6A7075"/>
                <w:sz w:val="17"/>
              </w:rPr>
              <w:t>265-192</w:t>
            </w:r>
          </w:p>
        </w:tc>
        <w:tc>
          <w:tcPr>
            <w:tcW w:w="2648" w:type="dxa"/>
            <w:tcMar>
              <w:top w:w="28" w:type="dxa"/>
              <w:left w:w="38" w:type="dxa"/>
              <w:bottom w:w="28" w:type="dxa"/>
              <w:right w:w="38" w:type="dxa"/>
            </w:tcMar>
            <w:vAlign w:val="center"/>
          </w:tcPr>
          <w:p w14:paraId="30D7B645" w14:textId="77777777" w:rsidR="00D60D5E" w:rsidRDefault="00891EF0">
            <w:pPr>
              <w:spacing w:after="0" w:line="240" w:lineRule="auto"/>
            </w:pPr>
            <w:r>
              <w:rPr>
                <w:rFonts w:eastAsia="Aptos"/>
                <w:sz w:val="17"/>
              </w:rPr>
              <w:t>Poland Springs .5 Ltr (16oz)</w:t>
            </w:r>
          </w:p>
        </w:tc>
        <w:tc>
          <w:tcPr>
            <w:tcW w:w="630" w:type="dxa"/>
            <w:tcMar>
              <w:top w:w="28" w:type="dxa"/>
              <w:left w:w="38" w:type="dxa"/>
              <w:bottom w:w="28" w:type="dxa"/>
              <w:right w:w="38" w:type="dxa"/>
            </w:tcMar>
            <w:vAlign w:val="center"/>
          </w:tcPr>
          <w:p w14:paraId="5E783906" w14:textId="77777777" w:rsidR="00D60D5E" w:rsidRDefault="00891EF0">
            <w:pPr>
              <w:spacing w:after="0" w:line="240" w:lineRule="auto"/>
              <w:jc w:val="center"/>
            </w:pPr>
            <w:r>
              <w:rPr>
                <w:rFonts w:eastAsia="Aptos"/>
                <w:b/>
                <w:sz w:val="17"/>
              </w:rPr>
              <w:t>1.08</w:t>
            </w:r>
          </w:p>
        </w:tc>
        <w:tc>
          <w:tcPr>
            <w:tcW w:w="540" w:type="dxa"/>
            <w:tcMar>
              <w:top w:w="28" w:type="dxa"/>
              <w:left w:w="38" w:type="dxa"/>
              <w:bottom w:w="28" w:type="dxa"/>
              <w:right w:w="38" w:type="dxa"/>
            </w:tcMar>
            <w:vAlign w:val="center"/>
          </w:tcPr>
          <w:p w14:paraId="453091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5300F4" w14:textId="77777777" w:rsidR="00D60D5E" w:rsidRDefault="00D60D5E">
            <w:pPr>
              <w:jc w:val="center"/>
            </w:pPr>
          </w:p>
        </w:tc>
      </w:tr>
      <w:tr w:rsidR="00D60D5E" w14:paraId="10F96124" w14:textId="77777777" w:rsidTr="000617E0">
        <w:trPr>
          <w:cantSplit/>
          <w:jc w:val="center"/>
        </w:trPr>
        <w:tc>
          <w:tcPr>
            <w:tcW w:w="677" w:type="dxa"/>
            <w:tcMar>
              <w:top w:w="28" w:type="dxa"/>
              <w:left w:w="38" w:type="dxa"/>
              <w:bottom w:w="28" w:type="dxa"/>
              <w:right w:w="38" w:type="dxa"/>
            </w:tcMar>
            <w:vAlign w:val="center"/>
          </w:tcPr>
          <w:p w14:paraId="29D66A5C" w14:textId="77777777" w:rsidR="00D60D5E" w:rsidRDefault="00891EF0">
            <w:pPr>
              <w:spacing w:after="0" w:line="240" w:lineRule="auto"/>
              <w:jc w:val="center"/>
            </w:pPr>
            <w:r>
              <w:rPr>
                <w:rFonts w:eastAsia="Aptos"/>
                <w:color w:val="6A7075"/>
                <w:sz w:val="17"/>
              </w:rPr>
              <w:t>265-195</w:t>
            </w:r>
          </w:p>
        </w:tc>
        <w:tc>
          <w:tcPr>
            <w:tcW w:w="2648" w:type="dxa"/>
            <w:tcMar>
              <w:top w:w="28" w:type="dxa"/>
              <w:left w:w="38" w:type="dxa"/>
              <w:bottom w:w="28" w:type="dxa"/>
              <w:right w:w="38" w:type="dxa"/>
            </w:tcMar>
            <w:vAlign w:val="center"/>
          </w:tcPr>
          <w:p w14:paraId="21BB111B" w14:textId="77777777" w:rsidR="00D60D5E" w:rsidRDefault="00891EF0">
            <w:pPr>
              <w:spacing w:after="0" w:line="240" w:lineRule="auto"/>
            </w:pPr>
            <w:r>
              <w:rPr>
                <w:rFonts w:eastAsia="Aptos"/>
                <w:sz w:val="17"/>
              </w:rPr>
              <w:t>Poland Springs 8 oz</w:t>
            </w:r>
          </w:p>
        </w:tc>
        <w:tc>
          <w:tcPr>
            <w:tcW w:w="630" w:type="dxa"/>
            <w:tcMar>
              <w:top w:w="28" w:type="dxa"/>
              <w:left w:w="38" w:type="dxa"/>
              <w:bottom w:w="28" w:type="dxa"/>
              <w:right w:w="38" w:type="dxa"/>
            </w:tcMar>
            <w:vAlign w:val="center"/>
          </w:tcPr>
          <w:p w14:paraId="208C0FCD" w14:textId="77777777" w:rsidR="00D60D5E" w:rsidRDefault="00891EF0">
            <w:pPr>
              <w:spacing w:after="0" w:line="240" w:lineRule="auto"/>
              <w:jc w:val="center"/>
            </w:pPr>
            <w:r>
              <w:rPr>
                <w:rFonts w:eastAsia="Aptos"/>
                <w:b/>
                <w:sz w:val="17"/>
              </w:rPr>
              <w:t>0.69</w:t>
            </w:r>
          </w:p>
        </w:tc>
        <w:tc>
          <w:tcPr>
            <w:tcW w:w="540" w:type="dxa"/>
            <w:tcMar>
              <w:top w:w="28" w:type="dxa"/>
              <w:left w:w="38" w:type="dxa"/>
              <w:bottom w:w="28" w:type="dxa"/>
              <w:right w:w="38" w:type="dxa"/>
            </w:tcMar>
            <w:vAlign w:val="center"/>
          </w:tcPr>
          <w:p w14:paraId="384700E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FA075E" w14:textId="77777777" w:rsidR="00D60D5E" w:rsidRDefault="00D60D5E">
            <w:pPr>
              <w:jc w:val="center"/>
            </w:pPr>
          </w:p>
        </w:tc>
      </w:tr>
      <w:tr w:rsidR="00D60D5E" w14:paraId="18DE0F8F" w14:textId="77777777" w:rsidTr="000617E0">
        <w:trPr>
          <w:cantSplit/>
          <w:jc w:val="center"/>
        </w:trPr>
        <w:tc>
          <w:tcPr>
            <w:tcW w:w="677" w:type="dxa"/>
            <w:tcMar>
              <w:top w:w="28" w:type="dxa"/>
              <w:left w:w="38" w:type="dxa"/>
              <w:bottom w:w="28" w:type="dxa"/>
              <w:right w:w="38" w:type="dxa"/>
            </w:tcMar>
            <w:vAlign w:val="center"/>
          </w:tcPr>
          <w:p w14:paraId="4A105A33" w14:textId="77777777" w:rsidR="00D60D5E" w:rsidRDefault="00891EF0">
            <w:pPr>
              <w:spacing w:after="0" w:line="240" w:lineRule="auto"/>
              <w:jc w:val="center"/>
            </w:pPr>
            <w:r>
              <w:rPr>
                <w:rFonts w:eastAsia="Aptos"/>
                <w:color w:val="6A7075"/>
                <w:sz w:val="17"/>
              </w:rPr>
              <w:t>265-200</w:t>
            </w:r>
          </w:p>
        </w:tc>
        <w:tc>
          <w:tcPr>
            <w:tcW w:w="2648" w:type="dxa"/>
            <w:tcMar>
              <w:top w:w="28" w:type="dxa"/>
              <w:left w:w="38" w:type="dxa"/>
              <w:bottom w:w="28" w:type="dxa"/>
              <w:right w:w="38" w:type="dxa"/>
            </w:tcMar>
            <w:vAlign w:val="center"/>
          </w:tcPr>
          <w:p w14:paraId="7061323D" w14:textId="77777777" w:rsidR="00D60D5E" w:rsidRDefault="00891EF0">
            <w:pPr>
              <w:spacing w:after="0" w:line="240" w:lineRule="auto"/>
            </w:pPr>
            <w:r>
              <w:rPr>
                <w:rFonts w:eastAsia="Aptos"/>
                <w:sz w:val="17"/>
              </w:rPr>
              <w:t>Gatorade 20.3oz</w:t>
            </w:r>
          </w:p>
        </w:tc>
        <w:tc>
          <w:tcPr>
            <w:tcW w:w="630" w:type="dxa"/>
            <w:tcMar>
              <w:top w:w="28" w:type="dxa"/>
              <w:left w:w="38" w:type="dxa"/>
              <w:bottom w:w="28" w:type="dxa"/>
              <w:right w:w="38" w:type="dxa"/>
            </w:tcMar>
            <w:vAlign w:val="center"/>
          </w:tcPr>
          <w:p w14:paraId="5BD13496" w14:textId="77777777" w:rsidR="00D60D5E" w:rsidRDefault="00891EF0">
            <w:pPr>
              <w:spacing w:after="0" w:line="240" w:lineRule="auto"/>
              <w:jc w:val="center"/>
            </w:pPr>
            <w:r>
              <w:rPr>
                <w:rFonts w:eastAsia="Aptos"/>
                <w:b/>
                <w:sz w:val="17"/>
              </w:rPr>
              <w:t>1.49</w:t>
            </w:r>
          </w:p>
        </w:tc>
        <w:tc>
          <w:tcPr>
            <w:tcW w:w="540" w:type="dxa"/>
            <w:tcMar>
              <w:top w:w="28" w:type="dxa"/>
              <w:left w:w="38" w:type="dxa"/>
              <w:bottom w:w="28" w:type="dxa"/>
              <w:right w:w="38" w:type="dxa"/>
            </w:tcMar>
            <w:vAlign w:val="center"/>
          </w:tcPr>
          <w:p w14:paraId="03DB440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CD5261" w14:textId="77777777" w:rsidR="00D60D5E" w:rsidRDefault="00D60D5E">
            <w:pPr>
              <w:jc w:val="center"/>
            </w:pPr>
          </w:p>
        </w:tc>
      </w:tr>
      <w:tr w:rsidR="00D60D5E" w14:paraId="0B99F259" w14:textId="77777777" w:rsidTr="000617E0">
        <w:trPr>
          <w:cantSplit/>
          <w:jc w:val="center"/>
        </w:trPr>
        <w:tc>
          <w:tcPr>
            <w:tcW w:w="677" w:type="dxa"/>
            <w:tcMar>
              <w:top w:w="28" w:type="dxa"/>
              <w:left w:w="38" w:type="dxa"/>
              <w:bottom w:w="28" w:type="dxa"/>
              <w:right w:w="38" w:type="dxa"/>
            </w:tcMar>
            <w:vAlign w:val="center"/>
          </w:tcPr>
          <w:p w14:paraId="1A079CE5" w14:textId="77777777" w:rsidR="00D60D5E" w:rsidRDefault="00891EF0">
            <w:pPr>
              <w:spacing w:after="0" w:line="240" w:lineRule="auto"/>
              <w:jc w:val="center"/>
            </w:pPr>
            <w:r>
              <w:rPr>
                <w:rFonts w:eastAsia="Aptos"/>
                <w:color w:val="6A7075"/>
                <w:sz w:val="17"/>
              </w:rPr>
              <w:t>265-205</w:t>
            </w:r>
          </w:p>
        </w:tc>
        <w:tc>
          <w:tcPr>
            <w:tcW w:w="2648" w:type="dxa"/>
            <w:tcMar>
              <w:top w:w="28" w:type="dxa"/>
              <w:left w:w="38" w:type="dxa"/>
              <w:bottom w:w="28" w:type="dxa"/>
              <w:right w:w="38" w:type="dxa"/>
            </w:tcMar>
            <w:vAlign w:val="center"/>
          </w:tcPr>
          <w:p w14:paraId="311ABCA8" w14:textId="77777777" w:rsidR="00D60D5E" w:rsidRDefault="00891EF0">
            <w:pPr>
              <w:spacing w:after="0" w:line="240" w:lineRule="auto"/>
            </w:pPr>
            <w:r>
              <w:rPr>
                <w:rFonts w:eastAsia="Aptos"/>
                <w:sz w:val="17"/>
              </w:rPr>
              <w:t>Gatorade 32oz</w:t>
            </w:r>
          </w:p>
        </w:tc>
        <w:tc>
          <w:tcPr>
            <w:tcW w:w="630" w:type="dxa"/>
            <w:tcMar>
              <w:top w:w="28" w:type="dxa"/>
              <w:left w:w="38" w:type="dxa"/>
              <w:bottom w:w="28" w:type="dxa"/>
              <w:right w:w="38" w:type="dxa"/>
            </w:tcMar>
            <w:vAlign w:val="center"/>
          </w:tcPr>
          <w:p w14:paraId="69C44D19" w14:textId="77777777" w:rsidR="00D60D5E" w:rsidRDefault="00891EF0">
            <w:pPr>
              <w:spacing w:after="0" w:line="240" w:lineRule="auto"/>
              <w:jc w:val="center"/>
            </w:pPr>
            <w:r>
              <w:rPr>
                <w:rFonts w:eastAsia="Aptos"/>
                <w:b/>
                <w:sz w:val="17"/>
              </w:rPr>
              <w:t>2.45</w:t>
            </w:r>
          </w:p>
        </w:tc>
        <w:tc>
          <w:tcPr>
            <w:tcW w:w="540" w:type="dxa"/>
            <w:tcMar>
              <w:top w:w="28" w:type="dxa"/>
              <w:left w:w="38" w:type="dxa"/>
              <w:bottom w:w="28" w:type="dxa"/>
              <w:right w:w="38" w:type="dxa"/>
            </w:tcMar>
            <w:vAlign w:val="center"/>
          </w:tcPr>
          <w:p w14:paraId="2ACEB0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5B6762" w14:textId="77777777" w:rsidR="00D60D5E" w:rsidRDefault="00D60D5E">
            <w:pPr>
              <w:jc w:val="center"/>
            </w:pPr>
          </w:p>
        </w:tc>
      </w:tr>
      <w:tr w:rsidR="00D60D5E" w14:paraId="78E7B2F4" w14:textId="77777777" w:rsidTr="000617E0">
        <w:trPr>
          <w:cantSplit/>
          <w:jc w:val="center"/>
        </w:trPr>
        <w:tc>
          <w:tcPr>
            <w:tcW w:w="677" w:type="dxa"/>
            <w:tcMar>
              <w:top w:w="28" w:type="dxa"/>
              <w:left w:w="38" w:type="dxa"/>
              <w:bottom w:w="28" w:type="dxa"/>
              <w:right w:w="38" w:type="dxa"/>
            </w:tcMar>
            <w:vAlign w:val="center"/>
          </w:tcPr>
          <w:p w14:paraId="2BF2E858" w14:textId="77777777" w:rsidR="00D60D5E" w:rsidRDefault="00891EF0">
            <w:pPr>
              <w:spacing w:after="0" w:line="240" w:lineRule="auto"/>
              <w:jc w:val="center"/>
            </w:pPr>
            <w:r>
              <w:rPr>
                <w:rFonts w:eastAsia="Aptos"/>
                <w:color w:val="6A7075"/>
                <w:sz w:val="17"/>
              </w:rPr>
              <w:lastRenderedPageBreak/>
              <w:t>265-210</w:t>
            </w:r>
          </w:p>
        </w:tc>
        <w:tc>
          <w:tcPr>
            <w:tcW w:w="2648" w:type="dxa"/>
            <w:tcMar>
              <w:top w:w="28" w:type="dxa"/>
              <w:left w:w="38" w:type="dxa"/>
              <w:bottom w:w="28" w:type="dxa"/>
              <w:right w:w="38" w:type="dxa"/>
            </w:tcMar>
            <w:vAlign w:val="center"/>
          </w:tcPr>
          <w:p w14:paraId="20C851A9" w14:textId="77777777" w:rsidR="00D60D5E" w:rsidRDefault="00891EF0">
            <w:pPr>
              <w:spacing w:after="0" w:line="240" w:lineRule="auto"/>
            </w:pPr>
            <w:r>
              <w:rPr>
                <w:rFonts w:eastAsia="Aptos"/>
                <w:sz w:val="17"/>
              </w:rPr>
              <w:t>Gatorade 64oz</w:t>
            </w:r>
          </w:p>
        </w:tc>
        <w:tc>
          <w:tcPr>
            <w:tcW w:w="630" w:type="dxa"/>
            <w:tcMar>
              <w:top w:w="28" w:type="dxa"/>
              <w:left w:w="38" w:type="dxa"/>
              <w:bottom w:w="28" w:type="dxa"/>
              <w:right w:w="38" w:type="dxa"/>
            </w:tcMar>
            <w:vAlign w:val="center"/>
          </w:tcPr>
          <w:p w14:paraId="3FF18421" w14:textId="77777777" w:rsidR="00D60D5E" w:rsidRDefault="00891EF0">
            <w:pPr>
              <w:spacing w:after="0" w:line="240" w:lineRule="auto"/>
              <w:jc w:val="center"/>
            </w:pPr>
            <w:r>
              <w:rPr>
                <w:rFonts w:eastAsia="Aptos"/>
                <w:b/>
                <w:sz w:val="17"/>
              </w:rPr>
              <w:t>5.25</w:t>
            </w:r>
          </w:p>
        </w:tc>
        <w:tc>
          <w:tcPr>
            <w:tcW w:w="540" w:type="dxa"/>
            <w:tcMar>
              <w:top w:w="28" w:type="dxa"/>
              <w:left w:w="38" w:type="dxa"/>
              <w:bottom w:w="28" w:type="dxa"/>
              <w:right w:w="38" w:type="dxa"/>
            </w:tcMar>
            <w:vAlign w:val="center"/>
          </w:tcPr>
          <w:p w14:paraId="2F66C79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504EC3E" w14:textId="77777777" w:rsidR="00D60D5E" w:rsidRDefault="00D60D5E">
            <w:pPr>
              <w:jc w:val="center"/>
            </w:pPr>
          </w:p>
        </w:tc>
      </w:tr>
      <w:tr w:rsidR="00D60D5E" w14:paraId="3541F3EE" w14:textId="77777777" w:rsidTr="000617E0">
        <w:trPr>
          <w:cantSplit/>
          <w:jc w:val="center"/>
        </w:trPr>
        <w:tc>
          <w:tcPr>
            <w:tcW w:w="677" w:type="dxa"/>
            <w:tcMar>
              <w:top w:w="28" w:type="dxa"/>
              <w:left w:w="38" w:type="dxa"/>
              <w:bottom w:w="28" w:type="dxa"/>
              <w:right w:w="38" w:type="dxa"/>
            </w:tcMar>
            <w:vAlign w:val="center"/>
          </w:tcPr>
          <w:p w14:paraId="6BC92FD3" w14:textId="77777777" w:rsidR="00D60D5E" w:rsidRDefault="00891EF0">
            <w:pPr>
              <w:spacing w:after="0" w:line="240" w:lineRule="auto"/>
              <w:jc w:val="center"/>
            </w:pPr>
            <w:r>
              <w:rPr>
                <w:rFonts w:eastAsia="Aptos"/>
                <w:color w:val="6A7075"/>
                <w:sz w:val="17"/>
              </w:rPr>
              <w:t>265-215</w:t>
            </w:r>
          </w:p>
        </w:tc>
        <w:tc>
          <w:tcPr>
            <w:tcW w:w="2648" w:type="dxa"/>
            <w:tcMar>
              <w:top w:w="28" w:type="dxa"/>
              <w:left w:w="38" w:type="dxa"/>
              <w:bottom w:w="28" w:type="dxa"/>
              <w:right w:w="38" w:type="dxa"/>
            </w:tcMar>
            <w:vAlign w:val="center"/>
          </w:tcPr>
          <w:p w14:paraId="203CB527" w14:textId="77777777" w:rsidR="00D60D5E" w:rsidRDefault="00891EF0">
            <w:pPr>
              <w:spacing w:after="0" w:line="240" w:lineRule="auto"/>
            </w:pPr>
            <w:r>
              <w:rPr>
                <w:rFonts w:eastAsia="Aptos"/>
                <w:sz w:val="17"/>
              </w:rPr>
              <w:t>Ice Cubes Med Bag 10#</w:t>
            </w:r>
          </w:p>
        </w:tc>
        <w:tc>
          <w:tcPr>
            <w:tcW w:w="630" w:type="dxa"/>
            <w:tcMar>
              <w:top w:w="28" w:type="dxa"/>
              <w:left w:w="38" w:type="dxa"/>
              <w:bottom w:w="28" w:type="dxa"/>
              <w:right w:w="38" w:type="dxa"/>
            </w:tcMar>
            <w:vAlign w:val="center"/>
          </w:tcPr>
          <w:p w14:paraId="53FE6A9D" w14:textId="77777777" w:rsidR="00D60D5E" w:rsidRDefault="00891EF0">
            <w:pPr>
              <w:spacing w:after="0" w:line="240" w:lineRule="auto"/>
              <w:jc w:val="center"/>
            </w:pPr>
            <w:r>
              <w:rPr>
                <w:rFonts w:eastAsia="Aptos"/>
                <w:b/>
                <w:sz w:val="17"/>
              </w:rPr>
              <w:t>6.50</w:t>
            </w:r>
          </w:p>
        </w:tc>
        <w:tc>
          <w:tcPr>
            <w:tcW w:w="540" w:type="dxa"/>
            <w:tcMar>
              <w:top w:w="28" w:type="dxa"/>
              <w:left w:w="38" w:type="dxa"/>
              <w:bottom w:w="28" w:type="dxa"/>
              <w:right w:w="38" w:type="dxa"/>
            </w:tcMar>
            <w:vAlign w:val="center"/>
          </w:tcPr>
          <w:p w14:paraId="624CF3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34FFB1" w14:textId="77777777" w:rsidR="00D60D5E" w:rsidRDefault="00D60D5E">
            <w:pPr>
              <w:jc w:val="center"/>
            </w:pPr>
          </w:p>
        </w:tc>
      </w:tr>
      <w:tr w:rsidR="00D60D5E" w14:paraId="2858A14D" w14:textId="77777777" w:rsidTr="000617E0">
        <w:trPr>
          <w:cantSplit/>
          <w:jc w:val="center"/>
        </w:trPr>
        <w:tc>
          <w:tcPr>
            <w:tcW w:w="677" w:type="dxa"/>
            <w:tcMar>
              <w:top w:w="28" w:type="dxa"/>
              <w:left w:w="38" w:type="dxa"/>
              <w:bottom w:w="28" w:type="dxa"/>
              <w:right w:w="38" w:type="dxa"/>
            </w:tcMar>
            <w:vAlign w:val="center"/>
          </w:tcPr>
          <w:p w14:paraId="3E37C801" w14:textId="77777777" w:rsidR="00D60D5E" w:rsidRDefault="00891EF0">
            <w:pPr>
              <w:spacing w:after="0" w:line="240" w:lineRule="auto"/>
              <w:jc w:val="center"/>
            </w:pPr>
            <w:r>
              <w:rPr>
                <w:rFonts w:eastAsia="Aptos"/>
                <w:color w:val="6A7075"/>
                <w:sz w:val="17"/>
              </w:rPr>
              <w:t>265-220</w:t>
            </w:r>
          </w:p>
        </w:tc>
        <w:tc>
          <w:tcPr>
            <w:tcW w:w="2648" w:type="dxa"/>
            <w:tcMar>
              <w:top w:w="28" w:type="dxa"/>
              <w:left w:w="38" w:type="dxa"/>
              <w:bottom w:w="28" w:type="dxa"/>
              <w:right w:w="38" w:type="dxa"/>
            </w:tcMar>
            <w:vAlign w:val="center"/>
          </w:tcPr>
          <w:p w14:paraId="7D00A055" w14:textId="77777777" w:rsidR="00D60D5E" w:rsidRDefault="00891EF0">
            <w:pPr>
              <w:spacing w:after="0" w:line="240" w:lineRule="auto"/>
            </w:pPr>
            <w:r>
              <w:rPr>
                <w:rFonts w:eastAsia="Aptos"/>
                <w:sz w:val="17"/>
              </w:rPr>
              <w:t>Kirkland Sparkling Water Flavored 24 /17 oz</w:t>
            </w:r>
          </w:p>
        </w:tc>
        <w:tc>
          <w:tcPr>
            <w:tcW w:w="630" w:type="dxa"/>
            <w:tcMar>
              <w:top w:w="28" w:type="dxa"/>
              <w:left w:w="38" w:type="dxa"/>
              <w:bottom w:w="28" w:type="dxa"/>
              <w:right w:w="38" w:type="dxa"/>
            </w:tcMar>
            <w:vAlign w:val="center"/>
          </w:tcPr>
          <w:p w14:paraId="1C13D225" w14:textId="77777777" w:rsidR="00D60D5E" w:rsidRDefault="00891EF0">
            <w:pPr>
              <w:spacing w:after="0" w:line="240" w:lineRule="auto"/>
              <w:jc w:val="center"/>
            </w:pPr>
            <w:r>
              <w:rPr>
                <w:rFonts w:eastAsia="Aptos"/>
                <w:b/>
                <w:sz w:val="17"/>
              </w:rPr>
              <w:t>26.59</w:t>
            </w:r>
          </w:p>
        </w:tc>
        <w:tc>
          <w:tcPr>
            <w:tcW w:w="540" w:type="dxa"/>
            <w:tcMar>
              <w:top w:w="28" w:type="dxa"/>
              <w:left w:w="38" w:type="dxa"/>
              <w:bottom w:w="28" w:type="dxa"/>
              <w:right w:w="38" w:type="dxa"/>
            </w:tcMar>
            <w:vAlign w:val="center"/>
          </w:tcPr>
          <w:p w14:paraId="3F719342"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032B1F33" w14:textId="77777777" w:rsidR="00D60D5E" w:rsidRDefault="00D60D5E">
            <w:pPr>
              <w:jc w:val="center"/>
            </w:pPr>
          </w:p>
        </w:tc>
      </w:tr>
      <w:tr w:rsidR="00D60D5E" w14:paraId="43A14E99" w14:textId="77777777" w:rsidTr="000617E0">
        <w:trPr>
          <w:cantSplit/>
          <w:jc w:val="center"/>
        </w:trPr>
        <w:tc>
          <w:tcPr>
            <w:tcW w:w="677" w:type="dxa"/>
            <w:shd w:val="clear" w:color="auto" w:fill="D9EAF7"/>
            <w:tcMar>
              <w:top w:w="28" w:type="dxa"/>
              <w:left w:w="38" w:type="dxa"/>
              <w:bottom w:w="28" w:type="dxa"/>
              <w:right w:w="38" w:type="dxa"/>
            </w:tcMar>
            <w:vAlign w:val="center"/>
          </w:tcPr>
          <w:p w14:paraId="6B30BC2C" w14:textId="77777777" w:rsidR="00D60D5E" w:rsidRDefault="00891EF0">
            <w:pPr>
              <w:spacing w:after="0" w:line="240" w:lineRule="auto"/>
              <w:jc w:val="center"/>
            </w:pPr>
            <w:r>
              <w:rPr>
                <w:rFonts w:eastAsia="Aptos"/>
                <w:b/>
                <w:color w:val="2F4F8F"/>
                <w:sz w:val="18"/>
              </w:rPr>
              <w:t>270-</w:t>
            </w:r>
          </w:p>
        </w:tc>
        <w:tc>
          <w:tcPr>
            <w:tcW w:w="2648" w:type="dxa"/>
            <w:shd w:val="clear" w:color="auto" w:fill="D9EAF7"/>
            <w:tcMar>
              <w:top w:w="28" w:type="dxa"/>
              <w:left w:w="38" w:type="dxa"/>
              <w:bottom w:w="28" w:type="dxa"/>
              <w:right w:w="38" w:type="dxa"/>
            </w:tcMar>
            <w:vAlign w:val="center"/>
          </w:tcPr>
          <w:p w14:paraId="47AFD37A" w14:textId="77777777" w:rsidR="00D60D5E" w:rsidRDefault="00891EF0">
            <w:pPr>
              <w:spacing w:after="0" w:line="240" w:lineRule="auto"/>
            </w:pPr>
            <w:r>
              <w:rPr>
                <w:rFonts w:eastAsia="Aptos"/>
                <w:b/>
                <w:color w:val="2F4F8F"/>
                <w:sz w:val="18"/>
              </w:rPr>
              <w:t>JUICES</w:t>
            </w:r>
          </w:p>
        </w:tc>
        <w:tc>
          <w:tcPr>
            <w:tcW w:w="630" w:type="dxa"/>
            <w:shd w:val="clear" w:color="auto" w:fill="D9EAF7"/>
            <w:tcMar>
              <w:top w:w="28" w:type="dxa"/>
              <w:left w:w="38" w:type="dxa"/>
              <w:bottom w:w="28" w:type="dxa"/>
              <w:right w:w="38" w:type="dxa"/>
            </w:tcMar>
            <w:vAlign w:val="center"/>
          </w:tcPr>
          <w:p w14:paraId="3F50D3F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ADFE8F2"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AF85353" w14:textId="77777777" w:rsidR="00D60D5E" w:rsidRDefault="00D60D5E">
            <w:pPr>
              <w:jc w:val="center"/>
            </w:pPr>
          </w:p>
        </w:tc>
      </w:tr>
      <w:tr w:rsidR="00D60D5E" w14:paraId="6026EA27" w14:textId="77777777" w:rsidTr="000617E0">
        <w:trPr>
          <w:cantSplit/>
          <w:jc w:val="center"/>
        </w:trPr>
        <w:tc>
          <w:tcPr>
            <w:tcW w:w="677" w:type="dxa"/>
            <w:tcMar>
              <w:top w:w="28" w:type="dxa"/>
              <w:left w:w="38" w:type="dxa"/>
              <w:bottom w:w="28" w:type="dxa"/>
              <w:right w:w="38" w:type="dxa"/>
            </w:tcMar>
            <w:vAlign w:val="center"/>
          </w:tcPr>
          <w:p w14:paraId="1E512D4F" w14:textId="77777777" w:rsidR="00D60D5E" w:rsidRDefault="00891EF0">
            <w:pPr>
              <w:spacing w:after="0" w:line="240" w:lineRule="auto"/>
              <w:jc w:val="center"/>
            </w:pPr>
            <w:r>
              <w:rPr>
                <w:rFonts w:eastAsia="Aptos"/>
                <w:color w:val="6A7075"/>
                <w:sz w:val="17"/>
              </w:rPr>
              <w:t>270-105</w:t>
            </w:r>
          </w:p>
        </w:tc>
        <w:tc>
          <w:tcPr>
            <w:tcW w:w="2648" w:type="dxa"/>
            <w:tcMar>
              <w:top w:w="28" w:type="dxa"/>
              <w:left w:w="38" w:type="dxa"/>
              <w:bottom w:w="28" w:type="dxa"/>
              <w:right w:w="38" w:type="dxa"/>
            </w:tcMar>
            <w:vAlign w:val="center"/>
          </w:tcPr>
          <w:p w14:paraId="2B43EE7E" w14:textId="77777777" w:rsidR="00D60D5E" w:rsidRDefault="00891EF0">
            <w:pPr>
              <w:spacing w:after="0" w:line="240" w:lineRule="auto"/>
            </w:pPr>
            <w:r>
              <w:rPr>
                <w:rFonts w:eastAsia="Aptos"/>
                <w:sz w:val="17"/>
              </w:rPr>
              <w:t>V-8 Juice 12oz</w:t>
            </w:r>
          </w:p>
        </w:tc>
        <w:tc>
          <w:tcPr>
            <w:tcW w:w="630" w:type="dxa"/>
            <w:tcMar>
              <w:top w:w="28" w:type="dxa"/>
              <w:left w:w="38" w:type="dxa"/>
              <w:bottom w:w="28" w:type="dxa"/>
              <w:right w:w="38" w:type="dxa"/>
            </w:tcMar>
            <w:vAlign w:val="center"/>
          </w:tcPr>
          <w:p w14:paraId="6821137D" w14:textId="77777777" w:rsidR="00D60D5E" w:rsidRDefault="00891EF0">
            <w:pPr>
              <w:spacing w:after="0" w:line="240" w:lineRule="auto"/>
              <w:jc w:val="center"/>
            </w:pPr>
            <w:r>
              <w:rPr>
                <w:rFonts w:eastAsia="Aptos"/>
                <w:b/>
                <w:sz w:val="17"/>
              </w:rPr>
              <w:t>3.28</w:t>
            </w:r>
          </w:p>
        </w:tc>
        <w:tc>
          <w:tcPr>
            <w:tcW w:w="540" w:type="dxa"/>
            <w:tcMar>
              <w:top w:w="28" w:type="dxa"/>
              <w:left w:w="38" w:type="dxa"/>
              <w:bottom w:w="28" w:type="dxa"/>
              <w:right w:w="38" w:type="dxa"/>
            </w:tcMar>
            <w:vAlign w:val="center"/>
          </w:tcPr>
          <w:p w14:paraId="57F599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16221A" w14:textId="77777777" w:rsidR="00D60D5E" w:rsidRDefault="00D60D5E">
            <w:pPr>
              <w:jc w:val="center"/>
            </w:pPr>
          </w:p>
        </w:tc>
      </w:tr>
      <w:tr w:rsidR="00D60D5E" w14:paraId="39266EF7" w14:textId="77777777" w:rsidTr="000617E0">
        <w:trPr>
          <w:cantSplit/>
          <w:jc w:val="center"/>
        </w:trPr>
        <w:tc>
          <w:tcPr>
            <w:tcW w:w="677" w:type="dxa"/>
            <w:tcMar>
              <w:top w:w="28" w:type="dxa"/>
              <w:left w:w="38" w:type="dxa"/>
              <w:bottom w:w="28" w:type="dxa"/>
              <w:right w:w="38" w:type="dxa"/>
            </w:tcMar>
            <w:vAlign w:val="center"/>
          </w:tcPr>
          <w:p w14:paraId="4FF1C889" w14:textId="77777777" w:rsidR="00D60D5E" w:rsidRDefault="00891EF0">
            <w:pPr>
              <w:spacing w:after="0" w:line="240" w:lineRule="auto"/>
              <w:jc w:val="center"/>
            </w:pPr>
            <w:r>
              <w:rPr>
                <w:rFonts w:eastAsia="Aptos"/>
                <w:color w:val="6A7075"/>
                <w:sz w:val="17"/>
              </w:rPr>
              <w:t>270-110</w:t>
            </w:r>
          </w:p>
        </w:tc>
        <w:tc>
          <w:tcPr>
            <w:tcW w:w="2648" w:type="dxa"/>
            <w:tcMar>
              <w:top w:w="28" w:type="dxa"/>
              <w:left w:w="38" w:type="dxa"/>
              <w:bottom w:w="28" w:type="dxa"/>
              <w:right w:w="38" w:type="dxa"/>
            </w:tcMar>
            <w:vAlign w:val="center"/>
          </w:tcPr>
          <w:p w14:paraId="09A71EF7" w14:textId="77777777" w:rsidR="00D60D5E" w:rsidRDefault="00891EF0">
            <w:pPr>
              <w:spacing w:after="0" w:line="240" w:lineRule="auto"/>
            </w:pPr>
            <w:r>
              <w:rPr>
                <w:rFonts w:eastAsia="Aptos"/>
                <w:sz w:val="17"/>
              </w:rPr>
              <w:t>Tomato Juice 11.5oz</w:t>
            </w:r>
          </w:p>
        </w:tc>
        <w:tc>
          <w:tcPr>
            <w:tcW w:w="630" w:type="dxa"/>
            <w:tcMar>
              <w:top w:w="28" w:type="dxa"/>
              <w:left w:w="38" w:type="dxa"/>
              <w:bottom w:w="28" w:type="dxa"/>
              <w:right w:w="38" w:type="dxa"/>
            </w:tcMar>
            <w:vAlign w:val="center"/>
          </w:tcPr>
          <w:p w14:paraId="6B5BB27C" w14:textId="77777777" w:rsidR="00D60D5E" w:rsidRDefault="00891EF0">
            <w:pPr>
              <w:spacing w:after="0" w:line="240" w:lineRule="auto"/>
              <w:jc w:val="center"/>
            </w:pPr>
            <w:r>
              <w:rPr>
                <w:rFonts w:eastAsia="Aptos"/>
                <w:b/>
                <w:sz w:val="17"/>
              </w:rPr>
              <w:t>1.82</w:t>
            </w:r>
          </w:p>
        </w:tc>
        <w:tc>
          <w:tcPr>
            <w:tcW w:w="540" w:type="dxa"/>
            <w:tcMar>
              <w:top w:w="28" w:type="dxa"/>
              <w:left w:w="38" w:type="dxa"/>
              <w:bottom w:w="28" w:type="dxa"/>
              <w:right w:w="38" w:type="dxa"/>
            </w:tcMar>
            <w:vAlign w:val="center"/>
          </w:tcPr>
          <w:p w14:paraId="37DB273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7B9595" w14:textId="77777777" w:rsidR="00D60D5E" w:rsidRDefault="00D60D5E">
            <w:pPr>
              <w:jc w:val="center"/>
            </w:pPr>
          </w:p>
        </w:tc>
      </w:tr>
      <w:tr w:rsidR="00D60D5E" w14:paraId="63FB463A" w14:textId="77777777" w:rsidTr="000617E0">
        <w:trPr>
          <w:cantSplit/>
          <w:jc w:val="center"/>
        </w:trPr>
        <w:tc>
          <w:tcPr>
            <w:tcW w:w="677" w:type="dxa"/>
            <w:tcMar>
              <w:top w:w="28" w:type="dxa"/>
              <w:left w:w="38" w:type="dxa"/>
              <w:bottom w:w="28" w:type="dxa"/>
              <w:right w:w="38" w:type="dxa"/>
            </w:tcMar>
            <w:vAlign w:val="center"/>
          </w:tcPr>
          <w:p w14:paraId="127BBAB2" w14:textId="77777777" w:rsidR="00D60D5E" w:rsidRDefault="00891EF0">
            <w:pPr>
              <w:spacing w:after="0" w:line="240" w:lineRule="auto"/>
              <w:jc w:val="center"/>
            </w:pPr>
            <w:r>
              <w:rPr>
                <w:rFonts w:eastAsia="Aptos"/>
                <w:color w:val="6A7075"/>
                <w:sz w:val="17"/>
              </w:rPr>
              <w:t>270-115</w:t>
            </w:r>
          </w:p>
        </w:tc>
        <w:tc>
          <w:tcPr>
            <w:tcW w:w="2648" w:type="dxa"/>
            <w:tcMar>
              <w:top w:w="28" w:type="dxa"/>
              <w:left w:w="38" w:type="dxa"/>
              <w:bottom w:w="28" w:type="dxa"/>
              <w:right w:w="38" w:type="dxa"/>
            </w:tcMar>
            <w:vAlign w:val="center"/>
          </w:tcPr>
          <w:p w14:paraId="2FB604A6" w14:textId="77777777" w:rsidR="00D60D5E" w:rsidRDefault="00891EF0">
            <w:pPr>
              <w:spacing w:after="0" w:line="240" w:lineRule="auto"/>
            </w:pPr>
            <w:r>
              <w:rPr>
                <w:rFonts w:eastAsia="Aptos"/>
                <w:sz w:val="17"/>
              </w:rPr>
              <w:t>Clamato Juice 16oz</w:t>
            </w:r>
          </w:p>
        </w:tc>
        <w:tc>
          <w:tcPr>
            <w:tcW w:w="630" w:type="dxa"/>
            <w:tcMar>
              <w:top w:w="28" w:type="dxa"/>
              <w:left w:w="38" w:type="dxa"/>
              <w:bottom w:w="28" w:type="dxa"/>
              <w:right w:w="38" w:type="dxa"/>
            </w:tcMar>
            <w:vAlign w:val="center"/>
          </w:tcPr>
          <w:p w14:paraId="74DD20CE" w14:textId="77777777" w:rsidR="00D60D5E" w:rsidRDefault="00891EF0">
            <w:pPr>
              <w:spacing w:after="0" w:line="240" w:lineRule="auto"/>
              <w:jc w:val="center"/>
            </w:pPr>
            <w:r>
              <w:rPr>
                <w:rFonts w:eastAsia="Aptos"/>
                <w:b/>
                <w:sz w:val="17"/>
              </w:rPr>
              <w:t>3.88</w:t>
            </w:r>
          </w:p>
        </w:tc>
        <w:tc>
          <w:tcPr>
            <w:tcW w:w="540" w:type="dxa"/>
            <w:tcMar>
              <w:top w:w="28" w:type="dxa"/>
              <w:left w:w="38" w:type="dxa"/>
              <w:bottom w:w="28" w:type="dxa"/>
              <w:right w:w="38" w:type="dxa"/>
            </w:tcMar>
            <w:vAlign w:val="center"/>
          </w:tcPr>
          <w:p w14:paraId="62406A2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347863" w14:textId="77777777" w:rsidR="00D60D5E" w:rsidRDefault="00D60D5E">
            <w:pPr>
              <w:jc w:val="center"/>
            </w:pPr>
          </w:p>
        </w:tc>
      </w:tr>
      <w:tr w:rsidR="00D60D5E" w14:paraId="7706A831" w14:textId="77777777" w:rsidTr="000617E0">
        <w:trPr>
          <w:cantSplit/>
          <w:jc w:val="center"/>
        </w:trPr>
        <w:tc>
          <w:tcPr>
            <w:tcW w:w="677" w:type="dxa"/>
            <w:tcMar>
              <w:top w:w="28" w:type="dxa"/>
              <w:left w:w="38" w:type="dxa"/>
              <w:bottom w:w="28" w:type="dxa"/>
              <w:right w:w="38" w:type="dxa"/>
            </w:tcMar>
            <w:vAlign w:val="center"/>
          </w:tcPr>
          <w:p w14:paraId="39C21E39" w14:textId="77777777" w:rsidR="00D60D5E" w:rsidRDefault="00891EF0">
            <w:pPr>
              <w:spacing w:after="0" w:line="240" w:lineRule="auto"/>
              <w:jc w:val="center"/>
            </w:pPr>
            <w:r>
              <w:rPr>
                <w:rFonts w:eastAsia="Aptos"/>
                <w:color w:val="6A7075"/>
                <w:sz w:val="17"/>
              </w:rPr>
              <w:t>270-120</w:t>
            </w:r>
          </w:p>
        </w:tc>
        <w:tc>
          <w:tcPr>
            <w:tcW w:w="2648" w:type="dxa"/>
            <w:tcMar>
              <w:top w:w="28" w:type="dxa"/>
              <w:left w:w="38" w:type="dxa"/>
              <w:bottom w:w="28" w:type="dxa"/>
              <w:right w:w="38" w:type="dxa"/>
            </w:tcMar>
            <w:vAlign w:val="center"/>
          </w:tcPr>
          <w:p w14:paraId="670E53E9" w14:textId="77777777" w:rsidR="00D60D5E" w:rsidRDefault="00891EF0">
            <w:pPr>
              <w:spacing w:after="0" w:line="240" w:lineRule="auto"/>
            </w:pPr>
            <w:r>
              <w:rPr>
                <w:rFonts w:eastAsia="Aptos"/>
                <w:sz w:val="17"/>
              </w:rPr>
              <w:t>Cranberry Juice 16oz</w:t>
            </w:r>
          </w:p>
        </w:tc>
        <w:tc>
          <w:tcPr>
            <w:tcW w:w="630" w:type="dxa"/>
            <w:tcMar>
              <w:top w:w="28" w:type="dxa"/>
              <w:left w:w="38" w:type="dxa"/>
              <w:bottom w:w="28" w:type="dxa"/>
              <w:right w:w="38" w:type="dxa"/>
            </w:tcMar>
            <w:vAlign w:val="center"/>
          </w:tcPr>
          <w:p w14:paraId="2BB5FE5E" w14:textId="77777777" w:rsidR="00D60D5E" w:rsidRDefault="00891EF0">
            <w:pPr>
              <w:spacing w:after="0" w:line="240" w:lineRule="auto"/>
              <w:jc w:val="center"/>
            </w:pPr>
            <w:r>
              <w:rPr>
                <w:rFonts w:eastAsia="Aptos"/>
                <w:b/>
                <w:sz w:val="17"/>
              </w:rPr>
              <w:t>2.45</w:t>
            </w:r>
          </w:p>
        </w:tc>
        <w:tc>
          <w:tcPr>
            <w:tcW w:w="540" w:type="dxa"/>
            <w:tcMar>
              <w:top w:w="28" w:type="dxa"/>
              <w:left w:w="38" w:type="dxa"/>
              <w:bottom w:w="28" w:type="dxa"/>
              <w:right w:w="38" w:type="dxa"/>
            </w:tcMar>
            <w:vAlign w:val="center"/>
          </w:tcPr>
          <w:p w14:paraId="7FEC252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5939AF" w14:textId="77777777" w:rsidR="00D60D5E" w:rsidRDefault="00D60D5E">
            <w:pPr>
              <w:jc w:val="center"/>
            </w:pPr>
          </w:p>
        </w:tc>
      </w:tr>
      <w:tr w:rsidR="00D60D5E" w14:paraId="2889F82F" w14:textId="77777777" w:rsidTr="000617E0">
        <w:trPr>
          <w:cantSplit/>
          <w:jc w:val="center"/>
        </w:trPr>
        <w:tc>
          <w:tcPr>
            <w:tcW w:w="677" w:type="dxa"/>
            <w:tcMar>
              <w:top w:w="28" w:type="dxa"/>
              <w:left w:w="38" w:type="dxa"/>
              <w:bottom w:w="28" w:type="dxa"/>
              <w:right w:w="38" w:type="dxa"/>
            </w:tcMar>
            <w:vAlign w:val="center"/>
          </w:tcPr>
          <w:p w14:paraId="556F53CA" w14:textId="77777777" w:rsidR="00D60D5E" w:rsidRDefault="00891EF0">
            <w:pPr>
              <w:spacing w:after="0" w:line="240" w:lineRule="auto"/>
              <w:jc w:val="center"/>
            </w:pPr>
            <w:r>
              <w:rPr>
                <w:rFonts w:eastAsia="Aptos"/>
                <w:color w:val="6A7075"/>
                <w:sz w:val="17"/>
              </w:rPr>
              <w:t>270-125</w:t>
            </w:r>
          </w:p>
        </w:tc>
        <w:tc>
          <w:tcPr>
            <w:tcW w:w="2648" w:type="dxa"/>
            <w:tcMar>
              <w:top w:w="28" w:type="dxa"/>
              <w:left w:w="38" w:type="dxa"/>
              <w:bottom w:w="28" w:type="dxa"/>
              <w:right w:w="38" w:type="dxa"/>
            </w:tcMar>
            <w:vAlign w:val="center"/>
          </w:tcPr>
          <w:p w14:paraId="2AEE4D1E" w14:textId="77777777" w:rsidR="00D60D5E" w:rsidRDefault="00891EF0">
            <w:pPr>
              <w:spacing w:after="0" w:line="240" w:lineRule="auto"/>
            </w:pPr>
            <w:r>
              <w:rPr>
                <w:rFonts w:eastAsia="Aptos"/>
                <w:sz w:val="17"/>
              </w:rPr>
              <w:t>Grape-fruit Juice 12oz</w:t>
            </w:r>
          </w:p>
        </w:tc>
        <w:tc>
          <w:tcPr>
            <w:tcW w:w="630" w:type="dxa"/>
            <w:tcMar>
              <w:top w:w="28" w:type="dxa"/>
              <w:left w:w="38" w:type="dxa"/>
              <w:bottom w:w="28" w:type="dxa"/>
              <w:right w:w="38" w:type="dxa"/>
            </w:tcMar>
            <w:vAlign w:val="center"/>
          </w:tcPr>
          <w:p w14:paraId="13113E7C"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1796D29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18F55F" w14:textId="77777777" w:rsidR="00D60D5E" w:rsidRDefault="00D60D5E">
            <w:pPr>
              <w:jc w:val="center"/>
            </w:pPr>
          </w:p>
        </w:tc>
      </w:tr>
      <w:tr w:rsidR="00D60D5E" w14:paraId="2C522FC8" w14:textId="77777777" w:rsidTr="000617E0">
        <w:trPr>
          <w:cantSplit/>
          <w:jc w:val="center"/>
        </w:trPr>
        <w:tc>
          <w:tcPr>
            <w:tcW w:w="677" w:type="dxa"/>
            <w:tcMar>
              <w:top w:w="28" w:type="dxa"/>
              <w:left w:w="38" w:type="dxa"/>
              <w:bottom w:w="28" w:type="dxa"/>
              <w:right w:w="38" w:type="dxa"/>
            </w:tcMar>
            <w:vAlign w:val="center"/>
          </w:tcPr>
          <w:p w14:paraId="5002DF2B" w14:textId="77777777" w:rsidR="00D60D5E" w:rsidRDefault="00891EF0">
            <w:pPr>
              <w:spacing w:after="0" w:line="240" w:lineRule="auto"/>
              <w:jc w:val="center"/>
            </w:pPr>
            <w:r>
              <w:rPr>
                <w:rFonts w:eastAsia="Aptos"/>
                <w:color w:val="6A7075"/>
                <w:sz w:val="17"/>
              </w:rPr>
              <w:t>270-130</w:t>
            </w:r>
          </w:p>
        </w:tc>
        <w:tc>
          <w:tcPr>
            <w:tcW w:w="2648" w:type="dxa"/>
            <w:tcMar>
              <w:top w:w="28" w:type="dxa"/>
              <w:left w:w="38" w:type="dxa"/>
              <w:bottom w:w="28" w:type="dxa"/>
              <w:right w:w="38" w:type="dxa"/>
            </w:tcMar>
            <w:vAlign w:val="center"/>
          </w:tcPr>
          <w:p w14:paraId="19384206" w14:textId="77777777" w:rsidR="00D60D5E" w:rsidRDefault="00891EF0">
            <w:pPr>
              <w:spacing w:after="0" w:line="240" w:lineRule="auto"/>
            </w:pPr>
            <w:r>
              <w:rPr>
                <w:rFonts w:eastAsia="Aptos"/>
                <w:sz w:val="17"/>
              </w:rPr>
              <w:t>Orange Juice 12oz</w:t>
            </w:r>
          </w:p>
        </w:tc>
        <w:tc>
          <w:tcPr>
            <w:tcW w:w="630" w:type="dxa"/>
            <w:tcMar>
              <w:top w:w="28" w:type="dxa"/>
              <w:left w:w="38" w:type="dxa"/>
              <w:bottom w:w="28" w:type="dxa"/>
              <w:right w:w="38" w:type="dxa"/>
            </w:tcMar>
            <w:vAlign w:val="center"/>
          </w:tcPr>
          <w:p w14:paraId="1E49AC02"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0B589B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58F23E" w14:textId="77777777" w:rsidR="00D60D5E" w:rsidRDefault="00D60D5E">
            <w:pPr>
              <w:jc w:val="center"/>
            </w:pPr>
          </w:p>
        </w:tc>
      </w:tr>
      <w:tr w:rsidR="00D60D5E" w14:paraId="2BF9C438" w14:textId="77777777" w:rsidTr="000617E0">
        <w:trPr>
          <w:cantSplit/>
          <w:jc w:val="center"/>
        </w:trPr>
        <w:tc>
          <w:tcPr>
            <w:tcW w:w="677" w:type="dxa"/>
            <w:tcMar>
              <w:top w:w="28" w:type="dxa"/>
              <w:left w:w="38" w:type="dxa"/>
              <w:bottom w:w="28" w:type="dxa"/>
              <w:right w:w="38" w:type="dxa"/>
            </w:tcMar>
            <w:vAlign w:val="center"/>
          </w:tcPr>
          <w:p w14:paraId="67FFDDC7" w14:textId="77777777" w:rsidR="00D60D5E" w:rsidRDefault="00891EF0">
            <w:pPr>
              <w:spacing w:after="0" w:line="240" w:lineRule="auto"/>
              <w:jc w:val="center"/>
            </w:pPr>
            <w:r>
              <w:rPr>
                <w:rFonts w:eastAsia="Aptos"/>
                <w:color w:val="6A7075"/>
                <w:sz w:val="17"/>
              </w:rPr>
              <w:t>270-135</w:t>
            </w:r>
          </w:p>
        </w:tc>
        <w:tc>
          <w:tcPr>
            <w:tcW w:w="2648" w:type="dxa"/>
            <w:tcMar>
              <w:top w:w="28" w:type="dxa"/>
              <w:left w:w="38" w:type="dxa"/>
              <w:bottom w:w="28" w:type="dxa"/>
              <w:right w:w="38" w:type="dxa"/>
            </w:tcMar>
            <w:vAlign w:val="center"/>
          </w:tcPr>
          <w:p w14:paraId="5DEBF821" w14:textId="77777777" w:rsidR="00D60D5E" w:rsidRDefault="00891EF0">
            <w:pPr>
              <w:spacing w:after="0" w:line="240" w:lineRule="auto"/>
            </w:pPr>
            <w:r>
              <w:rPr>
                <w:rFonts w:eastAsia="Aptos"/>
                <w:sz w:val="17"/>
              </w:rPr>
              <w:t>Pineapple Juice 12oz</w:t>
            </w:r>
          </w:p>
        </w:tc>
        <w:tc>
          <w:tcPr>
            <w:tcW w:w="630" w:type="dxa"/>
            <w:tcMar>
              <w:top w:w="28" w:type="dxa"/>
              <w:left w:w="38" w:type="dxa"/>
              <w:bottom w:w="28" w:type="dxa"/>
              <w:right w:w="38" w:type="dxa"/>
            </w:tcMar>
            <w:vAlign w:val="center"/>
          </w:tcPr>
          <w:p w14:paraId="409AE5DA"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1170AA3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3E1D60" w14:textId="77777777" w:rsidR="00D60D5E" w:rsidRDefault="00D60D5E">
            <w:pPr>
              <w:jc w:val="center"/>
            </w:pPr>
          </w:p>
        </w:tc>
      </w:tr>
      <w:tr w:rsidR="00D60D5E" w14:paraId="56500407" w14:textId="77777777" w:rsidTr="000617E0">
        <w:trPr>
          <w:cantSplit/>
          <w:jc w:val="center"/>
        </w:trPr>
        <w:tc>
          <w:tcPr>
            <w:tcW w:w="677" w:type="dxa"/>
            <w:tcMar>
              <w:top w:w="28" w:type="dxa"/>
              <w:left w:w="38" w:type="dxa"/>
              <w:bottom w:w="28" w:type="dxa"/>
              <w:right w:w="38" w:type="dxa"/>
            </w:tcMar>
            <w:vAlign w:val="center"/>
          </w:tcPr>
          <w:p w14:paraId="27E951BE" w14:textId="77777777" w:rsidR="00D60D5E" w:rsidRDefault="00891EF0">
            <w:pPr>
              <w:spacing w:after="0" w:line="240" w:lineRule="auto"/>
              <w:jc w:val="center"/>
            </w:pPr>
            <w:r>
              <w:rPr>
                <w:rFonts w:eastAsia="Aptos"/>
                <w:color w:val="6A7075"/>
                <w:sz w:val="17"/>
              </w:rPr>
              <w:t>270-140</w:t>
            </w:r>
          </w:p>
        </w:tc>
        <w:tc>
          <w:tcPr>
            <w:tcW w:w="2648" w:type="dxa"/>
            <w:tcMar>
              <w:top w:w="28" w:type="dxa"/>
              <w:left w:w="38" w:type="dxa"/>
              <w:bottom w:w="28" w:type="dxa"/>
              <w:right w:w="38" w:type="dxa"/>
            </w:tcMar>
            <w:vAlign w:val="center"/>
          </w:tcPr>
          <w:p w14:paraId="3CF19EBF" w14:textId="77777777" w:rsidR="00D60D5E" w:rsidRDefault="00891EF0">
            <w:pPr>
              <w:spacing w:after="0" w:line="240" w:lineRule="auto"/>
            </w:pPr>
            <w:r>
              <w:rPr>
                <w:rFonts w:eastAsia="Aptos"/>
                <w:sz w:val="17"/>
              </w:rPr>
              <w:t>Guava Juice 12oz</w:t>
            </w:r>
          </w:p>
        </w:tc>
        <w:tc>
          <w:tcPr>
            <w:tcW w:w="630" w:type="dxa"/>
            <w:tcMar>
              <w:top w:w="28" w:type="dxa"/>
              <w:left w:w="38" w:type="dxa"/>
              <w:bottom w:w="28" w:type="dxa"/>
              <w:right w:w="38" w:type="dxa"/>
            </w:tcMar>
            <w:vAlign w:val="center"/>
          </w:tcPr>
          <w:p w14:paraId="1C63CC1F"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3B9A86B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2F294C" w14:textId="77777777" w:rsidR="00D60D5E" w:rsidRDefault="00D60D5E">
            <w:pPr>
              <w:jc w:val="center"/>
            </w:pPr>
          </w:p>
        </w:tc>
      </w:tr>
      <w:tr w:rsidR="00D60D5E" w14:paraId="0C7A16C5" w14:textId="77777777" w:rsidTr="000617E0">
        <w:trPr>
          <w:cantSplit/>
          <w:jc w:val="center"/>
        </w:trPr>
        <w:tc>
          <w:tcPr>
            <w:tcW w:w="677" w:type="dxa"/>
            <w:tcMar>
              <w:top w:w="28" w:type="dxa"/>
              <w:left w:w="38" w:type="dxa"/>
              <w:bottom w:w="28" w:type="dxa"/>
              <w:right w:w="38" w:type="dxa"/>
            </w:tcMar>
            <w:vAlign w:val="center"/>
          </w:tcPr>
          <w:p w14:paraId="56B75BF4" w14:textId="77777777" w:rsidR="00D60D5E" w:rsidRDefault="00891EF0">
            <w:pPr>
              <w:spacing w:after="0" w:line="240" w:lineRule="auto"/>
              <w:jc w:val="center"/>
            </w:pPr>
            <w:r>
              <w:rPr>
                <w:rFonts w:eastAsia="Aptos"/>
                <w:color w:val="6A7075"/>
                <w:sz w:val="17"/>
              </w:rPr>
              <w:t>270-145</w:t>
            </w:r>
          </w:p>
        </w:tc>
        <w:tc>
          <w:tcPr>
            <w:tcW w:w="2648" w:type="dxa"/>
            <w:tcMar>
              <w:top w:w="28" w:type="dxa"/>
              <w:left w:w="38" w:type="dxa"/>
              <w:bottom w:w="28" w:type="dxa"/>
              <w:right w:w="38" w:type="dxa"/>
            </w:tcMar>
            <w:vAlign w:val="center"/>
          </w:tcPr>
          <w:p w14:paraId="534F908F" w14:textId="77777777" w:rsidR="00D60D5E" w:rsidRDefault="00891EF0">
            <w:pPr>
              <w:spacing w:after="0" w:line="240" w:lineRule="auto"/>
            </w:pPr>
            <w:r>
              <w:rPr>
                <w:rFonts w:eastAsia="Aptos"/>
                <w:sz w:val="17"/>
              </w:rPr>
              <w:t>Mango Juice 12oz</w:t>
            </w:r>
          </w:p>
        </w:tc>
        <w:tc>
          <w:tcPr>
            <w:tcW w:w="630" w:type="dxa"/>
            <w:tcMar>
              <w:top w:w="28" w:type="dxa"/>
              <w:left w:w="38" w:type="dxa"/>
              <w:bottom w:w="28" w:type="dxa"/>
              <w:right w:w="38" w:type="dxa"/>
            </w:tcMar>
            <w:vAlign w:val="center"/>
          </w:tcPr>
          <w:p w14:paraId="2E698D86"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226723C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D43174" w14:textId="77777777" w:rsidR="00D60D5E" w:rsidRDefault="00D60D5E">
            <w:pPr>
              <w:jc w:val="center"/>
            </w:pPr>
          </w:p>
        </w:tc>
      </w:tr>
      <w:tr w:rsidR="00D60D5E" w14:paraId="305DD50D" w14:textId="77777777" w:rsidTr="000617E0">
        <w:trPr>
          <w:cantSplit/>
          <w:jc w:val="center"/>
        </w:trPr>
        <w:tc>
          <w:tcPr>
            <w:tcW w:w="677" w:type="dxa"/>
            <w:tcMar>
              <w:top w:w="28" w:type="dxa"/>
              <w:left w:w="38" w:type="dxa"/>
              <w:bottom w:w="28" w:type="dxa"/>
              <w:right w:w="38" w:type="dxa"/>
            </w:tcMar>
            <w:vAlign w:val="center"/>
          </w:tcPr>
          <w:p w14:paraId="42C83F0F" w14:textId="77777777" w:rsidR="00D60D5E" w:rsidRDefault="00891EF0">
            <w:pPr>
              <w:spacing w:after="0" w:line="240" w:lineRule="auto"/>
              <w:jc w:val="center"/>
            </w:pPr>
            <w:r>
              <w:rPr>
                <w:rFonts w:eastAsia="Aptos"/>
                <w:color w:val="6A7075"/>
                <w:sz w:val="17"/>
              </w:rPr>
              <w:t>270-150</w:t>
            </w:r>
          </w:p>
        </w:tc>
        <w:tc>
          <w:tcPr>
            <w:tcW w:w="2648" w:type="dxa"/>
            <w:tcMar>
              <w:top w:w="28" w:type="dxa"/>
              <w:left w:w="38" w:type="dxa"/>
              <w:bottom w:w="28" w:type="dxa"/>
              <w:right w:w="38" w:type="dxa"/>
            </w:tcMar>
            <w:vAlign w:val="center"/>
          </w:tcPr>
          <w:p w14:paraId="172804D5" w14:textId="77777777" w:rsidR="00D60D5E" w:rsidRDefault="00891EF0">
            <w:pPr>
              <w:spacing w:after="0" w:line="240" w:lineRule="auto"/>
            </w:pPr>
            <w:r>
              <w:rPr>
                <w:rFonts w:eastAsia="Aptos"/>
                <w:sz w:val="17"/>
              </w:rPr>
              <w:t>Tamarind Juice 12oz</w:t>
            </w:r>
          </w:p>
        </w:tc>
        <w:tc>
          <w:tcPr>
            <w:tcW w:w="630" w:type="dxa"/>
            <w:tcMar>
              <w:top w:w="28" w:type="dxa"/>
              <w:left w:w="38" w:type="dxa"/>
              <w:bottom w:w="28" w:type="dxa"/>
              <w:right w:w="38" w:type="dxa"/>
            </w:tcMar>
            <w:vAlign w:val="center"/>
          </w:tcPr>
          <w:p w14:paraId="754E25CF"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520D6C8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08B03C" w14:textId="77777777" w:rsidR="00D60D5E" w:rsidRDefault="00D60D5E">
            <w:pPr>
              <w:jc w:val="center"/>
            </w:pPr>
          </w:p>
        </w:tc>
      </w:tr>
      <w:tr w:rsidR="00D60D5E" w14:paraId="426152D0" w14:textId="77777777" w:rsidTr="000617E0">
        <w:trPr>
          <w:cantSplit/>
          <w:jc w:val="center"/>
        </w:trPr>
        <w:tc>
          <w:tcPr>
            <w:tcW w:w="677" w:type="dxa"/>
            <w:tcMar>
              <w:top w:w="28" w:type="dxa"/>
              <w:left w:w="38" w:type="dxa"/>
              <w:bottom w:w="28" w:type="dxa"/>
              <w:right w:w="38" w:type="dxa"/>
            </w:tcMar>
            <w:vAlign w:val="center"/>
          </w:tcPr>
          <w:p w14:paraId="1AC312BD" w14:textId="77777777" w:rsidR="00D60D5E" w:rsidRDefault="00891EF0">
            <w:pPr>
              <w:spacing w:after="0" w:line="240" w:lineRule="auto"/>
              <w:jc w:val="center"/>
            </w:pPr>
            <w:r>
              <w:rPr>
                <w:rFonts w:eastAsia="Aptos"/>
                <w:color w:val="6A7075"/>
                <w:sz w:val="17"/>
              </w:rPr>
              <w:t>270-155</w:t>
            </w:r>
          </w:p>
        </w:tc>
        <w:tc>
          <w:tcPr>
            <w:tcW w:w="2648" w:type="dxa"/>
            <w:tcMar>
              <w:top w:w="28" w:type="dxa"/>
              <w:left w:w="38" w:type="dxa"/>
              <w:bottom w:w="28" w:type="dxa"/>
              <w:right w:w="38" w:type="dxa"/>
            </w:tcMar>
            <w:vAlign w:val="center"/>
          </w:tcPr>
          <w:p w14:paraId="48B2AD48" w14:textId="77777777" w:rsidR="00D60D5E" w:rsidRDefault="00891EF0">
            <w:pPr>
              <w:spacing w:after="0" w:line="240" w:lineRule="auto"/>
            </w:pPr>
            <w:r>
              <w:rPr>
                <w:rFonts w:eastAsia="Aptos"/>
                <w:sz w:val="17"/>
              </w:rPr>
              <w:t>Fruit Punch 46oz</w:t>
            </w:r>
          </w:p>
        </w:tc>
        <w:tc>
          <w:tcPr>
            <w:tcW w:w="630" w:type="dxa"/>
            <w:tcMar>
              <w:top w:w="28" w:type="dxa"/>
              <w:left w:w="38" w:type="dxa"/>
              <w:bottom w:w="28" w:type="dxa"/>
              <w:right w:w="38" w:type="dxa"/>
            </w:tcMar>
            <w:vAlign w:val="center"/>
          </w:tcPr>
          <w:p w14:paraId="09AE8E15" w14:textId="77777777" w:rsidR="00D60D5E" w:rsidRDefault="00891EF0">
            <w:pPr>
              <w:spacing w:after="0" w:line="240" w:lineRule="auto"/>
              <w:jc w:val="center"/>
            </w:pPr>
            <w:r>
              <w:rPr>
                <w:rFonts w:eastAsia="Aptos"/>
                <w:b/>
                <w:sz w:val="17"/>
              </w:rPr>
              <w:t>4.39</w:t>
            </w:r>
          </w:p>
        </w:tc>
        <w:tc>
          <w:tcPr>
            <w:tcW w:w="540" w:type="dxa"/>
            <w:tcMar>
              <w:top w:w="28" w:type="dxa"/>
              <w:left w:w="38" w:type="dxa"/>
              <w:bottom w:w="28" w:type="dxa"/>
              <w:right w:w="38" w:type="dxa"/>
            </w:tcMar>
            <w:vAlign w:val="center"/>
          </w:tcPr>
          <w:p w14:paraId="088D76D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144329" w14:textId="77777777" w:rsidR="00D60D5E" w:rsidRDefault="00D60D5E">
            <w:pPr>
              <w:jc w:val="center"/>
            </w:pPr>
          </w:p>
        </w:tc>
      </w:tr>
      <w:tr w:rsidR="00D60D5E" w14:paraId="577FE194" w14:textId="77777777" w:rsidTr="000617E0">
        <w:trPr>
          <w:cantSplit/>
          <w:jc w:val="center"/>
        </w:trPr>
        <w:tc>
          <w:tcPr>
            <w:tcW w:w="677" w:type="dxa"/>
            <w:tcMar>
              <w:top w:w="28" w:type="dxa"/>
              <w:left w:w="38" w:type="dxa"/>
              <w:bottom w:w="28" w:type="dxa"/>
              <w:right w:w="38" w:type="dxa"/>
            </w:tcMar>
            <w:vAlign w:val="center"/>
          </w:tcPr>
          <w:p w14:paraId="2AB2C404" w14:textId="77777777" w:rsidR="00D60D5E" w:rsidRDefault="00891EF0">
            <w:pPr>
              <w:spacing w:after="0" w:line="240" w:lineRule="auto"/>
              <w:jc w:val="center"/>
            </w:pPr>
            <w:r>
              <w:rPr>
                <w:rFonts w:eastAsia="Aptos"/>
                <w:color w:val="6A7075"/>
                <w:sz w:val="17"/>
              </w:rPr>
              <w:t>270-160</w:t>
            </w:r>
          </w:p>
        </w:tc>
        <w:tc>
          <w:tcPr>
            <w:tcW w:w="2648" w:type="dxa"/>
            <w:tcMar>
              <w:top w:w="28" w:type="dxa"/>
              <w:left w:w="38" w:type="dxa"/>
              <w:bottom w:w="28" w:type="dxa"/>
              <w:right w:w="38" w:type="dxa"/>
            </w:tcMar>
            <w:vAlign w:val="center"/>
          </w:tcPr>
          <w:p w14:paraId="271687C0" w14:textId="77777777" w:rsidR="00D60D5E" w:rsidRDefault="00891EF0">
            <w:pPr>
              <w:spacing w:after="0" w:line="240" w:lineRule="auto"/>
            </w:pPr>
            <w:r>
              <w:rPr>
                <w:rFonts w:eastAsia="Aptos"/>
                <w:sz w:val="17"/>
              </w:rPr>
              <w:t>V-8 Juice 46oz</w:t>
            </w:r>
          </w:p>
        </w:tc>
        <w:tc>
          <w:tcPr>
            <w:tcW w:w="630" w:type="dxa"/>
            <w:tcMar>
              <w:top w:w="28" w:type="dxa"/>
              <w:left w:w="38" w:type="dxa"/>
              <w:bottom w:w="28" w:type="dxa"/>
              <w:right w:w="38" w:type="dxa"/>
            </w:tcMar>
            <w:vAlign w:val="center"/>
          </w:tcPr>
          <w:p w14:paraId="2662905E" w14:textId="77777777" w:rsidR="00D60D5E" w:rsidRDefault="00891EF0">
            <w:pPr>
              <w:spacing w:after="0" w:line="240" w:lineRule="auto"/>
              <w:jc w:val="center"/>
            </w:pPr>
            <w:r>
              <w:rPr>
                <w:rFonts w:eastAsia="Aptos"/>
                <w:b/>
                <w:sz w:val="17"/>
              </w:rPr>
              <w:t>6.15</w:t>
            </w:r>
          </w:p>
        </w:tc>
        <w:tc>
          <w:tcPr>
            <w:tcW w:w="540" w:type="dxa"/>
            <w:tcMar>
              <w:top w:w="28" w:type="dxa"/>
              <w:left w:w="38" w:type="dxa"/>
              <w:bottom w:w="28" w:type="dxa"/>
              <w:right w:w="38" w:type="dxa"/>
            </w:tcMar>
            <w:vAlign w:val="center"/>
          </w:tcPr>
          <w:p w14:paraId="2E4921C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6A232B3" w14:textId="77777777" w:rsidR="00D60D5E" w:rsidRDefault="00D60D5E">
            <w:pPr>
              <w:jc w:val="center"/>
            </w:pPr>
          </w:p>
        </w:tc>
      </w:tr>
      <w:tr w:rsidR="00D60D5E" w14:paraId="5FD0BA03" w14:textId="77777777" w:rsidTr="000617E0">
        <w:trPr>
          <w:cantSplit/>
          <w:jc w:val="center"/>
        </w:trPr>
        <w:tc>
          <w:tcPr>
            <w:tcW w:w="677" w:type="dxa"/>
            <w:tcMar>
              <w:top w:w="28" w:type="dxa"/>
              <w:left w:w="38" w:type="dxa"/>
              <w:bottom w:w="28" w:type="dxa"/>
              <w:right w:w="38" w:type="dxa"/>
            </w:tcMar>
            <w:vAlign w:val="center"/>
          </w:tcPr>
          <w:p w14:paraId="5FFDE1D3" w14:textId="77777777" w:rsidR="00D60D5E" w:rsidRDefault="00891EF0">
            <w:pPr>
              <w:spacing w:after="0" w:line="240" w:lineRule="auto"/>
              <w:jc w:val="center"/>
            </w:pPr>
            <w:r>
              <w:rPr>
                <w:rFonts w:eastAsia="Aptos"/>
                <w:color w:val="6A7075"/>
                <w:sz w:val="17"/>
              </w:rPr>
              <w:t>270-165</w:t>
            </w:r>
          </w:p>
        </w:tc>
        <w:tc>
          <w:tcPr>
            <w:tcW w:w="2648" w:type="dxa"/>
            <w:tcMar>
              <w:top w:w="28" w:type="dxa"/>
              <w:left w:w="38" w:type="dxa"/>
              <w:bottom w:w="28" w:type="dxa"/>
              <w:right w:w="38" w:type="dxa"/>
            </w:tcMar>
            <w:vAlign w:val="center"/>
          </w:tcPr>
          <w:p w14:paraId="29CD4D8C" w14:textId="77777777" w:rsidR="00D60D5E" w:rsidRDefault="00891EF0">
            <w:pPr>
              <w:spacing w:after="0" w:line="240" w:lineRule="auto"/>
            </w:pPr>
            <w:r>
              <w:rPr>
                <w:rFonts w:eastAsia="Aptos"/>
                <w:sz w:val="17"/>
              </w:rPr>
              <w:t>Tomato Juice 46oz</w:t>
            </w:r>
          </w:p>
        </w:tc>
        <w:tc>
          <w:tcPr>
            <w:tcW w:w="630" w:type="dxa"/>
            <w:tcMar>
              <w:top w:w="28" w:type="dxa"/>
              <w:left w:w="38" w:type="dxa"/>
              <w:bottom w:w="28" w:type="dxa"/>
              <w:right w:w="38" w:type="dxa"/>
            </w:tcMar>
            <w:vAlign w:val="center"/>
          </w:tcPr>
          <w:p w14:paraId="4424AAEF" w14:textId="77777777" w:rsidR="00D60D5E" w:rsidRDefault="00891EF0">
            <w:pPr>
              <w:spacing w:after="0" w:line="240" w:lineRule="auto"/>
              <w:jc w:val="center"/>
            </w:pPr>
            <w:r>
              <w:rPr>
                <w:rFonts w:eastAsia="Aptos"/>
                <w:b/>
                <w:sz w:val="17"/>
              </w:rPr>
              <w:t>5.16</w:t>
            </w:r>
          </w:p>
        </w:tc>
        <w:tc>
          <w:tcPr>
            <w:tcW w:w="540" w:type="dxa"/>
            <w:tcMar>
              <w:top w:w="28" w:type="dxa"/>
              <w:left w:w="38" w:type="dxa"/>
              <w:bottom w:w="28" w:type="dxa"/>
              <w:right w:w="38" w:type="dxa"/>
            </w:tcMar>
            <w:vAlign w:val="center"/>
          </w:tcPr>
          <w:p w14:paraId="4DBE59B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844827" w14:textId="77777777" w:rsidR="00D60D5E" w:rsidRDefault="00D60D5E">
            <w:pPr>
              <w:jc w:val="center"/>
            </w:pPr>
          </w:p>
        </w:tc>
      </w:tr>
      <w:tr w:rsidR="00D60D5E" w14:paraId="47C7707D" w14:textId="77777777" w:rsidTr="000617E0">
        <w:trPr>
          <w:cantSplit/>
          <w:jc w:val="center"/>
        </w:trPr>
        <w:tc>
          <w:tcPr>
            <w:tcW w:w="677" w:type="dxa"/>
            <w:tcMar>
              <w:top w:w="28" w:type="dxa"/>
              <w:left w:w="38" w:type="dxa"/>
              <w:bottom w:w="28" w:type="dxa"/>
              <w:right w:w="38" w:type="dxa"/>
            </w:tcMar>
            <w:vAlign w:val="center"/>
          </w:tcPr>
          <w:p w14:paraId="657CE79E" w14:textId="77777777" w:rsidR="00D60D5E" w:rsidRDefault="00891EF0">
            <w:pPr>
              <w:spacing w:after="0" w:line="240" w:lineRule="auto"/>
              <w:jc w:val="center"/>
            </w:pPr>
            <w:r>
              <w:rPr>
                <w:rFonts w:eastAsia="Aptos"/>
                <w:color w:val="6A7075"/>
                <w:sz w:val="17"/>
              </w:rPr>
              <w:t>270-170</w:t>
            </w:r>
          </w:p>
        </w:tc>
        <w:tc>
          <w:tcPr>
            <w:tcW w:w="2648" w:type="dxa"/>
            <w:tcMar>
              <w:top w:w="28" w:type="dxa"/>
              <w:left w:w="38" w:type="dxa"/>
              <w:bottom w:w="28" w:type="dxa"/>
              <w:right w:w="38" w:type="dxa"/>
            </w:tcMar>
            <w:vAlign w:val="center"/>
          </w:tcPr>
          <w:p w14:paraId="03CE9323" w14:textId="77777777" w:rsidR="00D60D5E" w:rsidRDefault="00891EF0">
            <w:pPr>
              <w:spacing w:after="0" w:line="240" w:lineRule="auto"/>
            </w:pPr>
            <w:r>
              <w:rPr>
                <w:rFonts w:eastAsia="Aptos"/>
                <w:sz w:val="17"/>
              </w:rPr>
              <w:t>Clamoto Juice 64oz</w:t>
            </w:r>
          </w:p>
        </w:tc>
        <w:tc>
          <w:tcPr>
            <w:tcW w:w="630" w:type="dxa"/>
            <w:tcMar>
              <w:top w:w="28" w:type="dxa"/>
              <w:left w:w="38" w:type="dxa"/>
              <w:bottom w:w="28" w:type="dxa"/>
              <w:right w:w="38" w:type="dxa"/>
            </w:tcMar>
            <w:vAlign w:val="center"/>
          </w:tcPr>
          <w:p w14:paraId="26EF470F" w14:textId="77777777" w:rsidR="00D60D5E" w:rsidRDefault="00891EF0">
            <w:pPr>
              <w:spacing w:after="0" w:line="240" w:lineRule="auto"/>
              <w:jc w:val="center"/>
            </w:pPr>
            <w:r>
              <w:rPr>
                <w:rFonts w:eastAsia="Aptos"/>
                <w:b/>
                <w:sz w:val="17"/>
              </w:rPr>
              <w:t>10.95</w:t>
            </w:r>
          </w:p>
        </w:tc>
        <w:tc>
          <w:tcPr>
            <w:tcW w:w="540" w:type="dxa"/>
            <w:tcMar>
              <w:top w:w="28" w:type="dxa"/>
              <w:left w:w="38" w:type="dxa"/>
              <w:bottom w:w="28" w:type="dxa"/>
              <w:right w:w="38" w:type="dxa"/>
            </w:tcMar>
            <w:vAlign w:val="center"/>
          </w:tcPr>
          <w:p w14:paraId="4485DDC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99A7CE" w14:textId="77777777" w:rsidR="00D60D5E" w:rsidRDefault="00D60D5E">
            <w:pPr>
              <w:jc w:val="center"/>
            </w:pPr>
          </w:p>
        </w:tc>
      </w:tr>
      <w:tr w:rsidR="00D60D5E" w14:paraId="0B0B6E4C" w14:textId="77777777" w:rsidTr="000617E0">
        <w:trPr>
          <w:cantSplit/>
          <w:jc w:val="center"/>
        </w:trPr>
        <w:tc>
          <w:tcPr>
            <w:tcW w:w="677" w:type="dxa"/>
            <w:tcMar>
              <w:top w:w="28" w:type="dxa"/>
              <w:left w:w="38" w:type="dxa"/>
              <w:bottom w:w="28" w:type="dxa"/>
              <w:right w:w="38" w:type="dxa"/>
            </w:tcMar>
            <w:vAlign w:val="center"/>
          </w:tcPr>
          <w:p w14:paraId="49333F68" w14:textId="77777777" w:rsidR="00D60D5E" w:rsidRDefault="00891EF0">
            <w:pPr>
              <w:spacing w:after="0" w:line="240" w:lineRule="auto"/>
              <w:jc w:val="center"/>
            </w:pPr>
            <w:r>
              <w:rPr>
                <w:rFonts w:eastAsia="Aptos"/>
                <w:color w:val="6A7075"/>
                <w:sz w:val="17"/>
              </w:rPr>
              <w:t>270-175</w:t>
            </w:r>
          </w:p>
        </w:tc>
        <w:tc>
          <w:tcPr>
            <w:tcW w:w="2648" w:type="dxa"/>
            <w:tcMar>
              <w:top w:w="28" w:type="dxa"/>
              <w:left w:w="38" w:type="dxa"/>
              <w:bottom w:w="28" w:type="dxa"/>
              <w:right w:w="38" w:type="dxa"/>
            </w:tcMar>
            <w:vAlign w:val="center"/>
          </w:tcPr>
          <w:p w14:paraId="4E144402" w14:textId="77777777" w:rsidR="00D60D5E" w:rsidRDefault="00891EF0">
            <w:pPr>
              <w:spacing w:after="0" w:line="240" w:lineRule="auto"/>
            </w:pPr>
            <w:r>
              <w:rPr>
                <w:rFonts w:eastAsia="Aptos"/>
                <w:sz w:val="17"/>
              </w:rPr>
              <w:t>Cranberry Juice 64oz</w:t>
            </w:r>
          </w:p>
        </w:tc>
        <w:tc>
          <w:tcPr>
            <w:tcW w:w="630" w:type="dxa"/>
            <w:tcMar>
              <w:top w:w="28" w:type="dxa"/>
              <w:left w:w="38" w:type="dxa"/>
              <w:bottom w:w="28" w:type="dxa"/>
              <w:right w:w="38" w:type="dxa"/>
            </w:tcMar>
            <w:vAlign w:val="center"/>
          </w:tcPr>
          <w:p w14:paraId="7A81E8A6" w14:textId="77777777" w:rsidR="00D60D5E" w:rsidRDefault="00891EF0">
            <w:pPr>
              <w:spacing w:after="0" w:line="240" w:lineRule="auto"/>
              <w:jc w:val="center"/>
            </w:pPr>
            <w:r>
              <w:rPr>
                <w:rFonts w:eastAsia="Aptos"/>
                <w:b/>
                <w:sz w:val="17"/>
              </w:rPr>
              <w:t>7.69</w:t>
            </w:r>
          </w:p>
        </w:tc>
        <w:tc>
          <w:tcPr>
            <w:tcW w:w="540" w:type="dxa"/>
            <w:tcMar>
              <w:top w:w="28" w:type="dxa"/>
              <w:left w:w="38" w:type="dxa"/>
              <w:bottom w:w="28" w:type="dxa"/>
              <w:right w:w="38" w:type="dxa"/>
            </w:tcMar>
            <w:vAlign w:val="center"/>
          </w:tcPr>
          <w:p w14:paraId="64C7260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0AF951" w14:textId="77777777" w:rsidR="00D60D5E" w:rsidRDefault="00D60D5E">
            <w:pPr>
              <w:jc w:val="center"/>
            </w:pPr>
          </w:p>
        </w:tc>
      </w:tr>
      <w:tr w:rsidR="00D60D5E" w14:paraId="1ED0A8B4" w14:textId="77777777" w:rsidTr="000617E0">
        <w:trPr>
          <w:cantSplit/>
          <w:jc w:val="center"/>
        </w:trPr>
        <w:tc>
          <w:tcPr>
            <w:tcW w:w="677" w:type="dxa"/>
            <w:tcMar>
              <w:top w:w="28" w:type="dxa"/>
              <w:left w:w="38" w:type="dxa"/>
              <w:bottom w:w="28" w:type="dxa"/>
              <w:right w:w="38" w:type="dxa"/>
            </w:tcMar>
            <w:vAlign w:val="center"/>
          </w:tcPr>
          <w:p w14:paraId="5093133B" w14:textId="77777777" w:rsidR="00D60D5E" w:rsidRDefault="00891EF0">
            <w:pPr>
              <w:spacing w:after="0" w:line="240" w:lineRule="auto"/>
              <w:jc w:val="center"/>
            </w:pPr>
            <w:r>
              <w:rPr>
                <w:rFonts w:eastAsia="Aptos"/>
                <w:color w:val="6A7075"/>
                <w:sz w:val="17"/>
              </w:rPr>
              <w:t>270-180</w:t>
            </w:r>
          </w:p>
        </w:tc>
        <w:tc>
          <w:tcPr>
            <w:tcW w:w="2648" w:type="dxa"/>
            <w:tcMar>
              <w:top w:w="28" w:type="dxa"/>
              <w:left w:w="38" w:type="dxa"/>
              <w:bottom w:w="28" w:type="dxa"/>
              <w:right w:w="38" w:type="dxa"/>
            </w:tcMar>
            <w:vAlign w:val="center"/>
          </w:tcPr>
          <w:p w14:paraId="35558C0F" w14:textId="77777777" w:rsidR="00D60D5E" w:rsidRDefault="00891EF0">
            <w:pPr>
              <w:spacing w:after="0" w:line="240" w:lineRule="auto"/>
            </w:pPr>
            <w:r>
              <w:rPr>
                <w:rFonts w:eastAsia="Aptos"/>
                <w:sz w:val="17"/>
              </w:rPr>
              <w:t>Grapefruit Juice 64oz</w:t>
            </w:r>
          </w:p>
        </w:tc>
        <w:tc>
          <w:tcPr>
            <w:tcW w:w="630" w:type="dxa"/>
            <w:tcMar>
              <w:top w:w="28" w:type="dxa"/>
              <w:left w:w="38" w:type="dxa"/>
              <w:bottom w:w="28" w:type="dxa"/>
              <w:right w:w="38" w:type="dxa"/>
            </w:tcMar>
            <w:vAlign w:val="center"/>
          </w:tcPr>
          <w:p w14:paraId="2DEAFC2F" w14:textId="77777777" w:rsidR="00D60D5E" w:rsidRDefault="00891EF0">
            <w:pPr>
              <w:spacing w:after="0" w:line="240" w:lineRule="auto"/>
              <w:jc w:val="center"/>
            </w:pPr>
            <w:r>
              <w:rPr>
                <w:rFonts w:eastAsia="Aptos"/>
                <w:b/>
                <w:sz w:val="17"/>
              </w:rPr>
              <w:t>7.65</w:t>
            </w:r>
          </w:p>
        </w:tc>
        <w:tc>
          <w:tcPr>
            <w:tcW w:w="540" w:type="dxa"/>
            <w:tcMar>
              <w:top w:w="28" w:type="dxa"/>
              <w:left w:w="38" w:type="dxa"/>
              <w:bottom w:w="28" w:type="dxa"/>
              <w:right w:w="38" w:type="dxa"/>
            </w:tcMar>
            <w:vAlign w:val="center"/>
          </w:tcPr>
          <w:p w14:paraId="2AD95DA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EAD3EA" w14:textId="77777777" w:rsidR="00D60D5E" w:rsidRDefault="00D60D5E">
            <w:pPr>
              <w:jc w:val="center"/>
            </w:pPr>
          </w:p>
        </w:tc>
      </w:tr>
      <w:tr w:rsidR="00D60D5E" w14:paraId="686DEF6F" w14:textId="77777777" w:rsidTr="000617E0">
        <w:trPr>
          <w:cantSplit/>
          <w:jc w:val="center"/>
        </w:trPr>
        <w:tc>
          <w:tcPr>
            <w:tcW w:w="677" w:type="dxa"/>
            <w:tcMar>
              <w:top w:w="28" w:type="dxa"/>
              <w:left w:w="38" w:type="dxa"/>
              <w:bottom w:w="28" w:type="dxa"/>
              <w:right w:w="38" w:type="dxa"/>
            </w:tcMar>
            <w:vAlign w:val="center"/>
          </w:tcPr>
          <w:p w14:paraId="45E4BC0F" w14:textId="77777777" w:rsidR="00D60D5E" w:rsidRDefault="00891EF0">
            <w:pPr>
              <w:spacing w:after="0" w:line="240" w:lineRule="auto"/>
              <w:jc w:val="center"/>
            </w:pPr>
            <w:r>
              <w:rPr>
                <w:rFonts w:eastAsia="Aptos"/>
                <w:color w:val="6A7075"/>
                <w:sz w:val="17"/>
              </w:rPr>
              <w:t>270-181</w:t>
            </w:r>
          </w:p>
        </w:tc>
        <w:tc>
          <w:tcPr>
            <w:tcW w:w="2648" w:type="dxa"/>
            <w:tcMar>
              <w:top w:w="28" w:type="dxa"/>
              <w:left w:w="38" w:type="dxa"/>
              <w:bottom w:w="28" w:type="dxa"/>
              <w:right w:w="38" w:type="dxa"/>
            </w:tcMar>
            <w:vAlign w:val="center"/>
          </w:tcPr>
          <w:p w14:paraId="730F6DE7" w14:textId="77777777" w:rsidR="00D60D5E" w:rsidRDefault="00891EF0">
            <w:pPr>
              <w:spacing w:after="0" w:line="240" w:lineRule="auto"/>
            </w:pPr>
            <w:r>
              <w:rPr>
                <w:rFonts w:eastAsia="Aptos"/>
                <w:sz w:val="17"/>
              </w:rPr>
              <w:t>Grapefruit Juice 46oz</w:t>
            </w:r>
          </w:p>
        </w:tc>
        <w:tc>
          <w:tcPr>
            <w:tcW w:w="630" w:type="dxa"/>
            <w:tcMar>
              <w:top w:w="28" w:type="dxa"/>
              <w:left w:w="38" w:type="dxa"/>
              <w:bottom w:w="28" w:type="dxa"/>
              <w:right w:w="38" w:type="dxa"/>
            </w:tcMar>
            <w:vAlign w:val="center"/>
          </w:tcPr>
          <w:p w14:paraId="31F82AAF" w14:textId="77777777" w:rsidR="00D60D5E" w:rsidRDefault="00891EF0">
            <w:pPr>
              <w:spacing w:after="0" w:line="240" w:lineRule="auto"/>
              <w:jc w:val="center"/>
            </w:pPr>
            <w:r>
              <w:rPr>
                <w:rFonts w:eastAsia="Aptos"/>
                <w:b/>
                <w:sz w:val="17"/>
              </w:rPr>
              <w:t>5.79</w:t>
            </w:r>
          </w:p>
        </w:tc>
        <w:tc>
          <w:tcPr>
            <w:tcW w:w="540" w:type="dxa"/>
            <w:tcMar>
              <w:top w:w="28" w:type="dxa"/>
              <w:left w:w="38" w:type="dxa"/>
              <w:bottom w:w="28" w:type="dxa"/>
              <w:right w:w="38" w:type="dxa"/>
            </w:tcMar>
            <w:vAlign w:val="center"/>
          </w:tcPr>
          <w:p w14:paraId="188A477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E4ED3D" w14:textId="77777777" w:rsidR="00D60D5E" w:rsidRDefault="00D60D5E">
            <w:pPr>
              <w:jc w:val="center"/>
            </w:pPr>
          </w:p>
        </w:tc>
      </w:tr>
      <w:tr w:rsidR="00D60D5E" w14:paraId="6976F5B1" w14:textId="77777777" w:rsidTr="000617E0">
        <w:trPr>
          <w:cantSplit/>
          <w:jc w:val="center"/>
        </w:trPr>
        <w:tc>
          <w:tcPr>
            <w:tcW w:w="677" w:type="dxa"/>
            <w:tcMar>
              <w:top w:w="28" w:type="dxa"/>
              <w:left w:w="38" w:type="dxa"/>
              <w:bottom w:w="28" w:type="dxa"/>
              <w:right w:w="38" w:type="dxa"/>
            </w:tcMar>
            <w:vAlign w:val="center"/>
          </w:tcPr>
          <w:p w14:paraId="5C8770F4" w14:textId="77777777" w:rsidR="00D60D5E" w:rsidRDefault="00891EF0">
            <w:pPr>
              <w:spacing w:after="0" w:line="240" w:lineRule="auto"/>
              <w:jc w:val="center"/>
            </w:pPr>
            <w:r>
              <w:rPr>
                <w:rFonts w:eastAsia="Aptos"/>
                <w:color w:val="6A7075"/>
                <w:sz w:val="17"/>
              </w:rPr>
              <w:t>270-185</w:t>
            </w:r>
          </w:p>
        </w:tc>
        <w:tc>
          <w:tcPr>
            <w:tcW w:w="2648" w:type="dxa"/>
            <w:tcMar>
              <w:top w:w="28" w:type="dxa"/>
              <w:left w:w="38" w:type="dxa"/>
              <w:bottom w:w="28" w:type="dxa"/>
              <w:right w:w="38" w:type="dxa"/>
            </w:tcMar>
            <w:vAlign w:val="center"/>
          </w:tcPr>
          <w:p w14:paraId="5305359A" w14:textId="77777777" w:rsidR="00D60D5E" w:rsidRDefault="00891EF0">
            <w:pPr>
              <w:spacing w:after="0" w:line="240" w:lineRule="auto"/>
            </w:pPr>
            <w:r>
              <w:rPr>
                <w:rFonts w:eastAsia="Aptos"/>
                <w:sz w:val="17"/>
              </w:rPr>
              <w:t>Orange Juice 46oz</w:t>
            </w:r>
          </w:p>
        </w:tc>
        <w:tc>
          <w:tcPr>
            <w:tcW w:w="630" w:type="dxa"/>
            <w:tcMar>
              <w:top w:w="28" w:type="dxa"/>
              <w:left w:w="38" w:type="dxa"/>
              <w:bottom w:w="28" w:type="dxa"/>
              <w:right w:w="38" w:type="dxa"/>
            </w:tcMar>
            <w:vAlign w:val="center"/>
          </w:tcPr>
          <w:p w14:paraId="09E6438B"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61B9E2D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414168" w14:textId="77777777" w:rsidR="00D60D5E" w:rsidRDefault="00D60D5E">
            <w:pPr>
              <w:jc w:val="center"/>
            </w:pPr>
          </w:p>
        </w:tc>
      </w:tr>
      <w:tr w:rsidR="00D60D5E" w14:paraId="5681C482" w14:textId="77777777" w:rsidTr="000617E0">
        <w:trPr>
          <w:cantSplit/>
          <w:jc w:val="center"/>
        </w:trPr>
        <w:tc>
          <w:tcPr>
            <w:tcW w:w="677" w:type="dxa"/>
            <w:tcMar>
              <w:top w:w="28" w:type="dxa"/>
              <w:left w:w="38" w:type="dxa"/>
              <w:bottom w:w="28" w:type="dxa"/>
              <w:right w:w="38" w:type="dxa"/>
            </w:tcMar>
            <w:vAlign w:val="center"/>
          </w:tcPr>
          <w:p w14:paraId="13BC6903" w14:textId="77777777" w:rsidR="00D60D5E" w:rsidRDefault="00891EF0">
            <w:pPr>
              <w:spacing w:after="0" w:line="240" w:lineRule="auto"/>
              <w:jc w:val="center"/>
            </w:pPr>
            <w:r>
              <w:rPr>
                <w:rFonts w:eastAsia="Aptos"/>
                <w:color w:val="6A7075"/>
                <w:sz w:val="17"/>
              </w:rPr>
              <w:t>270-190</w:t>
            </w:r>
          </w:p>
        </w:tc>
        <w:tc>
          <w:tcPr>
            <w:tcW w:w="2648" w:type="dxa"/>
            <w:tcMar>
              <w:top w:w="28" w:type="dxa"/>
              <w:left w:w="38" w:type="dxa"/>
              <w:bottom w:w="28" w:type="dxa"/>
              <w:right w:w="38" w:type="dxa"/>
            </w:tcMar>
            <w:vAlign w:val="center"/>
          </w:tcPr>
          <w:p w14:paraId="3E15462C" w14:textId="77777777" w:rsidR="00D60D5E" w:rsidRDefault="00891EF0">
            <w:pPr>
              <w:spacing w:after="0" w:line="240" w:lineRule="auto"/>
            </w:pPr>
            <w:r>
              <w:rPr>
                <w:rFonts w:eastAsia="Aptos"/>
                <w:sz w:val="17"/>
              </w:rPr>
              <w:t>Orange Juice 64oz Plastic Bottle</w:t>
            </w:r>
          </w:p>
        </w:tc>
        <w:tc>
          <w:tcPr>
            <w:tcW w:w="630" w:type="dxa"/>
            <w:tcMar>
              <w:top w:w="28" w:type="dxa"/>
              <w:left w:w="38" w:type="dxa"/>
              <w:bottom w:w="28" w:type="dxa"/>
              <w:right w:w="38" w:type="dxa"/>
            </w:tcMar>
            <w:vAlign w:val="center"/>
          </w:tcPr>
          <w:p w14:paraId="5131D4A9"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7FB8269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AD6ED5" w14:textId="77777777" w:rsidR="00D60D5E" w:rsidRDefault="00D60D5E">
            <w:pPr>
              <w:jc w:val="center"/>
            </w:pPr>
          </w:p>
        </w:tc>
      </w:tr>
      <w:tr w:rsidR="00D60D5E" w14:paraId="08C0E405" w14:textId="77777777" w:rsidTr="000617E0">
        <w:trPr>
          <w:cantSplit/>
          <w:jc w:val="center"/>
        </w:trPr>
        <w:tc>
          <w:tcPr>
            <w:tcW w:w="677" w:type="dxa"/>
            <w:tcMar>
              <w:top w:w="28" w:type="dxa"/>
              <w:left w:w="38" w:type="dxa"/>
              <w:bottom w:w="28" w:type="dxa"/>
              <w:right w:w="38" w:type="dxa"/>
            </w:tcMar>
            <w:vAlign w:val="center"/>
          </w:tcPr>
          <w:p w14:paraId="4B5C94FB" w14:textId="77777777" w:rsidR="00D60D5E" w:rsidRDefault="00891EF0">
            <w:pPr>
              <w:spacing w:after="0" w:line="240" w:lineRule="auto"/>
              <w:jc w:val="center"/>
            </w:pPr>
            <w:r>
              <w:rPr>
                <w:rFonts w:eastAsia="Aptos"/>
                <w:color w:val="6A7075"/>
                <w:sz w:val="17"/>
              </w:rPr>
              <w:t>270-195</w:t>
            </w:r>
          </w:p>
        </w:tc>
        <w:tc>
          <w:tcPr>
            <w:tcW w:w="2648" w:type="dxa"/>
            <w:tcMar>
              <w:top w:w="28" w:type="dxa"/>
              <w:left w:w="38" w:type="dxa"/>
              <w:bottom w:w="28" w:type="dxa"/>
              <w:right w:w="38" w:type="dxa"/>
            </w:tcMar>
            <w:vAlign w:val="center"/>
          </w:tcPr>
          <w:p w14:paraId="39CC2E49" w14:textId="77777777" w:rsidR="00D60D5E" w:rsidRDefault="00891EF0">
            <w:pPr>
              <w:spacing w:after="0" w:line="240" w:lineRule="auto"/>
            </w:pPr>
            <w:r>
              <w:rPr>
                <w:rFonts w:eastAsia="Aptos"/>
                <w:sz w:val="17"/>
              </w:rPr>
              <w:t>Pineapple Juice 33.8oz</w:t>
            </w:r>
          </w:p>
        </w:tc>
        <w:tc>
          <w:tcPr>
            <w:tcW w:w="630" w:type="dxa"/>
            <w:tcMar>
              <w:top w:w="28" w:type="dxa"/>
              <w:left w:w="38" w:type="dxa"/>
              <w:bottom w:w="28" w:type="dxa"/>
              <w:right w:w="38" w:type="dxa"/>
            </w:tcMar>
            <w:vAlign w:val="center"/>
          </w:tcPr>
          <w:p w14:paraId="69187CD6"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6B7A012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28BD03F" w14:textId="77777777" w:rsidR="00D60D5E" w:rsidRDefault="00D60D5E">
            <w:pPr>
              <w:jc w:val="center"/>
            </w:pPr>
          </w:p>
        </w:tc>
      </w:tr>
      <w:tr w:rsidR="00D60D5E" w14:paraId="345AE7C4" w14:textId="77777777" w:rsidTr="000617E0">
        <w:trPr>
          <w:cantSplit/>
          <w:jc w:val="center"/>
        </w:trPr>
        <w:tc>
          <w:tcPr>
            <w:tcW w:w="677" w:type="dxa"/>
            <w:tcMar>
              <w:top w:w="28" w:type="dxa"/>
              <w:left w:w="38" w:type="dxa"/>
              <w:bottom w:w="28" w:type="dxa"/>
              <w:right w:w="38" w:type="dxa"/>
            </w:tcMar>
            <w:vAlign w:val="center"/>
          </w:tcPr>
          <w:p w14:paraId="6AF85334" w14:textId="77777777" w:rsidR="00D60D5E" w:rsidRDefault="00891EF0">
            <w:pPr>
              <w:spacing w:after="0" w:line="240" w:lineRule="auto"/>
              <w:jc w:val="center"/>
            </w:pPr>
            <w:r>
              <w:rPr>
                <w:rFonts w:eastAsia="Aptos"/>
                <w:color w:val="6A7075"/>
                <w:sz w:val="17"/>
              </w:rPr>
              <w:t>270-200</w:t>
            </w:r>
          </w:p>
        </w:tc>
        <w:tc>
          <w:tcPr>
            <w:tcW w:w="2648" w:type="dxa"/>
            <w:tcMar>
              <w:top w:w="28" w:type="dxa"/>
              <w:left w:w="38" w:type="dxa"/>
              <w:bottom w:w="28" w:type="dxa"/>
              <w:right w:w="38" w:type="dxa"/>
            </w:tcMar>
            <w:vAlign w:val="center"/>
          </w:tcPr>
          <w:p w14:paraId="539CE55B" w14:textId="77777777" w:rsidR="00D60D5E" w:rsidRDefault="00891EF0">
            <w:pPr>
              <w:spacing w:after="0" w:line="240" w:lineRule="auto"/>
            </w:pPr>
            <w:r>
              <w:rPr>
                <w:rFonts w:eastAsia="Aptos"/>
                <w:sz w:val="17"/>
              </w:rPr>
              <w:t>Guava/Pineapple Juice 33.8oz</w:t>
            </w:r>
          </w:p>
        </w:tc>
        <w:tc>
          <w:tcPr>
            <w:tcW w:w="630" w:type="dxa"/>
            <w:tcMar>
              <w:top w:w="28" w:type="dxa"/>
              <w:left w:w="38" w:type="dxa"/>
              <w:bottom w:w="28" w:type="dxa"/>
              <w:right w:w="38" w:type="dxa"/>
            </w:tcMar>
            <w:vAlign w:val="center"/>
          </w:tcPr>
          <w:p w14:paraId="4517AA73" w14:textId="77777777" w:rsidR="00D60D5E" w:rsidRDefault="00891EF0">
            <w:pPr>
              <w:spacing w:after="0" w:line="240" w:lineRule="auto"/>
              <w:jc w:val="center"/>
            </w:pPr>
            <w:r>
              <w:rPr>
                <w:rFonts w:eastAsia="Aptos"/>
                <w:b/>
                <w:sz w:val="17"/>
              </w:rPr>
              <w:t>6.98</w:t>
            </w:r>
          </w:p>
        </w:tc>
        <w:tc>
          <w:tcPr>
            <w:tcW w:w="540" w:type="dxa"/>
            <w:tcMar>
              <w:top w:w="28" w:type="dxa"/>
              <w:left w:w="38" w:type="dxa"/>
              <w:bottom w:w="28" w:type="dxa"/>
              <w:right w:w="38" w:type="dxa"/>
            </w:tcMar>
            <w:vAlign w:val="center"/>
          </w:tcPr>
          <w:p w14:paraId="37F2E82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CC1DD7C" w14:textId="77777777" w:rsidR="00D60D5E" w:rsidRDefault="00D60D5E">
            <w:pPr>
              <w:jc w:val="center"/>
            </w:pPr>
          </w:p>
        </w:tc>
      </w:tr>
      <w:tr w:rsidR="00D60D5E" w14:paraId="349E95ED" w14:textId="77777777" w:rsidTr="000617E0">
        <w:trPr>
          <w:cantSplit/>
          <w:jc w:val="center"/>
        </w:trPr>
        <w:tc>
          <w:tcPr>
            <w:tcW w:w="677" w:type="dxa"/>
            <w:tcMar>
              <w:top w:w="28" w:type="dxa"/>
              <w:left w:w="38" w:type="dxa"/>
              <w:bottom w:w="28" w:type="dxa"/>
              <w:right w:w="38" w:type="dxa"/>
            </w:tcMar>
            <w:vAlign w:val="center"/>
          </w:tcPr>
          <w:p w14:paraId="1E7A1EA6" w14:textId="77777777" w:rsidR="00D60D5E" w:rsidRDefault="00891EF0">
            <w:pPr>
              <w:spacing w:after="0" w:line="240" w:lineRule="auto"/>
              <w:jc w:val="center"/>
            </w:pPr>
            <w:r>
              <w:rPr>
                <w:rFonts w:eastAsia="Aptos"/>
                <w:color w:val="6A7075"/>
                <w:sz w:val="17"/>
              </w:rPr>
              <w:t>270-205</w:t>
            </w:r>
          </w:p>
        </w:tc>
        <w:tc>
          <w:tcPr>
            <w:tcW w:w="2648" w:type="dxa"/>
            <w:tcMar>
              <w:top w:w="28" w:type="dxa"/>
              <w:left w:w="38" w:type="dxa"/>
              <w:bottom w:w="28" w:type="dxa"/>
              <w:right w:w="38" w:type="dxa"/>
            </w:tcMar>
            <w:vAlign w:val="center"/>
          </w:tcPr>
          <w:p w14:paraId="4DF694FB" w14:textId="77777777" w:rsidR="00D60D5E" w:rsidRDefault="00891EF0">
            <w:pPr>
              <w:spacing w:after="0" w:line="240" w:lineRule="auto"/>
            </w:pPr>
            <w:r>
              <w:rPr>
                <w:rFonts w:eastAsia="Aptos"/>
                <w:sz w:val="17"/>
              </w:rPr>
              <w:t>Mango Juice 33.8oz</w:t>
            </w:r>
          </w:p>
        </w:tc>
        <w:tc>
          <w:tcPr>
            <w:tcW w:w="630" w:type="dxa"/>
            <w:tcMar>
              <w:top w:w="28" w:type="dxa"/>
              <w:left w:w="38" w:type="dxa"/>
              <w:bottom w:w="28" w:type="dxa"/>
              <w:right w:w="38" w:type="dxa"/>
            </w:tcMar>
            <w:vAlign w:val="center"/>
          </w:tcPr>
          <w:p w14:paraId="07BE3063" w14:textId="77777777" w:rsidR="00D60D5E" w:rsidRDefault="00891EF0">
            <w:pPr>
              <w:spacing w:after="0" w:line="240" w:lineRule="auto"/>
              <w:jc w:val="center"/>
            </w:pPr>
            <w:r>
              <w:rPr>
                <w:rFonts w:eastAsia="Aptos"/>
                <w:b/>
                <w:sz w:val="17"/>
              </w:rPr>
              <w:t>6.89</w:t>
            </w:r>
          </w:p>
        </w:tc>
        <w:tc>
          <w:tcPr>
            <w:tcW w:w="540" w:type="dxa"/>
            <w:tcMar>
              <w:top w:w="28" w:type="dxa"/>
              <w:left w:w="38" w:type="dxa"/>
              <w:bottom w:w="28" w:type="dxa"/>
              <w:right w:w="38" w:type="dxa"/>
            </w:tcMar>
            <w:vAlign w:val="center"/>
          </w:tcPr>
          <w:p w14:paraId="2652F93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2F961C" w14:textId="77777777" w:rsidR="00D60D5E" w:rsidRDefault="00D60D5E">
            <w:pPr>
              <w:jc w:val="center"/>
            </w:pPr>
          </w:p>
        </w:tc>
      </w:tr>
      <w:tr w:rsidR="00D60D5E" w14:paraId="28E34B19" w14:textId="77777777" w:rsidTr="000617E0">
        <w:trPr>
          <w:cantSplit/>
          <w:jc w:val="center"/>
        </w:trPr>
        <w:tc>
          <w:tcPr>
            <w:tcW w:w="677" w:type="dxa"/>
            <w:tcMar>
              <w:top w:w="28" w:type="dxa"/>
              <w:left w:w="38" w:type="dxa"/>
              <w:bottom w:w="28" w:type="dxa"/>
              <w:right w:w="38" w:type="dxa"/>
            </w:tcMar>
            <w:vAlign w:val="center"/>
          </w:tcPr>
          <w:p w14:paraId="42EA7233" w14:textId="77777777" w:rsidR="00D60D5E" w:rsidRDefault="00891EF0">
            <w:pPr>
              <w:spacing w:after="0" w:line="240" w:lineRule="auto"/>
              <w:jc w:val="center"/>
            </w:pPr>
            <w:r>
              <w:rPr>
                <w:rFonts w:eastAsia="Aptos"/>
                <w:color w:val="6A7075"/>
                <w:sz w:val="17"/>
              </w:rPr>
              <w:t>270-210</w:t>
            </w:r>
          </w:p>
        </w:tc>
        <w:tc>
          <w:tcPr>
            <w:tcW w:w="2648" w:type="dxa"/>
            <w:tcMar>
              <w:top w:w="28" w:type="dxa"/>
              <w:left w:w="38" w:type="dxa"/>
              <w:bottom w:w="28" w:type="dxa"/>
              <w:right w:w="38" w:type="dxa"/>
            </w:tcMar>
            <w:vAlign w:val="center"/>
          </w:tcPr>
          <w:p w14:paraId="372BE4D8" w14:textId="77777777" w:rsidR="00D60D5E" w:rsidRDefault="00891EF0">
            <w:pPr>
              <w:spacing w:after="0" w:line="240" w:lineRule="auto"/>
            </w:pPr>
            <w:r>
              <w:rPr>
                <w:rFonts w:eastAsia="Aptos"/>
                <w:sz w:val="17"/>
              </w:rPr>
              <w:t>Passion Fruit Juice 64oz</w:t>
            </w:r>
          </w:p>
        </w:tc>
        <w:tc>
          <w:tcPr>
            <w:tcW w:w="630" w:type="dxa"/>
            <w:tcMar>
              <w:top w:w="28" w:type="dxa"/>
              <w:left w:w="38" w:type="dxa"/>
              <w:bottom w:w="28" w:type="dxa"/>
              <w:right w:w="38" w:type="dxa"/>
            </w:tcMar>
            <w:vAlign w:val="center"/>
          </w:tcPr>
          <w:p w14:paraId="29F715E6" w14:textId="77777777" w:rsidR="00D60D5E" w:rsidRDefault="00891EF0">
            <w:pPr>
              <w:spacing w:after="0" w:line="240" w:lineRule="auto"/>
              <w:jc w:val="center"/>
            </w:pPr>
            <w:r>
              <w:rPr>
                <w:rFonts w:eastAsia="Aptos"/>
                <w:b/>
                <w:sz w:val="17"/>
              </w:rPr>
              <w:t>5.70</w:t>
            </w:r>
          </w:p>
        </w:tc>
        <w:tc>
          <w:tcPr>
            <w:tcW w:w="540" w:type="dxa"/>
            <w:tcMar>
              <w:top w:w="28" w:type="dxa"/>
              <w:left w:w="38" w:type="dxa"/>
              <w:bottom w:w="28" w:type="dxa"/>
              <w:right w:w="38" w:type="dxa"/>
            </w:tcMar>
            <w:vAlign w:val="center"/>
          </w:tcPr>
          <w:p w14:paraId="070FF3D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097BE9" w14:textId="77777777" w:rsidR="00D60D5E" w:rsidRDefault="00D60D5E">
            <w:pPr>
              <w:jc w:val="center"/>
            </w:pPr>
          </w:p>
        </w:tc>
      </w:tr>
      <w:tr w:rsidR="00D60D5E" w14:paraId="22997C1B" w14:textId="77777777" w:rsidTr="000617E0">
        <w:trPr>
          <w:cantSplit/>
          <w:jc w:val="center"/>
        </w:trPr>
        <w:tc>
          <w:tcPr>
            <w:tcW w:w="677" w:type="dxa"/>
            <w:tcMar>
              <w:top w:w="28" w:type="dxa"/>
              <w:left w:w="38" w:type="dxa"/>
              <w:bottom w:w="28" w:type="dxa"/>
              <w:right w:w="38" w:type="dxa"/>
            </w:tcMar>
            <w:vAlign w:val="center"/>
          </w:tcPr>
          <w:p w14:paraId="32C4D36D" w14:textId="77777777" w:rsidR="00D60D5E" w:rsidRDefault="00891EF0">
            <w:pPr>
              <w:spacing w:after="0" w:line="240" w:lineRule="auto"/>
              <w:jc w:val="center"/>
            </w:pPr>
            <w:r>
              <w:rPr>
                <w:rFonts w:eastAsia="Aptos"/>
                <w:color w:val="6A7075"/>
                <w:sz w:val="17"/>
              </w:rPr>
              <w:t>270-215</w:t>
            </w:r>
          </w:p>
        </w:tc>
        <w:tc>
          <w:tcPr>
            <w:tcW w:w="2648" w:type="dxa"/>
            <w:tcMar>
              <w:top w:w="28" w:type="dxa"/>
              <w:left w:w="38" w:type="dxa"/>
              <w:bottom w:w="28" w:type="dxa"/>
              <w:right w:w="38" w:type="dxa"/>
            </w:tcMar>
            <w:vAlign w:val="center"/>
          </w:tcPr>
          <w:p w14:paraId="43EFD22A" w14:textId="77777777" w:rsidR="00D60D5E" w:rsidRDefault="00891EF0">
            <w:pPr>
              <w:spacing w:after="0" w:line="240" w:lineRule="auto"/>
            </w:pPr>
            <w:r>
              <w:rPr>
                <w:rFonts w:eastAsia="Aptos"/>
                <w:sz w:val="17"/>
              </w:rPr>
              <w:t>Ceres 100% Juice 1 ltr (pine/apple/passion/orange)</w:t>
            </w:r>
          </w:p>
        </w:tc>
        <w:tc>
          <w:tcPr>
            <w:tcW w:w="630" w:type="dxa"/>
            <w:tcMar>
              <w:top w:w="28" w:type="dxa"/>
              <w:left w:w="38" w:type="dxa"/>
              <w:bottom w:w="28" w:type="dxa"/>
              <w:right w:w="38" w:type="dxa"/>
            </w:tcMar>
            <w:vAlign w:val="center"/>
          </w:tcPr>
          <w:p w14:paraId="625E7FBB" w14:textId="77777777" w:rsidR="00D60D5E" w:rsidRDefault="00891EF0">
            <w:pPr>
              <w:spacing w:after="0" w:line="240" w:lineRule="auto"/>
              <w:jc w:val="center"/>
            </w:pPr>
            <w:r>
              <w:rPr>
                <w:rFonts w:eastAsia="Aptos"/>
                <w:b/>
                <w:sz w:val="17"/>
              </w:rPr>
              <w:t>5.89</w:t>
            </w:r>
          </w:p>
        </w:tc>
        <w:tc>
          <w:tcPr>
            <w:tcW w:w="540" w:type="dxa"/>
            <w:tcMar>
              <w:top w:w="28" w:type="dxa"/>
              <w:left w:w="38" w:type="dxa"/>
              <w:bottom w:w="28" w:type="dxa"/>
              <w:right w:w="38" w:type="dxa"/>
            </w:tcMar>
            <w:vAlign w:val="center"/>
          </w:tcPr>
          <w:p w14:paraId="5E57070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B6103B" w14:textId="77777777" w:rsidR="00D60D5E" w:rsidRDefault="00D60D5E">
            <w:pPr>
              <w:jc w:val="center"/>
            </w:pPr>
          </w:p>
        </w:tc>
      </w:tr>
      <w:tr w:rsidR="00D60D5E" w14:paraId="78E62750" w14:textId="77777777" w:rsidTr="000617E0">
        <w:trPr>
          <w:cantSplit/>
          <w:jc w:val="center"/>
        </w:trPr>
        <w:tc>
          <w:tcPr>
            <w:tcW w:w="677" w:type="dxa"/>
            <w:tcMar>
              <w:top w:w="28" w:type="dxa"/>
              <w:left w:w="38" w:type="dxa"/>
              <w:bottom w:w="28" w:type="dxa"/>
              <w:right w:w="38" w:type="dxa"/>
            </w:tcMar>
            <w:vAlign w:val="center"/>
          </w:tcPr>
          <w:p w14:paraId="753AD506" w14:textId="77777777" w:rsidR="00D60D5E" w:rsidRDefault="00891EF0">
            <w:pPr>
              <w:spacing w:after="0" w:line="240" w:lineRule="auto"/>
              <w:jc w:val="center"/>
            </w:pPr>
            <w:r>
              <w:rPr>
                <w:rFonts w:eastAsia="Aptos"/>
                <w:color w:val="6A7075"/>
                <w:sz w:val="17"/>
              </w:rPr>
              <w:t>270-220</w:t>
            </w:r>
          </w:p>
        </w:tc>
        <w:tc>
          <w:tcPr>
            <w:tcW w:w="2648" w:type="dxa"/>
            <w:tcMar>
              <w:top w:w="28" w:type="dxa"/>
              <w:left w:w="38" w:type="dxa"/>
              <w:bottom w:w="28" w:type="dxa"/>
              <w:right w:w="38" w:type="dxa"/>
            </w:tcMar>
            <w:vAlign w:val="center"/>
          </w:tcPr>
          <w:p w14:paraId="6D0B3060" w14:textId="77777777" w:rsidR="00D60D5E" w:rsidRDefault="00891EF0">
            <w:pPr>
              <w:spacing w:after="0" w:line="240" w:lineRule="auto"/>
            </w:pPr>
            <w:r>
              <w:rPr>
                <w:rFonts w:eastAsia="Aptos"/>
                <w:sz w:val="17"/>
              </w:rPr>
              <w:t>Apple Juice Motts 64oz</w:t>
            </w:r>
          </w:p>
        </w:tc>
        <w:tc>
          <w:tcPr>
            <w:tcW w:w="630" w:type="dxa"/>
            <w:tcMar>
              <w:top w:w="28" w:type="dxa"/>
              <w:left w:w="38" w:type="dxa"/>
              <w:bottom w:w="28" w:type="dxa"/>
              <w:right w:w="38" w:type="dxa"/>
            </w:tcMar>
            <w:vAlign w:val="center"/>
          </w:tcPr>
          <w:p w14:paraId="614BD3FA" w14:textId="77777777" w:rsidR="00D60D5E" w:rsidRDefault="00891EF0">
            <w:pPr>
              <w:spacing w:after="0" w:line="240" w:lineRule="auto"/>
              <w:jc w:val="center"/>
            </w:pPr>
            <w:r>
              <w:rPr>
                <w:rFonts w:eastAsia="Aptos"/>
                <w:b/>
                <w:sz w:val="17"/>
              </w:rPr>
              <w:t>8.10</w:t>
            </w:r>
          </w:p>
        </w:tc>
        <w:tc>
          <w:tcPr>
            <w:tcW w:w="540" w:type="dxa"/>
            <w:tcMar>
              <w:top w:w="28" w:type="dxa"/>
              <w:left w:w="38" w:type="dxa"/>
              <w:bottom w:w="28" w:type="dxa"/>
              <w:right w:w="38" w:type="dxa"/>
            </w:tcMar>
            <w:vAlign w:val="center"/>
          </w:tcPr>
          <w:p w14:paraId="350FF67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6EE223" w14:textId="77777777" w:rsidR="00D60D5E" w:rsidRDefault="00D60D5E">
            <w:pPr>
              <w:jc w:val="center"/>
            </w:pPr>
          </w:p>
        </w:tc>
      </w:tr>
      <w:tr w:rsidR="00D60D5E" w14:paraId="5101A0E4" w14:textId="77777777" w:rsidTr="000617E0">
        <w:trPr>
          <w:cantSplit/>
          <w:jc w:val="center"/>
        </w:trPr>
        <w:tc>
          <w:tcPr>
            <w:tcW w:w="677" w:type="dxa"/>
            <w:shd w:val="clear" w:color="auto" w:fill="D9EAF7"/>
            <w:tcMar>
              <w:top w:w="28" w:type="dxa"/>
              <w:left w:w="38" w:type="dxa"/>
              <w:bottom w:w="28" w:type="dxa"/>
              <w:right w:w="38" w:type="dxa"/>
            </w:tcMar>
            <w:vAlign w:val="center"/>
          </w:tcPr>
          <w:p w14:paraId="307F16A8" w14:textId="77777777" w:rsidR="00D60D5E" w:rsidRDefault="00891EF0">
            <w:pPr>
              <w:spacing w:after="0" w:line="240" w:lineRule="auto"/>
              <w:jc w:val="center"/>
            </w:pPr>
            <w:r>
              <w:rPr>
                <w:rFonts w:eastAsia="Aptos"/>
                <w:b/>
                <w:color w:val="76A943"/>
                <w:sz w:val="18"/>
              </w:rPr>
              <w:t>275-</w:t>
            </w:r>
          </w:p>
        </w:tc>
        <w:tc>
          <w:tcPr>
            <w:tcW w:w="2648" w:type="dxa"/>
            <w:shd w:val="clear" w:color="auto" w:fill="D9EAF7"/>
            <w:tcMar>
              <w:top w:w="28" w:type="dxa"/>
              <w:left w:w="38" w:type="dxa"/>
              <w:bottom w:w="28" w:type="dxa"/>
              <w:right w:w="38" w:type="dxa"/>
            </w:tcMar>
            <w:vAlign w:val="center"/>
          </w:tcPr>
          <w:p w14:paraId="169508C5" w14:textId="77777777" w:rsidR="00D60D5E" w:rsidRDefault="00891EF0">
            <w:pPr>
              <w:spacing w:after="0" w:line="240" w:lineRule="auto"/>
            </w:pPr>
            <w:r>
              <w:rPr>
                <w:rFonts w:eastAsia="Aptos"/>
                <w:b/>
                <w:color w:val="76A943"/>
                <w:sz w:val="18"/>
              </w:rPr>
              <w:t>TEAS &amp; COFFEE</w:t>
            </w:r>
          </w:p>
        </w:tc>
        <w:tc>
          <w:tcPr>
            <w:tcW w:w="630" w:type="dxa"/>
            <w:shd w:val="clear" w:color="auto" w:fill="D9EAF7"/>
            <w:tcMar>
              <w:top w:w="28" w:type="dxa"/>
              <w:left w:w="38" w:type="dxa"/>
              <w:bottom w:w="28" w:type="dxa"/>
              <w:right w:w="38" w:type="dxa"/>
            </w:tcMar>
            <w:vAlign w:val="center"/>
          </w:tcPr>
          <w:p w14:paraId="6E7E29F5"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791C8546"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631D693" w14:textId="77777777" w:rsidR="00D60D5E" w:rsidRDefault="00D60D5E">
            <w:pPr>
              <w:jc w:val="center"/>
            </w:pPr>
          </w:p>
        </w:tc>
      </w:tr>
      <w:tr w:rsidR="00D60D5E" w14:paraId="1D5C78B3" w14:textId="77777777" w:rsidTr="000617E0">
        <w:trPr>
          <w:cantSplit/>
          <w:jc w:val="center"/>
        </w:trPr>
        <w:tc>
          <w:tcPr>
            <w:tcW w:w="677" w:type="dxa"/>
            <w:tcMar>
              <w:top w:w="28" w:type="dxa"/>
              <w:left w:w="38" w:type="dxa"/>
              <w:bottom w:w="28" w:type="dxa"/>
              <w:right w:w="38" w:type="dxa"/>
            </w:tcMar>
            <w:vAlign w:val="center"/>
          </w:tcPr>
          <w:p w14:paraId="46861C5A" w14:textId="77777777" w:rsidR="00D60D5E" w:rsidRDefault="00891EF0">
            <w:pPr>
              <w:spacing w:after="0" w:line="240" w:lineRule="auto"/>
              <w:jc w:val="center"/>
            </w:pPr>
            <w:r>
              <w:rPr>
                <w:rFonts w:eastAsia="Aptos"/>
                <w:color w:val="6A7075"/>
                <w:sz w:val="17"/>
              </w:rPr>
              <w:t>275-105</w:t>
            </w:r>
          </w:p>
        </w:tc>
        <w:tc>
          <w:tcPr>
            <w:tcW w:w="2648" w:type="dxa"/>
            <w:tcMar>
              <w:top w:w="28" w:type="dxa"/>
              <w:left w:w="38" w:type="dxa"/>
              <w:bottom w:w="28" w:type="dxa"/>
              <w:right w:w="38" w:type="dxa"/>
            </w:tcMar>
            <w:vAlign w:val="center"/>
          </w:tcPr>
          <w:p w14:paraId="21FA7426" w14:textId="77777777" w:rsidR="00D60D5E" w:rsidRDefault="00891EF0">
            <w:pPr>
              <w:spacing w:after="0" w:line="240" w:lineRule="auto"/>
            </w:pPr>
            <w:r>
              <w:rPr>
                <w:rFonts w:eastAsia="Aptos"/>
                <w:sz w:val="17"/>
              </w:rPr>
              <w:t>Folgers Classic Roast 9.6oz</w:t>
            </w:r>
          </w:p>
        </w:tc>
        <w:tc>
          <w:tcPr>
            <w:tcW w:w="630" w:type="dxa"/>
            <w:tcMar>
              <w:top w:w="28" w:type="dxa"/>
              <w:left w:w="38" w:type="dxa"/>
              <w:bottom w:w="28" w:type="dxa"/>
              <w:right w:w="38" w:type="dxa"/>
            </w:tcMar>
            <w:vAlign w:val="center"/>
          </w:tcPr>
          <w:p w14:paraId="2046AC46" w14:textId="77777777" w:rsidR="00D60D5E" w:rsidRDefault="00891EF0">
            <w:pPr>
              <w:spacing w:after="0" w:line="240" w:lineRule="auto"/>
              <w:jc w:val="center"/>
            </w:pPr>
            <w:r>
              <w:rPr>
                <w:rFonts w:eastAsia="Aptos"/>
                <w:b/>
                <w:sz w:val="17"/>
              </w:rPr>
              <w:t>20.95</w:t>
            </w:r>
          </w:p>
        </w:tc>
        <w:tc>
          <w:tcPr>
            <w:tcW w:w="540" w:type="dxa"/>
            <w:tcMar>
              <w:top w:w="28" w:type="dxa"/>
              <w:left w:w="38" w:type="dxa"/>
              <w:bottom w:w="28" w:type="dxa"/>
              <w:right w:w="38" w:type="dxa"/>
            </w:tcMar>
            <w:vAlign w:val="center"/>
          </w:tcPr>
          <w:p w14:paraId="524BC46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FBBA958" w14:textId="77777777" w:rsidR="00D60D5E" w:rsidRDefault="00D60D5E">
            <w:pPr>
              <w:jc w:val="center"/>
            </w:pPr>
          </w:p>
        </w:tc>
      </w:tr>
      <w:tr w:rsidR="00D60D5E" w14:paraId="236C6F0E" w14:textId="77777777" w:rsidTr="000617E0">
        <w:trPr>
          <w:cantSplit/>
          <w:jc w:val="center"/>
        </w:trPr>
        <w:tc>
          <w:tcPr>
            <w:tcW w:w="677" w:type="dxa"/>
            <w:tcMar>
              <w:top w:w="28" w:type="dxa"/>
              <w:left w:w="38" w:type="dxa"/>
              <w:bottom w:w="28" w:type="dxa"/>
              <w:right w:w="38" w:type="dxa"/>
            </w:tcMar>
            <w:vAlign w:val="center"/>
          </w:tcPr>
          <w:p w14:paraId="7F8F3BCC" w14:textId="77777777" w:rsidR="00D60D5E" w:rsidRDefault="00891EF0">
            <w:pPr>
              <w:spacing w:after="0" w:line="240" w:lineRule="auto"/>
              <w:jc w:val="center"/>
            </w:pPr>
            <w:r>
              <w:rPr>
                <w:rFonts w:eastAsia="Aptos"/>
                <w:color w:val="6A7075"/>
                <w:sz w:val="17"/>
              </w:rPr>
              <w:t>275-106</w:t>
            </w:r>
          </w:p>
        </w:tc>
        <w:tc>
          <w:tcPr>
            <w:tcW w:w="2648" w:type="dxa"/>
            <w:tcMar>
              <w:top w:w="28" w:type="dxa"/>
              <w:left w:w="38" w:type="dxa"/>
              <w:bottom w:w="28" w:type="dxa"/>
              <w:right w:w="38" w:type="dxa"/>
            </w:tcMar>
            <w:vAlign w:val="center"/>
          </w:tcPr>
          <w:p w14:paraId="34F5F9F8" w14:textId="77777777" w:rsidR="00D60D5E" w:rsidRDefault="00891EF0">
            <w:pPr>
              <w:spacing w:after="0" w:line="240" w:lineRule="auto"/>
            </w:pPr>
            <w:r>
              <w:rPr>
                <w:rFonts w:eastAsia="Aptos"/>
                <w:sz w:val="17"/>
              </w:rPr>
              <w:t>Folgers Columbian Ground Coffee 9.6oz</w:t>
            </w:r>
          </w:p>
        </w:tc>
        <w:tc>
          <w:tcPr>
            <w:tcW w:w="630" w:type="dxa"/>
            <w:tcMar>
              <w:top w:w="28" w:type="dxa"/>
              <w:left w:w="38" w:type="dxa"/>
              <w:bottom w:w="28" w:type="dxa"/>
              <w:right w:w="38" w:type="dxa"/>
            </w:tcMar>
            <w:vAlign w:val="center"/>
          </w:tcPr>
          <w:p w14:paraId="5B83787B" w14:textId="77777777" w:rsidR="00D60D5E" w:rsidRDefault="00891EF0">
            <w:pPr>
              <w:spacing w:after="0" w:line="240" w:lineRule="auto"/>
              <w:jc w:val="center"/>
            </w:pPr>
            <w:r>
              <w:rPr>
                <w:rFonts w:eastAsia="Aptos"/>
                <w:b/>
                <w:sz w:val="17"/>
              </w:rPr>
              <w:t>20.95</w:t>
            </w:r>
          </w:p>
        </w:tc>
        <w:tc>
          <w:tcPr>
            <w:tcW w:w="540" w:type="dxa"/>
            <w:tcMar>
              <w:top w:w="28" w:type="dxa"/>
              <w:left w:w="38" w:type="dxa"/>
              <w:bottom w:w="28" w:type="dxa"/>
              <w:right w:w="38" w:type="dxa"/>
            </w:tcMar>
            <w:vAlign w:val="center"/>
          </w:tcPr>
          <w:p w14:paraId="5DB1FB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01782F" w14:textId="77777777" w:rsidR="00D60D5E" w:rsidRDefault="00D60D5E">
            <w:pPr>
              <w:jc w:val="center"/>
            </w:pPr>
          </w:p>
        </w:tc>
      </w:tr>
      <w:tr w:rsidR="00D60D5E" w14:paraId="327C7E86" w14:textId="77777777" w:rsidTr="000617E0">
        <w:trPr>
          <w:cantSplit/>
          <w:jc w:val="center"/>
        </w:trPr>
        <w:tc>
          <w:tcPr>
            <w:tcW w:w="677" w:type="dxa"/>
            <w:tcMar>
              <w:top w:w="28" w:type="dxa"/>
              <w:left w:w="38" w:type="dxa"/>
              <w:bottom w:w="28" w:type="dxa"/>
              <w:right w:w="38" w:type="dxa"/>
            </w:tcMar>
            <w:vAlign w:val="center"/>
          </w:tcPr>
          <w:p w14:paraId="11ED269C" w14:textId="77777777" w:rsidR="00D60D5E" w:rsidRDefault="00891EF0">
            <w:pPr>
              <w:spacing w:after="0" w:line="240" w:lineRule="auto"/>
              <w:jc w:val="center"/>
            </w:pPr>
            <w:r>
              <w:rPr>
                <w:rFonts w:eastAsia="Aptos"/>
                <w:color w:val="6A7075"/>
                <w:sz w:val="17"/>
              </w:rPr>
              <w:t>275-110</w:t>
            </w:r>
          </w:p>
        </w:tc>
        <w:tc>
          <w:tcPr>
            <w:tcW w:w="2648" w:type="dxa"/>
            <w:tcMar>
              <w:top w:w="28" w:type="dxa"/>
              <w:left w:w="38" w:type="dxa"/>
              <w:bottom w:w="28" w:type="dxa"/>
              <w:right w:w="38" w:type="dxa"/>
            </w:tcMar>
            <w:vAlign w:val="center"/>
          </w:tcPr>
          <w:p w14:paraId="51EEDCD4" w14:textId="77777777" w:rsidR="00D60D5E" w:rsidRDefault="00891EF0">
            <w:pPr>
              <w:spacing w:after="0" w:line="240" w:lineRule="auto"/>
            </w:pPr>
            <w:r>
              <w:rPr>
                <w:rFonts w:eastAsia="Aptos"/>
                <w:sz w:val="17"/>
              </w:rPr>
              <w:t>Starbucks House blend 12 oz</w:t>
            </w:r>
          </w:p>
        </w:tc>
        <w:tc>
          <w:tcPr>
            <w:tcW w:w="630" w:type="dxa"/>
            <w:tcMar>
              <w:top w:w="28" w:type="dxa"/>
              <w:left w:w="38" w:type="dxa"/>
              <w:bottom w:w="28" w:type="dxa"/>
              <w:right w:w="38" w:type="dxa"/>
            </w:tcMar>
            <w:vAlign w:val="center"/>
          </w:tcPr>
          <w:p w14:paraId="539A86A8" w14:textId="77777777" w:rsidR="00D60D5E" w:rsidRDefault="00891EF0">
            <w:pPr>
              <w:spacing w:after="0" w:line="240" w:lineRule="auto"/>
              <w:jc w:val="center"/>
            </w:pPr>
            <w:r>
              <w:rPr>
                <w:rFonts w:eastAsia="Aptos"/>
                <w:b/>
                <w:sz w:val="17"/>
              </w:rPr>
              <w:t>30.85</w:t>
            </w:r>
          </w:p>
        </w:tc>
        <w:tc>
          <w:tcPr>
            <w:tcW w:w="540" w:type="dxa"/>
            <w:tcMar>
              <w:top w:w="28" w:type="dxa"/>
              <w:left w:w="38" w:type="dxa"/>
              <w:bottom w:w="28" w:type="dxa"/>
              <w:right w:w="38" w:type="dxa"/>
            </w:tcMar>
            <w:vAlign w:val="center"/>
          </w:tcPr>
          <w:p w14:paraId="6A2CCC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AD17F2" w14:textId="77777777" w:rsidR="00D60D5E" w:rsidRDefault="00D60D5E">
            <w:pPr>
              <w:jc w:val="center"/>
            </w:pPr>
          </w:p>
        </w:tc>
      </w:tr>
      <w:tr w:rsidR="00D60D5E" w14:paraId="50330F77" w14:textId="77777777" w:rsidTr="000617E0">
        <w:trPr>
          <w:cantSplit/>
          <w:jc w:val="center"/>
        </w:trPr>
        <w:tc>
          <w:tcPr>
            <w:tcW w:w="677" w:type="dxa"/>
            <w:tcMar>
              <w:top w:w="28" w:type="dxa"/>
              <w:left w:w="38" w:type="dxa"/>
              <w:bottom w:w="28" w:type="dxa"/>
              <w:right w:w="38" w:type="dxa"/>
            </w:tcMar>
            <w:vAlign w:val="center"/>
          </w:tcPr>
          <w:p w14:paraId="6D0EABD3" w14:textId="77777777" w:rsidR="00D60D5E" w:rsidRDefault="00891EF0">
            <w:pPr>
              <w:spacing w:after="0" w:line="240" w:lineRule="auto"/>
              <w:jc w:val="center"/>
            </w:pPr>
            <w:r>
              <w:rPr>
                <w:rFonts w:eastAsia="Aptos"/>
                <w:color w:val="6A7075"/>
                <w:sz w:val="17"/>
              </w:rPr>
              <w:t>275-115</w:t>
            </w:r>
          </w:p>
        </w:tc>
        <w:tc>
          <w:tcPr>
            <w:tcW w:w="2648" w:type="dxa"/>
            <w:tcMar>
              <w:top w:w="28" w:type="dxa"/>
              <w:left w:w="38" w:type="dxa"/>
              <w:bottom w:w="28" w:type="dxa"/>
              <w:right w:w="38" w:type="dxa"/>
            </w:tcMar>
            <w:vAlign w:val="center"/>
          </w:tcPr>
          <w:p w14:paraId="66E2B2FD" w14:textId="77777777" w:rsidR="00D60D5E" w:rsidRDefault="00891EF0">
            <w:pPr>
              <w:spacing w:after="0" w:line="240" w:lineRule="auto"/>
            </w:pPr>
            <w:r>
              <w:rPr>
                <w:rFonts w:eastAsia="Aptos"/>
                <w:sz w:val="17"/>
              </w:rPr>
              <w:t>Chock Full of Nuts 7oz Med Roast</w:t>
            </w:r>
          </w:p>
        </w:tc>
        <w:tc>
          <w:tcPr>
            <w:tcW w:w="630" w:type="dxa"/>
            <w:tcMar>
              <w:top w:w="28" w:type="dxa"/>
              <w:left w:w="38" w:type="dxa"/>
              <w:bottom w:w="28" w:type="dxa"/>
              <w:right w:w="38" w:type="dxa"/>
            </w:tcMar>
            <w:vAlign w:val="center"/>
          </w:tcPr>
          <w:p w14:paraId="21F97F22" w14:textId="77777777" w:rsidR="00D60D5E" w:rsidRDefault="00891EF0">
            <w:pPr>
              <w:spacing w:after="0" w:line="240" w:lineRule="auto"/>
              <w:jc w:val="center"/>
            </w:pPr>
            <w:r>
              <w:rPr>
                <w:rFonts w:eastAsia="Aptos"/>
                <w:b/>
                <w:sz w:val="17"/>
              </w:rPr>
              <w:t>9.39</w:t>
            </w:r>
          </w:p>
        </w:tc>
        <w:tc>
          <w:tcPr>
            <w:tcW w:w="540" w:type="dxa"/>
            <w:tcMar>
              <w:top w:w="28" w:type="dxa"/>
              <w:left w:w="38" w:type="dxa"/>
              <w:bottom w:w="28" w:type="dxa"/>
              <w:right w:w="38" w:type="dxa"/>
            </w:tcMar>
            <w:vAlign w:val="center"/>
          </w:tcPr>
          <w:p w14:paraId="7B8F12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C26F42" w14:textId="77777777" w:rsidR="00D60D5E" w:rsidRDefault="00D60D5E">
            <w:pPr>
              <w:jc w:val="center"/>
            </w:pPr>
          </w:p>
        </w:tc>
      </w:tr>
      <w:tr w:rsidR="00D60D5E" w14:paraId="1F98F9E1" w14:textId="77777777" w:rsidTr="000617E0">
        <w:trPr>
          <w:cantSplit/>
          <w:jc w:val="center"/>
        </w:trPr>
        <w:tc>
          <w:tcPr>
            <w:tcW w:w="677" w:type="dxa"/>
            <w:tcMar>
              <w:top w:w="28" w:type="dxa"/>
              <w:left w:w="38" w:type="dxa"/>
              <w:bottom w:w="28" w:type="dxa"/>
              <w:right w:w="38" w:type="dxa"/>
            </w:tcMar>
            <w:vAlign w:val="center"/>
          </w:tcPr>
          <w:p w14:paraId="51E535ED" w14:textId="77777777" w:rsidR="00D60D5E" w:rsidRDefault="00891EF0">
            <w:pPr>
              <w:spacing w:after="0" w:line="240" w:lineRule="auto"/>
              <w:jc w:val="center"/>
            </w:pPr>
            <w:r>
              <w:rPr>
                <w:rFonts w:eastAsia="Aptos"/>
                <w:color w:val="6A7075"/>
                <w:sz w:val="17"/>
              </w:rPr>
              <w:t>275-120</w:t>
            </w:r>
          </w:p>
        </w:tc>
        <w:tc>
          <w:tcPr>
            <w:tcW w:w="2648" w:type="dxa"/>
            <w:tcMar>
              <w:top w:w="28" w:type="dxa"/>
              <w:left w:w="38" w:type="dxa"/>
              <w:bottom w:w="28" w:type="dxa"/>
              <w:right w:w="38" w:type="dxa"/>
            </w:tcMar>
            <w:vAlign w:val="center"/>
          </w:tcPr>
          <w:p w14:paraId="61529BF0" w14:textId="77777777" w:rsidR="00D60D5E" w:rsidRDefault="00891EF0">
            <w:pPr>
              <w:spacing w:after="0" w:line="240" w:lineRule="auto"/>
            </w:pPr>
            <w:r>
              <w:rPr>
                <w:rFonts w:eastAsia="Aptos"/>
                <w:sz w:val="17"/>
              </w:rPr>
              <w:t>Maxwell House French Roast 11oz</w:t>
            </w:r>
          </w:p>
        </w:tc>
        <w:tc>
          <w:tcPr>
            <w:tcW w:w="630" w:type="dxa"/>
            <w:tcMar>
              <w:top w:w="28" w:type="dxa"/>
              <w:left w:w="38" w:type="dxa"/>
              <w:bottom w:w="28" w:type="dxa"/>
              <w:right w:w="38" w:type="dxa"/>
            </w:tcMar>
            <w:vAlign w:val="center"/>
          </w:tcPr>
          <w:p w14:paraId="39353408" w14:textId="77777777" w:rsidR="00D60D5E" w:rsidRDefault="00891EF0">
            <w:pPr>
              <w:spacing w:after="0" w:line="240" w:lineRule="auto"/>
              <w:jc w:val="center"/>
            </w:pPr>
            <w:r>
              <w:rPr>
                <w:rFonts w:eastAsia="Aptos"/>
                <w:b/>
                <w:sz w:val="17"/>
              </w:rPr>
              <w:t>15.99</w:t>
            </w:r>
          </w:p>
        </w:tc>
        <w:tc>
          <w:tcPr>
            <w:tcW w:w="540" w:type="dxa"/>
            <w:tcMar>
              <w:top w:w="28" w:type="dxa"/>
              <w:left w:w="38" w:type="dxa"/>
              <w:bottom w:w="28" w:type="dxa"/>
              <w:right w:w="38" w:type="dxa"/>
            </w:tcMar>
            <w:vAlign w:val="center"/>
          </w:tcPr>
          <w:p w14:paraId="4919FB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D94E2E" w14:textId="77777777" w:rsidR="00D60D5E" w:rsidRDefault="00D60D5E">
            <w:pPr>
              <w:jc w:val="center"/>
            </w:pPr>
          </w:p>
        </w:tc>
      </w:tr>
      <w:tr w:rsidR="00D60D5E" w14:paraId="02DE7A09" w14:textId="77777777" w:rsidTr="000617E0">
        <w:trPr>
          <w:cantSplit/>
          <w:jc w:val="center"/>
        </w:trPr>
        <w:tc>
          <w:tcPr>
            <w:tcW w:w="677" w:type="dxa"/>
            <w:tcMar>
              <w:top w:w="28" w:type="dxa"/>
              <w:left w:w="38" w:type="dxa"/>
              <w:bottom w:w="28" w:type="dxa"/>
              <w:right w:w="38" w:type="dxa"/>
            </w:tcMar>
            <w:vAlign w:val="center"/>
          </w:tcPr>
          <w:p w14:paraId="4AB6E4EF" w14:textId="77777777" w:rsidR="00D60D5E" w:rsidRDefault="00891EF0">
            <w:pPr>
              <w:spacing w:after="0" w:line="240" w:lineRule="auto"/>
              <w:jc w:val="center"/>
            </w:pPr>
            <w:r>
              <w:rPr>
                <w:rFonts w:eastAsia="Aptos"/>
                <w:color w:val="6A7075"/>
                <w:sz w:val="17"/>
              </w:rPr>
              <w:t>275-125</w:t>
            </w:r>
          </w:p>
        </w:tc>
        <w:tc>
          <w:tcPr>
            <w:tcW w:w="2648" w:type="dxa"/>
            <w:tcMar>
              <w:top w:w="28" w:type="dxa"/>
              <w:left w:w="38" w:type="dxa"/>
              <w:bottom w:w="28" w:type="dxa"/>
              <w:right w:w="38" w:type="dxa"/>
            </w:tcMar>
            <w:vAlign w:val="center"/>
          </w:tcPr>
          <w:p w14:paraId="65798781" w14:textId="77777777" w:rsidR="00D60D5E" w:rsidRDefault="00891EF0">
            <w:pPr>
              <w:spacing w:after="0" w:line="240" w:lineRule="auto"/>
            </w:pPr>
            <w:r>
              <w:rPr>
                <w:rFonts w:eastAsia="Aptos"/>
                <w:sz w:val="17"/>
              </w:rPr>
              <w:t>Maxwell House Italian Espresso 11.5oz</w:t>
            </w:r>
          </w:p>
        </w:tc>
        <w:tc>
          <w:tcPr>
            <w:tcW w:w="630" w:type="dxa"/>
            <w:tcMar>
              <w:top w:w="28" w:type="dxa"/>
              <w:left w:w="38" w:type="dxa"/>
              <w:bottom w:w="28" w:type="dxa"/>
              <w:right w:w="38" w:type="dxa"/>
            </w:tcMar>
            <w:vAlign w:val="center"/>
          </w:tcPr>
          <w:p w14:paraId="0250422C" w14:textId="77777777" w:rsidR="00D60D5E" w:rsidRDefault="00891EF0">
            <w:pPr>
              <w:spacing w:after="0" w:line="240" w:lineRule="auto"/>
              <w:jc w:val="center"/>
            </w:pPr>
            <w:r>
              <w:rPr>
                <w:rFonts w:eastAsia="Aptos"/>
                <w:b/>
                <w:sz w:val="17"/>
              </w:rPr>
              <w:t>16.25</w:t>
            </w:r>
          </w:p>
        </w:tc>
        <w:tc>
          <w:tcPr>
            <w:tcW w:w="540" w:type="dxa"/>
            <w:tcMar>
              <w:top w:w="28" w:type="dxa"/>
              <w:left w:w="38" w:type="dxa"/>
              <w:bottom w:w="28" w:type="dxa"/>
              <w:right w:w="38" w:type="dxa"/>
            </w:tcMar>
            <w:vAlign w:val="center"/>
          </w:tcPr>
          <w:p w14:paraId="5C0751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CC7CDA" w14:textId="77777777" w:rsidR="00D60D5E" w:rsidRDefault="00D60D5E">
            <w:pPr>
              <w:jc w:val="center"/>
            </w:pPr>
          </w:p>
        </w:tc>
      </w:tr>
      <w:tr w:rsidR="00D60D5E" w14:paraId="29B540F5" w14:textId="77777777" w:rsidTr="000617E0">
        <w:trPr>
          <w:cantSplit/>
          <w:jc w:val="center"/>
        </w:trPr>
        <w:tc>
          <w:tcPr>
            <w:tcW w:w="677" w:type="dxa"/>
            <w:tcMar>
              <w:top w:w="28" w:type="dxa"/>
              <w:left w:w="38" w:type="dxa"/>
              <w:bottom w:w="28" w:type="dxa"/>
              <w:right w:w="38" w:type="dxa"/>
            </w:tcMar>
            <w:vAlign w:val="center"/>
          </w:tcPr>
          <w:p w14:paraId="2BFC5FA5" w14:textId="77777777" w:rsidR="00D60D5E" w:rsidRDefault="00891EF0">
            <w:pPr>
              <w:spacing w:after="0" w:line="240" w:lineRule="auto"/>
              <w:jc w:val="center"/>
            </w:pPr>
            <w:r>
              <w:rPr>
                <w:rFonts w:eastAsia="Aptos"/>
                <w:color w:val="6A7075"/>
                <w:sz w:val="17"/>
              </w:rPr>
              <w:t>275-130</w:t>
            </w:r>
          </w:p>
        </w:tc>
        <w:tc>
          <w:tcPr>
            <w:tcW w:w="2648" w:type="dxa"/>
            <w:tcMar>
              <w:top w:w="28" w:type="dxa"/>
              <w:left w:w="38" w:type="dxa"/>
              <w:bottom w:w="28" w:type="dxa"/>
              <w:right w:w="38" w:type="dxa"/>
            </w:tcMar>
            <w:vAlign w:val="center"/>
          </w:tcPr>
          <w:p w14:paraId="0BEE1583" w14:textId="77777777" w:rsidR="00D60D5E" w:rsidRDefault="00891EF0">
            <w:pPr>
              <w:spacing w:after="0" w:line="240" w:lineRule="auto"/>
            </w:pPr>
            <w:r>
              <w:rPr>
                <w:rFonts w:eastAsia="Aptos"/>
                <w:sz w:val="17"/>
              </w:rPr>
              <w:t>Maxwell House Master Blend 11.5oz</w:t>
            </w:r>
          </w:p>
        </w:tc>
        <w:tc>
          <w:tcPr>
            <w:tcW w:w="630" w:type="dxa"/>
            <w:tcMar>
              <w:top w:w="28" w:type="dxa"/>
              <w:left w:w="38" w:type="dxa"/>
              <w:bottom w:w="28" w:type="dxa"/>
              <w:right w:w="38" w:type="dxa"/>
            </w:tcMar>
            <w:vAlign w:val="center"/>
          </w:tcPr>
          <w:p w14:paraId="47BC0188" w14:textId="77777777" w:rsidR="00D60D5E" w:rsidRDefault="00891EF0">
            <w:pPr>
              <w:spacing w:after="0" w:line="240" w:lineRule="auto"/>
              <w:jc w:val="center"/>
            </w:pPr>
            <w:r>
              <w:rPr>
                <w:rFonts w:eastAsia="Aptos"/>
                <w:b/>
                <w:sz w:val="17"/>
              </w:rPr>
              <w:t>12.69</w:t>
            </w:r>
          </w:p>
        </w:tc>
        <w:tc>
          <w:tcPr>
            <w:tcW w:w="540" w:type="dxa"/>
            <w:tcMar>
              <w:top w:w="28" w:type="dxa"/>
              <w:left w:w="38" w:type="dxa"/>
              <w:bottom w:w="28" w:type="dxa"/>
              <w:right w:w="38" w:type="dxa"/>
            </w:tcMar>
            <w:vAlign w:val="center"/>
          </w:tcPr>
          <w:p w14:paraId="1293881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D7967E" w14:textId="77777777" w:rsidR="00D60D5E" w:rsidRDefault="00D60D5E">
            <w:pPr>
              <w:jc w:val="center"/>
            </w:pPr>
          </w:p>
        </w:tc>
      </w:tr>
      <w:tr w:rsidR="00D60D5E" w14:paraId="25D7C7B7" w14:textId="77777777" w:rsidTr="000617E0">
        <w:trPr>
          <w:cantSplit/>
          <w:jc w:val="center"/>
        </w:trPr>
        <w:tc>
          <w:tcPr>
            <w:tcW w:w="677" w:type="dxa"/>
            <w:tcMar>
              <w:top w:w="28" w:type="dxa"/>
              <w:left w:w="38" w:type="dxa"/>
              <w:bottom w:w="28" w:type="dxa"/>
              <w:right w:w="38" w:type="dxa"/>
            </w:tcMar>
            <w:vAlign w:val="center"/>
          </w:tcPr>
          <w:p w14:paraId="2989C109" w14:textId="77777777" w:rsidR="00D60D5E" w:rsidRDefault="00891EF0">
            <w:pPr>
              <w:spacing w:after="0" w:line="240" w:lineRule="auto"/>
              <w:jc w:val="center"/>
            </w:pPr>
            <w:r>
              <w:rPr>
                <w:rFonts w:eastAsia="Aptos"/>
                <w:color w:val="6A7075"/>
                <w:sz w:val="17"/>
              </w:rPr>
              <w:t>275-135</w:t>
            </w:r>
          </w:p>
        </w:tc>
        <w:tc>
          <w:tcPr>
            <w:tcW w:w="2648" w:type="dxa"/>
            <w:tcMar>
              <w:top w:w="28" w:type="dxa"/>
              <w:left w:w="38" w:type="dxa"/>
              <w:bottom w:w="28" w:type="dxa"/>
              <w:right w:w="38" w:type="dxa"/>
            </w:tcMar>
            <w:vAlign w:val="center"/>
          </w:tcPr>
          <w:p w14:paraId="24BF3B6E" w14:textId="77777777" w:rsidR="00D60D5E" w:rsidRDefault="00891EF0">
            <w:pPr>
              <w:spacing w:after="0" w:line="240" w:lineRule="auto"/>
            </w:pPr>
            <w:r>
              <w:rPr>
                <w:rFonts w:eastAsia="Aptos"/>
                <w:sz w:val="17"/>
              </w:rPr>
              <w:t>Maxwell House Decaffeinated Ground 11oz</w:t>
            </w:r>
          </w:p>
        </w:tc>
        <w:tc>
          <w:tcPr>
            <w:tcW w:w="630" w:type="dxa"/>
            <w:tcMar>
              <w:top w:w="28" w:type="dxa"/>
              <w:left w:w="38" w:type="dxa"/>
              <w:bottom w:w="28" w:type="dxa"/>
              <w:right w:w="38" w:type="dxa"/>
            </w:tcMar>
            <w:vAlign w:val="center"/>
          </w:tcPr>
          <w:p w14:paraId="5757B789" w14:textId="77777777" w:rsidR="00D60D5E" w:rsidRDefault="00891EF0">
            <w:pPr>
              <w:spacing w:after="0" w:line="240" w:lineRule="auto"/>
              <w:jc w:val="center"/>
            </w:pPr>
            <w:r>
              <w:rPr>
                <w:rFonts w:eastAsia="Aptos"/>
                <w:b/>
                <w:sz w:val="17"/>
              </w:rPr>
              <w:t>9.29</w:t>
            </w:r>
          </w:p>
        </w:tc>
        <w:tc>
          <w:tcPr>
            <w:tcW w:w="540" w:type="dxa"/>
            <w:tcMar>
              <w:top w:w="28" w:type="dxa"/>
              <w:left w:w="38" w:type="dxa"/>
              <w:bottom w:w="28" w:type="dxa"/>
              <w:right w:w="38" w:type="dxa"/>
            </w:tcMar>
            <w:vAlign w:val="center"/>
          </w:tcPr>
          <w:p w14:paraId="5B28F5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4D342F" w14:textId="77777777" w:rsidR="00D60D5E" w:rsidRDefault="00D60D5E">
            <w:pPr>
              <w:jc w:val="center"/>
            </w:pPr>
          </w:p>
        </w:tc>
      </w:tr>
      <w:tr w:rsidR="00D60D5E" w14:paraId="5969C4C6" w14:textId="77777777" w:rsidTr="000617E0">
        <w:trPr>
          <w:cantSplit/>
          <w:jc w:val="center"/>
        </w:trPr>
        <w:tc>
          <w:tcPr>
            <w:tcW w:w="677" w:type="dxa"/>
            <w:tcMar>
              <w:top w:w="28" w:type="dxa"/>
              <w:left w:w="38" w:type="dxa"/>
              <w:bottom w:w="28" w:type="dxa"/>
              <w:right w:w="38" w:type="dxa"/>
            </w:tcMar>
            <w:vAlign w:val="center"/>
          </w:tcPr>
          <w:p w14:paraId="62158CBF" w14:textId="77777777" w:rsidR="00D60D5E" w:rsidRDefault="00891EF0">
            <w:pPr>
              <w:spacing w:after="0" w:line="240" w:lineRule="auto"/>
              <w:jc w:val="center"/>
            </w:pPr>
            <w:r>
              <w:rPr>
                <w:rFonts w:eastAsia="Aptos"/>
                <w:color w:val="6A7075"/>
                <w:sz w:val="17"/>
              </w:rPr>
              <w:t>275-140</w:t>
            </w:r>
          </w:p>
        </w:tc>
        <w:tc>
          <w:tcPr>
            <w:tcW w:w="2648" w:type="dxa"/>
            <w:tcMar>
              <w:top w:w="28" w:type="dxa"/>
              <w:left w:w="38" w:type="dxa"/>
              <w:bottom w:w="28" w:type="dxa"/>
              <w:right w:w="38" w:type="dxa"/>
            </w:tcMar>
            <w:vAlign w:val="center"/>
          </w:tcPr>
          <w:p w14:paraId="6FC57059" w14:textId="77777777" w:rsidR="00D60D5E" w:rsidRDefault="00891EF0">
            <w:pPr>
              <w:spacing w:after="0" w:line="240" w:lineRule="auto"/>
            </w:pPr>
            <w:r>
              <w:rPr>
                <w:rFonts w:eastAsia="Aptos"/>
                <w:sz w:val="17"/>
              </w:rPr>
              <w:t>Maxwell House Instant 8oz</w:t>
            </w:r>
          </w:p>
        </w:tc>
        <w:tc>
          <w:tcPr>
            <w:tcW w:w="630" w:type="dxa"/>
            <w:tcMar>
              <w:top w:w="28" w:type="dxa"/>
              <w:left w:w="38" w:type="dxa"/>
              <w:bottom w:w="28" w:type="dxa"/>
              <w:right w:w="38" w:type="dxa"/>
            </w:tcMar>
            <w:vAlign w:val="center"/>
          </w:tcPr>
          <w:p w14:paraId="0473F4EE" w14:textId="77777777" w:rsidR="00D60D5E" w:rsidRDefault="00891EF0">
            <w:pPr>
              <w:spacing w:after="0" w:line="240" w:lineRule="auto"/>
              <w:jc w:val="center"/>
            </w:pPr>
            <w:r>
              <w:rPr>
                <w:rFonts w:eastAsia="Aptos"/>
                <w:b/>
                <w:sz w:val="17"/>
              </w:rPr>
              <w:t>9.85</w:t>
            </w:r>
          </w:p>
        </w:tc>
        <w:tc>
          <w:tcPr>
            <w:tcW w:w="540" w:type="dxa"/>
            <w:tcMar>
              <w:top w:w="28" w:type="dxa"/>
              <w:left w:w="38" w:type="dxa"/>
              <w:bottom w:w="28" w:type="dxa"/>
              <w:right w:w="38" w:type="dxa"/>
            </w:tcMar>
            <w:vAlign w:val="center"/>
          </w:tcPr>
          <w:p w14:paraId="6F8805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0549F22" w14:textId="77777777" w:rsidR="00D60D5E" w:rsidRDefault="00D60D5E">
            <w:pPr>
              <w:jc w:val="center"/>
            </w:pPr>
          </w:p>
        </w:tc>
      </w:tr>
      <w:tr w:rsidR="00D60D5E" w14:paraId="79B18A06" w14:textId="77777777" w:rsidTr="000617E0">
        <w:trPr>
          <w:cantSplit/>
          <w:jc w:val="center"/>
        </w:trPr>
        <w:tc>
          <w:tcPr>
            <w:tcW w:w="677" w:type="dxa"/>
            <w:tcMar>
              <w:top w:w="28" w:type="dxa"/>
              <w:left w:w="38" w:type="dxa"/>
              <w:bottom w:w="28" w:type="dxa"/>
              <w:right w:w="38" w:type="dxa"/>
            </w:tcMar>
            <w:vAlign w:val="center"/>
          </w:tcPr>
          <w:p w14:paraId="49AECF93" w14:textId="77777777" w:rsidR="00D60D5E" w:rsidRDefault="00891EF0">
            <w:pPr>
              <w:spacing w:after="0" w:line="240" w:lineRule="auto"/>
              <w:jc w:val="center"/>
            </w:pPr>
            <w:r>
              <w:rPr>
                <w:rFonts w:eastAsia="Aptos"/>
                <w:color w:val="6A7075"/>
                <w:sz w:val="17"/>
              </w:rPr>
              <w:t>275-145</w:t>
            </w:r>
          </w:p>
        </w:tc>
        <w:tc>
          <w:tcPr>
            <w:tcW w:w="2648" w:type="dxa"/>
            <w:tcMar>
              <w:top w:w="28" w:type="dxa"/>
              <w:left w:w="38" w:type="dxa"/>
              <w:bottom w:w="28" w:type="dxa"/>
              <w:right w:w="38" w:type="dxa"/>
            </w:tcMar>
            <w:vAlign w:val="center"/>
          </w:tcPr>
          <w:p w14:paraId="525E069B" w14:textId="77777777" w:rsidR="00D60D5E" w:rsidRDefault="00891EF0">
            <w:pPr>
              <w:spacing w:after="0" w:line="240" w:lineRule="auto"/>
            </w:pPr>
            <w:r>
              <w:rPr>
                <w:rFonts w:eastAsia="Aptos"/>
                <w:sz w:val="17"/>
              </w:rPr>
              <w:t>Sanka Decaffeinated Instant 4oz</w:t>
            </w:r>
          </w:p>
        </w:tc>
        <w:tc>
          <w:tcPr>
            <w:tcW w:w="630" w:type="dxa"/>
            <w:tcMar>
              <w:top w:w="28" w:type="dxa"/>
              <w:left w:w="38" w:type="dxa"/>
              <w:bottom w:w="28" w:type="dxa"/>
              <w:right w:w="38" w:type="dxa"/>
            </w:tcMar>
            <w:vAlign w:val="center"/>
          </w:tcPr>
          <w:p w14:paraId="7C3037BB" w14:textId="77777777" w:rsidR="00D60D5E" w:rsidRDefault="00891EF0">
            <w:pPr>
              <w:spacing w:after="0" w:line="240" w:lineRule="auto"/>
              <w:jc w:val="center"/>
            </w:pPr>
            <w:r>
              <w:rPr>
                <w:rFonts w:eastAsia="Aptos"/>
                <w:b/>
                <w:sz w:val="17"/>
              </w:rPr>
              <w:t>10.95</w:t>
            </w:r>
          </w:p>
        </w:tc>
        <w:tc>
          <w:tcPr>
            <w:tcW w:w="540" w:type="dxa"/>
            <w:tcMar>
              <w:top w:w="28" w:type="dxa"/>
              <w:left w:w="38" w:type="dxa"/>
              <w:bottom w:w="28" w:type="dxa"/>
              <w:right w:w="38" w:type="dxa"/>
            </w:tcMar>
            <w:vAlign w:val="center"/>
          </w:tcPr>
          <w:p w14:paraId="60D6EF7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AD0BFC" w14:textId="77777777" w:rsidR="00D60D5E" w:rsidRDefault="00D60D5E">
            <w:pPr>
              <w:jc w:val="center"/>
            </w:pPr>
          </w:p>
        </w:tc>
      </w:tr>
      <w:tr w:rsidR="00D60D5E" w14:paraId="3C6FAF71" w14:textId="77777777" w:rsidTr="000617E0">
        <w:trPr>
          <w:cantSplit/>
          <w:jc w:val="center"/>
        </w:trPr>
        <w:tc>
          <w:tcPr>
            <w:tcW w:w="677" w:type="dxa"/>
            <w:tcMar>
              <w:top w:w="28" w:type="dxa"/>
              <w:left w:w="38" w:type="dxa"/>
              <w:bottom w:w="28" w:type="dxa"/>
              <w:right w:w="38" w:type="dxa"/>
            </w:tcMar>
            <w:vAlign w:val="center"/>
          </w:tcPr>
          <w:p w14:paraId="2B091353" w14:textId="77777777" w:rsidR="00D60D5E" w:rsidRDefault="00891EF0">
            <w:pPr>
              <w:spacing w:after="0" w:line="240" w:lineRule="auto"/>
              <w:jc w:val="center"/>
            </w:pPr>
            <w:r>
              <w:rPr>
                <w:rFonts w:eastAsia="Aptos"/>
                <w:color w:val="6A7075"/>
                <w:sz w:val="17"/>
              </w:rPr>
              <w:t>275-150</w:t>
            </w:r>
          </w:p>
        </w:tc>
        <w:tc>
          <w:tcPr>
            <w:tcW w:w="2648" w:type="dxa"/>
            <w:tcMar>
              <w:top w:w="28" w:type="dxa"/>
              <w:left w:w="38" w:type="dxa"/>
              <w:bottom w:w="28" w:type="dxa"/>
              <w:right w:w="38" w:type="dxa"/>
            </w:tcMar>
            <w:vAlign w:val="center"/>
          </w:tcPr>
          <w:p w14:paraId="16371678" w14:textId="77777777" w:rsidR="00D60D5E" w:rsidRDefault="00891EF0">
            <w:pPr>
              <w:spacing w:after="0" w:line="240" w:lineRule="auto"/>
            </w:pPr>
            <w:r>
              <w:rPr>
                <w:rFonts w:eastAsia="Aptos"/>
                <w:sz w:val="17"/>
              </w:rPr>
              <w:t>Maxwell House Filter Pack Coffee 5.3oz 40-60 cups</w:t>
            </w:r>
          </w:p>
        </w:tc>
        <w:tc>
          <w:tcPr>
            <w:tcW w:w="630" w:type="dxa"/>
            <w:tcMar>
              <w:top w:w="28" w:type="dxa"/>
              <w:left w:w="38" w:type="dxa"/>
              <w:bottom w:w="28" w:type="dxa"/>
              <w:right w:w="38" w:type="dxa"/>
            </w:tcMar>
            <w:vAlign w:val="center"/>
          </w:tcPr>
          <w:p w14:paraId="5A65BFBA" w14:textId="77777777" w:rsidR="00D60D5E" w:rsidRDefault="00891EF0">
            <w:pPr>
              <w:spacing w:after="0" w:line="240" w:lineRule="auto"/>
              <w:jc w:val="center"/>
            </w:pPr>
            <w:r>
              <w:rPr>
                <w:rFonts w:eastAsia="Aptos"/>
                <w:b/>
                <w:sz w:val="17"/>
              </w:rPr>
              <w:t>8.29</w:t>
            </w:r>
          </w:p>
        </w:tc>
        <w:tc>
          <w:tcPr>
            <w:tcW w:w="540" w:type="dxa"/>
            <w:tcMar>
              <w:top w:w="28" w:type="dxa"/>
              <w:left w:w="38" w:type="dxa"/>
              <w:bottom w:w="28" w:type="dxa"/>
              <w:right w:w="38" w:type="dxa"/>
            </w:tcMar>
            <w:vAlign w:val="center"/>
          </w:tcPr>
          <w:p w14:paraId="0C791D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5AB8C9" w14:textId="77777777" w:rsidR="00D60D5E" w:rsidRDefault="00D60D5E">
            <w:pPr>
              <w:jc w:val="center"/>
            </w:pPr>
          </w:p>
        </w:tc>
      </w:tr>
      <w:tr w:rsidR="00D60D5E" w14:paraId="509668D7" w14:textId="77777777" w:rsidTr="000617E0">
        <w:trPr>
          <w:cantSplit/>
          <w:jc w:val="center"/>
        </w:trPr>
        <w:tc>
          <w:tcPr>
            <w:tcW w:w="677" w:type="dxa"/>
            <w:tcMar>
              <w:top w:w="28" w:type="dxa"/>
              <w:left w:w="38" w:type="dxa"/>
              <w:bottom w:w="28" w:type="dxa"/>
              <w:right w:w="38" w:type="dxa"/>
            </w:tcMar>
            <w:vAlign w:val="center"/>
          </w:tcPr>
          <w:p w14:paraId="23AA5346" w14:textId="77777777" w:rsidR="00D60D5E" w:rsidRDefault="00891EF0">
            <w:pPr>
              <w:spacing w:after="0" w:line="240" w:lineRule="auto"/>
              <w:jc w:val="center"/>
            </w:pPr>
            <w:r>
              <w:rPr>
                <w:rFonts w:eastAsia="Aptos"/>
                <w:color w:val="6A7075"/>
                <w:sz w:val="17"/>
              </w:rPr>
              <w:t>275-155</w:t>
            </w:r>
          </w:p>
        </w:tc>
        <w:tc>
          <w:tcPr>
            <w:tcW w:w="2648" w:type="dxa"/>
            <w:tcMar>
              <w:top w:w="28" w:type="dxa"/>
              <w:left w:w="38" w:type="dxa"/>
              <w:bottom w:w="28" w:type="dxa"/>
              <w:right w:w="38" w:type="dxa"/>
            </w:tcMar>
            <w:vAlign w:val="center"/>
          </w:tcPr>
          <w:p w14:paraId="58497A5F" w14:textId="77777777" w:rsidR="00D60D5E" w:rsidRDefault="00891EF0">
            <w:pPr>
              <w:spacing w:after="0" w:line="240" w:lineRule="auto"/>
            </w:pPr>
            <w:r>
              <w:rPr>
                <w:rFonts w:eastAsia="Aptos"/>
                <w:sz w:val="17"/>
              </w:rPr>
              <w:t>Maxwell House FPack Decaff 5.3oz 40-60 cups</w:t>
            </w:r>
          </w:p>
        </w:tc>
        <w:tc>
          <w:tcPr>
            <w:tcW w:w="630" w:type="dxa"/>
            <w:tcMar>
              <w:top w:w="28" w:type="dxa"/>
              <w:left w:w="38" w:type="dxa"/>
              <w:bottom w:w="28" w:type="dxa"/>
              <w:right w:w="38" w:type="dxa"/>
            </w:tcMar>
            <w:vAlign w:val="center"/>
          </w:tcPr>
          <w:p w14:paraId="15E87577" w14:textId="77777777" w:rsidR="00D60D5E" w:rsidRDefault="00891EF0">
            <w:pPr>
              <w:spacing w:after="0" w:line="240" w:lineRule="auto"/>
              <w:jc w:val="center"/>
            </w:pPr>
            <w:r>
              <w:rPr>
                <w:rFonts w:eastAsia="Aptos"/>
                <w:b/>
                <w:sz w:val="17"/>
              </w:rPr>
              <w:t>8.29</w:t>
            </w:r>
          </w:p>
        </w:tc>
        <w:tc>
          <w:tcPr>
            <w:tcW w:w="540" w:type="dxa"/>
            <w:tcMar>
              <w:top w:w="28" w:type="dxa"/>
              <w:left w:w="38" w:type="dxa"/>
              <w:bottom w:w="28" w:type="dxa"/>
              <w:right w:w="38" w:type="dxa"/>
            </w:tcMar>
            <w:vAlign w:val="center"/>
          </w:tcPr>
          <w:p w14:paraId="11EF1FB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A15068" w14:textId="77777777" w:rsidR="00D60D5E" w:rsidRDefault="00D60D5E">
            <w:pPr>
              <w:jc w:val="center"/>
            </w:pPr>
          </w:p>
        </w:tc>
      </w:tr>
      <w:tr w:rsidR="00D60D5E" w14:paraId="2B2D7FD2" w14:textId="77777777" w:rsidTr="000617E0">
        <w:trPr>
          <w:cantSplit/>
          <w:jc w:val="center"/>
        </w:trPr>
        <w:tc>
          <w:tcPr>
            <w:tcW w:w="677" w:type="dxa"/>
            <w:tcMar>
              <w:top w:w="28" w:type="dxa"/>
              <w:left w:w="38" w:type="dxa"/>
              <w:bottom w:w="28" w:type="dxa"/>
              <w:right w:w="38" w:type="dxa"/>
            </w:tcMar>
            <w:vAlign w:val="center"/>
          </w:tcPr>
          <w:p w14:paraId="3540EFC0" w14:textId="77777777" w:rsidR="00D60D5E" w:rsidRDefault="00891EF0">
            <w:pPr>
              <w:spacing w:after="0" w:line="240" w:lineRule="auto"/>
              <w:jc w:val="center"/>
            </w:pPr>
            <w:r>
              <w:rPr>
                <w:rFonts w:eastAsia="Aptos"/>
                <w:color w:val="6A7075"/>
                <w:sz w:val="17"/>
              </w:rPr>
              <w:t>275-160</w:t>
            </w:r>
          </w:p>
        </w:tc>
        <w:tc>
          <w:tcPr>
            <w:tcW w:w="2648" w:type="dxa"/>
            <w:tcMar>
              <w:top w:w="28" w:type="dxa"/>
              <w:left w:w="38" w:type="dxa"/>
              <w:bottom w:w="28" w:type="dxa"/>
              <w:right w:w="38" w:type="dxa"/>
            </w:tcMar>
            <w:vAlign w:val="center"/>
          </w:tcPr>
          <w:p w14:paraId="173A64F4" w14:textId="77777777" w:rsidR="00D60D5E" w:rsidRDefault="00891EF0">
            <w:pPr>
              <w:spacing w:after="0" w:line="240" w:lineRule="auto"/>
            </w:pPr>
            <w:r>
              <w:rPr>
                <w:rFonts w:eastAsia="Aptos"/>
                <w:sz w:val="17"/>
              </w:rPr>
              <w:t>Coffee Mate 6oz Carnation</w:t>
            </w:r>
          </w:p>
        </w:tc>
        <w:tc>
          <w:tcPr>
            <w:tcW w:w="630" w:type="dxa"/>
            <w:tcMar>
              <w:top w:w="28" w:type="dxa"/>
              <w:left w:w="38" w:type="dxa"/>
              <w:bottom w:w="28" w:type="dxa"/>
              <w:right w:w="38" w:type="dxa"/>
            </w:tcMar>
            <w:vAlign w:val="center"/>
          </w:tcPr>
          <w:p w14:paraId="363FB411" w14:textId="77777777" w:rsidR="00D60D5E" w:rsidRDefault="00891EF0">
            <w:pPr>
              <w:spacing w:after="0" w:line="240" w:lineRule="auto"/>
              <w:jc w:val="center"/>
            </w:pPr>
            <w:r>
              <w:rPr>
                <w:rFonts w:eastAsia="Aptos"/>
                <w:b/>
                <w:sz w:val="17"/>
              </w:rPr>
              <w:t>4.29</w:t>
            </w:r>
          </w:p>
        </w:tc>
        <w:tc>
          <w:tcPr>
            <w:tcW w:w="540" w:type="dxa"/>
            <w:tcMar>
              <w:top w:w="28" w:type="dxa"/>
              <w:left w:w="38" w:type="dxa"/>
              <w:bottom w:w="28" w:type="dxa"/>
              <w:right w:w="38" w:type="dxa"/>
            </w:tcMar>
            <w:vAlign w:val="center"/>
          </w:tcPr>
          <w:p w14:paraId="44EBB8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0B6BA6" w14:textId="77777777" w:rsidR="00D60D5E" w:rsidRDefault="00D60D5E">
            <w:pPr>
              <w:jc w:val="center"/>
            </w:pPr>
          </w:p>
        </w:tc>
      </w:tr>
      <w:tr w:rsidR="00D60D5E" w14:paraId="7A8858A6" w14:textId="77777777" w:rsidTr="000617E0">
        <w:trPr>
          <w:cantSplit/>
          <w:jc w:val="center"/>
        </w:trPr>
        <w:tc>
          <w:tcPr>
            <w:tcW w:w="677" w:type="dxa"/>
            <w:tcMar>
              <w:top w:w="28" w:type="dxa"/>
              <w:left w:w="38" w:type="dxa"/>
              <w:bottom w:w="28" w:type="dxa"/>
              <w:right w:w="38" w:type="dxa"/>
            </w:tcMar>
            <w:vAlign w:val="center"/>
          </w:tcPr>
          <w:p w14:paraId="0B8D5DD4" w14:textId="77777777" w:rsidR="00D60D5E" w:rsidRDefault="00891EF0">
            <w:pPr>
              <w:spacing w:after="0" w:line="240" w:lineRule="auto"/>
              <w:jc w:val="center"/>
            </w:pPr>
            <w:r>
              <w:rPr>
                <w:rFonts w:eastAsia="Aptos"/>
                <w:color w:val="6A7075"/>
                <w:sz w:val="17"/>
              </w:rPr>
              <w:t>275-162</w:t>
            </w:r>
          </w:p>
        </w:tc>
        <w:tc>
          <w:tcPr>
            <w:tcW w:w="2648" w:type="dxa"/>
            <w:tcMar>
              <w:top w:w="28" w:type="dxa"/>
              <w:left w:w="38" w:type="dxa"/>
              <w:bottom w:w="28" w:type="dxa"/>
              <w:right w:w="38" w:type="dxa"/>
            </w:tcMar>
            <w:vAlign w:val="center"/>
          </w:tcPr>
          <w:p w14:paraId="49554CE1" w14:textId="77777777" w:rsidR="00D60D5E" w:rsidRDefault="00891EF0">
            <w:pPr>
              <w:spacing w:after="0" w:line="240" w:lineRule="auto"/>
            </w:pPr>
            <w:r>
              <w:rPr>
                <w:rFonts w:eastAsia="Aptos"/>
                <w:sz w:val="17"/>
              </w:rPr>
              <w:t>Coffee Creamer (Fresh/Chilled) 16oz Van / Haznut</w:t>
            </w:r>
          </w:p>
        </w:tc>
        <w:tc>
          <w:tcPr>
            <w:tcW w:w="630" w:type="dxa"/>
            <w:tcMar>
              <w:top w:w="28" w:type="dxa"/>
              <w:left w:w="38" w:type="dxa"/>
              <w:bottom w:w="28" w:type="dxa"/>
              <w:right w:w="38" w:type="dxa"/>
            </w:tcMar>
            <w:vAlign w:val="center"/>
          </w:tcPr>
          <w:p w14:paraId="68733CC9" w14:textId="77777777" w:rsidR="00D60D5E" w:rsidRDefault="00891EF0">
            <w:pPr>
              <w:spacing w:after="0" w:line="240" w:lineRule="auto"/>
              <w:jc w:val="center"/>
            </w:pPr>
            <w:r>
              <w:rPr>
                <w:rFonts w:eastAsia="Aptos"/>
                <w:b/>
                <w:sz w:val="17"/>
              </w:rPr>
              <w:t>6.59</w:t>
            </w:r>
          </w:p>
        </w:tc>
        <w:tc>
          <w:tcPr>
            <w:tcW w:w="540" w:type="dxa"/>
            <w:tcMar>
              <w:top w:w="28" w:type="dxa"/>
              <w:left w:w="38" w:type="dxa"/>
              <w:bottom w:w="28" w:type="dxa"/>
              <w:right w:w="38" w:type="dxa"/>
            </w:tcMar>
            <w:vAlign w:val="center"/>
          </w:tcPr>
          <w:p w14:paraId="27EFDE3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2B91E2" w14:textId="77777777" w:rsidR="00D60D5E" w:rsidRDefault="00D60D5E">
            <w:pPr>
              <w:jc w:val="center"/>
            </w:pPr>
          </w:p>
        </w:tc>
      </w:tr>
      <w:tr w:rsidR="00D60D5E" w14:paraId="26544931" w14:textId="77777777" w:rsidTr="000617E0">
        <w:trPr>
          <w:cantSplit/>
          <w:jc w:val="center"/>
        </w:trPr>
        <w:tc>
          <w:tcPr>
            <w:tcW w:w="677" w:type="dxa"/>
            <w:tcMar>
              <w:top w:w="28" w:type="dxa"/>
              <w:left w:w="38" w:type="dxa"/>
              <w:bottom w:w="28" w:type="dxa"/>
              <w:right w:w="38" w:type="dxa"/>
            </w:tcMar>
            <w:vAlign w:val="center"/>
          </w:tcPr>
          <w:p w14:paraId="5BBDD86E" w14:textId="77777777" w:rsidR="00D60D5E" w:rsidRDefault="00891EF0">
            <w:pPr>
              <w:spacing w:after="0" w:line="240" w:lineRule="auto"/>
              <w:jc w:val="center"/>
            </w:pPr>
            <w:r>
              <w:rPr>
                <w:rFonts w:eastAsia="Aptos"/>
                <w:color w:val="6A7075"/>
                <w:sz w:val="17"/>
              </w:rPr>
              <w:t>275-163</w:t>
            </w:r>
          </w:p>
        </w:tc>
        <w:tc>
          <w:tcPr>
            <w:tcW w:w="2648" w:type="dxa"/>
            <w:tcMar>
              <w:top w:w="28" w:type="dxa"/>
              <w:left w:w="38" w:type="dxa"/>
              <w:bottom w:w="28" w:type="dxa"/>
              <w:right w:w="38" w:type="dxa"/>
            </w:tcMar>
            <w:vAlign w:val="center"/>
          </w:tcPr>
          <w:p w14:paraId="1D24E52E" w14:textId="77777777" w:rsidR="00D60D5E" w:rsidRDefault="00891EF0">
            <w:pPr>
              <w:spacing w:after="0" w:line="240" w:lineRule="auto"/>
            </w:pPr>
            <w:r>
              <w:rPr>
                <w:rFonts w:eastAsia="Aptos"/>
                <w:sz w:val="17"/>
              </w:rPr>
              <w:t>Coffee Creamer (Fresh/Chilled) 16 oz NON-Dairy</w:t>
            </w:r>
          </w:p>
        </w:tc>
        <w:tc>
          <w:tcPr>
            <w:tcW w:w="630" w:type="dxa"/>
            <w:tcMar>
              <w:top w:w="28" w:type="dxa"/>
              <w:left w:w="38" w:type="dxa"/>
              <w:bottom w:w="28" w:type="dxa"/>
              <w:right w:w="38" w:type="dxa"/>
            </w:tcMar>
            <w:vAlign w:val="center"/>
          </w:tcPr>
          <w:p w14:paraId="2B78DACC" w14:textId="77777777" w:rsidR="00D60D5E" w:rsidRDefault="00891EF0">
            <w:pPr>
              <w:spacing w:after="0" w:line="240" w:lineRule="auto"/>
              <w:jc w:val="center"/>
            </w:pPr>
            <w:r>
              <w:rPr>
                <w:rFonts w:eastAsia="Aptos"/>
                <w:b/>
                <w:sz w:val="17"/>
              </w:rPr>
              <w:t>7.25</w:t>
            </w:r>
          </w:p>
        </w:tc>
        <w:tc>
          <w:tcPr>
            <w:tcW w:w="540" w:type="dxa"/>
            <w:tcMar>
              <w:top w:w="28" w:type="dxa"/>
              <w:left w:w="38" w:type="dxa"/>
              <w:bottom w:w="28" w:type="dxa"/>
              <w:right w:w="38" w:type="dxa"/>
            </w:tcMar>
            <w:vAlign w:val="center"/>
          </w:tcPr>
          <w:p w14:paraId="566E89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A627DD" w14:textId="77777777" w:rsidR="00D60D5E" w:rsidRDefault="00D60D5E">
            <w:pPr>
              <w:jc w:val="center"/>
            </w:pPr>
          </w:p>
        </w:tc>
      </w:tr>
      <w:tr w:rsidR="00D60D5E" w14:paraId="4361C4D6" w14:textId="77777777" w:rsidTr="000617E0">
        <w:trPr>
          <w:cantSplit/>
          <w:jc w:val="center"/>
        </w:trPr>
        <w:tc>
          <w:tcPr>
            <w:tcW w:w="677" w:type="dxa"/>
            <w:tcMar>
              <w:top w:w="28" w:type="dxa"/>
              <w:left w:w="38" w:type="dxa"/>
              <w:bottom w:w="28" w:type="dxa"/>
              <w:right w:w="38" w:type="dxa"/>
            </w:tcMar>
            <w:vAlign w:val="center"/>
          </w:tcPr>
          <w:p w14:paraId="0A88929A" w14:textId="77777777" w:rsidR="00D60D5E" w:rsidRDefault="00891EF0">
            <w:pPr>
              <w:spacing w:after="0" w:line="240" w:lineRule="auto"/>
              <w:jc w:val="center"/>
            </w:pPr>
            <w:r>
              <w:rPr>
                <w:rFonts w:eastAsia="Aptos"/>
                <w:color w:val="6A7075"/>
                <w:sz w:val="17"/>
              </w:rPr>
              <w:t>275-165</w:t>
            </w:r>
          </w:p>
        </w:tc>
        <w:tc>
          <w:tcPr>
            <w:tcW w:w="2648" w:type="dxa"/>
            <w:tcMar>
              <w:top w:w="28" w:type="dxa"/>
              <w:left w:w="38" w:type="dxa"/>
              <w:bottom w:w="28" w:type="dxa"/>
              <w:right w:w="38" w:type="dxa"/>
            </w:tcMar>
            <w:vAlign w:val="center"/>
          </w:tcPr>
          <w:p w14:paraId="346CE175" w14:textId="77777777" w:rsidR="00D60D5E" w:rsidRDefault="00891EF0">
            <w:pPr>
              <w:spacing w:after="0" w:line="240" w:lineRule="auto"/>
            </w:pPr>
            <w:r>
              <w:rPr>
                <w:rFonts w:eastAsia="Aptos"/>
                <w:sz w:val="17"/>
              </w:rPr>
              <w:t>Ovaltine 400 g</w:t>
            </w:r>
          </w:p>
        </w:tc>
        <w:tc>
          <w:tcPr>
            <w:tcW w:w="630" w:type="dxa"/>
            <w:tcMar>
              <w:top w:w="28" w:type="dxa"/>
              <w:left w:w="38" w:type="dxa"/>
              <w:bottom w:w="28" w:type="dxa"/>
              <w:right w:w="38" w:type="dxa"/>
            </w:tcMar>
            <w:vAlign w:val="center"/>
          </w:tcPr>
          <w:p w14:paraId="5012123B" w14:textId="77777777" w:rsidR="00D60D5E" w:rsidRDefault="00891EF0">
            <w:pPr>
              <w:spacing w:after="0" w:line="240" w:lineRule="auto"/>
              <w:jc w:val="center"/>
            </w:pPr>
            <w:r>
              <w:rPr>
                <w:rFonts w:eastAsia="Aptos"/>
                <w:b/>
                <w:sz w:val="17"/>
              </w:rPr>
              <w:t>9.70</w:t>
            </w:r>
          </w:p>
        </w:tc>
        <w:tc>
          <w:tcPr>
            <w:tcW w:w="540" w:type="dxa"/>
            <w:tcMar>
              <w:top w:w="28" w:type="dxa"/>
              <w:left w:w="38" w:type="dxa"/>
              <w:bottom w:w="28" w:type="dxa"/>
              <w:right w:w="38" w:type="dxa"/>
            </w:tcMar>
            <w:vAlign w:val="center"/>
          </w:tcPr>
          <w:p w14:paraId="60523B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B8BE1A" w14:textId="77777777" w:rsidR="00D60D5E" w:rsidRDefault="00D60D5E">
            <w:pPr>
              <w:jc w:val="center"/>
            </w:pPr>
          </w:p>
        </w:tc>
      </w:tr>
      <w:tr w:rsidR="00D60D5E" w14:paraId="55AACF2C" w14:textId="77777777" w:rsidTr="000617E0">
        <w:trPr>
          <w:cantSplit/>
          <w:jc w:val="center"/>
        </w:trPr>
        <w:tc>
          <w:tcPr>
            <w:tcW w:w="677" w:type="dxa"/>
            <w:tcMar>
              <w:top w:w="28" w:type="dxa"/>
              <w:left w:w="38" w:type="dxa"/>
              <w:bottom w:w="28" w:type="dxa"/>
              <w:right w:w="38" w:type="dxa"/>
            </w:tcMar>
            <w:vAlign w:val="center"/>
          </w:tcPr>
          <w:p w14:paraId="18C913F8" w14:textId="77777777" w:rsidR="00D60D5E" w:rsidRDefault="00891EF0">
            <w:pPr>
              <w:spacing w:after="0" w:line="240" w:lineRule="auto"/>
              <w:jc w:val="center"/>
            </w:pPr>
            <w:r>
              <w:rPr>
                <w:rFonts w:eastAsia="Aptos"/>
                <w:color w:val="6A7075"/>
                <w:sz w:val="17"/>
              </w:rPr>
              <w:t>275-170</w:t>
            </w:r>
          </w:p>
        </w:tc>
        <w:tc>
          <w:tcPr>
            <w:tcW w:w="2648" w:type="dxa"/>
            <w:tcMar>
              <w:top w:w="28" w:type="dxa"/>
              <w:left w:w="38" w:type="dxa"/>
              <w:bottom w:w="28" w:type="dxa"/>
              <w:right w:w="38" w:type="dxa"/>
            </w:tcMar>
            <w:vAlign w:val="center"/>
          </w:tcPr>
          <w:p w14:paraId="750FDCD8" w14:textId="77777777" w:rsidR="00D60D5E" w:rsidRDefault="00891EF0">
            <w:pPr>
              <w:spacing w:after="0" w:line="240" w:lineRule="auto"/>
            </w:pPr>
            <w:r>
              <w:rPr>
                <w:rFonts w:eastAsia="Aptos"/>
                <w:sz w:val="17"/>
              </w:rPr>
              <w:t>Swiss Miss Cocoa 10/1oz Envelopes</w:t>
            </w:r>
          </w:p>
        </w:tc>
        <w:tc>
          <w:tcPr>
            <w:tcW w:w="630" w:type="dxa"/>
            <w:tcMar>
              <w:top w:w="28" w:type="dxa"/>
              <w:left w:w="38" w:type="dxa"/>
              <w:bottom w:w="28" w:type="dxa"/>
              <w:right w:w="38" w:type="dxa"/>
            </w:tcMar>
            <w:vAlign w:val="center"/>
          </w:tcPr>
          <w:p w14:paraId="7C983CCE" w14:textId="77777777" w:rsidR="00D60D5E" w:rsidRDefault="00891EF0">
            <w:pPr>
              <w:spacing w:after="0" w:line="240" w:lineRule="auto"/>
              <w:jc w:val="center"/>
            </w:pPr>
            <w:r>
              <w:rPr>
                <w:rFonts w:eastAsia="Aptos"/>
                <w:b/>
                <w:sz w:val="17"/>
              </w:rPr>
              <w:t>6.85</w:t>
            </w:r>
          </w:p>
        </w:tc>
        <w:tc>
          <w:tcPr>
            <w:tcW w:w="540" w:type="dxa"/>
            <w:tcMar>
              <w:top w:w="28" w:type="dxa"/>
              <w:left w:w="38" w:type="dxa"/>
              <w:bottom w:w="28" w:type="dxa"/>
              <w:right w:w="38" w:type="dxa"/>
            </w:tcMar>
            <w:vAlign w:val="center"/>
          </w:tcPr>
          <w:p w14:paraId="7761B23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FF63F6" w14:textId="77777777" w:rsidR="00D60D5E" w:rsidRDefault="00D60D5E">
            <w:pPr>
              <w:jc w:val="center"/>
            </w:pPr>
          </w:p>
        </w:tc>
      </w:tr>
      <w:tr w:rsidR="00D60D5E" w14:paraId="48A2A25D" w14:textId="77777777" w:rsidTr="000617E0">
        <w:trPr>
          <w:cantSplit/>
          <w:jc w:val="center"/>
        </w:trPr>
        <w:tc>
          <w:tcPr>
            <w:tcW w:w="677" w:type="dxa"/>
            <w:tcMar>
              <w:top w:w="28" w:type="dxa"/>
              <w:left w:w="38" w:type="dxa"/>
              <w:bottom w:w="28" w:type="dxa"/>
              <w:right w:w="38" w:type="dxa"/>
            </w:tcMar>
            <w:vAlign w:val="center"/>
          </w:tcPr>
          <w:p w14:paraId="14DAC01A" w14:textId="77777777" w:rsidR="00D60D5E" w:rsidRDefault="00891EF0">
            <w:pPr>
              <w:spacing w:after="0" w:line="240" w:lineRule="auto"/>
              <w:jc w:val="center"/>
            </w:pPr>
            <w:r>
              <w:rPr>
                <w:rFonts w:eastAsia="Aptos"/>
                <w:color w:val="6A7075"/>
                <w:sz w:val="17"/>
              </w:rPr>
              <w:t>275-175</w:t>
            </w:r>
          </w:p>
        </w:tc>
        <w:tc>
          <w:tcPr>
            <w:tcW w:w="2648" w:type="dxa"/>
            <w:tcMar>
              <w:top w:w="28" w:type="dxa"/>
              <w:left w:w="38" w:type="dxa"/>
              <w:bottom w:w="28" w:type="dxa"/>
              <w:right w:w="38" w:type="dxa"/>
            </w:tcMar>
            <w:vAlign w:val="center"/>
          </w:tcPr>
          <w:p w14:paraId="27085540" w14:textId="77777777" w:rsidR="00D60D5E" w:rsidRDefault="00891EF0">
            <w:pPr>
              <w:spacing w:after="0" w:line="240" w:lineRule="auto"/>
            </w:pPr>
            <w:r>
              <w:rPr>
                <w:rFonts w:eastAsia="Aptos"/>
                <w:sz w:val="17"/>
              </w:rPr>
              <w:t>English Breakfast Tea 25ct</w:t>
            </w:r>
          </w:p>
        </w:tc>
        <w:tc>
          <w:tcPr>
            <w:tcW w:w="630" w:type="dxa"/>
            <w:tcMar>
              <w:top w:w="28" w:type="dxa"/>
              <w:left w:w="38" w:type="dxa"/>
              <w:bottom w:w="28" w:type="dxa"/>
              <w:right w:w="38" w:type="dxa"/>
            </w:tcMar>
            <w:vAlign w:val="center"/>
          </w:tcPr>
          <w:p w14:paraId="05BB4DBF"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7DA2558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B7FE46" w14:textId="77777777" w:rsidR="00D60D5E" w:rsidRDefault="00D60D5E">
            <w:pPr>
              <w:jc w:val="center"/>
            </w:pPr>
          </w:p>
        </w:tc>
      </w:tr>
      <w:tr w:rsidR="00D60D5E" w14:paraId="45D87E7D" w14:textId="77777777" w:rsidTr="000617E0">
        <w:trPr>
          <w:cantSplit/>
          <w:jc w:val="center"/>
        </w:trPr>
        <w:tc>
          <w:tcPr>
            <w:tcW w:w="677" w:type="dxa"/>
            <w:tcMar>
              <w:top w:w="28" w:type="dxa"/>
              <w:left w:w="38" w:type="dxa"/>
              <w:bottom w:w="28" w:type="dxa"/>
              <w:right w:w="38" w:type="dxa"/>
            </w:tcMar>
            <w:vAlign w:val="center"/>
          </w:tcPr>
          <w:p w14:paraId="223BA8F2" w14:textId="77777777" w:rsidR="00D60D5E" w:rsidRDefault="00891EF0">
            <w:pPr>
              <w:spacing w:after="0" w:line="240" w:lineRule="auto"/>
              <w:jc w:val="center"/>
            </w:pPr>
            <w:r>
              <w:rPr>
                <w:rFonts w:eastAsia="Aptos"/>
                <w:color w:val="6A7075"/>
                <w:sz w:val="17"/>
              </w:rPr>
              <w:t>275-180</w:t>
            </w:r>
          </w:p>
        </w:tc>
        <w:tc>
          <w:tcPr>
            <w:tcW w:w="2648" w:type="dxa"/>
            <w:tcMar>
              <w:top w:w="28" w:type="dxa"/>
              <w:left w:w="38" w:type="dxa"/>
              <w:bottom w:w="28" w:type="dxa"/>
              <w:right w:w="38" w:type="dxa"/>
            </w:tcMar>
            <w:vAlign w:val="center"/>
          </w:tcPr>
          <w:p w14:paraId="65CD199D" w14:textId="77777777" w:rsidR="00D60D5E" w:rsidRDefault="00891EF0">
            <w:pPr>
              <w:spacing w:after="0" w:line="240" w:lineRule="auto"/>
            </w:pPr>
            <w:r>
              <w:rPr>
                <w:rFonts w:eastAsia="Aptos"/>
                <w:sz w:val="17"/>
              </w:rPr>
              <w:t>Earl Grey Tea 25ct</w:t>
            </w:r>
          </w:p>
        </w:tc>
        <w:tc>
          <w:tcPr>
            <w:tcW w:w="630" w:type="dxa"/>
            <w:tcMar>
              <w:top w:w="28" w:type="dxa"/>
              <w:left w:w="38" w:type="dxa"/>
              <w:bottom w:w="28" w:type="dxa"/>
              <w:right w:w="38" w:type="dxa"/>
            </w:tcMar>
            <w:vAlign w:val="center"/>
          </w:tcPr>
          <w:p w14:paraId="085C83BD"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6036AC1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C75FF86" w14:textId="77777777" w:rsidR="00D60D5E" w:rsidRDefault="00D60D5E">
            <w:pPr>
              <w:jc w:val="center"/>
            </w:pPr>
          </w:p>
        </w:tc>
      </w:tr>
      <w:tr w:rsidR="00D60D5E" w14:paraId="6BB7A700" w14:textId="77777777" w:rsidTr="000617E0">
        <w:trPr>
          <w:cantSplit/>
          <w:jc w:val="center"/>
        </w:trPr>
        <w:tc>
          <w:tcPr>
            <w:tcW w:w="677" w:type="dxa"/>
            <w:tcMar>
              <w:top w:w="28" w:type="dxa"/>
              <w:left w:w="38" w:type="dxa"/>
              <w:bottom w:w="28" w:type="dxa"/>
              <w:right w:w="38" w:type="dxa"/>
            </w:tcMar>
            <w:vAlign w:val="center"/>
          </w:tcPr>
          <w:p w14:paraId="1D794DD7" w14:textId="77777777" w:rsidR="00D60D5E" w:rsidRDefault="00891EF0">
            <w:pPr>
              <w:spacing w:after="0" w:line="240" w:lineRule="auto"/>
              <w:jc w:val="center"/>
            </w:pPr>
            <w:r>
              <w:rPr>
                <w:rFonts w:eastAsia="Aptos"/>
                <w:color w:val="6A7075"/>
                <w:sz w:val="17"/>
              </w:rPr>
              <w:t>275-185</w:t>
            </w:r>
          </w:p>
        </w:tc>
        <w:tc>
          <w:tcPr>
            <w:tcW w:w="2648" w:type="dxa"/>
            <w:tcMar>
              <w:top w:w="28" w:type="dxa"/>
              <w:left w:w="38" w:type="dxa"/>
              <w:bottom w:w="28" w:type="dxa"/>
              <w:right w:w="38" w:type="dxa"/>
            </w:tcMar>
            <w:vAlign w:val="center"/>
          </w:tcPr>
          <w:p w14:paraId="51ABEF12" w14:textId="77777777" w:rsidR="00D60D5E" w:rsidRDefault="00891EF0">
            <w:pPr>
              <w:spacing w:after="0" w:line="240" w:lineRule="auto"/>
            </w:pPr>
            <w:r>
              <w:rPr>
                <w:rFonts w:eastAsia="Aptos"/>
                <w:sz w:val="17"/>
              </w:rPr>
              <w:t>Mr. Coffee Filters Baskets Style 50filers</w:t>
            </w:r>
          </w:p>
        </w:tc>
        <w:tc>
          <w:tcPr>
            <w:tcW w:w="630" w:type="dxa"/>
            <w:tcMar>
              <w:top w:w="28" w:type="dxa"/>
              <w:left w:w="38" w:type="dxa"/>
              <w:bottom w:w="28" w:type="dxa"/>
              <w:right w:w="38" w:type="dxa"/>
            </w:tcMar>
            <w:vAlign w:val="center"/>
          </w:tcPr>
          <w:p w14:paraId="4BFF67B2" w14:textId="77777777" w:rsidR="00D60D5E" w:rsidRDefault="00891EF0">
            <w:pPr>
              <w:spacing w:after="0" w:line="240" w:lineRule="auto"/>
              <w:jc w:val="center"/>
            </w:pPr>
            <w:r>
              <w:rPr>
                <w:rFonts w:eastAsia="Aptos"/>
                <w:b/>
                <w:sz w:val="17"/>
              </w:rPr>
              <w:t>1.95</w:t>
            </w:r>
          </w:p>
        </w:tc>
        <w:tc>
          <w:tcPr>
            <w:tcW w:w="540" w:type="dxa"/>
            <w:tcMar>
              <w:top w:w="28" w:type="dxa"/>
              <w:left w:w="38" w:type="dxa"/>
              <w:bottom w:w="28" w:type="dxa"/>
              <w:right w:w="38" w:type="dxa"/>
            </w:tcMar>
            <w:vAlign w:val="center"/>
          </w:tcPr>
          <w:p w14:paraId="2039EF8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9A7F6E5" w14:textId="77777777" w:rsidR="00D60D5E" w:rsidRDefault="00D60D5E">
            <w:pPr>
              <w:jc w:val="center"/>
            </w:pPr>
          </w:p>
        </w:tc>
      </w:tr>
      <w:tr w:rsidR="00D60D5E" w14:paraId="423826C0" w14:textId="77777777" w:rsidTr="000617E0">
        <w:trPr>
          <w:cantSplit/>
          <w:jc w:val="center"/>
        </w:trPr>
        <w:tc>
          <w:tcPr>
            <w:tcW w:w="677" w:type="dxa"/>
            <w:tcMar>
              <w:top w:w="28" w:type="dxa"/>
              <w:left w:w="38" w:type="dxa"/>
              <w:bottom w:w="28" w:type="dxa"/>
              <w:right w:w="38" w:type="dxa"/>
            </w:tcMar>
            <w:vAlign w:val="center"/>
          </w:tcPr>
          <w:p w14:paraId="7F8E95D8" w14:textId="77777777" w:rsidR="00D60D5E" w:rsidRDefault="00891EF0">
            <w:pPr>
              <w:spacing w:after="0" w:line="240" w:lineRule="auto"/>
              <w:jc w:val="center"/>
            </w:pPr>
            <w:r>
              <w:rPr>
                <w:rFonts w:eastAsia="Aptos"/>
                <w:color w:val="6A7075"/>
                <w:sz w:val="17"/>
              </w:rPr>
              <w:t>275-190</w:t>
            </w:r>
          </w:p>
        </w:tc>
        <w:tc>
          <w:tcPr>
            <w:tcW w:w="2648" w:type="dxa"/>
            <w:tcMar>
              <w:top w:w="28" w:type="dxa"/>
              <w:left w:w="38" w:type="dxa"/>
              <w:bottom w:w="28" w:type="dxa"/>
              <w:right w:w="38" w:type="dxa"/>
            </w:tcMar>
            <w:vAlign w:val="center"/>
          </w:tcPr>
          <w:p w14:paraId="1C178093" w14:textId="77777777" w:rsidR="00D60D5E" w:rsidRDefault="00891EF0">
            <w:pPr>
              <w:spacing w:after="0" w:line="240" w:lineRule="auto"/>
            </w:pPr>
            <w:r>
              <w:rPr>
                <w:rFonts w:eastAsia="Aptos"/>
                <w:sz w:val="17"/>
              </w:rPr>
              <w:t>Mellita Cone Filters #2 40ct</w:t>
            </w:r>
          </w:p>
        </w:tc>
        <w:tc>
          <w:tcPr>
            <w:tcW w:w="630" w:type="dxa"/>
            <w:tcMar>
              <w:top w:w="28" w:type="dxa"/>
              <w:left w:w="38" w:type="dxa"/>
              <w:bottom w:w="28" w:type="dxa"/>
              <w:right w:w="38" w:type="dxa"/>
            </w:tcMar>
            <w:vAlign w:val="center"/>
          </w:tcPr>
          <w:p w14:paraId="4CAC39AE" w14:textId="77777777" w:rsidR="00D60D5E" w:rsidRDefault="00891EF0">
            <w:pPr>
              <w:spacing w:after="0" w:line="240" w:lineRule="auto"/>
              <w:jc w:val="center"/>
            </w:pPr>
            <w:r>
              <w:rPr>
                <w:rFonts w:eastAsia="Aptos"/>
                <w:b/>
                <w:sz w:val="17"/>
              </w:rPr>
              <w:t>6.70</w:t>
            </w:r>
          </w:p>
        </w:tc>
        <w:tc>
          <w:tcPr>
            <w:tcW w:w="540" w:type="dxa"/>
            <w:tcMar>
              <w:top w:w="28" w:type="dxa"/>
              <w:left w:w="38" w:type="dxa"/>
              <w:bottom w:w="28" w:type="dxa"/>
              <w:right w:w="38" w:type="dxa"/>
            </w:tcMar>
            <w:vAlign w:val="center"/>
          </w:tcPr>
          <w:p w14:paraId="062D9D7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FF4649" w14:textId="77777777" w:rsidR="00D60D5E" w:rsidRDefault="00D60D5E">
            <w:pPr>
              <w:jc w:val="center"/>
            </w:pPr>
          </w:p>
        </w:tc>
      </w:tr>
      <w:tr w:rsidR="00D60D5E" w14:paraId="61B9EF3A" w14:textId="77777777" w:rsidTr="000617E0">
        <w:trPr>
          <w:cantSplit/>
          <w:jc w:val="center"/>
        </w:trPr>
        <w:tc>
          <w:tcPr>
            <w:tcW w:w="677" w:type="dxa"/>
            <w:tcMar>
              <w:top w:w="28" w:type="dxa"/>
              <w:left w:w="38" w:type="dxa"/>
              <w:bottom w:w="28" w:type="dxa"/>
              <w:right w:w="38" w:type="dxa"/>
            </w:tcMar>
            <w:vAlign w:val="center"/>
          </w:tcPr>
          <w:p w14:paraId="7F33717B" w14:textId="77777777" w:rsidR="00D60D5E" w:rsidRDefault="00891EF0">
            <w:pPr>
              <w:spacing w:after="0" w:line="240" w:lineRule="auto"/>
              <w:jc w:val="center"/>
            </w:pPr>
            <w:r>
              <w:rPr>
                <w:rFonts w:eastAsia="Aptos"/>
                <w:color w:val="6A7075"/>
                <w:sz w:val="17"/>
              </w:rPr>
              <w:t>275-191</w:t>
            </w:r>
          </w:p>
        </w:tc>
        <w:tc>
          <w:tcPr>
            <w:tcW w:w="2648" w:type="dxa"/>
            <w:tcMar>
              <w:top w:w="28" w:type="dxa"/>
              <w:left w:w="38" w:type="dxa"/>
              <w:bottom w:w="28" w:type="dxa"/>
              <w:right w:w="38" w:type="dxa"/>
            </w:tcMar>
            <w:vAlign w:val="center"/>
          </w:tcPr>
          <w:p w14:paraId="739584CD" w14:textId="77777777" w:rsidR="00D60D5E" w:rsidRDefault="00891EF0">
            <w:pPr>
              <w:spacing w:after="0" w:line="240" w:lineRule="auto"/>
            </w:pPr>
            <w:r>
              <w:rPr>
                <w:rFonts w:eastAsia="Aptos"/>
                <w:sz w:val="17"/>
              </w:rPr>
              <w:t>Mr. Coffee Cone Filters #2 40ct</w:t>
            </w:r>
          </w:p>
        </w:tc>
        <w:tc>
          <w:tcPr>
            <w:tcW w:w="630" w:type="dxa"/>
            <w:tcMar>
              <w:top w:w="28" w:type="dxa"/>
              <w:left w:w="38" w:type="dxa"/>
              <w:bottom w:w="28" w:type="dxa"/>
              <w:right w:w="38" w:type="dxa"/>
            </w:tcMar>
            <w:vAlign w:val="center"/>
          </w:tcPr>
          <w:p w14:paraId="4A1495E5" w14:textId="77777777" w:rsidR="00D60D5E" w:rsidRDefault="00891EF0">
            <w:pPr>
              <w:spacing w:after="0" w:line="240" w:lineRule="auto"/>
              <w:jc w:val="center"/>
            </w:pPr>
            <w:r>
              <w:rPr>
                <w:rFonts w:eastAsia="Aptos"/>
                <w:b/>
                <w:sz w:val="17"/>
              </w:rPr>
              <w:t>2.98</w:t>
            </w:r>
          </w:p>
        </w:tc>
        <w:tc>
          <w:tcPr>
            <w:tcW w:w="540" w:type="dxa"/>
            <w:tcMar>
              <w:top w:w="28" w:type="dxa"/>
              <w:left w:w="38" w:type="dxa"/>
              <w:bottom w:w="28" w:type="dxa"/>
              <w:right w:w="38" w:type="dxa"/>
            </w:tcMar>
            <w:vAlign w:val="center"/>
          </w:tcPr>
          <w:p w14:paraId="12C761E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603FAD2" w14:textId="77777777" w:rsidR="00D60D5E" w:rsidRDefault="00D60D5E">
            <w:pPr>
              <w:jc w:val="center"/>
            </w:pPr>
          </w:p>
        </w:tc>
      </w:tr>
      <w:tr w:rsidR="00D60D5E" w14:paraId="72D34633" w14:textId="77777777" w:rsidTr="000617E0">
        <w:trPr>
          <w:cantSplit/>
          <w:jc w:val="center"/>
        </w:trPr>
        <w:tc>
          <w:tcPr>
            <w:tcW w:w="677" w:type="dxa"/>
            <w:tcMar>
              <w:top w:w="28" w:type="dxa"/>
              <w:left w:w="38" w:type="dxa"/>
              <w:bottom w:w="28" w:type="dxa"/>
              <w:right w:w="38" w:type="dxa"/>
            </w:tcMar>
            <w:vAlign w:val="center"/>
          </w:tcPr>
          <w:p w14:paraId="351B72F7" w14:textId="77777777" w:rsidR="00D60D5E" w:rsidRDefault="00891EF0">
            <w:pPr>
              <w:spacing w:after="0" w:line="240" w:lineRule="auto"/>
              <w:jc w:val="center"/>
            </w:pPr>
            <w:r>
              <w:rPr>
                <w:rFonts w:eastAsia="Aptos"/>
                <w:color w:val="6A7075"/>
                <w:sz w:val="17"/>
              </w:rPr>
              <w:t>275-195</w:t>
            </w:r>
          </w:p>
        </w:tc>
        <w:tc>
          <w:tcPr>
            <w:tcW w:w="2648" w:type="dxa"/>
            <w:tcMar>
              <w:top w:w="28" w:type="dxa"/>
              <w:left w:w="38" w:type="dxa"/>
              <w:bottom w:w="28" w:type="dxa"/>
              <w:right w:w="38" w:type="dxa"/>
            </w:tcMar>
            <w:vAlign w:val="center"/>
          </w:tcPr>
          <w:p w14:paraId="791640F9" w14:textId="77777777" w:rsidR="00D60D5E" w:rsidRDefault="00891EF0">
            <w:pPr>
              <w:spacing w:after="0" w:line="240" w:lineRule="auto"/>
            </w:pPr>
            <w:r>
              <w:rPr>
                <w:rFonts w:eastAsia="Aptos"/>
                <w:sz w:val="17"/>
              </w:rPr>
              <w:t>Maxwell House Original Coffee 11.5oz</w:t>
            </w:r>
          </w:p>
        </w:tc>
        <w:tc>
          <w:tcPr>
            <w:tcW w:w="630" w:type="dxa"/>
            <w:tcMar>
              <w:top w:w="28" w:type="dxa"/>
              <w:left w:w="38" w:type="dxa"/>
              <w:bottom w:w="28" w:type="dxa"/>
              <w:right w:w="38" w:type="dxa"/>
            </w:tcMar>
            <w:vAlign w:val="center"/>
          </w:tcPr>
          <w:p w14:paraId="65C78917" w14:textId="77777777" w:rsidR="00D60D5E" w:rsidRDefault="00891EF0">
            <w:pPr>
              <w:spacing w:after="0" w:line="240" w:lineRule="auto"/>
              <w:jc w:val="center"/>
            </w:pPr>
            <w:r>
              <w:rPr>
                <w:rFonts w:eastAsia="Aptos"/>
                <w:b/>
                <w:sz w:val="17"/>
              </w:rPr>
              <w:t>12.79</w:t>
            </w:r>
          </w:p>
        </w:tc>
        <w:tc>
          <w:tcPr>
            <w:tcW w:w="540" w:type="dxa"/>
            <w:tcMar>
              <w:top w:w="28" w:type="dxa"/>
              <w:left w:w="38" w:type="dxa"/>
              <w:bottom w:w="28" w:type="dxa"/>
              <w:right w:w="38" w:type="dxa"/>
            </w:tcMar>
            <w:vAlign w:val="center"/>
          </w:tcPr>
          <w:p w14:paraId="32E3224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A6DF59" w14:textId="77777777" w:rsidR="00D60D5E" w:rsidRDefault="00D60D5E">
            <w:pPr>
              <w:jc w:val="center"/>
            </w:pPr>
          </w:p>
        </w:tc>
      </w:tr>
      <w:tr w:rsidR="00D60D5E" w14:paraId="40796EC6" w14:textId="77777777" w:rsidTr="000617E0">
        <w:trPr>
          <w:cantSplit/>
          <w:jc w:val="center"/>
        </w:trPr>
        <w:tc>
          <w:tcPr>
            <w:tcW w:w="677" w:type="dxa"/>
            <w:tcMar>
              <w:top w:w="28" w:type="dxa"/>
              <w:left w:w="38" w:type="dxa"/>
              <w:bottom w:w="28" w:type="dxa"/>
              <w:right w:w="38" w:type="dxa"/>
            </w:tcMar>
            <w:vAlign w:val="center"/>
          </w:tcPr>
          <w:p w14:paraId="2E390FCF" w14:textId="77777777" w:rsidR="00D60D5E" w:rsidRDefault="00891EF0">
            <w:pPr>
              <w:spacing w:after="0" w:line="240" w:lineRule="auto"/>
              <w:jc w:val="center"/>
            </w:pPr>
            <w:r>
              <w:rPr>
                <w:rFonts w:eastAsia="Aptos"/>
                <w:color w:val="6A7075"/>
                <w:sz w:val="17"/>
              </w:rPr>
              <w:t>275-200</w:t>
            </w:r>
          </w:p>
        </w:tc>
        <w:tc>
          <w:tcPr>
            <w:tcW w:w="2648" w:type="dxa"/>
            <w:tcMar>
              <w:top w:w="28" w:type="dxa"/>
              <w:left w:w="38" w:type="dxa"/>
              <w:bottom w:w="28" w:type="dxa"/>
              <w:right w:w="38" w:type="dxa"/>
            </w:tcMar>
            <w:vAlign w:val="center"/>
          </w:tcPr>
          <w:p w14:paraId="5E2046A6" w14:textId="77777777" w:rsidR="00D60D5E" w:rsidRDefault="00891EF0">
            <w:pPr>
              <w:spacing w:after="0" w:line="240" w:lineRule="auto"/>
            </w:pPr>
            <w:r>
              <w:rPr>
                <w:rFonts w:eastAsia="Aptos"/>
                <w:sz w:val="17"/>
              </w:rPr>
              <w:t>Tea Bags Lipton 20 ct</w:t>
            </w:r>
          </w:p>
        </w:tc>
        <w:tc>
          <w:tcPr>
            <w:tcW w:w="630" w:type="dxa"/>
            <w:tcMar>
              <w:top w:w="28" w:type="dxa"/>
              <w:left w:w="38" w:type="dxa"/>
              <w:bottom w:w="28" w:type="dxa"/>
              <w:right w:w="38" w:type="dxa"/>
            </w:tcMar>
            <w:vAlign w:val="center"/>
          </w:tcPr>
          <w:p w14:paraId="17432EF7" w14:textId="77777777" w:rsidR="00D60D5E" w:rsidRDefault="00891EF0">
            <w:pPr>
              <w:spacing w:after="0" w:line="240" w:lineRule="auto"/>
              <w:jc w:val="center"/>
            </w:pPr>
            <w:r>
              <w:rPr>
                <w:rFonts w:eastAsia="Aptos"/>
                <w:b/>
                <w:sz w:val="17"/>
              </w:rPr>
              <w:t>3.99</w:t>
            </w:r>
          </w:p>
        </w:tc>
        <w:tc>
          <w:tcPr>
            <w:tcW w:w="540" w:type="dxa"/>
            <w:tcMar>
              <w:top w:w="28" w:type="dxa"/>
              <w:left w:w="38" w:type="dxa"/>
              <w:bottom w:w="28" w:type="dxa"/>
              <w:right w:w="38" w:type="dxa"/>
            </w:tcMar>
            <w:vAlign w:val="center"/>
          </w:tcPr>
          <w:p w14:paraId="076D795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D506FA" w14:textId="77777777" w:rsidR="00D60D5E" w:rsidRDefault="00D60D5E">
            <w:pPr>
              <w:jc w:val="center"/>
            </w:pPr>
          </w:p>
        </w:tc>
      </w:tr>
      <w:tr w:rsidR="00D60D5E" w14:paraId="3B379601" w14:textId="77777777" w:rsidTr="000617E0">
        <w:trPr>
          <w:cantSplit/>
          <w:jc w:val="center"/>
        </w:trPr>
        <w:tc>
          <w:tcPr>
            <w:tcW w:w="677" w:type="dxa"/>
            <w:tcMar>
              <w:top w:w="28" w:type="dxa"/>
              <w:left w:w="38" w:type="dxa"/>
              <w:bottom w:w="28" w:type="dxa"/>
              <w:right w:w="38" w:type="dxa"/>
            </w:tcMar>
            <w:vAlign w:val="center"/>
          </w:tcPr>
          <w:p w14:paraId="0D9B867D" w14:textId="77777777" w:rsidR="00D60D5E" w:rsidRDefault="00891EF0">
            <w:pPr>
              <w:spacing w:after="0" w:line="240" w:lineRule="auto"/>
              <w:jc w:val="center"/>
            </w:pPr>
            <w:r>
              <w:rPr>
                <w:rFonts w:eastAsia="Aptos"/>
                <w:color w:val="6A7075"/>
                <w:sz w:val="17"/>
              </w:rPr>
              <w:t>275-205</w:t>
            </w:r>
          </w:p>
        </w:tc>
        <w:tc>
          <w:tcPr>
            <w:tcW w:w="2648" w:type="dxa"/>
            <w:tcMar>
              <w:top w:w="28" w:type="dxa"/>
              <w:left w:w="38" w:type="dxa"/>
              <w:bottom w:w="28" w:type="dxa"/>
              <w:right w:w="38" w:type="dxa"/>
            </w:tcMar>
            <w:vAlign w:val="center"/>
          </w:tcPr>
          <w:p w14:paraId="228313BF" w14:textId="77777777" w:rsidR="00D60D5E" w:rsidRDefault="00891EF0">
            <w:pPr>
              <w:spacing w:after="0" w:line="240" w:lineRule="auto"/>
            </w:pPr>
            <w:r>
              <w:rPr>
                <w:rFonts w:eastAsia="Aptos"/>
                <w:sz w:val="17"/>
              </w:rPr>
              <w:t>Tea Bags Lipton 50 ct</w:t>
            </w:r>
          </w:p>
        </w:tc>
        <w:tc>
          <w:tcPr>
            <w:tcW w:w="630" w:type="dxa"/>
            <w:tcMar>
              <w:top w:w="28" w:type="dxa"/>
              <w:left w:w="38" w:type="dxa"/>
              <w:bottom w:w="28" w:type="dxa"/>
              <w:right w:w="38" w:type="dxa"/>
            </w:tcMar>
            <w:vAlign w:val="center"/>
          </w:tcPr>
          <w:p w14:paraId="199951EB"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29E85B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08EB4C" w14:textId="77777777" w:rsidR="00D60D5E" w:rsidRDefault="00D60D5E">
            <w:pPr>
              <w:jc w:val="center"/>
            </w:pPr>
          </w:p>
        </w:tc>
      </w:tr>
      <w:tr w:rsidR="00D60D5E" w14:paraId="36253232" w14:textId="77777777" w:rsidTr="000617E0">
        <w:trPr>
          <w:cantSplit/>
          <w:jc w:val="center"/>
        </w:trPr>
        <w:tc>
          <w:tcPr>
            <w:tcW w:w="677" w:type="dxa"/>
            <w:tcMar>
              <w:top w:w="28" w:type="dxa"/>
              <w:left w:w="38" w:type="dxa"/>
              <w:bottom w:w="28" w:type="dxa"/>
              <w:right w:w="38" w:type="dxa"/>
            </w:tcMar>
            <w:vAlign w:val="center"/>
          </w:tcPr>
          <w:p w14:paraId="5E828492" w14:textId="77777777" w:rsidR="00D60D5E" w:rsidRDefault="00891EF0">
            <w:pPr>
              <w:spacing w:after="0" w:line="240" w:lineRule="auto"/>
              <w:jc w:val="center"/>
            </w:pPr>
            <w:r>
              <w:rPr>
                <w:rFonts w:eastAsia="Aptos"/>
                <w:color w:val="6A7075"/>
                <w:sz w:val="17"/>
              </w:rPr>
              <w:t>275-210</w:t>
            </w:r>
          </w:p>
        </w:tc>
        <w:tc>
          <w:tcPr>
            <w:tcW w:w="2648" w:type="dxa"/>
            <w:tcMar>
              <w:top w:w="28" w:type="dxa"/>
              <w:left w:w="38" w:type="dxa"/>
              <w:bottom w:w="28" w:type="dxa"/>
              <w:right w:w="38" w:type="dxa"/>
            </w:tcMar>
            <w:vAlign w:val="center"/>
          </w:tcPr>
          <w:p w14:paraId="5024B792" w14:textId="77777777" w:rsidR="00D60D5E" w:rsidRDefault="00891EF0">
            <w:pPr>
              <w:spacing w:after="0" w:line="240" w:lineRule="auto"/>
            </w:pPr>
            <w:r>
              <w:rPr>
                <w:rFonts w:eastAsia="Aptos"/>
                <w:sz w:val="17"/>
              </w:rPr>
              <w:t>Coffee FRESH STORE Grnd Reg Fre/Col/Haz/Bfas</w:t>
            </w:r>
          </w:p>
        </w:tc>
        <w:tc>
          <w:tcPr>
            <w:tcW w:w="630" w:type="dxa"/>
            <w:tcMar>
              <w:top w:w="28" w:type="dxa"/>
              <w:left w:w="38" w:type="dxa"/>
              <w:bottom w:w="28" w:type="dxa"/>
              <w:right w:w="38" w:type="dxa"/>
            </w:tcMar>
            <w:vAlign w:val="center"/>
          </w:tcPr>
          <w:p w14:paraId="2BA33069" w14:textId="77777777" w:rsidR="00D60D5E" w:rsidRDefault="00891EF0">
            <w:pPr>
              <w:spacing w:after="0" w:line="240" w:lineRule="auto"/>
              <w:jc w:val="center"/>
            </w:pPr>
            <w:r>
              <w:rPr>
                <w:rFonts w:eastAsia="Aptos"/>
                <w:b/>
                <w:sz w:val="17"/>
              </w:rPr>
              <w:t>29.60</w:t>
            </w:r>
          </w:p>
        </w:tc>
        <w:tc>
          <w:tcPr>
            <w:tcW w:w="540" w:type="dxa"/>
            <w:tcMar>
              <w:top w:w="28" w:type="dxa"/>
              <w:left w:w="38" w:type="dxa"/>
              <w:bottom w:w="28" w:type="dxa"/>
              <w:right w:w="38" w:type="dxa"/>
            </w:tcMar>
            <w:vAlign w:val="center"/>
          </w:tcPr>
          <w:p w14:paraId="2E84F3D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D8BC584" w14:textId="77777777" w:rsidR="00D60D5E" w:rsidRDefault="00D60D5E">
            <w:pPr>
              <w:jc w:val="center"/>
            </w:pPr>
          </w:p>
        </w:tc>
      </w:tr>
      <w:tr w:rsidR="00D60D5E" w14:paraId="7D8AECD5" w14:textId="77777777" w:rsidTr="000617E0">
        <w:trPr>
          <w:cantSplit/>
          <w:jc w:val="center"/>
        </w:trPr>
        <w:tc>
          <w:tcPr>
            <w:tcW w:w="677" w:type="dxa"/>
            <w:tcMar>
              <w:top w:w="28" w:type="dxa"/>
              <w:left w:w="38" w:type="dxa"/>
              <w:bottom w:w="28" w:type="dxa"/>
              <w:right w:w="38" w:type="dxa"/>
            </w:tcMar>
            <w:vAlign w:val="center"/>
          </w:tcPr>
          <w:p w14:paraId="4C036874" w14:textId="77777777" w:rsidR="00D60D5E" w:rsidRDefault="00891EF0">
            <w:pPr>
              <w:spacing w:after="0" w:line="240" w:lineRule="auto"/>
              <w:jc w:val="center"/>
            </w:pPr>
            <w:r>
              <w:rPr>
                <w:rFonts w:eastAsia="Aptos"/>
                <w:color w:val="6A7075"/>
                <w:sz w:val="17"/>
              </w:rPr>
              <w:lastRenderedPageBreak/>
              <w:t>275-215</w:t>
            </w:r>
          </w:p>
        </w:tc>
        <w:tc>
          <w:tcPr>
            <w:tcW w:w="2648" w:type="dxa"/>
            <w:tcMar>
              <w:top w:w="28" w:type="dxa"/>
              <w:left w:w="38" w:type="dxa"/>
              <w:bottom w:w="28" w:type="dxa"/>
              <w:right w:w="38" w:type="dxa"/>
            </w:tcMar>
            <w:vAlign w:val="center"/>
          </w:tcPr>
          <w:p w14:paraId="39CAFE23" w14:textId="77777777" w:rsidR="00D60D5E" w:rsidRDefault="00891EF0">
            <w:pPr>
              <w:spacing w:after="0" w:line="240" w:lineRule="auto"/>
            </w:pPr>
            <w:r>
              <w:rPr>
                <w:rFonts w:eastAsia="Aptos"/>
                <w:sz w:val="17"/>
              </w:rPr>
              <w:t>Coffee FRESH STORE Grnd DCaf Fre/Col/Haz/Bfas</w:t>
            </w:r>
          </w:p>
        </w:tc>
        <w:tc>
          <w:tcPr>
            <w:tcW w:w="630" w:type="dxa"/>
            <w:tcMar>
              <w:top w:w="28" w:type="dxa"/>
              <w:left w:w="38" w:type="dxa"/>
              <w:bottom w:w="28" w:type="dxa"/>
              <w:right w:w="38" w:type="dxa"/>
            </w:tcMar>
            <w:vAlign w:val="center"/>
          </w:tcPr>
          <w:p w14:paraId="3B844FF2" w14:textId="77777777" w:rsidR="00D60D5E" w:rsidRDefault="00891EF0">
            <w:pPr>
              <w:spacing w:after="0" w:line="240" w:lineRule="auto"/>
              <w:jc w:val="center"/>
            </w:pPr>
            <w:r>
              <w:rPr>
                <w:rFonts w:eastAsia="Aptos"/>
                <w:b/>
                <w:sz w:val="17"/>
              </w:rPr>
              <w:t>28.50</w:t>
            </w:r>
          </w:p>
        </w:tc>
        <w:tc>
          <w:tcPr>
            <w:tcW w:w="540" w:type="dxa"/>
            <w:tcMar>
              <w:top w:w="28" w:type="dxa"/>
              <w:left w:w="38" w:type="dxa"/>
              <w:bottom w:w="28" w:type="dxa"/>
              <w:right w:w="38" w:type="dxa"/>
            </w:tcMar>
            <w:vAlign w:val="center"/>
          </w:tcPr>
          <w:p w14:paraId="5DFBB87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CE0F7B0" w14:textId="77777777" w:rsidR="00D60D5E" w:rsidRDefault="00D60D5E">
            <w:pPr>
              <w:jc w:val="center"/>
            </w:pPr>
          </w:p>
        </w:tc>
      </w:tr>
      <w:tr w:rsidR="00D60D5E" w14:paraId="1E120F4F" w14:textId="77777777" w:rsidTr="000617E0">
        <w:trPr>
          <w:cantSplit/>
          <w:jc w:val="center"/>
        </w:trPr>
        <w:tc>
          <w:tcPr>
            <w:tcW w:w="677" w:type="dxa"/>
            <w:shd w:val="clear" w:color="auto" w:fill="D9EAF7"/>
            <w:tcMar>
              <w:top w:w="28" w:type="dxa"/>
              <w:left w:w="38" w:type="dxa"/>
              <w:bottom w:w="28" w:type="dxa"/>
              <w:right w:w="38" w:type="dxa"/>
            </w:tcMar>
            <w:vAlign w:val="center"/>
          </w:tcPr>
          <w:p w14:paraId="55AC95AC" w14:textId="77777777" w:rsidR="00D60D5E" w:rsidRDefault="00891EF0">
            <w:pPr>
              <w:spacing w:after="0" w:line="240" w:lineRule="auto"/>
              <w:jc w:val="center"/>
            </w:pPr>
            <w:r>
              <w:rPr>
                <w:rFonts w:eastAsia="Aptos"/>
                <w:b/>
                <w:color w:val="2F4F8F"/>
                <w:sz w:val="18"/>
              </w:rPr>
              <w:t>280-</w:t>
            </w:r>
          </w:p>
        </w:tc>
        <w:tc>
          <w:tcPr>
            <w:tcW w:w="2648" w:type="dxa"/>
            <w:shd w:val="clear" w:color="auto" w:fill="D9EAF7"/>
            <w:tcMar>
              <w:top w:w="28" w:type="dxa"/>
              <w:left w:w="38" w:type="dxa"/>
              <w:bottom w:w="28" w:type="dxa"/>
              <w:right w:w="38" w:type="dxa"/>
            </w:tcMar>
            <w:vAlign w:val="center"/>
          </w:tcPr>
          <w:p w14:paraId="58F6CFB5" w14:textId="77777777" w:rsidR="00D60D5E" w:rsidRDefault="00891EF0">
            <w:pPr>
              <w:spacing w:after="0" w:line="240" w:lineRule="auto"/>
            </w:pPr>
            <w:r>
              <w:rPr>
                <w:rFonts w:eastAsia="Aptos"/>
                <w:b/>
                <w:color w:val="2F4F8F"/>
                <w:sz w:val="18"/>
              </w:rPr>
              <w:t>FROZEN JUICES</w:t>
            </w:r>
          </w:p>
        </w:tc>
        <w:tc>
          <w:tcPr>
            <w:tcW w:w="630" w:type="dxa"/>
            <w:shd w:val="clear" w:color="auto" w:fill="D9EAF7"/>
            <w:tcMar>
              <w:top w:w="28" w:type="dxa"/>
              <w:left w:w="38" w:type="dxa"/>
              <w:bottom w:w="28" w:type="dxa"/>
              <w:right w:w="38" w:type="dxa"/>
            </w:tcMar>
            <w:vAlign w:val="center"/>
          </w:tcPr>
          <w:p w14:paraId="0F8B45FF"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D09090C"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EAD0128" w14:textId="77777777" w:rsidR="00D60D5E" w:rsidRDefault="00D60D5E">
            <w:pPr>
              <w:jc w:val="center"/>
            </w:pPr>
          </w:p>
        </w:tc>
      </w:tr>
      <w:tr w:rsidR="00D60D5E" w14:paraId="18252010" w14:textId="77777777" w:rsidTr="000617E0">
        <w:trPr>
          <w:cantSplit/>
          <w:jc w:val="center"/>
        </w:trPr>
        <w:tc>
          <w:tcPr>
            <w:tcW w:w="677" w:type="dxa"/>
            <w:tcMar>
              <w:top w:w="28" w:type="dxa"/>
              <w:left w:w="38" w:type="dxa"/>
              <w:bottom w:w="28" w:type="dxa"/>
              <w:right w:w="38" w:type="dxa"/>
            </w:tcMar>
            <w:vAlign w:val="center"/>
          </w:tcPr>
          <w:p w14:paraId="35E210E2" w14:textId="77777777" w:rsidR="00D60D5E" w:rsidRDefault="00891EF0">
            <w:pPr>
              <w:spacing w:after="0" w:line="240" w:lineRule="auto"/>
              <w:jc w:val="center"/>
            </w:pPr>
            <w:r>
              <w:rPr>
                <w:rFonts w:eastAsia="Aptos"/>
                <w:color w:val="6A7075"/>
                <w:sz w:val="17"/>
              </w:rPr>
              <w:t>280-105</w:t>
            </w:r>
          </w:p>
        </w:tc>
        <w:tc>
          <w:tcPr>
            <w:tcW w:w="2648" w:type="dxa"/>
            <w:tcMar>
              <w:top w:w="28" w:type="dxa"/>
              <w:left w:w="38" w:type="dxa"/>
              <w:bottom w:w="28" w:type="dxa"/>
              <w:right w:w="38" w:type="dxa"/>
            </w:tcMar>
            <w:vAlign w:val="center"/>
          </w:tcPr>
          <w:p w14:paraId="3CAE7702" w14:textId="77777777" w:rsidR="00D60D5E" w:rsidRDefault="00891EF0">
            <w:pPr>
              <w:spacing w:after="0" w:line="240" w:lineRule="auto"/>
            </w:pPr>
            <w:r>
              <w:rPr>
                <w:rFonts w:eastAsia="Aptos"/>
                <w:sz w:val="17"/>
              </w:rPr>
              <w:t>Strawberry Daiquini Bacardi 10oz</w:t>
            </w:r>
          </w:p>
        </w:tc>
        <w:tc>
          <w:tcPr>
            <w:tcW w:w="630" w:type="dxa"/>
            <w:tcMar>
              <w:top w:w="28" w:type="dxa"/>
              <w:left w:w="38" w:type="dxa"/>
              <w:bottom w:w="28" w:type="dxa"/>
              <w:right w:w="38" w:type="dxa"/>
            </w:tcMar>
            <w:vAlign w:val="center"/>
          </w:tcPr>
          <w:p w14:paraId="0C185774"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1CDFBAC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0E5D7B" w14:textId="77777777" w:rsidR="00D60D5E" w:rsidRDefault="00D60D5E">
            <w:pPr>
              <w:jc w:val="center"/>
            </w:pPr>
          </w:p>
        </w:tc>
      </w:tr>
      <w:tr w:rsidR="00D60D5E" w14:paraId="2A95EFF3" w14:textId="77777777" w:rsidTr="000617E0">
        <w:trPr>
          <w:cantSplit/>
          <w:jc w:val="center"/>
        </w:trPr>
        <w:tc>
          <w:tcPr>
            <w:tcW w:w="677" w:type="dxa"/>
            <w:tcMar>
              <w:top w:w="28" w:type="dxa"/>
              <w:left w:w="38" w:type="dxa"/>
              <w:bottom w:w="28" w:type="dxa"/>
              <w:right w:w="38" w:type="dxa"/>
            </w:tcMar>
            <w:vAlign w:val="center"/>
          </w:tcPr>
          <w:p w14:paraId="634BBA43" w14:textId="77777777" w:rsidR="00D60D5E" w:rsidRDefault="00891EF0">
            <w:pPr>
              <w:spacing w:after="0" w:line="240" w:lineRule="auto"/>
              <w:jc w:val="center"/>
            </w:pPr>
            <w:r>
              <w:rPr>
                <w:rFonts w:eastAsia="Aptos"/>
                <w:color w:val="6A7075"/>
                <w:sz w:val="17"/>
              </w:rPr>
              <w:t>280-110</w:t>
            </w:r>
          </w:p>
        </w:tc>
        <w:tc>
          <w:tcPr>
            <w:tcW w:w="2648" w:type="dxa"/>
            <w:tcMar>
              <w:top w:w="28" w:type="dxa"/>
              <w:left w:w="38" w:type="dxa"/>
              <w:bottom w:w="28" w:type="dxa"/>
              <w:right w:w="38" w:type="dxa"/>
            </w:tcMar>
            <w:vAlign w:val="center"/>
          </w:tcPr>
          <w:p w14:paraId="6B357BDF" w14:textId="77777777" w:rsidR="00D60D5E" w:rsidRDefault="00891EF0">
            <w:pPr>
              <w:spacing w:after="0" w:line="240" w:lineRule="auto"/>
            </w:pPr>
            <w:r>
              <w:rPr>
                <w:rFonts w:eastAsia="Aptos"/>
                <w:sz w:val="17"/>
              </w:rPr>
              <w:t>Banana daiquini Bacardi 10oz</w:t>
            </w:r>
          </w:p>
        </w:tc>
        <w:tc>
          <w:tcPr>
            <w:tcW w:w="630" w:type="dxa"/>
            <w:tcMar>
              <w:top w:w="28" w:type="dxa"/>
              <w:left w:w="38" w:type="dxa"/>
              <w:bottom w:w="28" w:type="dxa"/>
              <w:right w:w="38" w:type="dxa"/>
            </w:tcMar>
            <w:vAlign w:val="center"/>
          </w:tcPr>
          <w:p w14:paraId="7DDE0A8D"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4A47BCD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D2409BA" w14:textId="77777777" w:rsidR="00D60D5E" w:rsidRDefault="00D60D5E">
            <w:pPr>
              <w:jc w:val="center"/>
            </w:pPr>
          </w:p>
        </w:tc>
      </w:tr>
      <w:tr w:rsidR="00D60D5E" w14:paraId="411C126E" w14:textId="77777777" w:rsidTr="000617E0">
        <w:trPr>
          <w:cantSplit/>
          <w:jc w:val="center"/>
        </w:trPr>
        <w:tc>
          <w:tcPr>
            <w:tcW w:w="677" w:type="dxa"/>
            <w:tcMar>
              <w:top w:w="28" w:type="dxa"/>
              <w:left w:w="38" w:type="dxa"/>
              <w:bottom w:w="28" w:type="dxa"/>
              <w:right w:w="38" w:type="dxa"/>
            </w:tcMar>
            <w:vAlign w:val="center"/>
          </w:tcPr>
          <w:p w14:paraId="55230CC6" w14:textId="77777777" w:rsidR="00D60D5E" w:rsidRDefault="00891EF0">
            <w:pPr>
              <w:spacing w:after="0" w:line="240" w:lineRule="auto"/>
              <w:jc w:val="center"/>
            </w:pPr>
            <w:r>
              <w:rPr>
                <w:rFonts w:eastAsia="Aptos"/>
                <w:color w:val="6A7075"/>
                <w:sz w:val="17"/>
              </w:rPr>
              <w:t>280-115</w:t>
            </w:r>
          </w:p>
        </w:tc>
        <w:tc>
          <w:tcPr>
            <w:tcW w:w="2648" w:type="dxa"/>
            <w:tcMar>
              <w:top w:w="28" w:type="dxa"/>
              <w:left w:w="38" w:type="dxa"/>
              <w:bottom w:w="28" w:type="dxa"/>
              <w:right w:w="38" w:type="dxa"/>
            </w:tcMar>
            <w:vAlign w:val="center"/>
          </w:tcPr>
          <w:p w14:paraId="3CADFD6B" w14:textId="77777777" w:rsidR="00D60D5E" w:rsidRDefault="00891EF0">
            <w:pPr>
              <w:spacing w:after="0" w:line="240" w:lineRule="auto"/>
            </w:pPr>
            <w:r>
              <w:rPr>
                <w:rFonts w:eastAsia="Aptos"/>
                <w:sz w:val="17"/>
              </w:rPr>
              <w:t>Margarita Mix Bacardi 10oz</w:t>
            </w:r>
          </w:p>
        </w:tc>
        <w:tc>
          <w:tcPr>
            <w:tcW w:w="630" w:type="dxa"/>
            <w:tcMar>
              <w:top w:w="28" w:type="dxa"/>
              <w:left w:w="38" w:type="dxa"/>
              <w:bottom w:w="28" w:type="dxa"/>
              <w:right w:w="38" w:type="dxa"/>
            </w:tcMar>
            <w:vAlign w:val="center"/>
          </w:tcPr>
          <w:p w14:paraId="79DFC484"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1882E33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53276A" w14:textId="77777777" w:rsidR="00D60D5E" w:rsidRDefault="00D60D5E">
            <w:pPr>
              <w:jc w:val="center"/>
            </w:pPr>
          </w:p>
        </w:tc>
      </w:tr>
      <w:tr w:rsidR="00D60D5E" w14:paraId="5BC2AEF8" w14:textId="77777777" w:rsidTr="000617E0">
        <w:trPr>
          <w:cantSplit/>
          <w:jc w:val="center"/>
        </w:trPr>
        <w:tc>
          <w:tcPr>
            <w:tcW w:w="677" w:type="dxa"/>
            <w:tcMar>
              <w:top w:w="28" w:type="dxa"/>
              <w:left w:w="38" w:type="dxa"/>
              <w:bottom w:w="28" w:type="dxa"/>
              <w:right w:w="38" w:type="dxa"/>
            </w:tcMar>
            <w:vAlign w:val="center"/>
          </w:tcPr>
          <w:p w14:paraId="6CFBE8CA" w14:textId="77777777" w:rsidR="00D60D5E" w:rsidRDefault="00891EF0">
            <w:pPr>
              <w:spacing w:after="0" w:line="240" w:lineRule="auto"/>
              <w:jc w:val="center"/>
            </w:pPr>
            <w:r>
              <w:rPr>
                <w:rFonts w:eastAsia="Aptos"/>
                <w:color w:val="6A7075"/>
                <w:sz w:val="17"/>
              </w:rPr>
              <w:t>280-120</w:t>
            </w:r>
          </w:p>
        </w:tc>
        <w:tc>
          <w:tcPr>
            <w:tcW w:w="2648" w:type="dxa"/>
            <w:tcMar>
              <w:top w:w="28" w:type="dxa"/>
              <w:left w:w="38" w:type="dxa"/>
              <w:bottom w:w="28" w:type="dxa"/>
              <w:right w:w="38" w:type="dxa"/>
            </w:tcMar>
            <w:vAlign w:val="center"/>
          </w:tcPr>
          <w:p w14:paraId="171E7DA1" w14:textId="77777777" w:rsidR="00D60D5E" w:rsidRDefault="00891EF0">
            <w:pPr>
              <w:spacing w:after="0" w:line="240" w:lineRule="auto"/>
            </w:pPr>
            <w:r>
              <w:rPr>
                <w:rFonts w:eastAsia="Aptos"/>
                <w:sz w:val="17"/>
              </w:rPr>
              <w:t>Pina Colada Bacardi 10oz</w:t>
            </w:r>
          </w:p>
        </w:tc>
        <w:tc>
          <w:tcPr>
            <w:tcW w:w="630" w:type="dxa"/>
            <w:tcMar>
              <w:top w:w="28" w:type="dxa"/>
              <w:left w:w="38" w:type="dxa"/>
              <w:bottom w:w="28" w:type="dxa"/>
              <w:right w:w="38" w:type="dxa"/>
            </w:tcMar>
            <w:vAlign w:val="center"/>
          </w:tcPr>
          <w:p w14:paraId="07C640DD" w14:textId="77777777" w:rsidR="00D60D5E" w:rsidRDefault="00891EF0">
            <w:pPr>
              <w:spacing w:after="0" w:line="240" w:lineRule="auto"/>
              <w:jc w:val="center"/>
            </w:pPr>
            <w:r>
              <w:rPr>
                <w:rFonts w:eastAsia="Aptos"/>
                <w:b/>
                <w:sz w:val="17"/>
              </w:rPr>
              <w:t>5.49</w:t>
            </w:r>
          </w:p>
        </w:tc>
        <w:tc>
          <w:tcPr>
            <w:tcW w:w="540" w:type="dxa"/>
            <w:tcMar>
              <w:top w:w="28" w:type="dxa"/>
              <w:left w:w="38" w:type="dxa"/>
              <w:bottom w:w="28" w:type="dxa"/>
              <w:right w:w="38" w:type="dxa"/>
            </w:tcMar>
            <w:vAlign w:val="center"/>
          </w:tcPr>
          <w:p w14:paraId="5BB31A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1134820" w14:textId="77777777" w:rsidR="00D60D5E" w:rsidRDefault="00D60D5E">
            <w:pPr>
              <w:jc w:val="center"/>
            </w:pPr>
          </w:p>
        </w:tc>
      </w:tr>
      <w:tr w:rsidR="00D60D5E" w14:paraId="45E7759D" w14:textId="77777777" w:rsidTr="000617E0">
        <w:trPr>
          <w:cantSplit/>
          <w:jc w:val="center"/>
        </w:trPr>
        <w:tc>
          <w:tcPr>
            <w:tcW w:w="677" w:type="dxa"/>
            <w:tcMar>
              <w:top w:w="28" w:type="dxa"/>
              <w:left w:w="38" w:type="dxa"/>
              <w:bottom w:w="28" w:type="dxa"/>
              <w:right w:w="38" w:type="dxa"/>
            </w:tcMar>
            <w:vAlign w:val="center"/>
          </w:tcPr>
          <w:p w14:paraId="56BF348A" w14:textId="77777777" w:rsidR="00D60D5E" w:rsidRDefault="00891EF0">
            <w:pPr>
              <w:spacing w:after="0" w:line="240" w:lineRule="auto"/>
              <w:jc w:val="center"/>
            </w:pPr>
            <w:r>
              <w:rPr>
                <w:rFonts w:eastAsia="Aptos"/>
                <w:color w:val="6A7075"/>
                <w:sz w:val="17"/>
              </w:rPr>
              <w:t>280-125</w:t>
            </w:r>
          </w:p>
        </w:tc>
        <w:tc>
          <w:tcPr>
            <w:tcW w:w="2648" w:type="dxa"/>
            <w:tcMar>
              <w:top w:w="28" w:type="dxa"/>
              <w:left w:w="38" w:type="dxa"/>
              <w:bottom w:w="28" w:type="dxa"/>
              <w:right w:w="38" w:type="dxa"/>
            </w:tcMar>
            <w:vAlign w:val="center"/>
          </w:tcPr>
          <w:p w14:paraId="004F6C47" w14:textId="77777777" w:rsidR="00D60D5E" w:rsidRDefault="00891EF0">
            <w:pPr>
              <w:spacing w:after="0" w:line="240" w:lineRule="auto"/>
            </w:pPr>
            <w:r>
              <w:rPr>
                <w:rFonts w:eastAsia="Aptos"/>
                <w:sz w:val="17"/>
              </w:rPr>
              <w:t>Orange Juice 12oz</w:t>
            </w:r>
          </w:p>
        </w:tc>
        <w:tc>
          <w:tcPr>
            <w:tcW w:w="630" w:type="dxa"/>
            <w:tcMar>
              <w:top w:w="28" w:type="dxa"/>
              <w:left w:w="38" w:type="dxa"/>
              <w:bottom w:w="28" w:type="dxa"/>
              <w:right w:w="38" w:type="dxa"/>
            </w:tcMar>
            <w:vAlign w:val="center"/>
          </w:tcPr>
          <w:p w14:paraId="01F9809E"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5BC7CF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812EA7" w14:textId="77777777" w:rsidR="00D60D5E" w:rsidRDefault="00D60D5E">
            <w:pPr>
              <w:jc w:val="center"/>
            </w:pPr>
          </w:p>
        </w:tc>
      </w:tr>
      <w:tr w:rsidR="00D60D5E" w14:paraId="50F54106" w14:textId="77777777" w:rsidTr="000617E0">
        <w:trPr>
          <w:cantSplit/>
          <w:jc w:val="center"/>
        </w:trPr>
        <w:tc>
          <w:tcPr>
            <w:tcW w:w="677" w:type="dxa"/>
            <w:tcMar>
              <w:top w:w="28" w:type="dxa"/>
              <w:left w:w="38" w:type="dxa"/>
              <w:bottom w:w="28" w:type="dxa"/>
              <w:right w:w="38" w:type="dxa"/>
            </w:tcMar>
            <w:vAlign w:val="center"/>
          </w:tcPr>
          <w:p w14:paraId="5B97E3AC" w14:textId="77777777" w:rsidR="00D60D5E" w:rsidRDefault="00891EF0">
            <w:pPr>
              <w:spacing w:after="0" w:line="240" w:lineRule="auto"/>
              <w:jc w:val="center"/>
            </w:pPr>
            <w:r>
              <w:rPr>
                <w:rFonts w:eastAsia="Aptos"/>
                <w:color w:val="6A7075"/>
                <w:sz w:val="17"/>
              </w:rPr>
              <w:t>280-130</w:t>
            </w:r>
          </w:p>
        </w:tc>
        <w:tc>
          <w:tcPr>
            <w:tcW w:w="2648" w:type="dxa"/>
            <w:tcMar>
              <w:top w:w="28" w:type="dxa"/>
              <w:left w:w="38" w:type="dxa"/>
              <w:bottom w:w="28" w:type="dxa"/>
              <w:right w:w="38" w:type="dxa"/>
            </w:tcMar>
            <w:vAlign w:val="center"/>
          </w:tcPr>
          <w:p w14:paraId="6D061CF1" w14:textId="77777777" w:rsidR="00D60D5E" w:rsidRDefault="00891EF0">
            <w:pPr>
              <w:spacing w:after="0" w:line="240" w:lineRule="auto"/>
            </w:pPr>
            <w:r>
              <w:rPr>
                <w:rFonts w:eastAsia="Aptos"/>
                <w:sz w:val="17"/>
              </w:rPr>
              <w:t>Island Oasis Sour Bev Mixers 32 oz</w:t>
            </w:r>
          </w:p>
        </w:tc>
        <w:tc>
          <w:tcPr>
            <w:tcW w:w="630" w:type="dxa"/>
            <w:tcMar>
              <w:top w:w="28" w:type="dxa"/>
              <w:left w:w="38" w:type="dxa"/>
              <w:bottom w:w="28" w:type="dxa"/>
              <w:right w:w="38" w:type="dxa"/>
            </w:tcMar>
            <w:vAlign w:val="center"/>
          </w:tcPr>
          <w:p w14:paraId="1E913321"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436329E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4BE74D" w14:textId="77777777" w:rsidR="00D60D5E" w:rsidRDefault="00D60D5E">
            <w:pPr>
              <w:jc w:val="center"/>
            </w:pPr>
          </w:p>
        </w:tc>
      </w:tr>
      <w:tr w:rsidR="00D60D5E" w14:paraId="2242EE58" w14:textId="77777777" w:rsidTr="000617E0">
        <w:trPr>
          <w:cantSplit/>
          <w:jc w:val="center"/>
        </w:trPr>
        <w:tc>
          <w:tcPr>
            <w:tcW w:w="677" w:type="dxa"/>
            <w:tcMar>
              <w:top w:w="28" w:type="dxa"/>
              <w:left w:w="38" w:type="dxa"/>
              <w:bottom w:w="28" w:type="dxa"/>
              <w:right w:w="38" w:type="dxa"/>
            </w:tcMar>
            <w:vAlign w:val="center"/>
          </w:tcPr>
          <w:p w14:paraId="6BCC6B07" w14:textId="77777777" w:rsidR="00D60D5E" w:rsidRDefault="00891EF0">
            <w:pPr>
              <w:spacing w:after="0" w:line="240" w:lineRule="auto"/>
              <w:jc w:val="center"/>
            </w:pPr>
            <w:r>
              <w:rPr>
                <w:rFonts w:eastAsia="Aptos"/>
                <w:color w:val="6A7075"/>
                <w:sz w:val="17"/>
              </w:rPr>
              <w:t>280-135</w:t>
            </w:r>
          </w:p>
        </w:tc>
        <w:tc>
          <w:tcPr>
            <w:tcW w:w="2648" w:type="dxa"/>
            <w:tcMar>
              <w:top w:w="28" w:type="dxa"/>
              <w:left w:w="38" w:type="dxa"/>
              <w:bottom w:w="28" w:type="dxa"/>
              <w:right w:w="38" w:type="dxa"/>
            </w:tcMar>
            <w:vAlign w:val="center"/>
          </w:tcPr>
          <w:p w14:paraId="1C32E24F" w14:textId="77777777" w:rsidR="00D60D5E" w:rsidRDefault="00891EF0">
            <w:pPr>
              <w:spacing w:after="0" w:line="240" w:lineRule="auto"/>
            </w:pPr>
            <w:r>
              <w:rPr>
                <w:rFonts w:eastAsia="Aptos"/>
                <w:sz w:val="17"/>
              </w:rPr>
              <w:t>Island Oasis Passion Fruit Bev Mixers 32 oz</w:t>
            </w:r>
          </w:p>
        </w:tc>
        <w:tc>
          <w:tcPr>
            <w:tcW w:w="630" w:type="dxa"/>
            <w:tcMar>
              <w:top w:w="28" w:type="dxa"/>
              <w:left w:w="38" w:type="dxa"/>
              <w:bottom w:w="28" w:type="dxa"/>
              <w:right w:w="38" w:type="dxa"/>
            </w:tcMar>
            <w:vAlign w:val="center"/>
          </w:tcPr>
          <w:p w14:paraId="6720A06D"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69B76A7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7CFEAC" w14:textId="77777777" w:rsidR="00D60D5E" w:rsidRDefault="00D60D5E">
            <w:pPr>
              <w:jc w:val="center"/>
            </w:pPr>
          </w:p>
        </w:tc>
      </w:tr>
      <w:tr w:rsidR="00D60D5E" w14:paraId="1E4A46E1" w14:textId="77777777" w:rsidTr="000617E0">
        <w:trPr>
          <w:cantSplit/>
          <w:jc w:val="center"/>
        </w:trPr>
        <w:tc>
          <w:tcPr>
            <w:tcW w:w="677" w:type="dxa"/>
            <w:tcMar>
              <w:top w:w="28" w:type="dxa"/>
              <w:left w:w="38" w:type="dxa"/>
              <w:bottom w:w="28" w:type="dxa"/>
              <w:right w:w="38" w:type="dxa"/>
            </w:tcMar>
            <w:vAlign w:val="center"/>
          </w:tcPr>
          <w:p w14:paraId="7CBE61FC" w14:textId="77777777" w:rsidR="00D60D5E" w:rsidRDefault="00891EF0">
            <w:pPr>
              <w:spacing w:after="0" w:line="240" w:lineRule="auto"/>
              <w:jc w:val="center"/>
            </w:pPr>
            <w:r>
              <w:rPr>
                <w:rFonts w:eastAsia="Aptos"/>
                <w:color w:val="6A7075"/>
                <w:sz w:val="17"/>
              </w:rPr>
              <w:t>280-140</w:t>
            </w:r>
          </w:p>
        </w:tc>
        <w:tc>
          <w:tcPr>
            <w:tcW w:w="2648" w:type="dxa"/>
            <w:tcMar>
              <w:top w:w="28" w:type="dxa"/>
              <w:left w:w="38" w:type="dxa"/>
              <w:bottom w:w="28" w:type="dxa"/>
              <w:right w:w="38" w:type="dxa"/>
            </w:tcMar>
            <w:vAlign w:val="center"/>
          </w:tcPr>
          <w:p w14:paraId="2EC1ED58" w14:textId="77777777" w:rsidR="00D60D5E" w:rsidRDefault="00891EF0">
            <w:pPr>
              <w:spacing w:after="0" w:line="240" w:lineRule="auto"/>
            </w:pPr>
            <w:r>
              <w:rPr>
                <w:rFonts w:eastAsia="Aptos"/>
                <w:sz w:val="17"/>
              </w:rPr>
              <w:t>Island Oasis Strawberry Bev Mixers 32 oz</w:t>
            </w:r>
          </w:p>
        </w:tc>
        <w:tc>
          <w:tcPr>
            <w:tcW w:w="630" w:type="dxa"/>
            <w:tcMar>
              <w:top w:w="28" w:type="dxa"/>
              <w:left w:w="38" w:type="dxa"/>
              <w:bottom w:w="28" w:type="dxa"/>
              <w:right w:w="38" w:type="dxa"/>
            </w:tcMar>
            <w:vAlign w:val="center"/>
          </w:tcPr>
          <w:p w14:paraId="60BB18EA"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04B7C1F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8981AD6" w14:textId="77777777" w:rsidR="00D60D5E" w:rsidRDefault="00D60D5E">
            <w:pPr>
              <w:jc w:val="center"/>
            </w:pPr>
          </w:p>
        </w:tc>
      </w:tr>
      <w:tr w:rsidR="00D60D5E" w14:paraId="39F8CCFF" w14:textId="77777777" w:rsidTr="000617E0">
        <w:trPr>
          <w:cantSplit/>
          <w:jc w:val="center"/>
        </w:trPr>
        <w:tc>
          <w:tcPr>
            <w:tcW w:w="677" w:type="dxa"/>
            <w:tcMar>
              <w:top w:w="28" w:type="dxa"/>
              <w:left w:w="38" w:type="dxa"/>
              <w:bottom w:w="28" w:type="dxa"/>
              <w:right w:w="38" w:type="dxa"/>
            </w:tcMar>
            <w:vAlign w:val="center"/>
          </w:tcPr>
          <w:p w14:paraId="228DF5FD" w14:textId="77777777" w:rsidR="00D60D5E" w:rsidRDefault="00891EF0">
            <w:pPr>
              <w:spacing w:after="0" w:line="240" w:lineRule="auto"/>
              <w:jc w:val="center"/>
            </w:pPr>
            <w:r>
              <w:rPr>
                <w:rFonts w:eastAsia="Aptos"/>
                <w:color w:val="6A7075"/>
                <w:sz w:val="17"/>
              </w:rPr>
              <w:t>280-145</w:t>
            </w:r>
          </w:p>
        </w:tc>
        <w:tc>
          <w:tcPr>
            <w:tcW w:w="2648" w:type="dxa"/>
            <w:tcMar>
              <w:top w:w="28" w:type="dxa"/>
              <w:left w:w="38" w:type="dxa"/>
              <w:bottom w:w="28" w:type="dxa"/>
              <w:right w:w="38" w:type="dxa"/>
            </w:tcMar>
            <w:vAlign w:val="center"/>
          </w:tcPr>
          <w:p w14:paraId="3B22B2FE" w14:textId="77777777" w:rsidR="00D60D5E" w:rsidRDefault="00891EF0">
            <w:pPr>
              <w:spacing w:after="0" w:line="240" w:lineRule="auto"/>
            </w:pPr>
            <w:r>
              <w:rPr>
                <w:rFonts w:eastAsia="Aptos"/>
                <w:sz w:val="17"/>
              </w:rPr>
              <w:t>Island Oasis Pina Colada Bev Mixers 32 oz</w:t>
            </w:r>
          </w:p>
        </w:tc>
        <w:tc>
          <w:tcPr>
            <w:tcW w:w="630" w:type="dxa"/>
            <w:tcMar>
              <w:top w:w="28" w:type="dxa"/>
              <w:left w:w="38" w:type="dxa"/>
              <w:bottom w:w="28" w:type="dxa"/>
              <w:right w:w="38" w:type="dxa"/>
            </w:tcMar>
            <w:vAlign w:val="center"/>
          </w:tcPr>
          <w:p w14:paraId="3D398A13"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6372BF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2AD34B" w14:textId="77777777" w:rsidR="00D60D5E" w:rsidRDefault="00D60D5E">
            <w:pPr>
              <w:jc w:val="center"/>
            </w:pPr>
          </w:p>
        </w:tc>
      </w:tr>
      <w:tr w:rsidR="00D60D5E" w14:paraId="54654105" w14:textId="77777777" w:rsidTr="000617E0">
        <w:trPr>
          <w:cantSplit/>
          <w:jc w:val="center"/>
        </w:trPr>
        <w:tc>
          <w:tcPr>
            <w:tcW w:w="677" w:type="dxa"/>
            <w:tcMar>
              <w:top w:w="28" w:type="dxa"/>
              <w:left w:w="38" w:type="dxa"/>
              <w:bottom w:w="28" w:type="dxa"/>
              <w:right w:w="38" w:type="dxa"/>
            </w:tcMar>
            <w:vAlign w:val="center"/>
          </w:tcPr>
          <w:p w14:paraId="18DD29EE" w14:textId="77777777" w:rsidR="00D60D5E" w:rsidRDefault="00891EF0">
            <w:pPr>
              <w:spacing w:after="0" w:line="240" w:lineRule="auto"/>
              <w:jc w:val="center"/>
            </w:pPr>
            <w:r>
              <w:rPr>
                <w:rFonts w:eastAsia="Aptos"/>
                <w:color w:val="6A7075"/>
                <w:sz w:val="17"/>
              </w:rPr>
              <w:t>280-150</w:t>
            </w:r>
          </w:p>
        </w:tc>
        <w:tc>
          <w:tcPr>
            <w:tcW w:w="2648" w:type="dxa"/>
            <w:tcMar>
              <w:top w:w="28" w:type="dxa"/>
              <w:left w:w="38" w:type="dxa"/>
              <w:bottom w:w="28" w:type="dxa"/>
              <w:right w:w="38" w:type="dxa"/>
            </w:tcMar>
            <w:vAlign w:val="center"/>
          </w:tcPr>
          <w:p w14:paraId="779E5A63" w14:textId="77777777" w:rsidR="00D60D5E" w:rsidRDefault="00891EF0">
            <w:pPr>
              <w:spacing w:after="0" w:line="240" w:lineRule="auto"/>
            </w:pPr>
            <w:r>
              <w:rPr>
                <w:rFonts w:eastAsia="Aptos"/>
                <w:sz w:val="17"/>
              </w:rPr>
              <w:t>Island Oasis Margarita Bev Mixers 32 oz</w:t>
            </w:r>
          </w:p>
        </w:tc>
        <w:tc>
          <w:tcPr>
            <w:tcW w:w="630" w:type="dxa"/>
            <w:tcMar>
              <w:top w:w="28" w:type="dxa"/>
              <w:left w:w="38" w:type="dxa"/>
              <w:bottom w:w="28" w:type="dxa"/>
              <w:right w:w="38" w:type="dxa"/>
            </w:tcMar>
            <w:vAlign w:val="center"/>
          </w:tcPr>
          <w:p w14:paraId="10FE7A62"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0DA9C32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4B0F9A0" w14:textId="77777777" w:rsidR="00D60D5E" w:rsidRDefault="00D60D5E">
            <w:pPr>
              <w:jc w:val="center"/>
            </w:pPr>
          </w:p>
        </w:tc>
      </w:tr>
      <w:tr w:rsidR="00D60D5E" w14:paraId="574AFBA5" w14:textId="77777777" w:rsidTr="000617E0">
        <w:trPr>
          <w:cantSplit/>
          <w:jc w:val="center"/>
        </w:trPr>
        <w:tc>
          <w:tcPr>
            <w:tcW w:w="677" w:type="dxa"/>
            <w:tcMar>
              <w:top w:w="28" w:type="dxa"/>
              <w:left w:w="38" w:type="dxa"/>
              <w:bottom w:w="28" w:type="dxa"/>
              <w:right w:w="38" w:type="dxa"/>
            </w:tcMar>
            <w:vAlign w:val="center"/>
          </w:tcPr>
          <w:p w14:paraId="4B7C4B1C" w14:textId="77777777" w:rsidR="00D60D5E" w:rsidRDefault="00891EF0">
            <w:pPr>
              <w:spacing w:after="0" w:line="240" w:lineRule="auto"/>
              <w:jc w:val="center"/>
            </w:pPr>
            <w:r>
              <w:rPr>
                <w:rFonts w:eastAsia="Aptos"/>
                <w:color w:val="6A7075"/>
                <w:sz w:val="17"/>
              </w:rPr>
              <w:t>280-155</w:t>
            </w:r>
          </w:p>
        </w:tc>
        <w:tc>
          <w:tcPr>
            <w:tcW w:w="2648" w:type="dxa"/>
            <w:tcMar>
              <w:top w:w="28" w:type="dxa"/>
              <w:left w:w="38" w:type="dxa"/>
              <w:bottom w:w="28" w:type="dxa"/>
              <w:right w:w="38" w:type="dxa"/>
            </w:tcMar>
            <w:vAlign w:val="center"/>
          </w:tcPr>
          <w:p w14:paraId="7A5A5965" w14:textId="77777777" w:rsidR="00D60D5E" w:rsidRDefault="00891EF0">
            <w:pPr>
              <w:spacing w:after="0" w:line="240" w:lineRule="auto"/>
            </w:pPr>
            <w:r>
              <w:rPr>
                <w:rFonts w:eastAsia="Aptos"/>
                <w:sz w:val="17"/>
              </w:rPr>
              <w:t>Island Oasis Mango/Peach/Raspb Bev Mixers 32 oz</w:t>
            </w:r>
          </w:p>
        </w:tc>
        <w:tc>
          <w:tcPr>
            <w:tcW w:w="630" w:type="dxa"/>
            <w:tcMar>
              <w:top w:w="28" w:type="dxa"/>
              <w:left w:w="38" w:type="dxa"/>
              <w:bottom w:w="28" w:type="dxa"/>
              <w:right w:w="38" w:type="dxa"/>
            </w:tcMar>
            <w:vAlign w:val="center"/>
          </w:tcPr>
          <w:p w14:paraId="77246AEE" w14:textId="77777777" w:rsidR="00D60D5E" w:rsidRDefault="00891EF0">
            <w:pPr>
              <w:spacing w:after="0" w:line="240" w:lineRule="auto"/>
              <w:jc w:val="center"/>
            </w:pPr>
            <w:r>
              <w:rPr>
                <w:rFonts w:eastAsia="Aptos"/>
                <w:b/>
                <w:sz w:val="17"/>
              </w:rPr>
              <w:t>11.89</w:t>
            </w:r>
          </w:p>
        </w:tc>
        <w:tc>
          <w:tcPr>
            <w:tcW w:w="540" w:type="dxa"/>
            <w:tcMar>
              <w:top w:w="28" w:type="dxa"/>
              <w:left w:w="38" w:type="dxa"/>
              <w:bottom w:w="28" w:type="dxa"/>
              <w:right w:w="38" w:type="dxa"/>
            </w:tcMar>
            <w:vAlign w:val="center"/>
          </w:tcPr>
          <w:p w14:paraId="4B2714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45F168" w14:textId="77777777" w:rsidR="00D60D5E" w:rsidRDefault="00D60D5E">
            <w:pPr>
              <w:jc w:val="center"/>
            </w:pPr>
          </w:p>
        </w:tc>
      </w:tr>
      <w:tr w:rsidR="00D60D5E" w14:paraId="51F421C4" w14:textId="77777777" w:rsidTr="000617E0">
        <w:trPr>
          <w:cantSplit/>
          <w:jc w:val="center"/>
        </w:trPr>
        <w:tc>
          <w:tcPr>
            <w:tcW w:w="677" w:type="dxa"/>
            <w:tcMar>
              <w:top w:w="28" w:type="dxa"/>
              <w:left w:w="38" w:type="dxa"/>
              <w:bottom w:w="28" w:type="dxa"/>
              <w:right w:w="38" w:type="dxa"/>
            </w:tcMar>
            <w:vAlign w:val="center"/>
          </w:tcPr>
          <w:p w14:paraId="72A4D31D" w14:textId="77777777" w:rsidR="00D60D5E" w:rsidRDefault="00891EF0">
            <w:pPr>
              <w:spacing w:after="0" w:line="240" w:lineRule="auto"/>
              <w:jc w:val="center"/>
            </w:pPr>
            <w:r>
              <w:rPr>
                <w:rFonts w:eastAsia="Aptos"/>
                <w:color w:val="6A7075"/>
                <w:sz w:val="17"/>
              </w:rPr>
              <w:t>280-160</w:t>
            </w:r>
          </w:p>
        </w:tc>
        <w:tc>
          <w:tcPr>
            <w:tcW w:w="2648" w:type="dxa"/>
            <w:tcMar>
              <w:top w:w="28" w:type="dxa"/>
              <w:left w:w="38" w:type="dxa"/>
              <w:bottom w:w="28" w:type="dxa"/>
              <w:right w:w="38" w:type="dxa"/>
            </w:tcMar>
            <w:vAlign w:val="center"/>
          </w:tcPr>
          <w:p w14:paraId="3843E823" w14:textId="77777777" w:rsidR="00D60D5E" w:rsidRDefault="00891EF0">
            <w:pPr>
              <w:spacing w:after="0" w:line="240" w:lineRule="auto"/>
            </w:pPr>
            <w:r>
              <w:rPr>
                <w:rFonts w:eastAsia="Aptos"/>
                <w:sz w:val="17"/>
              </w:rPr>
              <w:t>Pineapple 12oz</w:t>
            </w:r>
          </w:p>
        </w:tc>
        <w:tc>
          <w:tcPr>
            <w:tcW w:w="630" w:type="dxa"/>
            <w:tcMar>
              <w:top w:w="28" w:type="dxa"/>
              <w:left w:w="38" w:type="dxa"/>
              <w:bottom w:w="28" w:type="dxa"/>
              <w:right w:w="38" w:type="dxa"/>
            </w:tcMar>
            <w:vAlign w:val="center"/>
          </w:tcPr>
          <w:p w14:paraId="202D5012" w14:textId="77777777" w:rsidR="00D60D5E" w:rsidRDefault="00891EF0">
            <w:pPr>
              <w:spacing w:after="0" w:line="240" w:lineRule="auto"/>
              <w:jc w:val="center"/>
            </w:pPr>
            <w:r>
              <w:rPr>
                <w:rFonts w:eastAsia="Aptos"/>
                <w:b/>
                <w:sz w:val="17"/>
              </w:rPr>
              <w:t>3.89</w:t>
            </w:r>
          </w:p>
        </w:tc>
        <w:tc>
          <w:tcPr>
            <w:tcW w:w="540" w:type="dxa"/>
            <w:tcMar>
              <w:top w:w="28" w:type="dxa"/>
              <w:left w:w="38" w:type="dxa"/>
              <w:bottom w:w="28" w:type="dxa"/>
              <w:right w:w="38" w:type="dxa"/>
            </w:tcMar>
            <w:vAlign w:val="center"/>
          </w:tcPr>
          <w:p w14:paraId="056595B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2D326C" w14:textId="77777777" w:rsidR="00D60D5E" w:rsidRDefault="00D60D5E">
            <w:pPr>
              <w:jc w:val="center"/>
            </w:pPr>
          </w:p>
        </w:tc>
      </w:tr>
      <w:tr w:rsidR="00D60D5E" w14:paraId="21977B51" w14:textId="77777777" w:rsidTr="000617E0">
        <w:trPr>
          <w:cantSplit/>
          <w:jc w:val="center"/>
        </w:trPr>
        <w:tc>
          <w:tcPr>
            <w:tcW w:w="677" w:type="dxa"/>
            <w:tcMar>
              <w:top w:w="28" w:type="dxa"/>
              <w:left w:w="38" w:type="dxa"/>
              <w:bottom w:w="28" w:type="dxa"/>
              <w:right w:w="38" w:type="dxa"/>
            </w:tcMar>
            <w:vAlign w:val="center"/>
          </w:tcPr>
          <w:p w14:paraId="1DC02F73" w14:textId="77777777" w:rsidR="00D60D5E" w:rsidRDefault="00891EF0">
            <w:pPr>
              <w:spacing w:after="0" w:line="240" w:lineRule="auto"/>
              <w:jc w:val="center"/>
            </w:pPr>
            <w:r>
              <w:rPr>
                <w:rFonts w:eastAsia="Aptos"/>
                <w:color w:val="6A7075"/>
                <w:sz w:val="17"/>
              </w:rPr>
              <w:t>280-165</w:t>
            </w:r>
          </w:p>
        </w:tc>
        <w:tc>
          <w:tcPr>
            <w:tcW w:w="2648" w:type="dxa"/>
            <w:tcMar>
              <w:top w:w="28" w:type="dxa"/>
              <w:left w:w="38" w:type="dxa"/>
              <w:bottom w:w="28" w:type="dxa"/>
              <w:right w:w="38" w:type="dxa"/>
            </w:tcMar>
            <w:vAlign w:val="center"/>
          </w:tcPr>
          <w:p w14:paraId="70E9210C" w14:textId="77777777" w:rsidR="00D60D5E" w:rsidRDefault="00891EF0">
            <w:pPr>
              <w:spacing w:after="0" w:line="240" w:lineRule="auto"/>
            </w:pPr>
            <w:r>
              <w:rPr>
                <w:rFonts w:eastAsia="Aptos"/>
                <w:sz w:val="17"/>
              </w:rPr>
              <w:t>Lemonade 12oz</w:t>
            </w:r>
          </w:p>
        </w:tc>
        <w:tc>
          <w:tcPr>
            <w:tcW w:w="630" w:type="dxa"/>
            <w:tcMar>
              <w:top w:w="28" w:type="dxa"/>
              <w:left w:w="38" w:type="dxa"/>
              <w:bottom w:w="28" w:type="dxa"/>
              <w:right w:w="38" w:type="dxa"/>
            </w:tcMar>
            <w:vAlign w:val="center"/>
          </w:tcPr>
          <w:p w14:paraId="3AA5B422" w14:textId="77777777" w:rsidR="00D60D5E" w:rsidRDefault="00891EF0">
            <w:pPr>
              <w:spacing w:after="0" w:line="240" w:lineRule="auto"/>
              <w:jc w:val="center"/>
            </w:pPr>
            <w:r>
              <w:rPr>
                <w:rFonts w:eastAsia="Aptos"/>
                <w:b/>
                <w:sz w:val="17"/>
              </w:rPr>
              <w:t>4.69</w:t>
            </w:r>
          </w:p>
        </w:tc>
        <w:tc>
          <w:tcPr>
            <w:tcW w:w="540" w:type="dxa"/>
            <w:tcMar>
              <w:top w:w="28" w:type="dxa"/>
              <w:left w:w="38" w:type="dxa"/>
              <w:bottom w:w="28" w:type="dxa"/>
              <w:right w:w="38" w:type="dxa"/>
            </w:tcMar>
            <w:vAlign w:val="center"/>
          </w:tcPr>
          <w:p w14:paraId="01FC500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97B214" w14:textId="77777777" w:rsidR="00D60D5E" w:rsidRDefault="00D60D5E">
            <w:pPr>
              <w:jc w:val="center"/>
            </w:pPr>
          </w:p>
        </w:tc>
      </w:tr>
      <w:tr w:rsidR="00D60D5E" w14:paraId="015FF21A" w14:textId="77777777" w:rsidTr="000617E0">
        <w:trPr>
          <w:cantSplit/>
          <w:jc w:val="center"/>
        </w:trPr>
        <w:tc>
          <w:tcPr>
            <w:tcW w:w="677" w:type="dxa"/>
            <w:tcMar>
              <w:top w:w="28" w:type="dxa"/>
              <w:left w:w="38" w:type="dxa"/>
              <w:bottom w:w="28" w:type="dxa"/>
              <w:right w:w="38" w:type="dxa"/>
            </w:tcMar>
            <w:vAlign w:val="center"/>
          </w:tcPr>
          <w:p w14:paraId="4B6298EF" w14:textId="77777777" w:rsidR="00D60D5E" w:rsidRDefault="00891EF0">
            <w:pPr>
              <w:spacing w:after="0" w:line="240" w:lineRule="auto"/>
              <w:jc w:val="center"/>
            </w:pPr>
            <w:r>
              <w:rPr>
                <w:rFonts w:eastAsia="Aptos"/>
                <w:color w:val="6A7075"/>
                <w:sz w:val="17"/>
              </w:rPr>
              <w:t>280-170</w:t>
            </w:r>
          </w:p>
        </w:tc>
        <w:tc>
          <w:tcPr>
            <w:tcW w:w="2648" w:type="dxa"/>
            <w:tcMar>
              <w:top w:w="28" w:type="dxa"/>
              <w:left w:w="38" w:type="dxa"/>
              <w:bottom w:w="28" w:type="dxa"/>
              <w:right w:w="38" w:type="dxa"/>
            </w:tcMar>
            <w:vAlign w:val="center"/>
          </w:tcPr>
          <w:p w14:paraId="2091DFBE" w14:textId="77777777" w:rsidR="00D60D5E" w:rsidRDefault="00891EF0">
            <w:pPr>
              <w:spacing w:after="0" w:line="240" w:lineRule="auto"/>
            </w:pPr>
            <w:r>
              <w:rPr>
                <w:rFonts w:eastAsia="Aptos"/>
                <w:sz w:val="17"/>
              </w:rPr>
              <w:t>Lime-ade 12oz</w:t>
            </w:r>
          </w:p>
        </w:tc>
        <w:tc>
          <w:tcPr>
            <w:tcW w:w="630" w:type="dxa"/>
            <w:tcMar>
              <w:top w:w="28" w:type="dxa"/>
              <w:left w:w="38" w:type="dxa"/>
              <w:bottom w:w="28" w:type="dxa"/>
              <w:right w:w="38" w:type="dxa"/>
            </w:tcMar>
            <w:vAlign w:val="center"/>
          </w:tcPr>
          <w:p w14:paraId="17414A7A" w14:textId="77777777" w:rsidR="00D60D5E" w:rsidRDefault="00891EF0">
            <w:pPr>
              <w:spacing w:after="0" w:line="240" w:lineRule="auto"/>
              <w:jc w:val="center"/>
            </w:pPr>
            <w:r>
              <w:rPr>
                <w:rFonts w:eastAsia="Aptos"/>
                <w:b/>
                <w:sz w:val="17"/>
              </w:rPr>
              <w:t>4.69</w:t>
            </w:r>
          </w:p>
        </w:tc>
        <w:tc>
          <w:tcPr>
            <w:tcW w:w="540" w:type="dxa"/>
            <w:tcMar>
              <w:top w:w="28" w:type="dxa"/>
              <w:left w:w="38" w:type="dxa"/>
              <w:bottom w:w="28" w:type="dxa"/>
              <w:right w:w="38" w:type="dxa"/>
            </w:tcMar>
            <w:vAlign w:val="center"/>
          </w:tcPr>
          <w:p w14:paraId="3ED2E4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994103" w14:textId="77777777" w:rsidR="00D60D5E" w:rsidRDefault="00D60D5E">
            <w:pPr>
              <w:jc w:val="center"/>
            </w:pPr>
          </w:p>
        </w:tc>
      </w:tr>
      <w:tr w:rsidR="00D60D5E" w14:paraId="4D5A0059" w14:textId="77777777" w:rsidTr="000617E0">
        <w:trPr>
          <w:cantSplit/>
          <w:jc w:val="center"/>
        </w:trPr>
        <w:tc>
          <w:tcPr>
            <w:tcW w:w="677" w:type="dxa"/>
            <w:tcMar>
              <w:top w:w="28" w:type="dxa"/>
              <w:left w:w="38" w:type="dxa"/>
              <w:bottom w:w="28" w:type="dxa"/>
              <w:right w:w="38" w:type="dxa"/>
            </w:tcMar>
            <w:vAlign w:val="center"/>
          </w:tcPr>
          <w:p w14:paraId="58D77309" w14:textId="77777777" w:rsidR="00D60D5E" w:rsidRDefault="00891EF0">
            <w:pPr>
              <w:spacing w:after="0" w:line="240" w:lineRule="auto"/>
              <w:jc w:val="center"/>
            </w:pPr>
            <w:r>
              <w:rPr>
                <w:rFonts w:eastAsia="Aptos"/>
                <w:color w:val="6A7075"/>
                <w:sz w:val="17"/>
              </w:rPr>
              <w:t>280-175</w:t>
            </w:r>
          </w:p>
        </w:tc>
        <w:tc>
          <w:tcPr>
            <w:tcW w:w="2648" w:type="dxa"/>
            <w:tcMar>
              <w:top w:w="28" w:type="dxa"/>
              <w:left w:w="38" w:type="dxa"/>
              <w:bottom w:w="28" w:type="dxa"/>
              <w:right w:w="38" w:type="dxa"/>
            </w:tcMar>
            <w:vAlign w:val="center"/>
          </w:tcPr>
          <w:p w14:paraId="5C6504D3" w14:textId="77777777" w:rsidR="00D60D5E" w:rsidRDefault="00891EF0">
            <w:pPr>
              <w:spacing w:after="0" w:line="240" w:lineRule="auto"/>
            </w:pPr>
            <w:r>
              <w:rPr>
                <w:rFonts w:eastAsia="Aptos"/>
                <w:sz w:val="17"/>
              </w:rPr>
              <w:t>Fruit- Punch 12oz</w:t>
            </w:r>
          </w:p>
        </w:tc>
        <w:tc>
          <w:tcPr>
            <w:tcW w:w="630" w:type="dxa"/>
            <w:tcMar>
              <w:top w:w="28" w:type="dxa"/>
              <w:left w:w="38" w:type="dxa"/>
              <w:bottom w:w="28" w:type="dxa"/>
              <w:right w:w="38" w:type="dxa"/>
            </w:tcMar>
            <w:vAlign w:val="center"/>
          </w:tcPr>
          <w:p w14:paraId="2A76EED1" w14:textId="77777777" w:rsidR="00D60D5E" w:rsidRDefault="00891EF0">
            <w:pPr>
              <w:spacing w:after="0" w:line="240" w:lineRule="auto"/>
              <w:jc w:val="center"/>
            </w:pPr>
            <w:r>
              <w:rPr>
                <w:rFonts w:eastAsia="Aptos"/>
                <w:b/>
                <w:sz w:val="17"/>
              </w:rPr>
              <w:t>4.55</w:t>
            </w:r>
          </w:p>
        </w:tc>
        <w:tc>
          <w:tcPr>
            <w:tcW w:w="540" w:type="dxa"/>
            <w:tcMar>
              <w:top w:w="28" w:type="dxa"/>
              <w:left w:w="38" w:type="dxa"/>
              <w:bottom w:w="28" w:type="dxa"/>
              <w:right w:w="38" w:type="dxa"/>
            </w:tcMar>
            <w:vAlign w:val="center"/>
          </w:tcPr>
          <w:p w14:paraId="2FB48B7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56146A" w14:textId="77777777" w:rsidR="00D60D5E" w:rsidRDefault="00D60D5E">
            <w:pPr>
              <w:jc w:val="center"/>
            </w:pPr>
          </w:p>
        </w:tc>
      </w:tr>
      <w:tr w:rsidR="00D60D5E" w14:paraId="7794D93B" w14:textId="77777777" w:rsidTr="000617E0">
        <w:trPr>
          <w:cantSplit/>
          <w:jc w:val="center"/>
        </w:trPr>
        <w:tc>
          <w:tcPr>
            <w:tcW w:w="677" w:type="dxa"/>
            <w:tcMar>
              <w:top w:w="28" w:type="dxa"/>
              <w:left w:w="38" w:type="dxa"/>
              <w:bottom w:w="28" w:type="dxa"/>
              <w:right w:w="38" w:type="dxa"/>
            </w:tcMar>
            <w:vAlign w:val="center"/>
          </w:tcPr>
          <w:p w14:paraId="10CC2802" w14:textId="77777777" w:rsidR="00D60D5E" w:rsidRDefault="00891EF0">
            <w:pPr>
              <w:spacing w:after="0" w:line="240" w:lineRule="auto"/>
              <w:jc w:val="center"/>
            </w:pPr>
            <w:r>
              <w:rPr>
                <w:rFonts w:eastAsia="Aptos"/>
                <w:color w:val="6A7075"/>
                <w:sz w:val="17"/>
              </w:rPr>
              <w:t>280-180</w:t>
            </w:r>
          </w:p>
        </w:tc>
        <w:tc>
          <w:tcPr>
            <w:tcW w:w="2648" w:type="dxa"/>
            <w:tcMar>
              <w:top w:w="28" w:type="dxa"/>
              <w:left w:w="38" w:type="dxa"/>
              <w:bottom w:w="28" w:type="dxa"/>
              <w:right w:w="38" w:type="dxa"/>
            </w:tcMar>
            <w:vAlign w:val="center"/>
          </w:tcPr>
          <w:p w14:paraId="032787C2" w14:textId="77777777" w:rsidR="00D60D5E" w:rsidRDefault="00891EF0">
            <w:pPr>
              <w:spacing w:after="0" w:line="240" w:lineRule="auto"/>
            </w:pPr>
            <w:r>
              <w:rPr>
                <w:rFonts w:eastAsia="Aptos"/>
                <w:sz w:val="17"/>
              </w:rPr>
              <w:t>Pure Lemon Juice 7.5oz</w:t>
            </w:r>
          </w:p>
        </w:tc>
        <w:tc>
          <w:tcPr>
            <w:tcW w:w="630" w:type="dxa"/>
            <w:tcMar>
              <w:top w:w="28" w:type="dxa"/>
              <w:left w:w="38" w:type="dxa"/>
              <w:bottom w:w="28" w:type="dxa"/>
              <w:right w:w="38" w:type="dxa"/>
            </w:tcMar>
            <w:vAlign w:val="center"/>
          </w:tcPr>
          <w:p w14:paraId="1E8FC557" w14:textId="77777777" w:rsidR="00D60D5E" w:rsidRDefault="00891EF0">
            <w:pPr>
              <w:spacing w:after="0" w:line="240" w:lineRule="auto"/>
              <w:jc w:val="center"/>
            </w:pPr>
            <w:r>
              <w:rPr>
                <w:rFonts w:eastAsia="Aptos"/>
                <w:b/>
                <w:sz w:val="17"/>
              </w:rPr>
              <w:t>6.15</w:t>
            </w:r>
          </w:p>
        </w:tc>
        <w:tc>
          <w:tcPr>
            <w:tcW w:w="540" w:type="dxa"/>
            <w:tcMar>
              <w:top w:w="28" w:type="dxa"/>
              <w:left w:w="38" w:type="dxa"/>
              <w:bottom w:w="28" w:type="dxa"/>
              <w:right w:w="38" w:type="dxa"/>
            </w:tcMar>
            <w:vAlign w:val="center"/>
          </w:tcPr>
          <w:p w14:paraId="0C92665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6DBA66" w14:textId="77777777" w:rsidR="00D60D5E" w:rsidRDefault="00D60D5E">
            <w:pPr>
              <w:jc w:val="center"/>
            </w:pPr>
          </w:p>
        </w:tc>
      </w:tr>
      <w:tr w:rsidR="00D60D5E" w14:paraId="583F84C2" w14:textId="77777777" w:rsidTr="000617E0">
        <w:trPr>
          <w:cantSplit/>
          <w:jc w:val="center"/>
        </w:trPr>
        <w:tc>
          <w:tcPr>
            <w:tcW w:w="677" w:type="dxa"/>
            <w:shd w:val="clear" w:color="auto" w:fill="D9EAF7"/>
            <w:tcMar>
              <w:top w:w="28" w:type="dxa"/>
              <w:left w:w="38" w:type="dxa"/>
              <w:bottom w:w="28" w:type="dxa"/>
              <w:right w:w="38" w:type="dxa"/>
            </w:tcMar>
            <w:vAlign w:val="center"/>
          </w:tcPr>
          <w:p w14:paraId="245EA824" w14:textId="77777777" w:rsidR="00D60D5E" w:rsidRDefault="00891EF0">
            <w:pPr>
              <w:spacing w:after="0" w:line="240" w:lineRule="auto"/>
              <w:jc w:val="center"/>
            </w:pPr>
            <w:r>
              <w:rPr>
                <w:rFonts w:eastAsia="Aptos"/>
                <w:b/>
                <w:color w:val="76A943"/>
                <w:sz w:val="18"/>
              </w:rPr>
              <w:t>285-</w:t>
            </w:r>
          </w:p>
        </w:tc>
        <w:tc>
          <w:tcPr>
            <w:tcW w:w="2648" w:type="dxa"/>
            <w:shd w:val="clear" w:color="auto" w:fill="D9EAF7"/>
            <w:tcMar>
              <w:top w:w="28" w:type="dxa"/>
              <w:left w:w="38" w:type="dxa"/>
              <w:bottom w:w="28" w:type="dxa"/>
              <w:right w:w="38" w:type="dxa"/>
            </w:tcMar>
            <w:vAlign w:val="center"/>
          </w:tcPr>
          <w:p w14:paraId="5E6542B8" w14:textId="77777777" w:rsidR="00D60D5E" w:rsidRDefault="00891EF0">
            <w:pPr>
              <w:spacing w:after="0" w:line="240" w:lineRule="auto"/>
            </w:pPr>
            <w:r>
              <w:rPr>
                <w:rFonts w:eastAsia="Aptos"/>
                <w:b/>
                <w:color w:val="76A943"/>
                <w:sz w:val="18"/>
              </w:rPr>
              <w:t>OILS, VINEGAR &amp; DRESSING</w:t>
            </w:r>
          </w:p>
        </w:tc>
        <w:tc>
          <w:tcPr>
            <w:tcW w:w="630" w:type="dxa"/>
            <w:shd w:val="clear" w:color="auto" w:fill="D9EAF7"/>
            <w:tcMar>
              <w:top w:w="28" w:type="dxa"/>
              <w:left w:w="38" w:type="dxa"/>
              <w:bottom w:w="28" w:type="dxa"/>
              <w:right w:w="38" w:type="dxa"/>
            </w:tcMar>
            <w:vAlign w:val="center"/>
          </w:tcPr>
          <w:p w14:paraId="6DBD7E48"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9A2908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C8EAAEA" w14:textId="77777777" w:rsidR="00D60D5E" w:rsidRDefault="00D60D5E">
            <w:pPr>
              <w:jc w:val="center"/>
            </w:pPr>
          </w:p>
        </w:tc>
      </w:tr>
      <w:tr w:rsidR="00D60D5E" w14:paraId="06DAA6CE" w14:textId="77777777" w:rsidTr="000617E0">
        <w:trPr>
          <w:cantSplit/>
          <w:jc w:val="center"/>
        </w:trPr>
        <w:tc>
          <w:tcPr>
            <w:tcW w:w="677" w:type="dxa"/>
            <w:tcMar>
              <w:top w:w="28" w:type="dxa"/>
              <w:left w:w="38" w:type="dxa"/>
              <w:bottom w:w="28" w:type="dxa"/>
              <w:right w:w="38" w:type="dxa"/>
            </w:tcMar>
            <w:vAlign w:val="center"/>
          </w:tcPr>
          <w:p w14:paraId="17D4F7B2" w14:textId="77777777" w:rsidR="00D60D5E" w:rsidRDefault="00891EF0">
            <w:pPr>
              <w:spacing w:after="0" w:line="240" w:lineRule="auto"/>
              <w:jc w:val="center"/>
            </w:pPr>
            <w:r>
              <w:rPr>
                <w:rFonts w:eastAsia="Aptos"/>
                <w:color w:val="6A7075"/>
                <w:sz w:val="17"/>
              </w:rPr>
              <w:t>285-105</w:t>
            </w:r>
          </w:p>
        </w:tc>
        <w:tc>
          <w:tcPr>
            <w:tcW w:w="2648" w:type="dxa"/>
            <w:tcMar>
              <w:top w:w="28" w:type="dxa"/>
              <w:left w:w="38" w:type="dxa"/>
              <w:bottom w:w="28" w:type="dxa"/>
              <w:right w:w="38" w:type="dxa"/>
            </w:tcMar>
            <w:vAlign w:val="center"/>
          </w:tcPr>
          <w:p w14:paraId="602F2CBF" w14:textId="77777777" w:rsidR="00D60D5E" w:rsidRDefault="00891EF0">
            <w:pPr>
              <w:spacing w:after="0" w:line="240" w:lineRule="auto"/>
            </w:pPr>
            <w:r>
              <w:rPr>
                <w:rFonts w:eastAsia="Aptos"/>
                <w:sz w:val="17"/>
              </w:rPr>
              <w:t>Vegetable Oil 16oz</w:t>
            </w:r>
          </w:p>
        </w:tc>
        <w:tc>
          <w:tcPr>
            <w:tcW w:w="630" w:type="dxa"/>
            <w:tcMar>
              <w:top w:w="28" w:type="dxa"/>
              <w:left w:w="38" w:type="dxa"/>
              <w:bottom w:w="28" w:type="dxa"/>
              <w:right w:w="38" w:type="dxa"/>
            </w:tcMar>
            <w:vAlign w:val="center"/>
          </w:tcPr>
          <w:p w14:paraId="0CD4875D" w14:textId="77777777" w:rsidR="00D60D5E" w:rsidRDefault="00891EF0">
            <w:pPr>
              <w:spacing w:after="0" w:line="240" w:lineRule="auto"/>
              <w:jc w:val="center"/>
            </w:pPr>
            <w:r>
              <w:rPr>
                <w:rFonts w:eastAsia="Aptos"/>
                <w:b/>
                <w:sz w:val="17"/>
              </w:rPr>
              <w:t>6.98</w:t>
            </w:r>
          </w:p>
        </w:tc>
        <w:tc>
          <w:tcPr>
            <w:tcW w:w="540" w:type="dxa"/>
            <w:tcMar>
              <w:top w:w="28" w:type="dxa"/>
              <w:left w:w="38" w:type="dxa"/>
              <w:bottom w:w="28" w:type="dxa"/>
              <w:right w:w="38" w:type="dxa"/>
            </w:tcMar>
            <w:vAlign w:val="center"/>
          </w:tcPr>
          <w:p w14:paraId="5059A4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0682F5" w14:textId="77777777" w:rsidR="00D60D5E" w:rsidRDefault="00D60D5E">
            <w:pPr>
              <w:jc w:val="center"/>
            </w:pPr>
          </w:p>
        </w:tc>
      </w:tr>
      <w:tr w:rsidR="00D60D5E" w14:paraId="5C3B4D0B" w14:textId="77777777" w:rsidTr="000617E0">
        <w:trPr>
          <w:cantSplit/>
          <w:jc w:val="center"/>
        </w:trPr>
        <w:tc>
          <w:tcPr>
            <w:tcW w:w="677" w:type="dxa"/>
            <w:tcMar>
              <w:top w:w="28" w:type="dxa"/>
              <w:left w:w="38" w:type="dxa"/>
              <w:bottom w:w="28" w:type="dxa"/>
              <w:right w:w="38" w:type="dxa"/>
            </w:tcMar>
            <w:vAlign w:val="center"/>
          </w:tcPr>
          <w:p w14:paraId="0D3DF05A" w14:textId="77777777" w:rsidR="00D60D5E" w:rsidRDefault="00891EF0">
            <w:pPr>
              <w:spacing w:after="0" w:line="240" w:lineRule="auto"/>
              <w:jc w:val="center"/>
            </w:pPr>
            <w:r>
              <w:rPr>
                <w:rFonts w:eastAsia="Aptos"/>
                <w:color w:val="6A7075"/>
                <w:sz w:val="17"/>
              </w:rPr>
              <w:t>285-110</w:t>
            </w:r>
          </w:p>
        </w:tc>
        <w:tc>
          <w:tcPr>
            <w:tcW w:w="2648" w:type="dxa"/>
            <w:tcMar>
              <w:top w:w="28" w:type="dxa"/>
              <w:left w:w="38" w:type="dxa"/>
              <w:bottom w:w="28" w:type="dxa"/>
              <w:right w:w="38" w:type="dxa"/>
            </w:tcMar>
            <w:vAlign w:val="center"/>
          </w:tcPr>
          <w:p w14:paraId="1C3A5310" w14:textId="77777777" w:rsidR="00D60D5E" w:rsidRDefault="00891EF0">
            <w:pPr>
              <w:spacing w:after="0" w:line="240" w:lineRule="auto"/>
            </w:pPr>
            <w:r>
              <w:rPr>
                <w:rFonts w:eastAsia="Aptos"/>
                <w:sz w:val="17"/>
              </w:rPr>
              <w:t>Corn Oil 16oz</w:t>
            </w:r>
          </w:p>
        </w:tc>
        <w:tc>
          <w:tcPr>
            <w:tcW w:w="630" w:type="dxa"/>
            <w:tcMar>
              <w:top w:w="28" w:type="dxa"/>
              <w:left w:w="38" w:type="dxa"/>
              <w:bottom w:w="28" w:type="dxa"/>
              <w:right w:w="38" w:type="dxa"/>
            </w:tcMar>
            <w:vAlign w:val="center"/>
          </w:tcPr>
          <w:p w14:paraId="0491404B" w14:textId="77777777" w:rsidR="00D60D5E" w:rsidRDefault="00891EF0">
            <w:pPr>
              <w:spacing w:after="0" w:line="240" w:lineRule="auto"/>
              <w:jc w:val="center"/>
            </w:pPr>
            <w:r>
              <w:rPr>
                <w:rFonts w:eastAsia="Aptos"/>
                <w:b/>
                <w:sz w:val="17"/>
              </w:rPr>
              <w:t>4.75</w:t>
            </w:r>
          </w:p>
        </w:tc>
        <w:tc>
          <w:tcPr>
            <w:tcW w:w="540" w:type="dxa"/>
            <w:tcMar>
              <w:top w:w="28" w:type="dxa"/>
              <w:left w:w="38" w:type="dxa"/>
              <w:bottom w:w="28" w:type="dxa"/>
              <w:right w:w="38" w:type="dxa"/>
            </w:tcMar>
            <w:vAlign w:val="center"/>
          </w:tcPr>
          <w:p w14:paraId="535C288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8CA8FB" w14:textId="77777777" w:rsidR="00D60D5E" w:rsidRDefault="00D60D5E">
            <w:pPr>
              <w:jc w:val="center"/>
            </w:pPr>
          </w:p>
        </w:tc>
      </w:tr>
      <w:tr w:rsidR="00D60D5E" w14:paraId="1BE4B450" w14:textId="77777777" w:rsidTr="000617E0">
        <w:trPr>
          <w:cantSplit/>
          <w:jc w:val="center"/>
        </w:trPr>
        <w:tc>
          <w:tcPr>
            <w:tcW w:w="677" w:type="dxa"/>
            <w:tcMar>
              <w:top w:w="28" w:type="dxa"/>
              <w:left w:w="38" w:type="dxa"/>
              <w:bottom w:w="28" w:type="dxa"/>
              <w:right w:w="38" w:type="dxa"/>
            </w:tcMar>
            <w:vAlign w:val="center"/>
          </w:tcPr>
          <w:p w14:paraId="6A07911C" w14:textId="77777777" w:rsidR="00D60D5E" w:rsidRDefault="00891EF0">
            <w:pPr>
              <w:spacing w:after="0" w:line="240" w:lineRule="auto"/>
              <w:jc w:val="center"/>
            </w:pPr>
            <w:r>
              <w:rPr>
                <w:rFonts w:eastAsia="Aptos"/>
                <w:color w:val="6A7075"/>
                <w:sz w:val="17"/>
              </w:rPr>
              <w:t>285-115</w:t>
            </w:r>
          </w:p>
        </w:tc>
        <w:tc>
          <w:tcPr>
            <w:tcW w:w="2648" w:type="dxa"/>
            <w:tcMar>
              <w:top w:w="28" w:type="dxa"/>
              <w:left w:w="38" w:type="dxa"/>
              <w:bottom w:w="28" w:type="dxa"/>
              <w:right w:w="38" w:type="dxa"/>
            </w:tcMar>
            <w:vAlign w:val="center"/>
          </w:tcPr>
          <w:p w14:paraId="3F56D183" w14:textId="77777777" w:rsidR="00D60D5E" w:rsidRDefault="00891EF0">
            <w:pPr>
              <w:spacing w:after="0" w:line="240" w:lineRule="auto"/>
            </w:pPr>
            <w:r>
              <w:rPr>
                <w:rFonts w:eastAsia="Aptos"/>
                <w:sz w:val="17"/>
              </w:rPr>
              <w:t>Avocado Oil Org 16.9 oz *NEW*</w:t>
            </w:r>
          </w:p>
        </w:tc>
        <w:tc>
          <w:tcPr>
            <w:tcW w:w="630" w:type="dxa"/>
            <w:tcMar>
              <w:top w:w="28" w:type="dxa"/>
              <w:left w:w="38" w:type="dxa"/>
              <w:bottom w:w="28" w:type="dxa"/>
              <w:right w:w="38" w:type="dxa"/>
            </w:tcMar>
            <w:vAlign w:val="center"/>
          </w:tcPr>
          <w:p w14:paraId="00B06F7A" w14:textId="77777777" w:rsidR="00D60D5E" w:rsidRDefault="00891EF0">
            <w:pPr>
              <w:spacing w:after="0" w:line="240" w:lineRule="auto"/>
              <w:jc w:val="center"/>
            </w:pPr>
            <w:r>
              <w:rPr>
                <w:rFonts w:eastAsia="Aptos"/>
                <w:b/>
                <w:sz w:val="17"/>
              </w:rPr>
              <w:t>12.20</w:t>
            </w:r>
          </w:p>
        </w:tc>
        <w:tc>
          <w:tcPr>
            <w:tcW w:w="540" w:type="dxa"/>
            <w:tcMar>
              <w:top w:w="28" w:type="dxa"/>
              <w:left w:w="38" w:type="dxa"/>
              <w:bottom w:w="28" w:type="dxa"/>
              <w:right w:w="38" w:type="dxa"/>
            </w:tcMar>
            <w:vAlign w:val="center"/>
          </w:tcPr>
          <w:p w14:paraId="0BB1497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5CA2F7" w14:textId="77777777" w:rsidR="00D60D5E" w:rsidRDefault="00D60D5E">
            <w:pPr>
              <w:jc w:val="center"/>
            </w:pPr>
          </w:p>
        </w:tc>
      </w:tr>
      <w:tr w:rsidR="00D60D5E" w14:paraId="07217EDA" w14:textId="77777777" w:rsidTr="000617E0">
        <w:trPr>
          <w:cantSplit/>
          <w:jc w:val="center"/>
        </w:trPr>
        <w:tc>
          <w:tcPr>
            <w:tcW w:w="677" w:type="dxa"/>
            <w:tcMar>
              <w:top w:w="28" w:type="dxa"/>
              <w:left w:w="38" w:type="dxa"/>
              <w:bottom w:w="28" w:type="dxa"/>
              <w:right w:w="38" w:type="dxa"/>
            </w:tcMar>
            <w:vAlign w:val="center"/>
          </w:tcPr>
          <w:p w14:paraId="2FE62356" w14:textId="77777777" w:rsidR="00D60D5E" w:rsidRDefault="00891EF0">
            <w:pPr>
              <w:spacing w:after="0" w:line="240" w:lineRule="auto"/>
              <w:jc w:val="center"/>
            </w:pPr>
            <w:r>
              <w:rPr>
                <w:rFonts w:eastAsia="Aptos"/>
                <w:color w:val="6A7075"/>
                <w:sz w:val="17"/>
              </w:rPr>
              <w:t>285-120</w:t>
            </w:r>
          </w:p>
        </w:tc>
        <w:tc>
          <w:tcPr>
            <w:tcW w:w="2648" w:type="dxa"/>
            <w:tcMar>
              <w:top w:w="28" w:type="dxa"/>
              <w:left w:w="38" w:type="dxa"/>
              <w:bottom w:w="28" w:type="dxa"/>
              <w:right w:w="38" w:type="dxa"/>
            </w:tcMar>
            <w:vAlign w:val="center"/>
          </w:tcPr>
          <w:p w14:paraId="2AE67A44" w14:textId="77777777" w:rsidR="00D60D5E" w:rsidRDefault="00891EF0">
            <w:pPr>
              <w:spacing w:after="0" w:line="240" w:lineRule="auto"/>
            </w:pPr>
            <w:r>
              <w:rPr>
                <w:rFonts w:eastAsia="Aptos"/>
                <w:sz w:val="17"/>
              </w:rPr>
              <w:t>Sesame Oil 5 oz</w:t>
            </w:r>
          </w:p>
        </w:tc>
        <w:tc>
          <w:tcPr>
            <w:tcW w:w="630" w:type="dxa"/>
            <w:tcMar>
              <w:top w:w="28" w:type="dxa"/>
              <w:left w:w="38" w:type="dxa"/>
              <w:bottom w:w="28" w:type="dxa"/>
              <w:right w:w="38" w:type="dxa"/>
            </w:tcMar>
            <w:vAlign w:val="center"/>
          </w:tcPr>
          <w:p w14:paraId="66ED40A1" w14:textId="77777777" w:rsidR="00D60D5E" w:rsidRDefault="00891EF0">
            <w:pPr>
              <w:spacing w:after="0" w:line="240" w:lineRule="auto"/>
              <w:jc w:val="center"/>
            </w:pPr>
            <w:r>
              <w:rPr>
                <w:rFonts w:eastAsia="Aptos"/>
                <w:b/>
                <w:sz w:val="17"/>
              </w:rPr>
              <w:t>6.10</w:t>
            </w:r>
          </w:p>
        </w:tc>
        <w:tc>
          <w:tcPr>
            <w:tcW w:w="540" w:type="dxa"/>
            <w:tcMar>
              <w:top w:w="28" w:type="dxa"/>
              <w:left w:w="38" w:type="dxa"/>
              <w:bottom w:w="28" w:type="dxa"/>
              <w:right w:w="38" w:type="dxa"/>
            </w:tcMar>
            <w:vAlign w:val="center"/>
          </w:tcPr>
          <w:p w14:paraId="36D5525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C4C0B4" w14:textId="77777777" w:rsidR="00D60D5E" w:rsidRDefault="00D60D5E">
            <w:pPr>
              <w:jc w:val="center"/>
            </w:pPr>
          </w:p>
        </w:tc>
      </w:tr>
      <w:tr w:rsidR="00D60D5E" w14:paraId="61552F25" w14:textId="77777777" w:rsidTr="000617E0">
        <w:trPr>
          <w:cantSplit/>
          <w:jc w:val="center"/>
        </w:trPr>
        <w:tc>
          <w:tcPr>
            <w:tcW w:w="677" w:type="dxa"/>
            <w:tcMar>
              <w:top w:w="28" w:type="dxa"/>
              <w:left w:w="38" w:type="dxa"/>
              <w:bottom w:w="28" w:type="dxa"/>
              <w:right w:w="38" w:type="dxa"/>
            </w:tcMar>
            <w:vAlign w:val="center"/>
          </w:tcPr>
          <w:p w14:paraId="2B0C3349" w14:textId="77777777" w:rsidR="00D60D5E" w:rsidRDefault="00891EF0">
            <w:pPr>
              <w:spacing w:after="0" w:line="240" w:lineRule="auto"/>
              <w:jc w:val="center"/>
            </w:pPr>
            <w:r>
              <w:rPr>
                <w:rFonts w:eastAsia="Aptos"/>
                <w:color w:val="6A7075"/>
                <w:sz w:val="17"/>
              </w:rPr>
              <w:t>285-125</w:t>
            </w:r>
          </w:p>
        </w:tc>
        <w:tc>
          <w:tcPr>
            <w:tcW w:w="2648" w:type="dxa"/>
            <w:tcMar>
              <w:top w:w="28" w:type="dxa"/>
              <w:left w:w="38" w:type="dxa"/>
              <w:bottom w:w="28" w:type="dxa"/>
              <w:right w:w="38" w:type="dxa"/>
            </w:tcMar>
            <w:vAlign w:val="center"/>
          </w:tcPr>
          <w:p w14:paraId="0E1832F1" w14:textId="77777777" w:rsidR="00D60D5E" w:rsidRDefault="00891EF0">
            <w:pPr>
              <w:spacing w:after="0" w:line="240" w:lineRule="auto"/>
            </w:pPr>
            <w:r>
              <w:rPr>
                <w:rFonts w:eastAsia="Aptos"/>
                <w:sz w:val="17"/>
              </w:rPr>
              <w:t>Grill Oil Spray Pam 5 oz</w:t>
            </w:r>
          </w:p>
        </w:tc>
        <w:tc>
          <w:tcPr>
            <w:tcW w:w="630" w:type="dxa"/>
            <w:tcMar>
              <w:top w:w="28" w:type="dxa"/>
              <w:left w:w="38" w:type="dxa"/>
              <w:bottom w:w="28" w:type="dxa"/>
              <w:right w:w="38" w:type="dxa"/>
            </w:tcMar>
            <w:vAlign w:val="center"/>
          </w:tcPr>
          <w:p w14:paraId="5166FC99" w14:textId="77777777" w:rsidR="00D60D5E" w:rsidRDefault="00891EF0">
            <w:pPr>
              <w:spacing w:after="0" w:line="240" w:lineRule="auto"/>
              <w:jc w:val="center"/>
            </w:pPr>
            <w:r>
              <w:rPr>
                <w:rFonts w:eastAsia="Aptos"/>
                <w:b/>
                <w:sz w:val="17"/>
              </w:rPr>
              <w:t>5.79</w:t>
            </w:r>
          </w:p>
        </w:tc>
        <w:tc>
          <w:tcPr>
            <w:tcW w:w="540" w:type="dxa"/>
            <w:tcMar>
              <w:top w:w="28" w:type="dxa"/>
              <w:left w:w="38" w:type="dxa"/>
              <w:bottom w:w="28" w:type="dxa"/>
              <w:right w:w="38" w:type="dxa"/>
            </w:tcMar>
            <w:vAlign w:val="center"/>
          </w:tcPr>
          <w:p w14:paraId="76F56A7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0038013" w14:textId="77777777" w:rsidR="00D60D5E" w:rsidRDefault="00D60D5E">
            <w:pPr>
              <w:jc w:val="center"/>
            </w:pPr>
          </w:p>
        </w:tc>
      </w:tr>
      <w:tr w:rsidR="00D60D5E" w14:paraId="17315564" w14:textId="77777777" w:rsidTr="000617E0">
        <w:trPr>
          <w:cantSplit/>
          <w:jc w:val="center"/>
        </w:trPr>
        <w:tc>
          <w:tcPr>
            <w:tcW w:w="677" w:type="dxa"/>
            <w:tcMar>
              <w:top w:w="28" w:type="dxa"/>
              <w:left w:w="38" w:type="dxa"/>
              <w:bottom w:w="28" w:type="dxa"/>
              <w:right w:w="38" w:type="dxa"/>
            </w:tcMar>
            <w:vAlign w:val="center"/>
          </w:tcPr>
          <w:p w14:paraId="1BFE7AE8" w14:textId="77777777" w:rsidR="00D60D5E" w:rsidRDefault="00891EF0">
            <w:pPr>
              <w:spacing w:after="0" w:line="240" w:lineRule="auto"/>
              <w:jc w:val="center"/>
            </w:pPr>
            <w:r>
              <w:rPr>
                <w:rFonts w:eastAsia="Aptos"/>
                <w:color w:val="6A7075"/>
                <w:sz w:val="17"/>
              </w:rPr>
              <w:t>285-130</w:t>
            </w:r>
          </w:p>
        </w:tc>
        <w:tc>
          <w:tcPr>
            <w:tcW w:w="2648" w:type="dxa"/>
            <w:tcMar>
              <w:top w:w="28" w:type="dxa"/>
              <w:left w:w="38" w:type="dxa"/>
              <w:bottom w:w="28" w:type="dxa"/>
              <w:right w:w="38" w:type="dxa"/>
            </w:tcMar>
            <w:vAlign w:val="center"/>
          </w:tcPr>
          <w:p w14:paraId="0CBDCF4E" w14:textId="77777777" w:rsidR="00D60D5E" w:rsidRDefault="00891EF0">
            <w:pPr>
              <w:spacing w:after="0" w:line="240" w:lineRule="auto"/>
            </w:pPr>
            <w:r>
              <w:rPr>
                <w:rFonts w:eastAsia="Aptos"/>
                <w:sz w:val="17"/>
              </w:rPr>
              <w:t>Canola Oil 32oz Crisco</w:t>
            </w:r>
          </w:p>
        </w:tc>
        <w:tc>
          <w:tcPr>
            <w:tcW w:w="630" w:type="dxa"/>
            <w:tcMar>
              <w:top w:w="28" w:type="dxa"/>
              <w:left w:w="38" w:type="dxa"/>
              <w:bottom w:w="28" w:type="dxa"/>
              <w:right w:w="38" w:type="dxa"/>
            </w:tcMar>
            <w:vAlign w:val="center"/>
          </w:tcPr>
          <w:p w14:paraId="68C69F93" w14:textId="77777777" w:rsidR="00D60D5E" w:rsidRDefault="00891EF0">
            <w:pPr>
              <w:spacing w:after="0" w:line="240" w:lineRule="auto"/>
              <w:jc w:val="center"/>
            </w:pPr>
            <w:r>
              <w:rPr>
                <w:rFonts w:eastAsia="Aptos"/>
                <w:b/>
                <w:sz w:val="17"/>
              </w:rPr>
              <w:t>5.69</w:t>
            </w:r>
          </w:p>
        </w:tc>
        <w:tc>
          <w:tcPr>
            <w:tcW w:w="540" w:type="dxa"/>
            <w:tcMar>
              <w:top w:w="28" w:type="dxa"/>
              <w:left w:w="38" w:type="dxa"/>
              <w:bottom w:w="28" w:type="dxa"/>
              <w:right w:w="38" w:type="dxa"/>
            </w:tcMar>
            <w:vAlign w:val="center"/>
          </w:tcPr>
          <w:p w14:paraId="26E4CC1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76EB65" w14:textId="77777777" w:rsidR="00D60D5E" w:rsidRDefault="00D60D5E">
            <w:pPr>
              <w:jc w:val="center"/>
            </w:pPr>
          </w:p>
        </w:tc>
      </w:tr>
      <w:tr w:rsidR="00D60D5E" w14:paraId="0B05EBDD" w14:textId="77777777" w:rsidTr="000617E0">
        <w:trPr>
          <w:cantSplit/>
          <w:jc w:val="center"/>
        </w:trPr>
        <w:tc>
          <w:tcPr>
            <w:tcW w:w="677" w:type="dxa"/>
            <w:tcMar>
              <w:top w:w="28" w:type="dxa"/>
              <w:left w:w="38" w:type="dxa"/>
              <w:bottom w:w="28" w:type="dxa"/>
              <w:right w:w="38" w:type="dxa"/>
            </w:tcMar>
            <w:vAlign w:val="center"/>
          </w:tcPr>
          <w:p w14:paraId="5AA58CAE" w14:textId="77777777" w:rsidR="00D60D5E" w:rsidRDefault="00891EF0">
            <w:pPr>
              <w:spacing w:after="0" w:line="240" w:lineRule="auto"/>
              <w:jc w:val="center"/>
            </w:pPr>
            <w:r>
              <w:rPr>
                <w:rFonts w:eastAsia="Aptos"/>
                <w:color w:val="6A7075"/>
                <w:sz w:val="17"/>
              </w:rPr>
              <w:t>285-135</w:t>
            </w:r>
          </w:p>
        </w:tc>
        <w:tc>
          <w:tcPr>
            <w:tcW w:w="2648" w:type="dxa"/>
            <w:tcMar>
              <w:top w:w="28" w:type="dxa"/>
              <w:left w:w="38" w:type="dxa"/>
              <w:bottom w:w="28" w:type="dxa"/>
              <w:right w:w="38" w:type="dxa"/>
            </w:tcMar>
            <w:vAlign w:val="center"/>
          </w:tcPr>
          <w:p w14:paraId="1C12E7A0" w14:textId="77777777" w:rsidR="00D60D5E" w:rsidRDefault="00891EF0">
            <w:pPr>
              <w:spacing w:after="0" w:line="240" w:lineRule="auto"/>
            </w:pPr>
            <w:r>
              <w:rPr>
                <w:rFonts w:eastAsia="Aptos"/>
                <w:sz w:val="17"/>
              </w:rPr>
              <w:t>Olive Oil X Virgin / Light 17oz GOYA</w:t>
            </w:r>
          </w:p>
        </w:tc>
        <w:tc>
          <w:tcPr>
            <w:tcW w:w="630" w:type="dxa"/>
            <w:tcMar>
              <w:top w:w="28" w:type="dxa"/>
              <w:left w:w="38" w:type="dxa"/>
              <w:bottom w:w="28" w:type="dxa"/>
              <w:right w:w="38" w:type="dxa"/>
            </w:tcMar>
            <w:vAlign w:val="center"/>
          </w:tcPr>
          <w:p w14:paraId="1C4C94A2" w14:textId="77777777" w:rsidR="00D60D5E" w:rsidRDefault="00891EF0">
            <w:pPr>
              <w:spacing w:after="0" w:line="240" w:lineRule="auto"/>
              <w:jc w:val="center"/>
            </w:pPr>
            <w:r>
              <w:rPr>
                <w:rFonts w:eastAsia="Aptos"/>
                <w:b/>
                <w:sz w:val="17"/>
              </w:rPr>
              <w:t>15.20</w:t>
            </w:r>
          </w:p>
        </w:tc>
        <w:tc>
          <w:tcPr>
            <w:tcW w:w="540" w:type="dxa"/>
            <w:tcMar>
              <w:top w:w="28" w:type="dxa"/>
              <w:left w:w="38" w:type="dxa"/>
              <w:bottom w:w="28" w:type="dxa"/>
              <w:right w:w="38" w:type="dxa"/>
            </w:tcMar>
            <w:vAlign w:val="center"/>
          </w:tcPr>
          <w:p w14:paraId="40EEC47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2F42396" w14:textId="77777777" w:rsidR="00D60D5E" w:rsidRDefault="00D60D5E">
            <w:pPr>
              <w:jc w:val="center"/>
            </w:pPr>
          </w:p>
        </w:tc>
      </w:tr>
      <w:tr w:rsidR="00D60D5E" w14:paraId="5D0942E0" w14:textId="77777777" w:rsidTr="000617E0">
        <w:trPr>
          <w:cantSplit/>
          <w:jc w:val="center"/>
        </w:trPr>
        <w:tc>
          <w:tcPr>
            <w:tcW w:w="677" w:type="dxa"/>
            <w:tcMar>
              <w:top w:w="28" w:type="dxa"/>
              <w:left w:w="38" w:type="dxa"/>
              <w:bottom w:w="28" w:type="dxa"/>
              <w:right w:w="38" w:type="dxa"/>
            </w:tcMar>
            <w:vAlign w:val="center"/>
          </w:tcPr>
          <w:p w14:paraId="7D3643DD" w14:textId="77777777" w:rsidR="00D60D5E" w:rsidRDefault="00891EF0">
            <w:pPr>
              <w:spacing w:after="0" w:line="240" w:lineRule="auto"/>
              <w:jc w:val="center"/>
            </w:pPr>
            <w:r>
              <w:rPr>
                <w:rFonts w:eastAsia="Aptos"/>
                <w:color w:val="6A7075"/>
                <w:sz w:val="17"/>
              </w:rPr>
              <w:t>285-140</w:t>
            </w:r>
          </w:p>
        </w:tc>
        <w:tc>
          <w:tcPr>
            <w:tcW w:w="2648" w:type="dxa"/>
            <w:tcMar>
              <w:top w:w="28" w:type="dxa"/>
              <w:left w:w="38" w:type="dxa"/>
              <w:bottom w:w="28" w:type="dxa"/>
              <w:right w:w="38" w:type="dxa"/>
            </w:tcMar>
            <w:vAlign w:val="center"/>
          </w:tcPr>
          <w:p w14:paraId="25D67989" w14:textId="77777777" w:rsidR="00D60D5E" w:rsidRDefault="00891EF0">
            <w:pPr>
              <w:spacing w:after="0" w:line="240" w:lineRule="auto"/>
            </w:pPr>
            <w:r>
              <w:rPr>
                <w:rFonts w:eastAsia="Aptos"/>
                <w:sz w:val="17"/>
              </w:rPr>
              <w:t>Olive Oil X Virgin / Light 8.5oz GOYA</w:t>
            </w:r>
          </w:p>
        </w:tc>
        <w:tc>
          <w:tcPr>
            <w:tcW w:w="630" w:type="dxa"/>
            <w:tcMar>
              <w:top w:w="28" w:type="dxa"/>
              <w:left w:w="38" w:type="dxa"/>
              <w:bottom w:w="28" w:type="dxa"/>
              <w:right w:w="38" w:type="dxa"/>
            </w:tcMar>
            <w:vAlign w:val="center"/>
          </w:tcPr>
          <w:p w14:paraId="3001472D" w14:textId="77777777" w:rsidR="00D60D5E" w:rsidRDefault="00891EF0">
            <w:pPr>
              <w:spacing w:after="0" w:line="240" w:lineRule="auto"/>
              <w:jc w:val="center"/>
            </w:pPr>
            <w:r>
              <w:rPr>
                <w:rFonts w:eastAsia="Aptos"/>
                <w:b/>
                <w:sz w:val="17"/>
              </w:rPr>
              <w:t>8.60</w:t>
            </w:r>
          </w:p>
        </w:tc>
        <w:tc>
          <w:tcPr>
            <w:tcW w:w="540" w:type="dxa"/>
            <w:tcMar>
              <w:top w:w="28" w:type="dxa"/>
              <w:left w:w="38" w:type="dxa"/>
              <w:bottom w:w="28" w:type="dxa"/>
              <w:right w:w="38" w:type="dxa"/>
            </w:tcMar>
            <w:vAlign w:val="center"/>
          </w:tcPr>
          <w:p w14:paraId="3C144AF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8D83E1" w14:textId="77777777" w:rsidR="00D60D5E" w:rsidRDefault="00D60D5E">
            <w:pPr>
              <w:jc w:val="center"/>
            </w:pPr>
          </w:p>
        </w:tc>
      </w:tr>
      <w:tr w:rsidR="00D60D5E" w14:paraId="0D46B307" w14:textId="77777777" w:rsidTr="000617E0">
        <w:trPr>
          <w:cantSplit/>
          <w:jc w:val="center"/>
        </w:trPr>
        <w:tc>
          <w:tcPr>
            <w:tcW w:w="677" w:type="dxa"/>
            <w:tcMar>
              <w:top w:w="28" w:type="dxa"/>
              <w:left w:w="38" w:type="dxa"/>
              <w:bottom w:w="28" w:type="dxa"/>
              <w:right w:w="38" w:type="dxa"/>
            </w:tcMar>
            <w:vAlign w:val="center"/>
          </w:tcPr>
          <w:p w14:paraId="47577A32" w14:textId="77777777" w:rsidR="00D60D5E" w:rsidRDefault="00891EF0">
            <w:pPr>
              <w:spacing w:after="0" w:line="240" w:lineRule="auto"/>
              <w:jc w:val="center"/>
            </w:pPr>
            <w:r>
              <w:rPr>
                <w:rFonts w:eastAsia="Aptos"/>
                <w:color w:val="6A7075"/>
                <w:sz w:val="17"/>
              </w:rPr>
              <w:t>285-145</w:t>
            </w:r>
          </w:p>
        </w:tc>
        <w:tc>
          <w:tcPr>
            <w:tcW w:w="2648" w:type="dxa"/>
            <w:tcMar>
              <w:top w:w="28" w:type="dxa"/>
              <w:left w:w="38" w:type="dxa"/>
              <w:bottom w:w="28" w:type="dxa"/>
              <w:right w:w="38" w:type="dxa"/>
            </w:tcMar>
            <w:vAlign w:val="center"/>
          </w:tcPr>
          <w:p w14:paraId="01F79C72" w14:textId="77777777" w:rsidR="00D60D5E" w:rsidRDefault="00891EF0">
            <w:pPr>
              <w:spacing w:after="0" w:line="240" w:lineRule="auto"/>
            </w:pPr>
            <w:r>
              <w:rPr>
                <w:rFonts w:eastAsia="Aptos"/>
                <w:sz w:val="17"/>
              </w:rPr>
              <w:t>Veg Oil Spray Pam 6oz</w:t>
            </w:r>
          </w:p>
        </w:tc>
        <w:tc>
          <w:tcPr>
            <w:tcW w:w="630" w:type="dxa"/>
            <w:tcMar>
              <w:top w:w="28" w:type="dxa"/>
              <w:left w:w="38" w:type="dxa"/>
              <w:bottom w:w="28" w:type="dxa"/>
              <w:right w:w="38" w:type="dxa"/>
            </w:tcMar>
            <w:vAlign w:val="center"/>
          </w:tcPr>
          <w:p w14:paraId="13397172"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1DC1E67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B2B7EC" w14:textId="77777777" w:rsidR="00D60D5E" w:rsidRDefault="00D60D5E">
            <w:pPr>
              <w:jc w:val="center"/>
            </w:pPr>
          </w:p>
        </w:tc>
      </w:tr>
      <w:tr w:rsidR="00D60D5E" w14:paraId="38FF798C" w14:textId="77777777" w:rsidTr="000617E0">
        <w:trPr>
          <w:cantSplit/>
          <w:jc w:val="center"/>
        </w:trPr>
        <w:tc>
          <w:tcPr>
            <w:tcW w:w="677" w:type="dxa"/>
            <w:tcMar>
              <w:top w:w="28" w:type="dxa"/>
              <w:left w:w="38" w:type="dxa"/>
              <w:bottom w:w="28" w:type="dxa"/>
              <w:right w:w="38" w:type="dxa"/>
            </w:tcMar>
            <w:vAlign w:val="center"/>
          </w:tcPr>
          <w:p w14:paraId="6C4EC24C" w14:textId="77777777" w:rsidR="00D60D5E" w:rsidRDefault="00891EF0">
            <w:pPr>
              <w:spacing w:after="0" w:line="240" w:lineRule="auto"/>
              <w:jc w:val="center"/>
            </w:pPr>
            <w:r>
              <w:rPr>
                <w:rFonts w:eastAsia="Aptos"/>
                <w:color w:val="6A7075"/>
                <w:sz w:val="17"/>
              </w:rPr>
              <w:t>285-150</w:t>
            </w:r>
          </w:p>
        </w:tc>
        <w:tc>
          <w:tcPr>
            <w:tcW w:w="2648" w:type="dxa"/>
            <w:tcMar>
              <w:top w:w="28" w:type="dxa"/>
              <w:left w:w="38" w:type="dxa"/>
              <w:bottom w:w="28" w:type="dxa"/>
              <w:right w:w="38" w:type="dxa"/>
            </w:tcMar>
            <w:vAlign w:val="center"/>
          </w:tcPr>
          <w:p w14:paraId="2480C4A3" w14:textId="77777777" w:rsidR="00D60D5E" w:rsidRDefault="00891EF0">
            <w:pPr>
              <w:spacing w:after="0" w:line="240" w:lineRule="auto"/>
            </w:pPr>
            <w:r>
              <w:rPr>
                <w:rFonts w:eastAsia="Aptos"/>
                <w:sz w:val="17"/>
              </w:rPr>
              <w:t>Olive Oil Spray Pam 5oz</w:t>
            </w:r>
          </w:p>
        </w:tc>
        <w:tc>
          <w:tcPr>
            <w:tcW w:w="630" w:type="dxa"/>
            <w:tcMar>
              <w:top w:w="28" w:type="dxa"/>
              <w:left w:w="38" w:type="dxa"/>
              <w:bottom w:w="28" w:type="dxa"/>
              <w:right w:w="38" w:type="dxa"/>
            </w:tcMar>
            <w:vAlign w:val="center"/>
          </w:tcPr>
          <w:p w14:paraId="7B0471C2"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748D29C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6893692" w14:textId="77777777" w:rsidR="00D60D5E" w:rsidRDefault="00D60D5E">
            <w:pPr>
              <w:jc w:val="center"/>
            </w:pPr>
          </w:p>
        </w:tc>
      </w:tr>
      <w:tr w:rsidR="00D60D5E" w14:paraId="4D35C990" w14:textId="77777777" w:rsidTr="000617E0">
        <w:trPr>
          <w:cantSplit/>
          <w:jc w:val="center"/>
        </w:trPr>
        <w:tc>
          <w:tcPr>
            <w:tcW w:w="677" w:type="dxa"/>
            <w:tcMar>
              <w:top w:w="28" w:type="dxa"/>
              <w:left w:w="38" w:type="dxa"/>
              <w:bottom w:w="28" w:type="dxa"/>
              <w:right w:w="38" w:type="dxa"/>
            </w:tcMar>
            <w:vAlign w:val="center"/>
          </w:tcPr>
          <w:p w14:paraId="3BE6C906" w14:textId="77777777" w:rsidR="00D60D5E" w:rsidRDefault="00891EF0">
            <w:pPr>
              <w:spacing w:after="0" w:line="240" w:lineRule="auto"/>
              <w:jc w:val="center"/>
            </w:pPr>
            <w:r>
              <w:rPr>
                <w:rFonts w:eastAsia="Aptos"/>
                <w:color w:val="6A7075"/>
                <w:sz w:val="17"/>
              </w:rPr>
              <w:t>285-155</w:t>
            </w:r>
          </w:p>
        </w:tc>
        <w:tc>
          <w:tcPr>
            <w:tcW w:w="2648" w:type="dxa"/>
            <w:tcMar>
              <w:top w:w="28" w:type="dxa"/>
              <w:left w:w="38" w:type="dxa"/>
              <w:bottom w:w="28" w:type="dxa"/>
              <w:right w:w="38" w:type="dxa"/>
            </w:tcMar>
            <w:vAlign w:val="center"/>
          </w:tcPr>
          <w:p w14:paraId="1FBACADE" w14:textId="77777777" w:rsidR="00D60D5E" w:rsidRDefault="00891EF0">
            <w:pPr>
              <w:spacing w:after="0" w:line="240" w:lineRule="auto"/>
            </w:pPr>
            <w:r>
              <w:rPr>
                <w:rFonts w:eastAsia="Aptos"/>
                <w:sz w:val="17"/>
              </w:rPr>
              <w:t>Butter Oil Spray Pam 5oz</w:t>
            </w:r>
          </w:p>
        </w:tc>
        <w:tc>
          <w:tcPr>
            <w:tcW w:w="630" w:type="dxa"/>
            <w:tcMar>
              <w:top w:w="28" w:type="dxa"/>
              <w:left w:w="38" w:type="dxa"/>
              <w:bottom w:w="28" w:type="dxa"/>
              <w:right w:w="38" w:type="dxa"/>
            </w:tcMar>
            <w:vAlign w:val="center"/>
          </w:tcPr>
          <w:p w14:paraId="5C055866" w14:textId="77777777" w:rsidR="00D60D5E" w:rsidRDefault="00891EF0">
            <w:pPr>
              <w:spacing w:after="0" w:line="240" w:lineRule="auto"/>
              <w:jc w:val="center"/>
            </w:pPr>
            <w:r>
              <w:rPr>
                <w:rFonts w:eastAsia="Aptos"/>
                <w:b/>
                <w:sz w:val="17"/>
              </w:rPr>
              <w:t>6.35</w:t>
            </w:r>
          </w:p>
        </w:tc>
        <w:tc>
          <w:tcPr>
            <w:tcW w:w="540" w:type="dxa"/>
            <w:tcMar>
              <w:top w:w="28" w:type="dxa"/>
              <w:left w:w="38" w:type="dxa"/>
              <w:bottom w:w="28" w:type="dxa"/>
              <w:right w:w="38" w:type="dxa"/>
            </w:tcMar>
            <w:vAlign w:val="center"/>
          </w:tcPr>
          <w:p w14:paraId="541D32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1E6C83" w14:textId="77777777" w:rsidR="00D60D5E" w:rsidRDefault="00D60D5E">
            <w:pPr>
              <w:jc w:val="center"/>
            </w:pPr>
          </w:p>
        </w:tc>
      </w:tr>
      <w:tr w:rsidR="00D60D5E" w14:paraId="71453A46" w14:textId="77777777" w:rsidTr="000617E0">
        <w:trPr>
          <w:cantSplit/>
          <w:jc w:val="center"/>
        </w:trPr>
        <w:tc>
          <w:tcPr>
            <w:tcW w:w="677" w:type="dxa"/>
            <w:tcMar>
              <w:top w:w="28" w:type="dxa"/>
              <w:left w:w="38" w:type="dxa"/>
              <w:bottom w:w="28" w:type="dxa"/>
              <w:right w:w="38" w:type="dxa"/>
            </w:tcMar>
            <w:vAlign w:val="center"/>
          </w:tcPr>
          <w:p w14:paraId="2382696A" w14:textId="77777777" w:rsidR="00D60D5E" w:rsidRDefault="00891EF0">
            <w:pPr>
              <w:spacing w:after="0" w:line="240" w:lineRule="auto"/>
              <w:jc w:val="center"/>
            </w:pPr>
            <w:r>
              <w:rPr>
                <w:rFonts w:eastAsia="Aptos"/>
                <w:color w:val="6A7075"/>
                <w:sz w:val="17"/>
              </w:rPr>
              <w:t>285-160</w:t>
            </w:r>
          </w:p>
        </w:tc>
        <w:tc>
          <w:tcPr>
            <w:tcW w:w="2648" w:type="dxa"/>
            <w:tcMar>
              <w:top w:w="28" w:type="dxa"/>
              <w:left w:w="38" w:type="dxa"/>
              <w:bottom w:w="28" w:type="dxa"/>
              <w:right w:w="38" w:type="dxa"/>
            </w:tcMar>
            <w:vAlign w:val="center"/>
          </w:tcPr>
          <w:p w14:paraId="5D12C1A7" w14:textId="77777777" w:rsidR="00D60D5E" w:rsidRDefault="00891EF0">
            <w:pPr>
              <w:spacing w:after="0" w:line="240" w:lineRule="auto"/>
            </w:pPr>
            <w:r>
              <w:rPr>
                <w:rFonts w:eastAsia="Aptos"/>
                <w:sz w:val="17"/>
              </w:rPr>
              <w:t>Crisco Shortening 16oz</w:t>
            </w:r>
          </w:p>
        </w:tc>
        <w:tc>
          <w:tcPr>
            <w:tcW w:w="630" w:type="dxa"/>
            <w:tcMar>
              <w:top w:w="28" w:type="dxa"/>
              <w:left w:w="38" w:type="dxa"/>
              <w:bottom w:w="28" w:type="dxa"/>
              <w:right w:w="38" w:type="dxa"/>
            </w:tcMar>
            <w:vAlign w:val="center"/>
          </w:tcPr>
          <w:p w14:paraId="339BFBB6" w14:textId="77777777" w:rsidR="00D60D5E" w:rsidRDefault="00891EF0">
            <w:pPr>
              <w:spacing w:after="0" w:line="240" w:lineRule="auto"/>
              <w:jc w:val="center"/>
            </w:pPr>
            <w:r>
              <w:rPr>
                <w:rFonts w:eastAsia="Aptos"/>
                <w:b/>
                <w:sz w:val="17"/>
              </w:rPr>
              <w:t>8.29</w:t>
            </w:r>
          </w:p>
        </w:tc>
        <w:tc>
          <w:tcPr>
            <w:tcW w:w="540" w:type="dxa"/>
            <w:tcMar>
              <w:top w:w="28" w:type="dxa"/>
              <w:left w:w="38" w:type="dxa"/>
              <w:bottom w:w="28" w:type="dxa"/>
              <w:right w:w="38" w:type="dxa"/>
            </w:tcMar>
            <w:vAlign w:val="center"/>
          </w:tcPr>
          <w:p w14:paraId="0214390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DBA491" w14:textId="77777777" w:rsidR="00D60D5E" w:rsidRDefault="00D60D5E">
            <w:pPr>
              <w:jc w:val="center"/>
            </w:pPr>
          </w:p>
        </w:tc>
      </w:tr>
      <w:tr w:rsidR="00D60D5E" w14:paraId="7B2FECA0" w14:textId="77777777" w:rsidTr="000617E0">
        <w:trPr>
          <w:cantSplit/>
          <w:jc w:val="center"/>
        </w:trPr>
        <w:tc>
          <w:tcPr>
            <w:tcW w:w="677" w:type="dxa"/>
            <w:tcMar>
              <w:top w:w="28" w:type="dxa"/>
              <w:left w:w="38" w:type="dxa"/>
              <w:bottom w:w="28" w:type="dxa"/>
              <w:right w:w="38" w:type="dxa"/>
            </w:tcMar>
            <w:vAlign w:val="center"/>
          </w:tcPr>
          <w:p w14:paraId="07D979FB" w14:textId="77777777" w:rsidR="00D60D5E" w:rsidRDefault="00891EF0">
            <w:pPr>
              <w:spacing w:after="0" w:line="240" w:lineRule="auto"/>
              <w:jc w:val="center"/>
            </w:pPr>
            <w:r>
              <w:rPr>
                <w:rFonts w:eastAsia="Aptos"/>
                <w:color w:val="6A7075"/>
                <w:sz w:val="17"/>
              </w:rPr>
              <w:t>285-165</w:t>
            </w:r>
          </w:p>
        </w:tc>
        <w:tc>
          <w:tcPr>
            <w:tcW w:w="2648" w:type="dxa"/>
            <w:tcMar>
              <w:top w:w="28" w:type="dxa"/>
              <w:left w:w="38" w:type="dxa"/>
              <w:bottom w:w="28" w:type="dxa"/>
              <w:right w:w="38" w:type="dxa"/>
            </w:tcMar>
            <w:vAlign w:val="center"/>
          </w:tcPr>
          <w:p w14:paraId="3D29510D" w14:textId="77777777" w:rsidR="00D60D5E" w:rsidRDefault="00891EF0">
            <w:pPr>
              <w:spacing w:after="0" w:line="240" w:lineRule="auto"/>
            </w:pPr>
            <w:r>
              <w:rPr>
                <w:rFonts w:eastAsia="Aptos"/>
                <w:sz w:val="17"/>
              </w:rPr>
              <w:t>Vinegar Apple Cider 16oz</w:t>
            </w:r>
          </w:p>
        </w:tc>
        <w:tc>
          <w:tcPr>
            <w:tcW w:w="630" w:type="dxa"/>
            <w:tcMar>
              <w:top w:w="28" w:type="dxa"/>
              <w:left w:w="38" w:type="dxa"/>
              <w:bottom w:w="28" w:type="dxa"/>
              <w:right w:w="38" w:type="dxa"/>
            </w:tcMar>
            <w:vAlign w:val="center"/>
          </w:tcPr>
          <w:p w14:paraId="75172268" w14:textId="77777777" w:rsidR="00D60D5E" w:rsidRDefault="00891EF0">
            <w:pPr>
              <w:spacing w:after="0" w:line="240" w:lineRule="auto"/>
              <w:jc w:val="center"/>
            </w:pPr>
            <w:r>
              <w:rPr>
                <w:rFonts w:eastAsia="Aptos"/>
                <w:b/>
                <w:sz w:val="17"/>
              </w:rPr>
              <w:t>5.40</w:t>
            </w:r>
          </w:p>
        </w:tc>
        <w:tc>
          <w:tcPr>
            <w:tcW w:w="540" w:type="dxa"/>
            <w:tcMar>
              <w:top w:w="28" w:type="dxa"/>
              <w:left w:w="38" w:type="dxa"/>
              <w:bottom w:w="28" w:type="dxa"/>
              <w:right w:w="38" w:type="dxa"/>
            </w:tcMar>
            <w:vAlign w:val="center"/>
          </w:tcPr>
          <w:p w14:paraId="138FE2F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023ECD" w14:textId="77777777" w:rsidR="00D60D5E" w:rsidRDefault="00D60D5E">
            <w:pPr>
              <w:jc w:val="center"/>
            </w:pPr>
          </w:p>
        </w:tc>
      </w:tr>
      <w:tr w:rsidR="00D60D5E" w14:paraId="6681F594" w14:textId="77777777" w:rsidTr="000617E0">
        <w:trPr>
          <w:cantSplit/>
          <w:jc w:val="center"/>
        </w:trPr>
        <w:tc>
          <w:tcPr>
            <w:tcW w:w="677" w:type="dxa"/>
            <w:tcMar>
              <w:top w:w="28" w:type="dxa"/>
              <w:left w:w="38" w:type="dxa"/>
              <w:bottom w:w="28" w:type="dxa"/>
              <w:right w:w="38" w:type="dxa"/>
            </w:tcMar>
            <w:vAlign w:val="center"/>
          </w:tcPr>
          <w:p w14:paraId="7895B221" w14:textId="77777777" w:rsidR="00D60D5E" w:rsidRDefault="00891EF0">
            <w:pPr>
              <w:spacing w:after="0" w:line="240" w:lineRule="auto"/>
              <w:jc w:val="center"/>
            </w:pPr>
            <w:r>
              <w:rPr>
                <w:rFonts w:eastAsia="Aptos"/>
                <w:color w:val="6A7075"/>
                <w:sz w:val="17"/>
              </w:rPr>
              <w:t>285-170</w:t>
            </w:r>
          </w:p>
        </w:tc>
        <w:tc>
          <w:tcPr>
            <w:tcW w:w="2648" w:type="dxa"/>
            <w:tcMar>
              <w:top w:w="28" w:type="dxa"/>
              <w:left w:w="38" w:type="dxa"/>
              <w:bottom w:w="28" w:type="dxa"/>
              <w:right w:w="38" w:type="dxa"/>
            </w:tcMar>
            <w:vAlign w:val="center"/>
          </w:tcPr>
          <w:p w14:paraId="21DF8D82" w14:textId="77777777" w:rsidR="00D60D5E" w:rsidRDefault="00891EF0">
            <w:pPr>
              <w:spacing w:after="0" w:line="240" w:lineRule="auto"/>
            </w:pPr>
            <w:r>
              <w:rPr>
                <w:rFonts w:eastAsia="Aptos"/>
                <w:sz w:val="17"/>
              </w:rPr>
              <w:t>Vinegar White 16oz</w:t>
            </w:r>
          </w:p>
        </w:tc>
        <w:tc>
          <w:tcPr>
            <w:tcW w:w="630" w:type="dxa"/>
            <w:tcMar>
              <w:top w:w="28" w:type="dxa"/>
              <w:left w:w="38" w:type="dxa"/>
              <w:bottom w:w="28" w:type="dxa"/>
              <w:right w:w="38" w:type="dxa"/>
            </w:tcMar>
            <w:vAlign w:val="center"/>
          </w:tcPr>
          <w:p w14:paraId="18446EE6" w14:textId="77777777" w:rsidR="00D60D5E" w:rsidRDefault="00891EF0">
            <w:pPr>
              <w:spacing w:after="0" w:line="240" w:lineRule="auto"/>
              <w:jc w:val="center"/>
            </w:pPr>
            <w:r>
              <w:rPr>
                <w:rFonts w:eastAsia="Aptos"/>
                <w:b/>
                <w:sz w:val="17"/>
              </w:rPr>
              <w:t>4.52</w:t>
            </w:r>
          </w:p>
        </w:tc>
        <w:tc>
          <w:tcPr>
            <w:tcW w:w="540" w:type="dxa"/>
            <w:tcMar>
              <w:top w:w="28" w:type="dxa"/>
              <w:left w:w="38" w:type="dxa"/>
              <w:bottom w:w="28" w:type="dxa"/>
              <w:right w:w="38" w:type="dxa"/>
            </w:tcMar>
            <w:vAlign w:val="center"/>
          </w:tcPr>
          <w:p w14:paraId="145F29A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CD92B5" w14:textId="77777777" w:rsidR="00D60D5E" w:rsidRDefault="00D60D5E">
            <w:pPr>
              <w:jc w:val="center"/>
            </w:pPr>
          </w:p>
        </w:tc>
      </w:tr>
      <w:tr w:rsidR="00D60D5E" w14:paraId="67408534" w14:textId="77777777" w:rsidTr="000617E0">
        <w:trPr>
          <w:cantSplit/>
          <w:jc w:val="center"/>
        </w:trPr>
        <w:tc>
          <w:tcPr>
            <w:tcW w:w="677" w:type="dxa"/>
            <w:tcMar>
              <w:top w:w="28" w:type="dxa"/>
              <w:left w:w="38" w:type="dxa"/>
              <w:bottom w:w="28" w:type="dxa"/>
              <w:right w:w="38" w:type="dxa"/>
            </w:tcMar>
            <w:vAlign w:val="center"/>
          </w:tcPr>
          <w:p w14:paraId="22B72814" w14:textId="77777777" w:rsidR="00D60D5E" w:rsidRDefault="00891EF0">
            <w:pPr>
              <w:spacing w:after="0" w:line="240" w:lineRule="auto"/>
              <w:jc w:val="center"/>
            </w:pPr>
            <w:r>
              <w:rPr>
                <w:rFonts w:eastAsia="Aptos"/>
                <w:color w:val="6A7075"/>
                <w:sz w:val="17"/>
              </w:rPr>
              <w:t>285-175</w:t>
            </w:r>
          </w:p>
        </w:tc>
        <w:tc>
          <w:tcPr>
            <w:tcW w:w="2648" w:type="dxa"/>
            <w:tcMar>
              <w:top w:w="28" w:type="dxa"/>
              <w:left w:w="38" w:type="dxa"/>
              <w:bottom w:w="28" w:type="dxa"/>
              <w:right w:w="38" w:type="dxa"/>
            </w:tcMar>
            <w:vAlign w:val="center"/>
          </w:tcPr>
          <w:p w14:paraId="67893DA9" w14:textId="77777777" w:rsidR="00D60D5E" w:rsidRDefault="00891EF0">
            <w:pPr>
              <w:spacing w:after="0" w:line="240" w:lineRule="auto"/>
            </w:pPr>
            <w:r>
              <w:rPr>
                <w:rFonts w:eastAsia="Aptos"/>
                <w:sz w:val="17"/>
              </w:rPr>
              <w:t>Vinegar Apple Cider Organic 16 oz</w:t>
            </w:r>
          </w:p>
        </w:tc>
        <w:tc>
          <w:tcPr>
            <w:tcW w:w="630" w:type="dxa"/>
            <w:tcMar>
              <w:top w:w="28" w:type="dxa"/>
              <w:left w:w="38" w:type="dxa"/>
              <w:bottom w:w="28" w:type="dxa"/>
              <w:right w:w="38" w:type="dxa"/>
            </w:tcMar>
            <w:vAlign w:val="center"/>
          </w:tcPr>
          <w:p w14:paraId="170F77A8" w14:textId="77777777" w:rsidR="00D60D5E" w:rsidRDefault="00891EF0">
            <w:pPr>
              <w:spacing w:after="0" w:line="240" w:lineRule="auto"/>
              <w:jc w:val="center"/>
            </w:pPr>
            <w:r>
              <w:rPr>
                <w:rFonts w:eastAsia="Aptos"/>
                <w:b/>
                <w:sz w:val="17"/>
              </w:rPr>
              <w:t>8.29</w:t>
            </w:r>
          </w:p>
        </w:tc>
        <w:tc>
          <w:tcPr>
            <w:tcW w:w="540" w:type="dxa"/>
            <w:tcMar>
              <w:top w:w="28" w:type="dxa"/>
              <w:left w:w="38" w:type="dxa"/>
              <w:bottom w:w="28" w:type="dxa"/>
              <w:right w:w="38" w:type="dxa"/>
            </w:tcMar>
            <w:vAlign w:val="center"/>
          </w:tcPr>
          <w:p w14:paraId="476E13C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4FA0938" w14:textId="77777777" w:rsidR="00D60D5E" w:rsidRDefault="00D60D5E">
            <w:pPr>
              <w:jc w:val="center"/>
            </w:pPr>
          </w:p>
        </w:tc>
      </w:tr>
      <w:tr w:rsidR="00D60D5E" w14:paraId="309A95D8" w14:textId="77777777" w:rsidTr="000617E0">
        <w:trPr>
          <w:cantSplit/>
          <w:jc w:val="center"/>
        </w:trPr>
        <w:tc>
          <w:tcPr>
            <w:tcW w:w="677" w:type="dxa"/>
            <w:tcMar>
              <w:top w:w="28" w:type="dxa"/>
              <w:left w:w="38" w:type="dxa"/>
              <w:bottom w:w="28" w:type="dxa"/>
              <w:right w:w="38" w:type="dxa"/>
            </w:tcMar>
            <w:vAlign w:val="center"/>
          </w:tcPr>
          <w:p w14:paraId="31431041" w14:textId="77777777" w:rsidR="00D60D5E" w:rsidRDefault="00891EF0">
            <w:pPr>
              <w:spacing w:after="0" w:line="240" w:lineRule="auto"/>
              <w:jc w:val="center"/>
            </w:pPr>
            <w:r>
              <w:rPr>
                <w:rFonts w:eastAsia="Aptos"/>
                <w:color w:val="6A7075"/>
                <w:sz w:val="17"/>
              </w:rPr>
              <w:t>285-180</w:t>
            </w:r>
          </w:p>
        </w:tc>
        <w:tc>
          <w:tcPr>
            <w:tcW w:w="2648" w:type="dxa"/>
            <w:tcMar>
              <w:top w:w="28" w:type="dxa"/>
              <w:left w:w="38" w:type="dxa"/>
              <w:bottom w:w="28" w:type="dxa"/>
              <w:right w:w="38" w:type="dxa"/>
            </w:tcMar>
            <w:vAlign w:val="center"/>
          </w:tcPr>
          <w:p w14:paraId="74D36AD2" w14:textId="77777777" w:rsidR="00D60D5E" w:rsidRDefault="00891EF0">
            <w:pPr>
              <w:spacing w:after="0" w:line="240" w:lineRule="auto"/>
            </w:pPr>
            <w:r>
              <w:rPr>
                <w:rFonts w:eastAsia="Aptos"/>
                <w:sz w:val="17"/>
              </w:rPr>
              <w:t>Vinegar Red Wine 16oz</w:t>
            </w:r>
          </w:p>
        </w:tc>
        <w:tc>
          <w:tcPr>
            <w:tcW w:w="630" w:type="dxa"/>
            <w:tcMar>
              <w:top w:w="28" w:type="dxa"/>
              <w:left w:w="38" w:type="dxa"/>
              <w:bottom w:w="28" w:type="dxa"/>
              <w:right w:w="38" w:type="dxa"/>
            </w:tcMar>
            <w:vAlign w:val="center"/>
          </w:tcPr>
          <w:p w14:paraId="6DB5F8FE" w14:textId="77777777" w:rsidR="00D60D5E" w:rsidRDefault="00891EF0">
            <w:pPr>
              <w:spacing w:after="0" w:line="240" w:lineRule="auto"/>
              <w:jc w:val="center"/>
            </w:pPr>
            <w:r>
              <w:rPr>
                <w:rFonts w:eastAsia="Aptos"/>
                <w:b/>
                <w:sz w:val="17"/>
              </w:rPr>
              <w:t>3.35</w:t>
            </w:r>
          </w:p>
        </w:tc>
        <w:tc>
          <w:tcPr>
            <w:tcW w:w="540" w:type="dxa"/>
            <w:tcMar>
              <w:top w:w="28" w:type="dxa"/>
              <w:left w:w="38" w:type="dxa"/>
              <w:bottom w:w="28" w:type="dxa"/>
              <w:right w:w="38" w:type="dxa"/>
            </w:tcMar>
            <w:vAlign w:val="center"/>
          </w:tcPr>
          <w:p w14:paraId="791E081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29D9F0" w14:textId="77777777" w:rsidR="00D60D5E" w:rsidRDefault="00D60D5E">
            <w:pPr>
              <w:jc w:val="center"/>
            </w:pPr>
          </w:p>
        </w:tc>
      </w:tr>
      <w:tr w:rsidR="00D60D5E" w14:paraId="0DF6AD71" w14:textId="77777777" w:rsidTr="000617E0">
        <w:trPr>
          <w:cantSplit/>
          <w:jc w:val="center"/>
        </w:trPr>
        <w:tc>
          <w:tcPr>
            <w:tcW w:w="677" w:type="dxa"/>
            <w:tcMar>
              <w:top w:w="28" w:type="dxa"/>
              <w:left w:w="38" w:type="dxa"/>
              <w:bottom w:w="28" w:type="dxa"/>
              <w:right w:w="38" w:type="dxa"/>
            </w:tcMar>
            <w:vAlign w:val="center"/>
          </w:tcPr>
          <w:p w14:paraId="35734826" w14:textId="77777777" w:rsidR="00D60D5E" w:rsidRDefault="00891EF0">
            <w:pPr>
              <w:spacing w:after="0" w:line="240" w:lineRule="auto"/>
              <w:jc w:val="center"/>
            </w:pPr>
            <w:r>
              <w:rPr>
                <w:rFonts w:eastAsia="Aptos"/>
                <w:color w:val="6A7075"/>
                <w:sz w:val="17"/>
              </w:rPr>
              <w:t>285-185</w:t>
            </w:r>
          </w:p>
        </w:tc>
        <w:tc>
          <w:tcPr>
            <w:tcW w:w="2648" w:type="dxa"/>
            <w:tcMar>
              <w:top w:w="28" w:type="dxa"/>
              <w:left w:w="38" w:type="dxa"/>
              <w:bottom w:w="28" w:type="dxa"/>
              <w:right w:w="38" w:type="dxa"/>
            </w:tcMar>
            <w:vAlign w:val="center"/>
          </w:tcPr>
          <w:p w14:paraId="22A3BAFD" w14:textId="77777777" w:rsidR="00D60D5E" w:rsidRDefault="00891EF0">
            <w:pPr>
              <w:spacing w:after="0" w:line="240" w:lineRule="auto"/>
            </w:pPr>
            <w:r>
              <w:rPr>
                <w:rFonts w:eastAsia="Aptos"/>
                <w:sz w:val="17"/>
              </w:rPr>
              <w:t>Vinegar White Wine 16oz GOYA</w:t>
            </w:r>
          </w:p>
        </w:tc>
        <w:tc>
          <w:tcPr>
            <w:tcW w:w="630" w:type="dxa"/>
            <w:tcMar>
              <w:top w:w="28" w:type="dxa"/>
              <w:left w:w="38" w:type="dxa"/>
              <w:bottom w:w="28" w:type="dxa"/>
              <w:right w:w="38" w:type="dxa"/>
            </w:tcMar>
            <w:vAlign w:val="center"/>
          </w:tcPr>
          <w:p w14:paraId="7E4945F0"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5C0CF3B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EE59C4" w14:textId="77777777" w:rsidR="00D60D5E" w:rsidRDefault="00D60D5E">
            <w:pPr>
              <w:jc w:val="center"/>
            </w:pPr>
          </w:p>
        </w:tc>
      </w:tr>
      <w:tr w:rsidR="00D60D5E" w14:paraId="733C5625" w14:textId="77777777" w:rsidTr="000617E0">
        <w:trPr>
          <w:cantSplit/>
          <w:jc w:val="center"/>
        </w:trPr>
        <w:tc>
          <w:tcPr>
            <w:tcW w:w="677" w:type="dxa"/>
            <w:tcMar>
              <w:top w:w="28" w:type="dxa"/>
              <w:left w:w="38" w:type="dxa"/>
              <w:bottom w:w="28" w:type="dxa"/>
              <w:right w:w="38" w:type="dxa"/>
            </w:tcMar>
            <w:vAlign w:val="center"/>
          </w:tcPr>
          <w:p w14:paraId="4B6877A1" w14:textId="77777777" w:rsidR="00D60D5E" w:rsidRDefault="00891EF0">
            <w:pPr>
              <w:spacing w:after="0" w:line="240" w:lineRule="auto"/>
              <w:jc w:val="center"/>
            </w:pPr>
            <w:r>
              <w:rPr>
                <w:rFonts w:eastAsia="Aptos"/>
                <w:color w:val="6A7075"/>
                <w:sz w:val="17"/>
              </w:rPr>
              <w:t>285-190</w:t>
            </w:r>
          </w:p>
        </w:tc>
        <w:tc>
          <w:tcPr>
            <w:tcW w:w="2648" w:type="dxa"/>
            <w:tcMar>
              <w:top w:w="28" w:type="dxa"/>
              <w:left w:w="38" w:type="dxa"/>
              <w:bottom w:w="28" w:type="dxa"/>
              <w:right w:w="38" w:type="dxa"/>
            </w:tcMar>
            <w:vAlign w:val="center"/>
          </w:tcPr>
          <w:p w14:paraId="01C24272" w14:textId="77777777" w:rsidR="00D60D5E" w:rsidRDefault="00891EF0">
            <w:pPr>
              <w:spacing w:after="0" w:line="240" w:lineRule="auto"/>
            </w:pPr>
            <w:r>
              <w:rPr>
                <w:rFonts w:eastAsia="Aptos"/>
                <w:sz w:val="17"/>
              </w:rPr>
              <w:t>Vinegar Gold 16oz</w:t>
            </w:r>
          </w:p>
        </w:tc>
        <w:tc>
          <w:tcPr>
            <w:tcW w:w="630" w:type="dxa"/>
            <w:tcMar>
              <w:top w:w="28" w:type="dxa"/>
              <w:left w:w="38" w:type="dxa"/>
              <w:bottom w:w="28" w:type="dxa"/>
              <w:right w:w="38" w:type="dxa"/>
            </w:tcMar>
            <w:vAlign w:val="center"/>
          </w:tcPr>
          <w:p w14:paraId="147BB28F" w14:textId="77777777" w:rsidR="00D60D5E" w:rsidRDefault="00891EF0">
            <w:pPr>
              <w:spacing w:after="0" w:line="240" w:lineRule="auto"/>
              <w:jc w:val="center"/>
            </w:pPr>
            <w:r>
              <w:rPr>
                <w:rFonts w:eastAsia="Aptos"/>
                <w:b/>
                <w:sz w:val="17"/>
              </w:rPr>
              <w:t>3.59</w:t>
            </w:r>
          </w:p>
        </w:tc>
        <w:tc>
          <w:tcPr>
            <w:tcW w:w="540" w:type="dxa"/>
            <w:tcMar>
              <w:top w:w="28" w:type="dxa"/>
              <w:left w:w="38" w:type="dxa"/>
              <w:bottom w:w="28" w:type="dxa"/>
              <w:right w:w="38" w:type="dxa"/>
            </w:tcMar>
            <w:vAlign w:val="center"/>
          </w:tcPr>
          <w:p w14:paraId="687DD2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08D0BA" w14:textId="77777777" w:rsidR="00D60D5E" w:rsidRDefault="00D60D5E">
            <w:pPr>
              <w:jc w:val="center"/>
            </w:pPr>
          </w:p>
        </w:tc>
      </w:tr>
      <w:tr w:rsidR="00D60D5E" w14:paraId="76FC6DF5" w14:textId="77777777" w:rsidTr="000617E0">
        <w:trPr>
          <w:cantSplit/>
          <w:jc w:val="center"/>
        </w:trPr>
        <w:tc>
          <w:tcPr>
            <w:tcW w:w="677" w:type="dxa"/>
            <w:tcMar>
              <w:top w:w="28" w:type="dxa"/>
              <w:left w:w="38" w:type="dxa"/>
              <w:bottom w:w="28" w:type="dxa"/>
              <w:right w:w="38" w:type="dxa"/>
            </w:tcMar>
            <w:vAlign w:val="center"/>
          </w:tcPr>
          <w:p w14:paraId="6CC1BCD4" w14:textId="77777777" w:rsidR="00D60D5E" w:rsidRDefault="00891EF0">
            <w:pPr>
              <w:spacing w:after="0" w:line="240" w:lineRule="auto"/>
              <w:jc w:val="center"/>
            </w:pPr>
            <w:r>
              <w:rPr>
                <w:rFonts w:eastAsia="Aptos"/>
                <w:color w:val="6A7075"/>
                <w:sz w:val="17"/>
              </w:rPr>
              <w:t>285-195</w:t>
            </w:r>
          </w:p>
        </w:tc>
        <w:tc>
          <w:tcPr>
            <w:tcW w:w="2648" w:type="dxa"/>
            <w:tcMar>
              <w:top w:w="28" w:type="dxa"/>
              <w:left w:w="38" w:type="dxa"/>
              <w:bottom w:w="28" w:type="dxa"/>
              <w:right w:w="38" w:type="dxa"/>
            </w:tcMar>
            <w:vAlign w:val="center"/>
          </w:tcPr>
          <w:p w14:paraId="5F7606BA" w14:textId="77777777" w:rsidR="00D60D5E" w:rsidRDefault="00891EF0">
            <w:pPr>
              <w:spacing w:after="0" w:line="240" w:lineRule="auto"/>
            </w:pPr>
            <w:r>
              <w:rPr>
                <w:rFonts w:eastAsia="Aptos"/>
                <w:sz w:val="17"/>
              </w:rPr>
              <w:t>Vinegar Balsamic 12oz</w:t>
            </w:r>
          </w:p>
        </w:tc>
        <w:tc>
          <w:tcPr>
            <w:tcW w:w="630" w:type="dxa"/>
            <w:tcMar>
              <w:top w:w="28" w:type="dxa"/>
              <w:left w:w="38" w:type="dxa"/>
              <w:bottom w:w="28" w:type="dxa"/>
              <w:right w:w="38" w:type="dxa"/>
            </w:tcMar>
            <w:vAlign w:val="center"/>
          </w:tcPr>
          <w:p w14:paraId="4DECF532" w14:textId="77777777" w:rsidR="00D60D5E" w:rsidRDefault="00891EF0">
            <w:pPr>
              <w:spacing w:after="0" w:line="240" w:lineRule="auto"/>
              <w:jc w:val="center"/>
            </w:pPr>
            <w:r>
              <w:rPr>
                <w:rFonts w:eastAsia="Aptos"/>
                <w:b/>
                <w:sz w:val="17"/>
              </w:rPr>
              <w:t>8.55</w:t>
            </w:r>
          </w:p>
        </w:tc>
        <w:tc>
          <w:tcPr>
            <w:tcW w:w="540" w:type="dxa"/>
            <w:tcMar>
              <w:top w:w="28" w:type="dxa"/>
              <w:left w:w="38" w:type="dxa"/>
              <w:bottom w:w="28" w:type="dxa"/>
              <w:right w:w="38" w:type="dxa"/>
            </w:tcMar>
            <w:vAlign w:val="center"/>
          </w:tcPr>
          <w:p w14:paraId="1687610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A1DF32" w14:textId="77777777" w:rsidR="00D60D5E" w:rsidRDefault="00D60D5E">
            <w:pPr>
              <w:jc w:val="center"/>
            </w:pPr>
          </w:p>
        </w:tc>
      </w:tr>
      <w:tr w:rsidR="00D60D5E" w14:paraId="6E9D4D92" w14:textId="77777777" w:rsidTr="000617E0">
        <w:trPr>
          <w:cantSplit/>
          <w:jc w:val="center"/>
        </w:trPr>
        <w:tc>
          <w:tcPr>
            <w:tcW w:w="677" w:type="dxa"/>
            <w:tcMar>
              <w:top w:w="28" w:type="dxa"/>
              <w:left w:w="38" w:type="dxa"/>
              <w:bottom w:w="28" w:type="dxa"/>
              <w:right w:w="38" w:type="dxa"/>
            </w:tcMar>
            <w:vAlign w:val="center"/>
          </w:tcPr>
          <w:p w14:paraId="4D134651" w14:textId="77777777" w:rsidR="00D60D5E" w:rsidRDefault="00891EF0">
            <w:pPr>
              <w:spacing w:after="0" w:line="240" w:lineRule="auto"/>
              <w:jc w:val="center"/>
            </w:pPr>
            <w:r>
              <w:rPr>
                <w:rFonts w:eastAsia="Aptos"/>
                <w:color w:val="6A7075"/>
                <w:sz w:val="17"/>
              </w:rPr>
              <w:t>285-200</w:t>
            </w:r>
          </w:p>
        </w:tc>
        <w:tc>
          <w:tcPr>
            <w:tcW w:w="2648" w:type="dxa"/>
            <w:tcMar>
              <w:top w:w="28" w:type="dxa"/>
              <w:left w:w="38" w:type="dxa"/>
              <w:bottom w:w="28" w:type="dxa"/>
              <w:right w:w="38" w:type="dxa"/>
            </w:tcMar>
            <w:vAlign w:val="center"/>
          </w:tcPr>
          <w:p w14:paraId="777D6412" w14:textId="77777777" w:rsidR="00D60D5E" w:rsidRDefault="00891EF0">
            <w:pPr>
              <w:spacing w:after="0" w:line="240" w:lineRule="auto"/>
            </w:pPr>
            <w:r>
              <w:rPr>
                <w:rFonts w:eastAsia="Aptos"/>
                <w:sz w:val="17"/>
              </w:rPr>
              <w:t>Vinaigrette Balsamic 16 oz</w:t>
            </w:r>
          </w:p>
        </w:tc>
        <w:tc>
          <w:tcPr>
            <w:tcW w:w="630" w:type="dxa"/>
            <w:tcMar>
              <w:top w:w="28" w:type="dxa"/>
              <w:left w:w="38" w:type="dxa"/>
              <w:bottom w:w="28" w:type="dxa"/>
              <w:right w:w="38" w:type="dxa"/>
            </w:tcMar>
            <w:vAlign w:val="center"/>
          </w:tcPr>
          <w:p w14:paraId="2074EDCB" w14:textId="77777777" w:rsidR="00D60D5E" w:rsidRDefault="00891EF0">
            <w:pPr>
              <w:spacing w:after="0" w:line="240" w:lineRule="auto"/>
              <w:jc w:val="center"/>
            </w:pPr>
            <w:r>
              <w:rPr>
                <w:rFonts w:eastAsia="Aptos"/>
                <w:b/>
                <w:sz w:val="17"/>
              </w:rPr>
              <w:t>5.96</w:t>
            </w:r>
          </w:p>
        </w:tc>
        <w:tc>
          <w:tcPr>
            <w:tcW w:w="540" w:type="dxa"/>
            <w:tcMar>
              <w:top w:w="28" w:type="dxa"/>
              <w:left w:w="38" w:type="dxa"/>
              <w:bottom w:w="28" w:type="dxa"/>
              <w:right w:w="38" w:type="dxa"/>
            </w:tcMar>
            <w:vAlign w:val="center"/>
          </w:tcPr>
          <w:p w14:paraId="40D343E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E12035" w14:textId="77777777" w:rsidR="00D60D5E" w:rsidRDefault="00D60D5E">
            <w:pPr>
              <w:jc w:val="center"/>
            </w:pPr>
          </w:p>
        </w:tc>
      </w:tr>
      <w:tr w:rsidR="00D60D5E" w14:paraId="35BE40BC" w14:textId="77777777" w:rsidTr="000617E0">
        <w:trPr>
          <w:cantSplit/>
          <w:jc w:val="center"/>
        </w:trPr>
        <w:tc>
          <w:tcPr>
            <w:tcW w:w="677" w:type="dxa"/>
            <w:tcMar>
              <w:top w:w="28" w:type="dxa"/>
              <w:left w:w="38" w:type="dxa"/>
              <w:bottom w:w="28" w:type="dxa"/>
              <w:right w:w="38" w:type="dxa"/>
            </w:tcMar>
            <w:vAlign w:val="center"/>
          </w:tcPr>
          <w:p w14:paraId="23B5BC59" w14:textId="77777777" w:rsidR="00D60D5E" w:rsidRDefault="00891EF0">
            <w:pPr>
              <w:spacing w:after="0" w:line="240" w:lineRule="auto"/>
              <w:jc w:val="center"/>
            </w:pPr>
            <w:r>
              <w:rPr>
                <w:rFonts w:eastAsia="Aptos"/>
                <w:color w:val="6A7075"/>
                <w:sz w:val="17"/>
              </w:rPr>
              <w:t>285-205</w:t>
            </w:r>
          </w:p>
        </w:tc>
        <w:tc>
          <w:tcPr>
            <w:tcW w:w="2648" w:type="dxa"/>
            <w:tcMar>
              <w:top w:w="28" w:type="dxa"/>
              <w:left w:w="38" w:type="dxa"/>
              <w:bottom w:w="28" w:type="dxa"/>
              <w:right w:w="38" w:type="dxa"/>
            </w:tcMar>
            <w:vAlign w:val="center"/>
          </w:tcPr>
          <w:p w14:paraId="0E0761CD" w14:textId="77777777" w:rsidR="00D60D5E" w:rsidRDefault="00891EF0">
            <w:pPr>
              <w:spacing w:after="0" w:line="240" w:lineRule="auto"/>
            </w:pPr>
            <w:r>
              <w:rPr>
                <w:rFonts w:eastAsia="Aptos"/>
                <w:sz w:val="17"/>
              </w:rPr>
              <w:t>Vinaigrette Caesar Parm 16 oz</w:t>
            </w:r>
          </w:p>
        </w:tc>
        <w:tc>
          <w:tcPr>
            <w:tcW w:w="630" w:type="dxa"/>
            <w:tcMar>
              <w:top w:w="28" w:type="dxa"/>
              <w:left w:w="38" w:type="dxa"/>
              <w:bottom w:w="28" w:type="dxa"/>
              <w:right w:w="38" w:type="dxa"/>
            </w:tcMar>
            <w:vAlign w:val="center"/>
          </w:tcPr>
          <w:p w14:paraId="4C3FA32E" w14:textId="77777777" w:rsidR="00D60D5E" w:rsidRDefault="00891EF0">
            <w:pPr>
              <w:spacing w:after="0" w:line="240" w:lineRule="auto"/>
              <w:jc w:val="center"/>
            </w:pPr>
            <w:r>
              <w:rPr>
                <w:rFonts w:eastAsia="Aptos"/>
                <w:b/>
                <w:sz w:val="17"/>
              </w:rPr>
              <w:t>6.10</w:t>
            </w:r>
          </w:p>
        </w:tc>
        <w:tc>
          <w:tcPr>
            <w:tcW w:w="540" w:type="dxa"/>
            <w:tcMar>
              <w:top w:w="28" w:type="dxa"/>
              <w:left w:w="38" w:type="dxa"/>
              <w:bottom w:w="28" w:type="dxa"/>
              <w:right w:w="38" w:type="dxa"/>
            </w:tcMar>
            <w:vAlign w:val="center"/>
          </w:tcPr>
          <w:p w14:paraId="4063EDE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AAC116" w14:textId="77777777" w:rsidR="00D60D5E" w:rsidRDefault="00D60D5E">
            <w:pPr>
              <w:jc w:val="center"/>
            </w:pPr>
          </w:p>
        </w:tc>
      </w:tr>
      <w:tr w:rsidR="00D60D5E" w14:paraId="00189ABA" w14:textId="77777777" w:rsidTr="000617E0">
        <w:trPr>
          <w:cantSplit/>
          <w:jc w:val="center"/>
        </w:trPr>
        <w:tc>
          <w:tcPr>
            <w:tcW w:w="677" w:type="dxa"/>
            <w:tcMar>
              <w:top w:w="28" w:type="dxa"/>
              <w:left w:w="38" w:type="dxa"/>
              <w:bottom w:w="28" w:type="dxa"/>
              <w:right w:w="38" w:type="dxa"/>
            </w:tcMar>
            <w:vAlign w:val="center"/>
          </w:tcPr>
          <w:p w14:paraId="5EC63AAC" w14:textId="77777777" w:rsidR="00D60D5E" w:rsidRDefault="00891EF0">
            <w:pPr>
              <w:spacing w:after="0" w:line="240" w:lineRule="auto"/>
              <w:jc w:val="center"/>
            </w:pPr>
            <w:r>
              <w:rPr>
                <w:rFonts w:eastAsia="Aptos"/>
                <w:color w:val="6A7075"/>
                <w:sz w:val="17"/>
              </w:rPr>
              <w:t>285-210</w:t>
            </w:r>
          </w:p>
        </w:tc>
        <w:tc>
          <w:tcPr>
            <w:tcW w:w="2648" w:type="dxa"/>
            <w:tcMar>
              <w:top w:w="28" w:type="dxa"/>
              <w:left w:w="38" w:type="dxa"/>
              <w:bottom w:w="28" w:type="dxa"/>
              <w:right w:w="38" w:type="dxa"/>
            </w:tcMar>
            <w:vAlign w:val="center"/>
          </w:tcPr>
          <w:p w14:paraId="75C5B22C" w14:textId="77777777" w:rsidR="00D60D5E" w:rsidRDefault="00891EF0">
            <w:pPr>
              <w:spacing w:after="0" w:line="240" w:lineRule="auto"/>
            </w:pPr>
            <w:r>
              <w:rPr>
                <w:rFonts w:eastAsia="Aptos"/>
                <w:sz w:val="17"/>
              </w:rPr>
              <w:t>Italian Dressing 8oz</w:t>
            </w:r>
          </w:p>
        </w:tc>
        <w:tc>
          <w:tcPr>
            <w:tcW w:w="630" w:type="dxa"/>
            <w:tcMar>
              <w:top w:w="28" w:type="dxa"/>
              <w:left w:w="38" w:type="dxa"/>
              <w:bottom w:w="28" w:type="dxa"/>
              <w:right w:w="38" w:type="dxa"/>
            </w:tcMar>
            <w:vAlign w:val="center"/>
          </w:tcPr>
          <w:p w14:paraId="3C512C15"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1115034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2AEED0" w14:textId="77777777" w:rsidR="00D60D5E" w:rsidRDefault="00D60D5E">
            <w:pPr>
              <w:jc w:val="center"/>
            </w:pPr>
          </w:p>
        </w:tc>
      </w:tr>
      <w:tr w:rsidR="00D60D5E" w14:paraId="5B86CDAD" w14:textId="77777777" w:rsidTr="000617E0">
        <w:trPr>
          <w:cantSplit/>
          <w:jc w:val="center"/>
        </w:trPr>
        <w:tc>
          <w:tcPr>
            <w:tcW w:w="677" w:type="dxa"/>
            <w:tcMar>
              <w:top w:w="28" w:type="dxa"/>
              <w:left w:w="38" w:type="dxa"/>
              <w:bottom w:w="28" w:type="dxa"/>
              <w:right w:w="38" w:type="dxa"/>
            </w:tcMar>
            <w:vAlign w:val="center"/>
          </w:tcPr>
          <w:p w14:paraId="4AF47A1B" w14:textId="77777777" w:rsidR="00D60D5E" w:rsidRDefault="00891EF0">
            <w:pPr>
              <w:spacing w:after="0" w:line="240" w:lineRule="auto"/>
              <w:jc w:val="center"/>
            </w:pPr>
            <w:r>
              <w:rPr>
                <w:rFonts w:eastAsia="Aptos"/>
                <w:color w:val="6A7075"/>
                <w:sz w:val="17"/>
              </w:rPr>
              <w:t>285-215</w:t>
            </w:r>
          </w:p>
        </w:tc>
        <w:tc>
          <w:tcPr>
            <w:tcW w:w="2648" w:type="dxa"/>
            <w:tcMar>
              <w:top w:w="28" w:type="dxa"/>
              <w:left w:w="38" w:type="dxa"/>
              <w:bottom w:w="28" w:type="dxa"/>
              <w:right w:w="38" w:type="dxa"/>
            </w:tcMar>
            <w:vAlign w:val="center"/>
          </w:tcPr>
          <w:p w14:paraId="1FFD41EB" w14:textId="77777777" w:rsidR="00D60D5E" w:rsidRDefault="00891EF0">
            <w:pPr>
              <w:spacing w:after="0" w:line="240" w:lineRule="auto"/>
            </w:pPr>
            <w:r>
              <w:rPr>
                <w:rFonts w:eastAsia="Aptos"/>
                <w:sz w:val="17"/>
              </w:rPr>
              <w:t>Creamy Italian Dressing 8oz</w:t>
            </w:r>
          </w:p>
        </w:tc>
        <w:tc>
          <w:tcPr>
            <w:tcW w:w="630" w:type="dxa"/>
            <w:tcMar>
              <w:top w:w="28" w:type="dxa"/>
              <w:left w:w="38" w:type="dxa"/>
              <w:bottom w:w="28" w:type="dxa"/>
              <w:right w:w="38" w:type="dxa"/>
            </w:tcMar>
            <w:vAlign w:val="center"/>
          </w:tcPr>
          <w:p w14:paraId="51D688E5"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2E4E9FB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5135BA" w14:textId="77777777" w:rsidR="00D60D5E" w:rsidRDefault="00D60D5E">
            <w:pPr>
              <w:jc w:val="center"/>
            </w:pPr>
          </w:p>
        </w:tc>
      </w:tr>
      <w:tr w:rsidR="00D60D5E" w14:paraId="049FB04B" w14:textId="77777777" w:rsidTr="000617E0">
        <w:trPr>
          <w:cantSplit/>
          <w:jc w:val="center"/>
        </w:trPr>
        <w:tc>
          <w:tcPr>
            <w:tcW w:w="677" w:type="dxa"/>
            <w:tcMar>
              <w:top w:w="28" w:type="dxa"/>
              <w:left w:w="38" w:type="dxa"/>
              <w:bottom w:w="28" w:type="dxa"/>
              <w:right w:w="38" w:type="dxa"/>
            </w:tcMar>
            <w:vAlign w:val="center"/>
          </w:tcPr>
          <w:p w14:paraId="5D8D4D06" w14:textId="77777777" w:rsidR="00D60D5E" w:rsidRDefault="00891EF0">
            <w:pPr>
              <w:spacing w:after="0" w:line="240" w:lineRule="auto"/>
              <w:jc w:val="center"/>
            </w:pPr>
            <w:r>
              <w:rPr>
                <w:rFonts w:eastAsia="Aptos"/>
                <w:color w:val="6A7075"/>
                <w:sz w:val="17"/>
              </w:rPr>
              <w:t>285-220</w:t>
            </w:r>
          </w:p>
        </w:tc>
        <w:tc>
          <w:tcPr>
            <w:tcW w:w="2648" w:type="dxa"/>
            <w:tcMar>
              <w:top w:w="28" w:type="dxa"/>
              <w:left w:w="38" w:type="dxa"/>
              <w:bottom w:w="28" w:type="dxa"/>
              <w:right w:w="38" w:type="dxa"/>
            </w:tcMar>
            <w:vAlign w:val="center"/>
          </w:tcPr>
          <w:p w14:paraId="10D0BD98" w14:textId="77777777" w:rsidR="00D60D5E" w:rsidRDefault="00891EF0">
            <w:pPr>
              <w:spacing w:after="0" w:line="240" w:lineRule="auto"/>
            </w:pPr>
            <w:r>
              <w:rPr>
                <w:rFonts w:eastAsia="Aptos"/>
                <w:sz w:val="17"/>
              </w:rPr>
              <w:t>Zesty Italian Dressing 8oz</w:t>
            </w:r>
          </w:p>
        </w:tc>
        <w:tc>
          <w:tcPr>
            <w:tcW w:w="630" w:type="dxa"/>
            <w:tcMar>
              <w:top w:w="28" w:type="dxa"/>
              <w:left w:w="38" w:type="dxa"/>
              <w:bottom w:w="28" w:type="dxa"/>
              <w:right w:w="38" w:type="dxa"/>
            </w:tcMar>
            <w:vAlign w:val="center"/>
          </w:tcPr>
          <w:p w14:paraId="33061E9A"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0CD0BE2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F1ADD11" w14:textId="77777777" w:rsidR="00D60D5E" w:rsidRDefault="00D60D5E">
            <w:pPr>
              <w:jc w:val="center"/>
            </w:pPr>
          </w:p>
        </w:tc>
      </w:tr>
      <w:tr w:rsidR="00D60D5E" w14:paraId="2DABC2AB" w14:textId="77777777" w:rsidTr="000617E0">
        <w:trPr>
          <w:cantSplit/>
          <w:jc w:val="center"/>
        </w:trPr>
        <w:tc>
          <w:tcPr>
            <w:tcW w:w="677" w:type="dxa"/>
            <w:tcMar>
              <w:top w:w="28" w:type="dxa"/>
              <w:left w:w="38" w:type="dxa"/>
              <w:bottom w:w="28" w:type="dxa"/>
              <w:right w:w="38" w:type="dxa"/>
            </w:tcMar>
            <w:vAlign w:val="center"/>
          </w:tcPr>
          <w:p w14:paraId="7D3ADBEC" w14:textId="77777777" w:rsidR="00D60D5E" w:rsidRDefault="00891EF0">
            <w:pPr>
              <w:spacing w:after="0" w:line="240" w:lineRule="auto"/>
              <w:jc w:val="center"/>
            </w:pPr>
            <w:r>
              <w:rPr>
                <w:rFonts w:eastAsia="Aptos"/>
                <w:color w:val="6A7075"/>
                <w:sz w:val="17"/>
              </w:rPr>
              <w:t>285-225</w:t>
            </w:r>
          </w:p>
        </w:tc>
        <w:tc>
          <w:tcPr>
            <w:tcW w:w="2648" w:type="dxa"/>
            <w:tcMar>
              <w:top w:w="28" w:type="dxa"/>
              <w:left w:w="38" w:type="dxa"/>
              <w:bottom w:w="28" w:type="dxa"/>
              <w:right w:w="38" w:type="dxa"/>
            </w:tcMar>
            <w:vAlign w:val="center"/>
          </w:tcPr>
          <w:p w14:paraId="5613F328" w14:textId="77777777" w:rsidR="00D60D5E" w:rsidRDefault="00891EF0">
            <w:pPr>
              <w:spacing w:after="0" w:line="240" w:lineRule="auto"/>
            </w:pPr>
            <w:r>
              <w:rPr>
                <w:rFonts w:eastAsia="Aptos"/>
                <w:sz w:val="17"/>
              </w:rPr>
              <w:t>French Dressing 8oz</w:t>
            </w:r>
          </w:p>
        </w:tc>
        <w:tc>
          <w:tcPr>
            <w:tcW w:w="630" w:type="dxa"/>
            <w:tcMar>
              <w:top w:w="28" w:type="dxa"/>
              <w:left w:w="38" w:type="dxa"/>
              <w:bottom w:w="28" w:type="dxa"/>
              <w:right w:w="38" w:type="dxa"/>
            </w:tcMar>
            <w:vAlign w:val="center"/>
          </w:tcPr>
          <w:p w14:paraId="56641A46"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5950D9F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C730E7" w14:textId="77777777" w:rsidR="00D60D5E" w:rsidRDefault="00D60D5E">
            <w:pPr>
              <w:jc w:val="center"/>
            </w:pPr>
          </w:p>
        </w:tc>
      </w:tr>
      <w:tr w:rsidR="00D60D5E" w14:paraId="5094BDBC" w14:textId="77777777" w:rsidTr="000617E0">
        <w:trPr>
          <w:cantSplit/>
          <w:jc w:val="center"/>
        </w:trPr>
        <w:tc>
          <w:tcPr>
            <w:tcW w:w="677" w:type="dxa"/>
            <w:tcMar>
              <w:top w:w="28" w:type="dxa"/>
              <w:left w:w="38" w:type="dxa"/>
              <w:bottom w:w="28" w:type="dxa"/>
              <w:right w:w="38" w:type="dxa"/>
            </w:tcMar>
            <w:vAlign w:val="center"/>
          </w:tcPr>
          <w:p w14:paraId="3157EF2A" w14:textId="77777777" w:rsidR="00D60D5E" w:rsidRDefault="00891EF0">
            <w:pPr>
              <w:spacing w:after="0" w:line="240" w:lineRule="auto"/>
              <w:jc w:val="center"/>
            </w:pPr>
            <w:r>
              <w:rPr>
                <w:rFonts w:eastAsia="Aptos"/>
                <w:color w:val="6A7075"/>
                <w:sz w:val="17"/>
              </w:rPr>
              <w:t>285-230</w:t>
            </w:r>
          </w:p>
        </w:tc>
        <w:tc>
          <w:tcPr>
            <w:tcW w:w="2648" w:type="dxa"/>
            <w:tcMar>
              <w:top w:w="28" w:type="dxa"/>
              <w:left w:w="38" w:type="dxa"/>
              <w:bottom w:w="28" w:type="dxa"/>
              <w:right w:w="38" w:type="dxa"/>
            </w:tcMar>
            <w:vAlign w:val="center"/>
          </w:tcPr>
          <w:p w14:paraId="157EFE52" w14:textId="77777777" w:rsidR="00D60D5E" w:rsidRDefault="00891EF0">
            <w:pPr>
              <w:spacing w:after="0" w:line="240" w:lineRule="auto"/>
            </w:pPr>
            <w:r>
              <w:rPr>
                <w:rFonts w:eastAsia="Aptos"/>
                <w:sz w:val="17"/>
              </w:rPr>
              <w:t>Blue Cheese Dressing 8oz</w:t>
            </w:r>
          </w:p>
        </w:tc>
        <w:tc>
          <w:tcPr>
            <w:tcW w:w="630" w:type="dxa"/>
            <w:tcMar>
              <w:top w:w="28" w:type="dxa"/>
              <w:left w:w="38" w:type="dxa"/>
              <w:bottom w:w="28" w:type="dxa"/>
              <w:right w:w="38" w:type="dxa"/>
            </w:tcMar>
            <w:vAlign w:val="center"/>
          </w:tcPr>
          <w:p w14:paraId="43EF3E05"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4C2B226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D49CEB" w14:textId="77777777" w:rsidR="00D60D5E" w:rsidRDefault="00D60D5E">
            <w:pPr>
              <w:jc w:val="center"/>
            </w:pPr>
          </w:p>
        </w:tc>
      </w:tr>
      <w:tr w:rsidR="00D60D5E" w14:paraId="16B4A39A" w14:textId="77777777" w:rsidTr="000617E0">
        <w:trPr>
          <w:cantSplit/>
          <w:jc w:val="center"/>
        </w:trPr>
        <w:tc>
          <w:tcPr>
            <w:tcW w:w="677" w:type="dxa"/>
            <w:tcMar>
              <w:top w:w="28" w:type="dxa"/>
              <w:left w:w="38" w:type="dxa"/>
              <w:bottom w:w="28" w:type="dxa"/>
              <w:right w:w="38" w:type="dxa"/>
            </w:tcMar>
            <w:vAlign w:val="center"/>
          </w:tcPr>
          <w:p w14:paraId="753FB161" w14:textId="77777777" w:rsidR="00D60D5E" w:rsidRDefault="00891EF0">
            <w:pPr>
              <w:spacing w:after="0" w:line="240" w:lineRule="auto"/>
              <w:jc w:val="center"/>
            </w:pPr>
            <w:r>
              <w:rPr>
                <w:rFonts w:eastAsia="Aptos"/>
                <w:color w:val="6A7075"/>
                <w:sz w:val="17"/>
              </w:rPr>
              <w:t>285-235</w:t>
            </w:r>
          </w:p>
        </w:tc>
        <w:tc>
          <w:tcPr>
            <w:tcW w:w="2648" w:type="dxa"/>
            <w:tcMar>
              <w:top w:w="28" w:type="dxa"/>
              <w:left w:w="38" w:type="dxa"/>
              <w:bottom w:w="28" w:type="dxa"/>
              <w:right w:w="38" w:type="dxa"/>
            </w:tcMar>
            <w:vAlign w:val="center"/>
          </w:tcPr>
          <w:p w14:paraId="2784DF82" w14:textId="77777777" w:rsidR="00D60D5E" w:rsidRDefault="00891EF0">
            <w:pPr>
              <w:spacing w:after="0" w:line="240" w:lineRule="auto"/>
            </w:pPr>
            <w:r>
              <w:rPr>
                <w:rFonts w:eastAsia="Aptos"/>
                <w:sz w:val="17"/>
              </w:rPr>
              <w:t>Red Wine Vinaigrette 8oz</w:t>
            </w:r>
          </w:p>
        </w:tc>
        <w:tc>
          <w:tcPr>
            <w:tcW w:w="630" w:type="dxa"/>
            <w:tcMar>
              <w:top w:w="28" w:type="dxa"/>
              <w:left w:w="38" w:type="dxa"/>
              <w:bottom w:w="28" w:type="dxa"/>
              <w:right w:w="38" w:type="dxa"/>
            </w:tcMar>
            <w:vAlign w:val="center"/>
          </w:tcPr>
          <w:p w14:paraId="2F7F4F13"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4209655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829C57" w14:textId="77777777" w:rsidR="00D60D5E" w:rsidRDefault="00D60D5E">
            <w:pPr>
              <w:jc w:val="center"/>
            </w:pPr>
          </w:p>
        </w:tc>
      </w:tr>
      <w:tr w:rsidR="00D60D5E" w14:paraId="4B0993ED" w14:textId="77777777" w:rsidTr="000617E0">
        <w:trPr>
          <w:cantSplit/>
          <w:jc w:val="center"/>
        </w:trPr>
        <w:tc>
          <w:tcPr>
            <w:tcW w:w="677" w:type="dxa"/>
            <w:tcMar>
              <w:top w:w="28" w:type="dxa"/>
              <w:left w:w="38" w:type="dxa"/>
              <w:bottom w:w="28" w:type="dxa"/>
              <w:right w:w="38" w:type="dxa"/>
            </w:tcMar>
            <w:vAlign w:val="center"/>
          </w:tcPr>
          <w:p w14:paraId="2AF5174D" w14:textId="77777777" w:rsidR="00D60D5E" w:rsidRDefault="00891EF0">
            <w:pPr>
              <w:spacing w:after="0" w:line="240" w:lineRule="auto"/>
              <w:jc w:val="center"/>
            </w:pPr>
            <w:r>
              <w:rPr>
                <w:rFonts w:eastAsia="Aptos"/>
                <w:color w:val="6A7075"/>
                <w:sz w:val="17"/>
              </w:rPr>
              <w:t>285-240</w:t>
            </w:r>
          </w:p>
        </w:tc>
        <w:tc>
          <w:tcPr>
            <w:tcW w:w="2648" w:type="dxa"/>
            <w:tcMar>
              <w:top w:w="28" w:type="dxa"/>
              <w:left w:w="38" w:type="dxa"/>
              <w:bottom w:w="28" w:type="dxa"/>
              <w:right w:w="38" w:type="dxa"/>
            </w:tcMar>
            <w:vAlign w:val="center"/>
          </w:tcPr>
          <w:p w14:paraId="178B9BF9" w14:textId="77777777" w:rsidR="00D60D5E" w:rsidRDefault="00891EF0">
            <w:pPr>
              <w:spacing w:after="0" w:line="240" w:lineRule="auto"/>
            </w:pPr>
            <w:r>
              <w:rPr>
                <w:rFonts w:eastAsia="Aptos"/>
                <w:sz w:val="17"/>
              </w:rPr>
              <w:t>Caesar Dressing 8oz</w:t>
            </w:r>
          </w:p>
        </w:tc>
        <w:tc>
          <w:tcPr>
            <w:tcW w:w="630" w:type="dxa"/>
            <w:tcMar>
              <w:top w:w="28" w:type="dxa"/>
              <w:left w:w="38" w:type="dxa"/>
              <w:bottom w:w="28" w:type="dxa"/>
              <w:right w:w="38" w:type="dxa"/>
            </w:tcMar>
            <w:vAlign w:val="center"/>
          </w:tcPr>
          <w:p w14:paraId="61EB5F5E"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1DB6970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CCC761" w14:textId="77777777" w:rsidR="00D60D5E" w:rsidRDefault="00D60D5E">
            <w:pPr>
              <w:jc w:val="center"/>
            </w:pPr>
          </w:p>
        </w:tc>
      </w:tr>
      <w:tr w:rsidR="00D60D5E" w14:paraId="687009BF" w14:textId="77777777" w:rsidTr="000617E0">
        <w:trPr>
          <w:cantSplit/>
          <w:jc w:val="center"/>
        </w:trPr>
        <w:tc>
          <w:tcPr>
            <w:tcW w:w="677" w:type="dxa"/>
            <w:tcMar>
              <w:top w:w="28" w:type="dxa"/>
              <w:left w:w="38" w:type="dxa"/>
              <w:bottom w:w="28" w:type="dxa"/>
              <w:right w:w="38" w:type="dxa"/>
            </w:tcMar>
            <w:vAlign w:val="center"/>
          </w:tcPr>
          <w:p w14:paraId="497CD413" w14:textId="77777777" w:rsidR="00D60D5E" w:rsidRDefault="00891EF0">
            <w:pPr>
              <w:spacing w:after="0" w:line="240" w:lineRule="auto"/>
              <w:jc w:val="center"/>
            </w:pPr>
            <w:r>
              <w:rPr>
                <w:rFonts w:eastAsia="Aptos"/>
                <w:color w:val="6A7075"/>
                <w:sz w:val="17"/>
              </w:rPr>
              <w:t>285-245</w:t>
            </w:r>
          </w:p>
        </w:tc>
        <w:tc>
          <w:tcPr>
            <w:tcW w:w="2648" w:type="dxa"/>
            <w:tcMar>
              <w:top w:w="28" w:type="dxa"/>
              <w:left w:w="38" w:type="dxa"/>
              <w:bottom w:w="28" w:type="dxa"/>
              <w:right w:w="38" w:type="dxa"/>
            </w:tcMar>
            <w:vAlign w:val="center"/>
          </w:tcPr>
          <w:p w14:paraId="54E0AE33" w14:textId="77777777" w:rsidR="00D60D5E" w:rsidRDefault="00891EF0">
            <w:pPr>
              <w:spacing w:after="0" w:line="240" w:lineRule="auto"/>
            </w:pPr>
            <w:r>
              <w:rPr>
                <w:rFonts w:eastAsia="Aptos"/>
                <w:sz w:val="17"/>
              </w:rPr>
              <w:t>Cole Slaw Dressing 8oz</w:t>
            </w:r>
          </w:p>
        </w:tc>
        <w:tc>
          <w:tcPr>
            <w:tcW w:w="630" w:type="dxa"/>
            <w:tcMar>
              <w:top w:w="28" w:type="dxa"/>
              <w:left w:w="38" w:type="dxa"/>
              <w:bottom w:w="28" w:type="dxa"/>
              <w:right w:w="38" w:type="dxa"/>
            </w:tcMar>
            <w:vAlign w:val="center"/>
          </w:tcPr>
          <w:p w14:paraId="4A87B770"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5395268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F38633" w14:textId="77777777" w:rsidR="00D60D5E" w:rsidRDefault="00D60D5E">
            <w:pPr>
              <w:jc w:val="center"/>
            </w:pPr>
          </w:p>
        </w:tc>
      </w:tr>
      <w:tr w:rsidR="00D60D5E" w14:paraId="5836F611" w14:textId="77777777" w:rsidTr="000617E0">
        <w:trPr>
          <w:cantSplit/>
          <w:jc w:val="center"/>
        </w:trPr>
        <w:tc>
          <w:tcPr>
            <w:tcW w:w="677" w:type="dxa"/>
            <w:tcMar>
              <w:top w:w="28" w:type="dxa"/>
              <w:left w:w="38" w:type="dxa"/>
              <w:bottom w:w="28" w:type="dxa"/>
              <w:right w:w="38" w:type="dxa"/>
            </w:tcMar>
            <w:vAlign w:val="center"/>
          </w:tcPr>
          <w:p w14:paraId="2D32DF92" w14:textId="77777777" w:rsidR="00D60D5E" w:rsidRDefault="00891EF0">
            <w:pPr>
              <w:spacing w:after="0" w:line="240" w:lineRule="auto"/>
              <w:jc w:val="center"/>
            </w:pPr>
            <w:r>
              <w:rPr>
                <w:rFonts w:eastAsia="Aptos"/>
                <w:color w:val="6A7075"/>
                <w:sz w:val="17"/>
              </w:rPr>
              <w:t>285-250</w:t>
            </w:r>
          </w:p>
        </w:tc>
        <w:tc>
          <w:tcPr>
            <w:tcW w:w="2648" w:type="dxa"/>
            <w:tcMar>
              <w:top w:w="28" w:type="dxa"/>
              <w:left w:w="38" w:type="dxa"/>
              <w:bottom w:w="28" w:type="dxa"/>
              <w:right w:w="38" w:type="dxa"/>
            </w:tcMar>
            <w:vAlign w:val="center"/>
          </w:tcPr>
          <w:p w14:paraId="13B7AF32" w14:textId="77777777" w:rsidR="00D60D5E" w:rsidRDefault="00891EF0">
            <w:pPr>
              <w:spacing w:after="0" w:line="240" w:lineRule="auto"/>
            </w:pPr>
            <w:r>
              <w:rPr>
                <w:rFonts w:eastAsia="Aptos"/>
                <w:sz w:val="17"/>
              </w:rPr>
              <w:t>1000 Islands Dressing 8oz</w:t>
            </w:r>
          </w:p>
        </w:tc>
        <w:tc>
          <w:tcPr>
            <w:tcW w:w="630" w:type="dxa"/>
            <w:tcMar>
              <w:top w:w="28" w:type="dxa"/>
              <w:left w:w="38" w:type="dxa"/>
              <w:bottom w:w="28" w:type="dxa"/>
              <w:right w:w="38" w:type="dxa"/>
            </w:tcMar>
            <w:vAlign w:val="center"/>
          </w:tcPr>
          <w:p w14:paraId="08C8CBC3" w14:textId="77777777" w:rsidR="00D60D5E" w:rsidRDefault="00891EF0">
            <w:pPr>
              <w:spacing w:after="0" w:line="240" w:lineRule="auto"/>
              <w:jc w:val="center"/>
            </w:pPr>
            <w:r>
              <w:rPr>
                <w:rFonts w:eastAsia="Aptos"/>
                <w:b/>
                <w:sz w:val="17"/>
              </w:rPr>
              <w:t>3.80</w:t>
            </w:r>
          </w:p>
        </w:tc>
        <w:tc>
          <w:tcPr>
            <w:tcW w:w="540" w:type="dxa"/>
            <w:tcMar>
              <w:top w:w="28" w:type="dxa"/>
              <w:left w:w="38" w:type="dxa"/>
              <w:bottom w:w="28" w:type="dxa"/>
              <w:right w:w="38" w:type="dxa"/>
            </w:tcMar>
            <w:vAlign w:val="center"/>
          </w:tcPr>
          <w:p w14:paraId="1A3DACF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215141" w14:textId="77777777" w:rsidR="00D60D5E" w:rsidRDefault="00D60D5E">
            <w:pPr>
              <w:jc w:val="center"/>
            </w:pPr>
          </w:p>
        </w:tc>
      </w:tr>
      <w:tr w:rsidR="00D60D5E" w14:paraId="6D849A11" w14:textId="77777777" w:rsidTr="000617E0">
        <w:trPr>
          <w:cantSplit/>
          <w:jc w:val="center"/>
        </w:trPr>
        <w:tc>
          <w:tcPr>
            <w:tcW w:w="677" w:type="dxa"/>
            <w:tcMar>
              <w:top w:w="28" w:type="dxa"/>
              <w:left w:w="38" w:type="dxa"/>
              <w:bottom w:w="28" w:type="dxa"/>
              <w:right w:w="38" w:type="dxa"/>
            </w:tcMar>
            <w:vAlign w:val="center"/>
          </w:tcPr>
          <w:p w14:paraId="4F8AC0A4" w14:textId="77777777" w:rsidR="00D60D5E" w:rsidRDefault="00891EF0">
            <w:pPr>
              <w:spacing w:after="0" w:line="240" w:lineRule="auto"/>
              <w:jc w:val="center"/>
            </w:pPr>
            <w:r>
              <w:rPr>
                <w:rFonts w:eastAsia="Aptos"/>
                <w:color w:val="6A7075"/>
                <w:sz w:val="17"/>
              </w:rPr>
              <w:t>285-255</w:t>
            </w:r>
          </w:p>
        </w:tc>
        <w:tc>
          <w:tcPr>
            <w:tcW w:w="2648" w:type="dxa"/>
            <w:tcMar>
              <w:top w:w="28" w:type="dxa"/>
              <w:left w:w="38" w:type="dxa"/>
              <w:bottom w:w="28" w:type="dxa"/>
              <w:right w:w="38" w:type="dxa"/>
            </w:tcMar>
            <w:vAlign w:val="center"/>
          </w:tcPr>
          <w:p w14:paraId="190D44F3" w14:textId="77777777" w:rsidR="00D60D5E" w:rsidRDefault="00891EF0">
            <w:pPr>
              <w:spacing w:after="0" w:line="240" w:lineRule="auto"/>
            </w:pPr>
            <w:r>
              <w:rPr>
                <w:rFonts w:eastAsia="Aptos"/>
                <w:sz w:val="17"/>
              </w:rPr>
              <w:t>Dressing Salad Cream 285g</w:t>
            </w:r>
          </w:p>
        </w:tc>
        <w:tc>
          <w:tcPr>
            <w:tcW w:w="630" w:type="dxa"/>
            <w:tcMar>
              <w:top w:w="28" w:type="dxa"/>
              <w:left w:w="38" w:type="dxa"/>
              <w:bottom w:w="28" w:type="dxa"/>
              <w:right w:w="38" w:type="dxa"/>
            </w:tcMar>
            <w:vAlign w:val="center"/>
          </w:tcPr>
          <w:p w14:paraId="2D1ACAF0"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77E816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DB6165C" w14:textId="77777777" w:rsidR="00D60D5E" w:rsidRDefault="00D60D5E">
            <w:pPr>
              <w:jc w:val="center"/>
            </w:pPr>
          </w:p>
        </w:tc>
      </w:tr>
      <w:tr w:rsidR="00D60D5E" w14:paraId="3215D7B3" w14:textId="77777777" w:rsidTr="000617E0">
        <w:trPr>
          <w:cantSplit/>
          <w:jc w:val="center"/>
        </w:trPr>
        <w:tc>
          <w:tcPr>
            <w:tcW w:w="677" w:type="dxa"/>
            <w:tcMar>
              <w:top w:w="28" w:type="dxa"/>
              <w:left w:w="38" w:type="dxa"/>
              <w:bottom w:w="28" w:type="dxa"/>
              <w:right w:w="38" w:type="dxa"/>
            </w:tcMar>
            <w:vAlign w:val="center"/>
          </w:tcPr>
          <w:p w14:paraId="1317656E" w14:textId="77777777" w:rsidR="00D60D5E" w:rsidRDefault="00891EF0">
            <w:pPr>
              <w:spacing w:after="0" w:line="240" w:lineRule="auto"/>
              <w:jc w:val="center"/>
            </w:pPr>
            <w:r>
              <w:rPr>
                <w:rFonts w:eastAsia="Aptos"/>
                <w:color w:val="6A7075"/>
                <w:sz w:val="17"/>
              </w:rPr>
              <w:t>285-260</w:t>
            </w:r>
          </w:p>
        </w:tc>
        <w:tc>
          <w:tcPr>
            <w:tcW w:w="2648" w:type="dxa"/>
            <w:tcMar>
              <w:top w:w="28" w:type="dxa"/>
              <w:left w:w="38" w:type="dxa"/>
              <w:bottom w:w="28" w:type="dxa"/>
              <w:right w:w="38" w:type="dxa"/>
            </w:tcMar>
            <w:vAlign w:val="center"/>
          </w:tcPr>
          <w:p w14:paraId="039AEC21" w14:textId="77777777" w:rsidR="00D60D5E" w:rsidRDefault="00891EF0">
            <w:pPr>
              <w:spacing w:after="0" w:line="240" w:lineRule="auto"/>
            </w:pPr>
            <w:r>
              <w:rPr>
                <w:rFonts w:eastAsia="Aptos"/>
                <w:sz w:val="17"/>
              </w:rPr>
              <w:t>Ranch Dressing 8oz</w:t>
            </w:r>
          </w:p>
        </w:tc>
        <w:tc>
          <w:tcPr>
            <w:tcW w:w="630" w:type="dxa"/>
            <w:tcMar>
              <w:top w:w="28" w:type="dxa"/>
              <w:left w:w="38" w:type="dxa"/>
              <w:bottom w:w="28" w:type="dxa"/>
              <w:right w:w="38" w:type="dxa"/>
            </w:tcMar>
            <w:vAlign w:val="center"/>
          </w:tcPr>
          <w:p w14:paraId="6961662F"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5899FB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65BFD6C" w14:textId="77777777" w:rsidR="00D60D5E" w:rsidRDefault="00D60D5E">
            <w:pPr>
              <w:jc w:val="center"/>
            </w:pPr>
          </w:p>
        </w:tc>
      </w:tr>
      <w:tr w:rsidR="00D60D5E" w14:paraId="0FFDE5BC" w14:textId="77777777" w:rsidTr="000617E0">
        <w:trPr>
          <w:cantSplit/>
          <w:jc w:val="center"/>
        </w:trPr>
        <w:tc>
          <w:tcPr>
            <w:tcW w:w="677" w:type="dxa"/>
            <w:tcMar>
              <w:top w:w="28" w:type="dxa"/>
              <w:left w:w="38" w:type="dxa"/>
              <w:bottom w:w="28" w:type="dxa"/>
              <w:right w:w="38" w:type="dxa"/>
            </w:tcMar>
            <w:vAlign w:val="center"/>
          </w:tcPr>
          <w:p w14:paraId="0B00C21A" w14:textId="77777777" w:rsidR="00D60D5E" w:rsidRDefault="00891EF0">
            <w:pPr>
              <w:spacing w:after="0" w:line="240" w:lineRule="auto"/>
              <w:jc w:val="center"/>
            </w:pPr>
            <w:r>
              <w:rPr>
                <w:rFonts w:eastAsia="Aptos"/>
                <w:color w:val="6A7075"/>
                <w:sz w:val="17"/>
              </w:rPr>
              <w:t>285-265</w:t>
            </w:r>
          </w:p>
        </w:tc>
        <w:tc>
          <w:tcPr>
            <w:tcW w:w="2648" w:type="dxa"/>
            <w:tcMar>
              <w:top w:w="28" w:type="dxa"/>
              <w:left w:w="38" w:type="dxa"/>
              <w:bottom w:w="28" w:type="dxa"/>
              <w:right w:w="38" w:type="dxa"/>
            </w:tcMar>
            <w:vAlign w:val="center"/>
          </w:tcPr>
          <w:p w14:paraId="37230B47" w14:textId="77777777" w:rsidR="00D60D5E" w:rsidRDefault="00891EF0">
            <w:pPr>
              <w:spacing w:after="0" w:line="240" w:lineRule="auto"/>
            </w:pPr>
            <w:r>
              <w:rPr>
                <w:rFonts w:eastAsia="Aptos"/>
                <w:sz w:val="17"/>
              </w:rPr>
              <w:t>Avocado Oil Spray 13.5 oz *NEW*</w:t>
            </w:r>
          </w:p>
        </w:tc>
        <w:tc>
          <w:tcPr>
            <w:tcW w:w="630" w:type="dxa"/>
            <w:tcMar>
              <w:top w:w="28" w:type="dxa"/>
              <w:left w:w="38" w:type="dxa"/>
              <w:bottom w:w="28" w:type="dxa"/>
              <w:right w:w="38" w:type="dxa"/>
            </w:tcMar>
            <w:vAlign w:val="center"/>
          </w:tcPr>
          <w:p w14:paraId="56748699" w14:textId="77777777" w:rsidR="00D60D5E" w:rsidRDefault="00891EF0">
            <w:pPr>
              <w:spacing w:after="0" w:line="240" w:lineRule="auto"/>
              <w:jc w:val="center"/>
            </w:pPr>
            <w:r>
              <w:rPr>
                <w:rFonts w:eastAsia="Aptos"/>
                <w:b/>
                <w:sz w:val="17"/>
              </w:rPr>
              <w:t>11.79</w:t>
            </w:r>
          </w:p>
        </w:tc>
        <w:tc>
          <w:tcPr>
            <w:tcW w:w="540" w:type="dxa"/>
            <w:tcMar>
              <w:top w:w="28" w:type="dxa"/>
              <w:left w:w="38" w:type="dxa"/>
              <w:bottom w:w="28" w:type="dxa"/>
              <w:right w:w="38" w:type="dxa"/>
            </w:tcMar>
            <w:vAlign w:val="center"/>
          </w:tcPr>
          <w:p w14:paraId="4F5C735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C10587" w14:textId="77777777" w:rsidR="00D60D5E" w:rsidRDefault="00D60D5E">
            <w:pPr>
              <w:jc w:val="center"/>
            </w:pPr>
          </w:p>
        </w:tc>
      </w:tr>
      <w:tr w:rsidR="00D60D5E" w14:paraId="16A69B03" w14:textId="77777777" w:rsidTr="000617E0">
        <w:trPr>
          <w:cantSplit/>
          <w:jc w:val="center"/>
        </w:trPr>
        <w:tc>
          <w:tcPr>
            <w:tcW w:w="677" w:type="dxa"/>
            <w:shd w:val="clear" w:color="auto" w:fill="D9EAF7"/>
            <w:tcMar>
              <w:top w:w="28" w:type="dxa"/>
              <w:left w:w="38" w:type="dxa"/>
              <w:bottom w:w="28" w:type="dxa"/>
              <w:right w:w="38" w:type="dxa"/>
            </w:tcMar>
            <w:vAlign w:val="center"/>
          </w:tcPr>
          <w:p w14:paraId="1A632109" w14:textId="77777777" w:rsidR="00D60D5E" w:rsidRDefault="00891EF0">
            <w:pPr>
              <w:spacing w:after="0" w:line="240" w:lineRule="auto"/>
              <w:jc w:val="center"/>
            </w:pPr>
            <w:r>
              <w:rPr>
                <w:rFonts w:eastAsia="Aptos"/>
                <w:b/>
                <w:color w:val="2F4F8F"/>
                <w:sz w:val="18"/>
              </w:rPr>
              <w:t>290-</w:t>
            </w:r>
          </w:p>
        </w:tc>
        <w:tc>
          <w:tcPr>
            <w:tcW w:w="2648" w:type="dxa"/>
            <w:shd w:val="clear" w:color="auto" w:fill="D9EAF7"/>
            <w:tcMar>
              <w:top w:w="28" w:type="dxa"/>
              <w:left w:w="38" w:type="dxa"/>
              <w:bottom w:w="28" w:type="dxa"/>
              <w:right w:w="38" w:type="dxa"/>
            </w:tcMar>
            <w:vAlign w:val="center"/>
          </w:tcPr>
          <w:p w14:paraId="67F71189" w14:textId="77777777" w:rsidR="00D60D5E" w:rsidRDefault="00891EF0">
            <w:pPr>
              <w:spacing w:after="0" w:line="240" w:lineRule="auto"/>
            </w:pPr>
            <w:r>
              <w:rPr>
                <w:rFonts w:eastAsia="Aptos"/>
                <w:b/>
                <w:color w:val="2F4F8F"/>
                <w:sz w:val="18"/>
              </w:rPr>
              <w:t>CHILLED JUICES</w:t>
            </w:r>
          </w:p>
        </w:tc>
        <w:tc>
          <w:tcPr>
            <w:tcW w:w="630" w:type="dxa"/>
            <w:shd w:val="clear" w:color="auto" w:fill="D9EAF7"/>
            <w:tcMar>
              <w:top w:w="28" w:type="dxa"/>
              <w:left w:w="38" w:type="dxa"/>
              <w:bottom w:w="28" w:type="dxa"/>
              <w:right w:w="38" w:type="dxa"/>
            </w:tcMar>
            <w:vAlign w:val="center"/>
          </w:tcPr>
          <w:p w14:paraId="0C68A89D"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6193B78"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310B396B" w14:textId="77777777" w:rsidR="00D60D5E" w:rsidRDefault="00D60D5E">
            <w:pPr>
              <w:jc w:val="center"/>
            </w:pPr>
          </w:p>
        </w:tc>
      </w:tr>
      <w:tr w:rsidR="00D60D5E" w14:paraId="3E7ABFD1" w14:textId="77777777" w:rsidTr="000617E0">
        <w:trPr>
          <w:cantSplit/>
          <w:jc w:val="center"/>
        </w:trPr>
        <w:tc>
          <w:tcPr>
            <w:tcW w:w="677" w:type="dxa"/>
            <w:tcMar>
              <w:top w:w="28" w:type="dxa"/>
              <w:left w:w="38" w:type="dxa"/>
              <w:bottom w:w="28" w:type="dxa"/>
              <w:right w:w="38" w:type="dxa"/>
            </w:tcMar>
            <w:vAlign w:val="center"/>
          </w:tcPr>
          <w:p w14:paraId="10956D1A" w14:textId="77777777" w:rsidR="00D60D5E" w:rsidRDefault="00891EF0">
            <w:pPr>
              <w:spacing w:after="0" w:line="240" w:lineRule="auto"/>
              <w:jc w:val="center"/>
            </w:pPr>
            <w:r>
              <w:rPr>
                <w:rFonts w:eastAsia="Aptos"/>
                <w:color w:val="6A7075"/>
                <w:sz w:val="17"/>
              </w:rPr>
              <w:t>290-105</w:t>
            </w:r>
          </w:p>
        </w:tc>
        <w:tc>
          <w:tcPr>
            <w:tcW w:w="2648" w:type="dxa"/>
            <w:tcMar>
              <w:top w:w="28" w:type="dxa"/>
              <w:left w:w="38" w:type="dxa"/>
              <w:bottom w:w="28" w:type="dxa"/>
              <w:right w:w="38" w:type="dxa"/>
            </w:tcMar>
            <w:vAlign w:val="center"/>
          </w:tcPr>
          <w:p w14:paraId="4F873BF6" w14:textId="77777777" w:rsidR="00D60D5E" w:rsidRDefault="00891EF0">
            <w:pPr>
              <w:spacing w:after="0" w:line="240" w:lineRule="auto"/>
            </w:pPr>
            <w:r>
              <w:rPr>
                <w:rFonts w:eastAsia="Aptos"/>
                <w:sz w:val="17"/>
              </w:rPr>
              <w:t>Tropicana Home Style 64oz</w:t>
            </w:r>
          </w:p>
        </w:tc>
        <w:tc>
          <w:tcPr>
            <w:tcW w:w="630" w:type="dxa"/>
            <w:tcMar>
              <w:top w:w="28" w:type="dxa"/>
              <w:left w:w="38" w:type="dxa"/>
              <w:bottom w:w="28" w:type="dxa"/>
              <w:right w:w="38" w:type="dxa"/>
            </w:tcMar>
            <w:vAlign w:val="center"/>
          </w:tcPr>
          <w:p w14:paraId="12142B14" w14:textId="77777777" w:rsidR="00D60D5E" w:rsidRDefault="00891EF0">
            <w:pPr>
              <w:spacing w:after="0" w:line="240" w:lineRule="auto"/>
              <w:jc w:val="center"/>
            </w:pPr>
            <w:r>
              <w:rPr>
                <w:rFonts w:eastAsia="Aptos"/>
                <w:b/>
                <w:sz w:val="17"/>
              </w:rPr>
              <w:t>10.59</w:t>
            </w:r>
          </w:p>
        </w:tc>
        <w:tc>
          <w:tcPr>
            <w:tcW w:w="540" w:type="dxa"/>
            <w:tcMar>
              <w:top w:w="28" w:type="dxa"/>
              <w:left w:w="38" w:type="dxa"/>
              <w:bottom w:w="28" w:type="dxa"/>
              <w:right w:w="38" w:type="dxa"/>
            </w:tcMar>
            <w:vAlign w:val="center"/>
          </w:tcPr>
          <w:p w14:paraId="2AC5688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479061" w14:textId="77777777" w:rsidR="00D60D5E" w:rsidRDefault="00D60D5E">
            <w:pPr>
              <w:jc w:val="center"/>
            </w:pPr>
          </w:p>
        </w:tc>
      </w:tr>
      <w:tr w:rsidR="00D60D5E" w14:paraId="74E0A25C" w14:textId="77777777" w:rsidTr="000617E0">
        <w:trPr>
          <w:cantSplit/>
          <w:jc w:val="center"/>
        </w:trPr>
        <w:tc>
          <w:tcPr>
            <w:tcW w:w="677" w:type="dxa"/>
            <w:tcMar>
              <w:top w:w="28" w:type="dxa"/>
              <w:left w:w="38" w:type="dxa"/>
              <w:bottom w:w="28" w:type="dxa"/>
              <w:right w:w="38" w:type="dxa"/>
            </w:tcMar>
            <w:vAlign w:val="center"/>
          </w:tcPr>
          <w:p w14:paraId="061D8208" w14:textId="77777777" w:rsidR="00D60D5E" w:rsidRDefault="00891EF0">
            <w:pPr>
              <w:spacing w:after="0" w:line="240" w:lineRule="auto"/>
              <w:jc w:val="center"/>
            </w:pPr>
            <w:r>
              <w:rPr>
                <w:rFonts w:eastAsia="Aptos"/>
                <w:color w:val="6A7075"/>
                <w:sz w:val="17"/>
              </w:rPr>
              <w:t>290-110</w:t>
            </w:r>
          </w:p>
        </w:tc>
        <w:tc>
          <w:tcPr>
            <w:tcW w:w="2648" w:type="dxa"/>
            <w:tcMar>
              <w:top w:w="28" w:type="dxa"/>
              <w:left w:w="38" w:type="dxa"/>
              <w:bottom w:w="28" w:type="dxa"/>
              <w:right w:w="38" w:type="dxa"/>
            </w:tcMar>
            <w:vAlign w:val="center"/>
          </w:tcPr>
          <w:p w14:paraId="35121CDD" w14:textId="77777777" w:rsidR="00D60D5E" w:rsidRDefault="00891EF0">
            <w:pPr>
              <w:spacing w:after="0" w:line="240" w:lineRule="auto"/>
            </w:pPr>
            <w:r>
              <w:rPr>
                <w:rFonts w:eastAsia="Aptos"/>
                <w:sz w:val="17"/>
              </w:rPr>
              <w:t>Tropicana Grove stand 64oz</w:t>
            </w:r>
          </w:p>
        </w:tc>
        <w:tc>
          <w:tcPr>
            <w:tcW w:w="630" w:type="dxa"/>
            <w:tcMar>
              <w:top w:w="28" w:type="dxa"/>
              <w:left w:w="38" w:type="dxa"/>
              <w:bottom w:w="28" w:type="dxa"/>
              <w:right w:w="38" w:type="dxa"/>
            </w:tcMar>
            <w:vAlign w:val="center"/>
          </w:tcPr>
          <w:p w14:paraId="12EA075B" w14:textId="77777777" w:rsidR="00D60D5E" w:rsidRDefault="00891EF0">
            <w:pPr>
              <w:spacing w:after="0" w:line="240" w:lineRule="auto"/>
              <w:jc w:val="center"/>
            </w:pPr>
            <w:r>
              <w:rPr>
                <w:rFonts w:eastAsia="Aptos"/>
                <w:b/>
                <w:sz w:val="17"/>
              </w:rPr>
              <w:t>10.29</w:t>
            </w:r>
          </w:p>
        </w:tc>
        <w:tc>
          <w:tcPr>
            <w:tcW w:w="540" w:type="dxa"/>
            <w:tcMar>
              <w:top w:w="28" w:type="dxa"/>
              <w:left w:w="38" w:type="dxa"/>
              <w:bottom w:w="28" w:type="dxa"/>
              <w:right w:w="38" w:type="dxa"/>
            </w:tcMar>
            <w:vAlign w:val="center"/>
          </w:tcPr>
          <w:p w14:paraId="3728E2F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697B3FC" w14:textId="77777777" w:rsidR="00D60D5E" w:rsidRDefault="00D60D5E">
            <w:pPr>
              <w:jc w:val="center"/>
            </w:pPr>
          </w:p>
        </w:tc>
      </w:tr>
      <w:tr w:rsidR="00D60D5E" w14:paraId="7233191C" w14:textId="77777777" w:rsidTr="000617E0">
        <w:trPr>
          <w:cantSplit/>
          <w:jc w:val="center"/>
        </w:trPr>
        <w:tc>
          <w:tcPr>
            <w:tcW w:w="677" w:type="dxa"/>
            <w:tcMar>
              <w:top w:w="28" w:type="dxa"/>
              <w:left w:w="38" w:type="dxa"/>
              <w:bottom w:w="28" w:type="dxa"/>
              <w:right w:w="38" w:type="dxa"/>
            </w:tcMar>
            <w:vAlign w:val="center"/>
          </w:tcPr>
          <w:p w14:paraId="68C19F20" w14:textId="77777777" w:rsidR="00D60D5E" w:rsidRDefault="00891EF0">
            <w:pPr>
              <w:spacing w:after="0" w:line="240" w:lineRule="auto"/>
              <w:jc w:val="center"/>
            </w:pPr>
            <w:r>
              <w:rPr>
                <w:rFonts w:eastAsia="Aptos"/>
                <w:color w:val="6A7075"/>
                <w:sz w:val="17"/>
              </w:rPr>
              <w:t>290-115</w:t>
            </w:r>
          </w:p>
        </w:tc>
        <w:tc>
          <w:tcPr>
            <w:tcW w:w="2648" w:type="dxa"/>
            <w:tcMar>
              <w:top w:w="28" w:type="dxa"/>
              <w:left w:w="38" w:type="dxa"/>
              <w:bottom w:w="28" w:type="dxa"/>
              <w:right w:w="38" w:type="dxa"/>
            </w:tcMar>
            <w:vAlign w:val="center"/>
          </w:tcPr>
          <w:p w14:paraId="67028AA1" w14:textId="77777777" w:rsidR="00D60D5E" w:rsidRDefault="00891EF0">
            <w:pPr>
              <w:spacing w:after="0" w:line="240" w:lineRule="auto"/>
            </w:pPr>
            <w:r>
              <w:rPr>
                <w:rFonts w:eastAsia="Aptos"/>
                <w:sz w:val="17"/>
              </w:rPr>
              <w:t>Tropicana Ruby Red Grapefruit 59oz</w:t>
            </w:r>
          </w:p>
        </w:tc>
        <w:tc>
          <w:tcPr>
            <w:tcW w:w="630" w:type="dxa"/>
            <w:tcMar>
              <w:top w:w="28" w:type="dxa"/>
              <w:left w:w="38" w:type="dxa"/>
              <w:bottom w:w="28" w:type="dxa"/>
              <w:right w:w="38" w:type="dxa"/>
            </w:tcMar>
            <w:vAlign w:val="center"/>
          </w:tcPr>
          <w:p w14:paraId="678D33ED"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2F0E0B7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DA1A63" w14:textId="77777777" w:rsidR="00D60D5E" w:rsidRDefault="00D60D5E">
            <w:pPr>
              <w:jc w:val="center"/>
            </w:pPr>
          </w:p>
        </w:tc>
      </w:tr>
      <w:tr w:rsidR="00D60D5E" w14:paraId="5E29522F" w14:textId="77777777" w:rsidTr="000617E0">
        <w:trPr>
          <w:cantSplit/>
          <w:jc w:val="center"/>
        </w:trPr>
        <w:tc>
          <w:tcPr>
            <w:tcW w:w="677" w:type="dxa"/>
            <w:tcMar>
              <w:top w:w="28" w:type="dxa"/>
              <w:left w:w="38" w:type="dxa"/>
              <w:bottom w:w="28" w:type="dxa"/>
              <w:right w:w="38" w:type="dxa"/>
            </w:tcMar>
            <w:vAlign w:val="center"/>
          </w:tcPr>
          <w:p w14:paraId="2D573C83" w14:textId="77777777" w:rsidR="00D60D5E" w:rsidRDefault="00891EF0">
            <w:pPr>
              <w:spacing w:after="0" w:line="240" w:lineRule="auto"/>
              <w:jc w:val="center"/>
            </w:pPr>
            <w:r>
              <w:rPr>
                <w:rFonts w:eastAsia="Aptos"/>
                <w:color w:val="6A7075"/>
                <w:sz w:val="17"/>
              </w:rPr>
              <w:lastRenderedPageBreak/>
              <w:t>290-120</w:t>
            </w:r>
          </w:p>
        </w:tc>
        <w:tc>
          <w:tcPr>
            <w:tcW w:w="2648" w:type="dxa"/>
            <w:tcMar>
              <w:top w:w="28" w:type="dxa"/>
              <w:left w:w="38" w:type="dxa"/>
              <w:bottom w:w="28" w:type="dxa"/>
              <w:right w:w="38" w:type="dxa"/>
            </w:tcMar>
            <w:vAlign w:val="center"/>
          </w:tcPr>
          <w:p w14:paraId="06B93274" w14:textId="77777777" w:rsidR="00D60D5E" w:rsidRDefault="00891EF0">
            <w:pPr>
              <w:spacing w:after="0" w:line="240" w:lineRule="auto"/>
            </w:pPr>
            <w:r>
              <w:rPr>
                <w:rFonts w:eastAsia="Aptos"/>
                <w:sz w:val="17"/>
              </w:rPr>
              <w:t>Orange/Strawberry/Banana Dole 59oz</w:t>
            </w:r>
          </w:p>
        </w:tc>
        <w:tc>
          <w:tcPr>
            <w:tcW w:w="630" w:type="dxa"/>
            <w:tcMar>
              <w:top w:w="28" w:type="dxa"/>
              <w:left w:w="38" w:type="dxa"/>
              <w:bottom w:w="28" w:type="dxa"/>
              <w:right w:w="38" w:type="dxa"/>
            </w:tcMar>
            <w:vAlign w:val="center"/>
          </w:tcPr>
          <w:p w14:paraId="09D13CD9"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3B1806D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CBD7FA" w14:textId="77777777" w:rsidR="00D60D5E" w:rsidRDefault="00D60D5E">
            <w:pPr>
              <w:jc w:val="center"/>
            </w:pPr>
          </w:p>
        </w:tc>
      </w:tr>
      <w:tr w:rsidR="00D60D5E" w14:paraId="2BE1F783" w14:textId="77777777" w:rsidTr="000617E0">
        <w:trPr>
          <w:cantSplit/>
          <w:jc w:val="center"/>
        </w:trPr>
        <w:tc>
          <w:tcPr>
            <w:tcW w:w="677" w:type="dxa"/>
            <w:tcMar>
              <w:top w:w="28" w:type="dxa"/>
              <w:left w:w="38" w:type="dxa"/>
              <w:bottom w:w="28" w:type="dxa"/>
              <w:right w:w="38" w:type="dxa"/>
            </w:tcMar>
            <w:vAlign w:val="center"/>
          </w:tcPr>
          <w:p w14:paraId="7242B009" w14:textId="77777777" w:rsidR="00D60D5E" w:rsidRDefault="00891EF0">
            <w:pPr>
              <w:spacing w:after="0" w:line="240" w:lineRule="auto"/>
              <w:jc w:val="center"/>
            </w:pPr>
            <w:r>
              <w:rPr>
                <w:rFonts w:eastAsia="Aptos"/>
                <w:color w:val="6A7075"/>
                <w:sz w:val="17"/>
              </w:rPr>
              <w:t>290-125</w:t>
            </w:r>
          </w:p>
        </w:tc>
        <w:tc>
          <w:tcPr>
            <w:tcW w:w="2648" w:type="dxa"/>
            <w:tcMar>
              <w:top w:w="28" w:type="dxa"/>
              <w:left w:w="38" w:type="dxa"/>
              <w:bottom w:w="28" w:type="dxa"/>
              <w:right w:w="38" w:type="dxa"/>
            </w:tcMar>
            <w:vAlign w:val="center"/>
          </w:tcPr>
          <w:p w14:paraId="036836BE" w14:textId="77777777" w:rsidR="00D60D5E" w:rsidRDefault="00891EF0">
            <w:pPr>
              <w:spacing w:after="0" w:line="240" w:lineRule="auto"/>
            </w:pPr>
            <w:r>
              <w:rPr>
                <w:rFonts w:eastAsia="Aptos"/>
                <w:sz w:val="17"/>
              </w:rPr>
              <w:t>Pure Pineapple 59oz</w:t>
            </w:r>
          </w:p>
        </w:tc>
        <w:tc>
          <w:tcPr>
            <w:tcW w:w="630" w:type="dxa"/>
            <w:tcMar>
              <w:top w:w="28" w:type="dxa"/>
              <w:left w:w="38" w:type="dxa"/>
              <w:bottom w:w="28" w:type="dxa"/>
              <w:right w:w="38" w:type="dxa"/>
            </w:tcMar>
            <w:vAlign w:val="center"/>
          </w:tcPr>
          <w:p w14:paraId="5008D909"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7E7B091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184A29" w14:textId="77777777" w:rsidR="00D60D5E" w:rsidRDefault="00D60D5E">
            <w:pPr>
              <w:jc w:val="center"/>
            </w:pPr>
          </w:p>
        </w:tc>
      </w:tr>
      <w:tr w:rsidR="00D60D5E" w14:paraId="35CAE990" w14:textId="77777777" w:rsidTr="000617E0">
        <w:trPr>
          <w:cantSplit/>
          <w:jc w:val="center"/>
        </w:trPr>
        <w:tc>
          <w:tcPr>
            <w:tcW w:w="677" w:type="dxa"/>
            <w:tcMar>
              <w:top w:w="28" w:type="dxa"/>
              <w:left w:w="38" w:type="dxa"/>
              <w:bottom w:w="28" w:type="dxa"/>
              <w:right w:w="38" w:type="dxa"/>
            </w:tcMar>
            <w:vAlign w:val="center"/>
          </w:tcPr>
          <w:p w14:paraId="16E136A8" w14:textId="77777777" w:rsidR="00D60D5E" w:rsidRDefault="00891EF0">
            <w:pPr>
              <w:spacing w:after="0" w:line="240" w:lineRule="auto"/>
              <w:jc w:val="center"/>
            </w:pPr>
            <w:r>
              <w:rPr>
                <w:rFonts w:eastAsia="Aptos"/>
                <w:color w:val="6A7075"/>
                <w:sz w:val="17"/>
              </w:rPr>
              <w:t>290-130</w:t>
            </w:r>
          </w:p>
        </w:tc>
        <w:tc>
          <w:tcPr>
            <w:tcW w:w="2648" w:type="dxa"/>
            <w:tcMar>
              <w:top w:w="28" w:type="dxa"/>
              <w:left w:w="38" w:type="dxa"/>
              <w:bottom w:w="28" w:type="dxa"/>
              <w:right w:w="38" w:type="dxa"/>
            </w:tcMar>
            <w:vAlign w:val="center"/>
          </w:tcPr>
          <w:p w14:paraId="58FA8B3E" w14:textId="77777777" w:rsidR="00D60D5E" w:rsidRDefault="00891EF0">
            <w:pPr>
              <w:spacing w:after="0" w:line="240" w:lineRule="auto"/>
            </w:pPr>
            <w:r>
              <w:rPr>
                <w:rFonts w:eastAsia="Aptos"/>
                <w:sz w:val="17"/>
              </w:rPr>
              <w:t>Orange/Pineapple 52oz</w:t>
            </w:r>
          </w:p>
        </w:tc>
        <w:tc>
          <w:tcPr>
            <w:tcW w:w="630" w:type="dxa"/>
            <w:tcMar>
              <w:top w:w="28" w:type="dxa"/>
              <w:left w:w="38" w:type="dxa"/>
              <w:bottom w:w="28" w:type="dxa"/>
              <w:right w:w="38" w:type="dxa"/>
            </w:tcMar>
            <w:vAlign w:val="center"/>
          </w:tcPr>
          <w:p w14:paraId="1EBCBCEA"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49A82C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BA869C" w14:textId="77777777" w:rsidR="00D60D5E" w:rsidRDefault="00D60D5E">
            <w:pPr>
              <w:jc w:val="center"/>
            </w:pPr>
          </w:p>
        </w:tc>
      </w:tr>
      <w:tr w:rsidR="00D60D5E" w14:paraId="114C82FC" w14:textId="77777777" w:rsidTr="000617E0">
        <w:trPr>
          <w:cantSplit/>
          <w:jc w:val="center"/>
        </w:trPr>
        <w:tc>
          <w:tcPr>
            <w:tcW w:w="677" w:type="dxa"/>
            <w:tcMar>
              <w:top w:w="28" w:type="dxa"/>
              <w:left w:w="38" w:type="dxa"/>
              <w:bottom w:w="28" w:type="dxa"/>
              <w:right w:w="38" w:type="dxa"/>
            </w:tcMar>
            <w:vAlign w:val="center"/>
          </w:tcPr>
          <w:p w14:paraId="446EF974" w14:textId="77777777" w:rsidR="00D60D5E" w:rsidRDefault="00891EF0">
            <w:pPr>
              <w:spacing w:after="0" w:line="240" w:lineRule="auto"/>
              <w:jc w:val="center"/>
            </w:pPr>
            <w:r>
              <w:rPr>
                <w:rFonts w:eastAsia="Aptos"/>
                <w:color w:val="6A7075"/>
                <w:sz w:val="17"/>
              </w:rPr>
              <w:t>290-135</w:t>
            </w:r>
          </w:p>
        </w:tc>
        <w:tc>
          <w:tcPr>
            <w:tcW w:w="2648" w:type="dxa"/>
            <w:tcMar>
              <w:top w:w="28" w:type="dxa"/>
              <w:left w:w="38" w:type="dxa"/>
              <w:bottom w:w="28" w:type="dxa"/>
              <w:right w:w="38" w:type="dxa"/>
            </w:tcMar>
            <w:vAlign w:val="center"/>
          </w:tcPr>
          <w:p w14:paraId="70649D32" w14:textId="77777777" w:rsidR="00D60D5E" w:rsidRDefault="00891EF0">
            <w:pPr>
              <w:spacing w:after="0" w:line="240" w:lineRule="auto"/>
            </w:pPr>
            <w:r>
              <w:rPr>
                <w:rFonts w:eastAsia="Aptos"/>
                <w:sz w:val="17"/>
              </w:rPr>
              <w:t>Orange/Peach/Mango 52oz</w:t>
            </w:r>
          </w:p>
        </w:tc>
        <w:tc>
          <w:tcPr>
            <w:tcW w:w="630" w:type="dxa"/>
            <w:tcMar>
              <w:top w:w="28" w:type="dxa"/>
              <w:left w:w="38" w:type="dxa"/>
              <w:bottom w:w="28" w:type="dxa"/>
              <w:right w:w="38" w:type="dxa"/>
            </w:tcMar>
            <w:vAlign w:val="center"/>
          </w:tcPr>
          <w:p w14:paraId="5EEF80FF" w14:textId="77777777" w:rsidR="00D60D5E" w:rsidRDefault="00891EF0">
            <w:pPr>
              <w:spacing w:after="0" w:line="240" w:lineRule="auto"/>
              <w:jc w:val="center"/>
            </w:pPr>
            <w:r>
              <w:rPr>
                <w:rFonts w:eastAsia="Aptos"/>
                <w:b/>
                <w:sz w:val="17"/>
              </w:rPr>
              <w:t>7.89</w:t>
            </w:r>
          </w:p>
        </w:tc>
        <w:tc>
          <w:tcPr>
            <w:tcW w:w="540" w:type="dxa"/>
            <w:tcMar>
              <w:top w:w="28" w:type="dxa"/>
              <w:left w:w="38" w:type="dxa"/>
              <w:bottom w:w="28" w:type="dxa"/>
              <w:right w:w="38" w:type="dxa"/>
            </w:tcMar>
            <w:vAlign w:val="center"/>
          </w:tcPr>
          <w:p w14:paraId="25349DF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9CD2B6" w14:textId="77777777" w:rsidR="00D60D5E" w:rsidRDefault="00D60D5E">
            <w:pPr>
              <w:jc w:val="center"/>
            </w:pPr>
          </w:p>
        </w:tc>
      </w:tr>
      <w:tr w:rsidR="00D60D5E" w14:paraId="18282769" w14:textId="77777777" w:rsidTr="000617E0">
        <w:trPr>
          <w:cantSplit/>
          <w:jc w:val="center"/>
        </w:trPr>
        <w:tc>
          <w:tcPr>
            <w:tcW w:w="677" w:type="dxa"/>
            <w:tcMar>
              <w:top w:w="28" w:type="dxa"/>
              <w:left w:w="38" w:type="dxa"/>
              <w:bottom w:w="28" w:type="dxa"/>
              <w:right w:w="38" w:type="dxa"/>
            </w:tcMar>
            <w:vAlign w:val="center"/>
          </w:tcPr>
          <w:p w14:paraId="3F49C28E" w14:textId="77777777" w:rsidR="00D60D5E" w:rsidRDefault="00891EF0">
            <w:pPr>
              <w:spacing w:after="0" w:line="240" w:lineRule="auto"/>
              <w:jc w:val="center"/>
            </w:pPr>
            <w:r>
              <w:rPr>
                <w:rFonts w:eastAsia="Aptos"/>
                <w:color w:val="6A7075"/>
                <w:sz w:val="17"/>
              </w:rPr>
              <w:t>290-140</w:t>
            </w:r>
          </w:p>
        </w:tc>
        <w:tc>
          <w:tcPr>
            <w:tcW w:w="2648" w:type="dxa"/>
            <w:tcMar>
              <w:top w:w="28" w:type="dxa"/>
              <w:left w:w="38" w:type="dxa"/>
              <w:bottom w:w="28" w:type="dxa"/>
              <w:right w:w="38" w:type="dxa"/>
            </w:tcMar>
            <w:vAlign w:val="center"/>
          </w:tcPr>
          <w:p w14:paraId="0BB9A698" w14:textId="77777777" w:rsidR="00D60D5E" w:rsidRDefault="00891EF0">
            <w:pPr>
              <w:spacing w:after="0" w:line="240" w:lineRule="auto"/>
            </w:pPr>
            <w:r>
              <w:rPr>
                <w:rFonts w:eastAsia="Aptos"/>
                <w:sz w:val="17"/>
              </w:rPr>
              <w:t>Fruit Punch 59oz</w:t>
            </w:r>
          </w:p>
        </w:tc>
        <w:tc>
          <w:tcPr>
            <w:tcW w:w="630" w:type="dxa"/>
            <w:tcMar>
              <w:top w:w="28" w:type="dxa"/>
              <w:left w:w="38" w:type="dxa"/>
              <w:bottom w:w="28" w:type="dxa"/>
              <w:right w:w="38" w:type="dxa"/>
            </w:tcMar>
            <w:vAlign w:val="center"/>
          </w:tcPr>
          <w:p w14:paraId="6C38C2FF" w14:textId="77777777" w:rsidR="00D60D5E" w:rsidRDefault="00891EF0">
            <w:pPr>
              <w:spacing w:after="0" w:line="240" w:lineRule="auto"/>
              <w:jc w:val="center"/>
            </w:pPr>
            <w:r>
              <w:rPr>
                <w:rFonts w:eastAsia="Aptos"/>
                <w:b/>
                <w:sz w:val="17"/>
              </w:rPr>
              <w:t>10.89</w:t>
            </w:r>
          </w:p>
        </w:tc>
        <w:tc>
          <w:tcPr>
            <w:tcW w:w="540" w:type="dxa"/>
            <w:tcMar>
              <w:top w:w="28" w:type="dxa"/>
              <w:left w:w="38" w:type="dxa"/>
              <w:bottom w:w="28" w:type="dxa"/>
              <w:right w:w="38" w:type="dxa"/>
            </w:tcMar>
            <w:vAlign w:val="center"/>
          </w:tcPr>
          <w:p w14:paraId="589DB02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7C1B18" w14:textId="77777777" w:rsidR="00D60D5E" w:rsidRDefault="00D60D5E">
            <w:pPr>
              <w:jc w:val="center"/>
            </w:pPr>
          </w:p>
        </w:tc>
      </w:tr>
      <w:tr w:rsidR="00D60D5E" w14:paraId="7506B72A" w14:textId="77777777" w:rsidTr="000617E0">
        <w:trPr>
          <w:cantSplit/>
          <w:jc w:val="center"/>
        </w:trPr>
        <w:tc>
          <w:tcPr>
            <w:tcW w:w="677" w:type="dxa"/>
            <w:tcMar>
              <w:top w:w="28" w:type="dxa"/>
              <w:left w:w="38" w:type="dxa"/>
              <w:bottom w:w="28" w:type="dxa"/>
              <w:right w:w="38" w:type="dxa"/>
            </w:tcMar>
            <w:vAlign w:val="center"/>
          </w:tcPr>
          <w:p w14:paraId="577CA9C1" w14:textId="77777777" w:rsidR="00D60D5E" w:rsidRDefault="00891EF0">
            <w:pPr>
              <w:spacing w:after="0" w:line="240" w:lineRule="auto"/>
              <w:jc w:val="center"/>
            </w:pPr>
            <w:r>
              <w:rPr>
                <w:rFonts w:eastAsia="Aptos"/>
                <w:color w:val="6A7075"/>
                <w:sz w:val="17"/>
              </w:rPr>
              <w:t>290-145</w:t>
            </w:r>
          </w:p>
        </w:tc>
        <w:tc>
          <w:tcPr>
            <w:tcW w:w="2648" w:type="dxa"/>
            <w:tcMar>
              <w:top w:w="28" w:type="dxa"/>
              <w:left w:w="38" w:type="dxa"/>
              <w:bottom w:w="28" w:type="dxa"/>
              <w:right w:w="38" w:type="dxa"/>
            </w:tcMar>
            <w:vAlign w:val="center"/>
          </w:tcPr>
          <w:p w14:paraId="64893D4F" w14:textId="77777777" w:rsidR="00D60D5E" w:rsidRDefault="00891EF0">
            <w:pPr>
              <w:spacing w:after="0" w:line="240" w:lineRule="auto"/>
            </w:pPr>
            <w:r>
              <w:rPr>
                <w:rFonts w:eastAsia="Aptos"/>
                <w:sz w:val="17"/>
              </w:rPr>
              <w:t>Pineapple/Banana/Orange 59oz</w:t>
            </w:r>
          </w:p>
        </w:tc>
        <w:tc>
          <w:tcPr>
            <w:tcW w:w="630" w:type="dxa"/>
            <w:tcMar>
              <w:top w:w="28" w:type="dxa"/>
              <w:left w:w="38" w:type="dxa"/>
              <w:bottom w:w="28" w:type="dxa"/>
              <w:right w:w="38" w:type="dxa"/>
            </w:tcMar>
            <w:vAlign w:val="center"/>
          </w:tcPr>
          <w:p w14:paraId="0001E4A2"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63ACC1A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58E740B" w14:textId="77777777" w:rsidR="00D60D5E" w:rsidRDefault="00D60D5E">
            <w:pPr>
              <w:jc w:val="center"/>
            </w:pPr>
          </w:p>
        </w:tc>
      </w:tr>
      <w:tr w:rsidR="00D60D5E" w14:paraId="7EB5AA6A" w14:textId="77777777" w:rsidTr="000617E0">
        <w:trPr>
          <w:cantSplit/>
          <w:jc w:val="center"/>
        </w:trPr>
        <w:tc>
          <w:tcPr>
            <w:tcW w:w="677" w:type="dxa"/>
            <w:shd w:val="clear" w:color="auto" w:fill="D9EAF7"/>
            <w:tcMar>
              <w:top w:w="28" w:type="dxa"/>
              <w:left w:w="38" w:type="dxa"/>
              <w:bottom w:w="28" w:type="dxa"/>
              <w:right w:w="38" w:type="dxa"/>
            </w:tcMar>
            <w:vAlign w:val="center"/>
          </w:tcPr>
          <w:p w14:paraId="1DADB920" w14:textId="77777777" w:rsidR="00D60D5E" w:rsidRDefault="00891EF0">
            <w:pPr>
              <w:spacing w:after="0" w:line="240" w:lineRule="auto"/>
              <w:jc w:val="center"/>
            </w:pPr>
            <w:r>
              <w:rPr>
                <w:rFonts w:eastAsia="Aptos"/>
                <w:b/>
                <w:color w:val="76A943"/>
                <w:sz w:val="18"/>
              </w:rPr>
              <w:t>295-</w:t>
            </w:r>
          </w:p>
        </w:tc>
        <w:tc>
          <w:tcPr>
            <w:tcW w:w="2648" w:type="dxa"/>
            <w:shd w:val="clear" w:color="auto" w:fill="D9EAF7"/>
            <w:tcMar>
              <w:top w:w="28" w:type="dxa"/>
              <w:left w:w="38" w:type="dxa"/>
              <w:bottom w:w="28" w:type="dxa"/>
              <w:right w:w="38" w:type="dxa"/>
            </w:tcMar>
            <w:vAlign w:val="center"/>
          </w:tcPr>
          <w:p w14:paraId="2CA3C5A3" w14:textId="77777777" w:rsidR="00D60D5E" w:rsidRDefault="00891EF0">
            <w:pPr>
              <w:spacing w:after="0" w:line="240" w:lineRule="auto"/>
            </w:pPr>
            <w:r>
              <w:rPr>
                <w:rFonts w:eastAsia="Aptos"/>
                <w:b/>
                <w:color w:val="76A943"/>
                <w:sz w:val="18"/>
              </w:rPr>
              <w:t>FROZEN FRUITS &amp;VEGETABLES</w:t>
            </w:r>
          </w:p>
        </w:tc>
        <w:tc>
          <w:tcPr>
            <w:tcW w:w="630" w:type="dxa"/>
            <w:shd w:val="clear" w:color="auto" w:fill="D9EAF7"/>
            <w:tcMar>
              <w:top w:w="28" w:type="dxa"/>
              <w:left w:w="38" w:type="dxa"/>
              <w:bottom w:w="28" w:type="dxa"/>
              <w:right w:w="38" w:type="dxa"/>
            </w:tcMar>
            <w:vAlign w:val="center"/>
          </w:tcPr>
          <w:p w14:paraId="21E1BCD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C16F1B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47435F8E" w14:textId="77777777" w:rsidR="00D60D5E" w:rsidRDefault="00D60D5E">
            <w:pPr>
              <w:jc w:val="center"/>
            </w:pPr>
          </w:p>
        </w:tc>
      </w:tr>
      <w:tr w:rsidR="00D60D5E" w14:paraId="6D8761FB" w14:textId="77777777" w:rsidTr="000617E0">
        <w:trPr>
          <w:cantSplit/>
          <w:jc w:val="center"/>
        </w:trPr>
        <w:tc>
          <w:tcPr>
            <w:tcW w:w="677" w:type="dxa"/>
            <w:tcMar>
              <w:top w:w="28" w:type="dxa"/>
              <w:left w:w="38" w:type="dxa"/>
              <w:bottom w:w="28" w:type="dxa"/>
              <w:right w:w="38" w:type="dxa"/>
            </w:tcMar>
            <w:vAlign w:val="center"/>
          </w:tcPr>
          <w:p w14:paraId="1A57B0ED" w14:textId="77777777" w:rsidR="00D60D5E" w:rsidRDefault="00891EF0">
            <w:pPr>
              <w:spacing w:after="0" w:line="240" w:lineRule="auto"/>
              <w:jc w:val="center"/>
            </w:pPr>
            <w:r>
              <w:rPr>
                <w:rFonts w:eastAsia="Aptos"/>
                <w:color w:val="6A7075"/>
                <w:sz w:val="17"/>
              </w:rPr>
              <w:t>295-105</w:t>
            </w:r>
          </w:p>
        </w:tc>
        <w:tc>
          <w:tcPr>
            <w:tcW w:w="2648" w:type="dxa"/>
            <w:tcMar>
              <w:top w:w="28" w:type="dxa"/>
              <w:left w:w="38" w:type="dxa"/>
              <w:bottom w:w="28" w:type="dxa"/>
              <w:right w:w="38" w:type="dxa"/>
            </w:tcMar>
            <w:vAlign w:val="center"/>
          </w:tcPr>
          <w:p w14:paraId="312B36DC" w14:textId="77777777" w:rsidR="00D60D5E" w:rsidRDefault="00891EF0">
            <w:pPr>
              <w:spacing w:after="0" w:line="240" w:lineRule="auto"/>
            </w:pPr>
            <w:r>
              <w:rPr>
                <w:rFonts w:eastAsia="Aptos"/>
                <w:sz w:val="17"/>
              </w:rPr>
              <w:t>Mity Fresh Green Peas 16oz</w:t>
            </w:r>
          </w:p>
        </w:tc>
        <w:tc>
          <w:tcPr>
            <w:tcW w:w="630" w:type="dxa"/>
            <w:tcMar>
              <w:top w:w="28" w:type="dxa"/>
              <w:left w:w="38" w:type="dxa"/>
              <w:bottom w:w="28" w:type="dxa"/>
              <w:right w:w="38" w:type="dxa"/>
            </w:tcMar>
            <w:vAlign w:val="center"/>
          </w:tcPr>
          <w:p w14:paraId="61E469B1" w14:textId="77777777" w:rsidR="00D60D5E" w:rsidRDefault="00891EF0">
            <w:pPr>
              <w:spacing w:after="0" w:line="240" w:lineRule="auto"/>
              <w:jc w:val="center"/>
            </w:pPr>
            <w:r>
              <w:rPr>
                <w:rFonts w:eastAsia="Aptos"/>
                <w:b/>
                <w:sz w:val="17"/>
              </w:rPr>
              <w:t>4.89</w:t>
            </w:r>
          </w:p>
        </w:tc>
        <w:tc>
          <w:tcPr>
            <w:tcW w:w="540" w:type="dxa"/>
            <w:tcMar>
              <w:top w:w="28" w:type="dxa"/>
              <w:left w:w="38" w:type="dxa"/>
              <w:bottom w:w="28" w:type="dxa"/>
              <w:right w:w="38" w:type="dxa"/>
            </w:tcMar>
            <w:vAlign w:val="center"/>
          </w:tcPr>
          <w:p w14:paraId="12B787F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E8C2D6" w14:textId="77777777" w:rsidR="00D60D5E" w:rsidRDefault="00D60D5E">
            <w:pPr>
              <w:jc w:val="center"/>
            </w:pPr>
          </w:p>
        </w:tc>
      </w:tr>
      <w:tr w:rsidR="00D60D5E" w14:paraId="5FA7FB52" w14:textId="77777777" w:rsidTr="000617E0">
        <w:trPr>
          <w:cantSplit/>
          <w:jc w:val="center"/>
        </w:trPr>
        <w:tc>
          <w:tcPr>
            <w:tcW w:w="677" w:type="dxa"/>
            <w:tcMar>
              <w:top w:w="28" w:type="dxa"/>
              <w:left w:w="38" w:type="dxa"/>
              <w:bottom w:w="28" w:type="dxa"/>
              <w:right w:w="38" w:type="dxa"/>
            </w:tcMar>
            <w:vAlign w:val="center"/>
          </w:tcPr>
          <w:p w14:paraId="7DC6DD01" w14:textId="77777777" w:rsidR="00D60D5E" w:rsidRDefault="00891EF0">
            <w:pPr>
              <w:spacing w:after="0" w:line="240" w:lineRule="auto"/>
              <w:jc w:val="center"/>
            </w:pPr>
            <w:r>
              <w:rPr>
                <w:rFonts w:eastAsia="Aptos"/>
                <w:color w:val="6A7075"/>
                <w:sz w:val="17"/>
              </w:rPr>
              <w:t>295-110</w:t>
            </w:r>
          </w:p>
        </w:tc>
        <w:tc>
          <w:tcPr>
            <w:tcW w:w="2648" w:type="dxa"/>
            <w:tcMar>
              <w:top w:w="28" w:type="dxa"/>
              <w:left w:w="38" w:type="dxa"/>
              <w:bottom w:w="28" w:type="dxa"/>
              <w:right w:w="38" w:type="dxa"/>
            </w:tcMar>
            <w:vAlign w:val="center"/>
          </w:tcPr>
          <w:p w14:paraId="51197542" w14:textId="77777777" w:rsidR="00D60D5E" w:rsidRDefault="00891EF0">
            <w:pPr>
              <w:spacing w:after="0" w:line="240" w:lineRule="auto"/>
            </w:pPr>
            <w:r>
              <w:rPr>
                <w:rFonts w:eastAsia="Aptos"/>
                <w:sz w:val="17"/>
              </w:rPr>
              <w:t>Mity Fresh Cauliflower 16oz</w:t>
            </w:r>
          </w:p>
        </w:tc>
        <w:tc>
          <w:tcPr>
            <w:tcW w:w="630" w:type="dxa"/>
            <w:tcMar>
              <w:top w:w="28" w:type="dxa"/>
              <w:left w:w="38" w:type="dxa"/>
              <w:bottom w:w="28" w:type="dxa"/>
              <w:right w:w="38" w:type="dxa"/>
            </w:tcMar>
            <w:vAlign w:val="center"/>
          </w:tcPr>
          <w:p w14:paraId="58B45598"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1944824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46EABB" w14:textId="77777777" w:rsidR="00D60D5E" w:rsidRDefault="00D60D5E">
            <w:pPr>
              <w:jc w:val="center"/>
            </w:pPr>
          </w:p>
        </w:tc>
      </w:tr>
      <w:tr w:rsidR="00D60D5E" w14:paraId="712AE940" w14:textId="77777777" w:rsidTr="000617E0">
        <w:trPr>
          <w:cantSplit/>
          <w:jc w:val="center"/>
        </w:trPr>
        <w:tc>
          <w:tcPr>
            <w:tcW w:w="677" w:type="dxa"/>
            <w:tcMar>
              <w:top w:w="28" w:type="dxa"/>
              <w:left w:w="38" w:type="dxa"/>
              <w:bottom w:w="28" w:type="dxa"/>
              <w:right w:w="38" w:type="dxa"/>
            </w:tcMar>
            <w:vAlign w:val="center"/>
          </w:tcPr>
          <w:p w14:paraId="4A616E80" w14:textId="77777777" w:rsidR="00D60D5E" w:rsidRDefault="00891EF0">
            <w:pPr>
              <w:spacing w:after="0" w:line="240" w:lineRule="auto"/>
              <w:jc w:val="center"/>
            </w:pPr>
            <w:r>
              <w:rPr>
                <w:rFonts w:eastAsia="Aptos"/>
                <w:color w:val="6A7075"/>
                <w:sz w:val="17"/>
              </w:rPr>
              <w:t>295-115</w:t>
            </w:r>
          </w:p>
        </w:tc>
        <w:tc>
          <w:tcPr>
            <w:tcW w:w="2648" w:type="dxa"/>
            <w:tcMar>
              <w:top w:w="28" w:type="dxa"/>
              <w:left w:w="38" w:type="dxa"/>
              <w:bottom w:w="28" w:type="dxa"/>
              <w:right w:w="38" w:type="dxa"/>
            </w:tcMar>
            <w:vAlign w:val="center"/>
          </w:tcPr>
          <w:p w14:paraId="16D90C0E" w14:textId="77777777" w:rsidR="00D60D5E" w:rsidRDefault="00891EF0">
            <w:pPr>
              <w:spacing w:after="0" w:line="240" w:lineRule="auto"/>
            </w:pPr>
            <w:r>
              <w:rPr>
                <w:rFonts w:eastAsia="Aptos"/>
                <w:sz w:val="17"/>
              </w:rPr>
              <w:t>Mity Fresh Cut Corn 16oz</w:t>
            </w:r>
          </w:p>
        </w:tc>
        <w:tc>
          <w:tcPr>
            <w:tcW w:w="630" w:type="dxa"/>
            <w:tcMar>
              <w:top w:w="28" w:type="dxa"/>
              <w:left w:w="38" w:type="dxa"/>
              <w:bottom w:w="28" w:type="dxa"/>
              <w:right w:w="38" w:type="dxa"/>
            </w:tcMar>
            <w:vAlign w:val="center"/>
          </w:tcPr>
          <w:p w14:paraId="1FB0299D" w14:textId="77777777" w:rsidR="00D60D5E" w:rsidRDefault="00891EF0">
            <w:pPr>
              <w:spacing w:after="0" w:line="240" w:lineRule="auto"/>
              <w:jc w:val="center"/>
            </w:pPr>
            <w:r>
              <w:rPr>
                <w:rFonts w:eastAsia="Aptos"/>
                <w:b/>
                <w:sz w:val="17"/>
              </w:rPr>
              <w:t>4.79</w:t>
            </w:r>
          </w:p>
        </w:tc>
        <w:tc>
          <w:tcPr>
            <w:tcW w:w="540" w:type="dxa"/>
            <w:tcMar>
              <w:top w:w="28" w:type="dxa"/>
              <w:left w:w="38" w:type="dxa"/>
              <w:bottom w:w="28" w:type="dxa"/>
              <w:right w:w="38" w:type="dxa"/>
            </w:tcMar>
            <w:vAlign w:val="center"/>
          </w:tcPr>
          <w:p w14:paraId="44392C2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608067" w14:textId="77777777" w:rsidR="00D60D5E" w:rsidRDefault="00D60D5E">
            <w:pPr>
              <w:jc w:val="center"/>
            </w:pPr>
          </w:p>
        </w:tc>
      </w:tr>
      <w:tr w:rsidR="00D60D5E" w14:paraId="761088E1" w14:textId="77777777" w:rsidTr="000617E0">
        <w:trPr>
          <w:cantSplit/>
          <w:jc w:val="center"/>
        </w:trPr>
        <w:tc>
          <w:tcPr>
            <w:tcW w:w="677" w:type="dxa"/>
            <w:tcMar>
              <w:top w:w="28" w:type="dxa"/>
              <w:left w:w="38" w:type="dxa"/>
              <w:bottom w:w="28" w:type="dxa"/>
              <w:right w:w="38" w:type="dxa"/>
            </w:tcMar>
            <w:vAlign w:val="center"/>
          </w:tcPr>
          <w:p w14:paraId="1643236E" w14:textId="77777777" w:rsidR="00D60D5E" w:rsidRDefault="00891EF0">
            <w:pPr>
              <w:spacing w:after="0" w:line="240" w:lineRule="auto"/>
              <w:jc w:val="center"/>
            </w:pPr>
            <w:r>
              <w:rPr>
                <w:rFonts w:eastAsia="Aptos"/>
                <w:color w:val="6A7075"/>
                <w:sz w:val="17"/>
              </w:rPr>
              <w:t>295-120</w:t>
            </w:r>
          </w:p>
        </w:tc>
        <w:tc>
          <w:tcPr>
            <w:tcW w:w="2648" w:type="dxa"/>
            <w:tcMar>
              <w:top w:w="28" w:type="dxa"/>
              <w:left w:w="38" w:type="dxa"/>
              <w:bottom w:w="28" w:type="dxa"/>
              <w:right w:w="38" w:type="dxa"/>
            </w:tcMar>
            <w:vAlign w:val="center"/>
          </w:tcPr>
          <w:p w14:paraId="28B2EB15" w14:textId="77777777" w:rsidR="00D60D5E" w:rsidRDefault="00891EF0">
            <w:pPr>
              <w:spacing w:after="0" w:line="240" w:lineRule="auto"/>
            </w:pPr>
            <w:r>
              <w:rPr>
                <w:rFonts w:eastAsia="Aptos"/>
                <w:sz w:val="17"/>
              </w:rPr>
              <w:t>Mity Fresh Cut Broccoli 16oz</w:t>
            </w:r>
          </w:p>
        </w:tc>
        <w:tc>
          <w:tcPr>
            <w:tcW w:w="630" w:type="dxa"/>
            <w:tcMar>
              <w:top w:w="28" w:type="dxa"/>
              <w:left w:w="38" w:type="dxa"/>
              <w:bottom w:w="28" w:type="dxa"/>
              <w:right w:w="38" w:type="dxa"/>
            </w:tcMar>
            <w:vAlign w:val="center"/>
          </w:tcPr>
          <w:p w14:paraId="72F16057" w14:textId="77777777" w:rsidR="00D60D5E" w:rsidRDefault="00891EF0">
            <w:pPr>
              <w:spacing w:after="0" w:line="240" w:lineRule="auto"/>
              <w:jc w:val="center"/>
            </w:pPr>
            <w:r>
              <w:rPr>
                <w:rFonts w:eastAsia="Aptos"/>
                <w:b/>
                <w:sz w:val="17"/>
              </w:rPr>
              <w:t>4.95</w:t>
            </w:r>
          </w:p>
        </w:tc>
        <w:tc>
          <w:tcPr>
            <w:tcW w:w="540" w:type="dxa"/>
            <w:tcMar>
              <w:top w:w="28" w:type="dxa"/>
              <w:left w:w="38" w:type="dxa"/>
              <w:bottom w:w="28" w:type="dxa"/>
              <w:right w:w="38" w:type="dxa"/>
            </w:tcMar>
            <w:vAlign w:val="center"/>
          </w:tcPr>
          <w:p w14:paraId="3109D0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7EA86F" w14:textId="77777777" w:rsidR="00D60D5E" w:rsidRDefault="00D60D5E">
            <w:pPr>
              <w:jc w:val="center"/>
            </w:pPr>
          </w:p>
        </w:tc>
      </w:tr>
      <w:tr w:rsidR="00D60D5E" w14:paraId="14AC81A7" w14:textId="77777777" w:rsidTr="000617E0">
        <w:trPr>
          <w:cantSplit/>
          <w:jc w:val="center"/>
        </w:trPr>
        <w:tc>
          <w:tcPr>
            <w:tcW w:w="677" w:type="dxa"/>
            <w:tcMar>
              <w:top w:w="28" w:type="dxa"/>
              <w:left w:w="38" w:type="dxa"/>
              <w:bottom w:w="28" w:type="dxa"/>
              <w:right w:w="38" w:type="dxa"/>
            </w:tcMar>
            <w:vAlign w:val="center"/>
          </w:tcPr>
          <w:p w14:paraId="736028C8" w14:textId="77777777" w:rsidR="00D60D5E" w:rsidRDefault="00891EF0">
            <w:pPr>
              <w:spacing w:after="0" w:line="240" w:lineRule="auto"/>
              <w:jc w:val="center"/>
            </w:pPr>
            <w:r>
              <w:rPr>
                <w:rFonts w:eastAsia="Aptos"/>
                <w:color w:val="6A7075"/>
                <w:sz w:val="17"/>
              </w:rPr>
              <w:t>295-125</w:t>
            </w:r>
          </w:p>
        </w:tc>
        <w:tc>
          <w:tcPr>
            <w:tcW w:w="2648" w:type="dxa"/>
            <w:tcMar>
              <w:top w:w="28" w:type="dxa"/>
              <w:left w:w="38" w:type="dxa"/>
              <w:bottom w:w="28" w:type="dxa"/>
              <w:right w:w="38" w:type="dxa"/>
            </w:tcMar>
            <w:vAlign w:val="center"/>
          </w:tcPr>
          <w:p w14:paraId="4B096309" w14:textId="77777777" w:rsidR="00D60D5E" w:rsidRDefault="00891EF0">
            <w:pPr>
              <w:spacing w:after="0" w:line="240" w:lineRule="auto"/>
            </w:pPr>
            <w:r>
              <w:rPr>
                <w:rFonts w:eastAsia="Aptos"/>
                <w:sz w:val="17"/>
              </w:rPr>
              <w:t>Spinach Chopped 10oz</w:t>
            </w:r>
          </w:p>
        </w:tc>
        <w:tc>
          <w:tcPr>
            <w:tcW w:w="630" w:type="dxa"/>
            <w:tcMar>
              <w:top w:w="28" w:type="dxa"/>
              <w:left w:w="38" w:type="dxa"/>
              <w:bottom w:w="28" w:type="dxa"/>
              <w:right w:w="38" w:type="dxa"/>
            </w:tcMar>
            <w:vAlign w:val="center"/>
          </w:tcPr>
          <w:p w14:paraId="42293D24" w14:textId="77777777" w:rsidR="00D60D5E" w:rsidRDefault="00891EF0">
            <w:pPr>
              <w:spacing w:after="0" w:line="240" w:lineRule="auto"/>
              <w:jc w:val="center"/>
            </w:pPr>
            <w:r>
              <w:rPr>
                <w:rFonts w:eastAsia="Aptos"/>
                <w:b/>
                <w:sz w:val="17"/>
              </w:rPr>
              <w:t>6.89</w:t>
            </w:r>
          </w:p>
        </w:tc>
        <w:tc>
          <w:tcPr>
            <w:tcW w:w="540" w:type="dxa"/>
            <w:tcMar>
              <w:top w:w="28" w:type="dxa"/>
              <w:left w:w="38" w:type="dxa"/>
              <w:bottom w:w="28" w:type="dxa"/>
              <w:right w:w="38" w:type="dxa"/>
            </w:tcMar>
            <w:vAlign w:val="center"/>
          </w:tcPr>
          <w:p w14:paraId="431B64F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CFE5917" w14:textId="77777777" w:rsidR="00D60D5E" w:rsidRDefault="00D60D5E">
            <w:pPr>
              <w:jc w:val="center"/>
            </w:pPr>
          </w:p>
        </w:tc>
      </w:tr>
      <w:tr w:rsidR="00D60D5E" w14:paraId="2181652E" w14:textId="77777777" w:rsidTr="000617E0">
        <w:trPr>
          <w:cantSplit/>
          <w:jc w:val="center"/>
        </w:trPr>
        <w:tc>
          <w:tcPr>
            <w:tcW w:w="677" w:type="dxa"/>
            <w:tcMar>
              <w:top w:w="28" w:type="dxa"/>
              <w:left w:w="38" w:type="dxa"/>
              <w:bottom w:w="28" w:type="dxa"/>
              <w:right w:w="38" w:type="dxa"/>
            </w:tcMar>
            <w:vAlign w:val="center"/>
          </w:tcPr>
          <w:p w14:paraId="38F6A348" w14:textId="77777777" w:rsidR="00D60D5E" w:rsidRDefault="00891EF0">
            <w:pPr>
              <w:spacing w:after="0" w:line="240" w:lineRule="auto"/>
              <w:jc w:val="center"/>
            </w:pPr>
            <w:r>
              <w:rPr>
                <w:rFonts w:eastAsia="Aptos"/>
                <w:color w:val="6A7075"/>
                <w:sz w:val="17"/>
              </w:rPr>
              <w:t>295-130</w:t>
            </w:r>
          </w:p>
        </w:tc>
        <w:tc>
          <w:tcPr>
            <w:tcW w:w="2648" w:type="dxa"/>
            <w:tcMar>
              <w:top w:w="28" w:type="dxa"/>
              <w:left w:w="38" w:type="dxa"/>
              <w:bottom w:w="28" w:type="dxa"/>
              <w:right w:w="38" w:type="dxa"/>
            </w:tcMar>
            <w:vAlign w:val="center"/>
          </w:tcPr>
          <w:p w14:paraId="68E2E329" w14:textId="77777777" w:rsidR="00D60D5E" w:rsidRDefault="00891EF0">
            <w:pPr>
              <w:spacing w:after="0" w:line="240" w:lineRule="auto"/>
            </w:pPr>
            <w:r>
              <w:rPr>
                <w:rFonts w:eastAsia="Aptos"/>
                <w:sz w:val="17"/>
              </w:rPr>
              <w:t>Mity Fresh Cut Green Beans 16oz</w:t>
            </w:r>
          </w:p>
        </w:tc>
        <w:tc>
          <w:tcPr>
            <w:tcW w:w="630" w:type="dxa"/>
            <w:tcMar>
              <w:top w:w="28" w:type="dxa"/>
              <w:left w:w="38" w:type="dxa"/>
              <w:bottom w:w="28" w:type="dxa"/>
              <w:right w:w="38" w:type="dxa"/>
            </w:tcMar>
            <w:vAlign w:val="center"/>
          </w:tcPr>
          <w:p w14:paraId="63318C36" w14:textId="77777777" w:rsidR="00D60D5E" w:rsidRDefault="00891EF0">
            <w:pPr>
              <w:spacing w:after="0" w:line="240" w:lineRule="auto"/>
              <w:jc w:val="center"/>
            </w:pPr>
            <w:r>
              <w:rPr>
                <w:rFonts w:eastAsia="Aptos"/>
                <w:b/>
                <w:sz w:val="17"/>
              </w:rPr>
              <w:t>4.90</w:t>
            </w:r>
          </w:p>
        </w:tc>
        <w:tc>
          <w:tcPr>
            <w:tcW w:w="540" w:type="dxa"/>
            <w:tcMar>
              <w:top w:w="28" w:type="dxa"/>
              <w:left w:w="38" w:type="dxa"/>
              <w:bottom w:w="28" w:type="dxa"/>
              <w:right w:w="38" w:type="dxa"/>
            </w:tcMar>
            <w:vAlign w:val="center"/>
          </w:tcPr>
          <w:p w14:paraId="7EDCD82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5DE0AE" w14:textId="77777777" w:rsidR="00D60D5E" w:rsidRDefault="00D60D5E">
            <w:pPr>
              <w:jc w:val="center"/>
            </w:pPr>
          </w:p>
        </w:tc>
      </w:tr>
      <w:tr w:rsidR="00D60D5E" w14:paraId="7C4F1327" w14:textId="77777777" w:rsidTr="000617E0">
        <w:trPr>
          <w:cantSplit/>
          <w:jc w:val="center"/>
        </w:trPr>
        <w:tc>
          <w:tcPr>
            <w:tcW w:w="677" w:type="dxa"/>
            <w:tcMar>
              <w:top w:w="28" w:type="dxa"/>
              <w:left w:w="38" w:type="dxa"/>
              <w:bottom w:w="28" w:type="dxa"/>
              <w:right w:w="38" w:type="dxa"/>
            </w:tcMar>
            <w:vAlign w:val="center"/>
          </w:tcPr>
          <w:p w14:paraId="7C1353D3" w14:textId="77777777" w:rsidR="00D60D5E" w:rsidRDefault="00891EF0">
            <w:pPr>
              <w:spacing w:after="0" w:line="240" w:lineRule="auto"/>
              <w:jc w:val="center"/>
            </w:pPr>
            <w:r>
              <w:rPr>
                <w:rFonts w:eastAsia="Aptos"/>
                <w:color w:val="6A7075"/>
                <w:sz w:val="17"/>
              </w:rPr>
              <w:t>295-135</w:t>
            </w:r>
          </w:p>
        </w:tc>
        <w:tc>
          <w:tcPr>
            <w:tcW w:w="2648" w:type="dxa"/>
            <w:tcMar>
              <w:top w:w="28" w:type="dxa"/>
              <w:left w:w="38" w:type="dxa"/>
              <w:bottom w:w="28" w:type="dxa"/>
              <w:right w:w="38" w:type="dxa"/>
            </w:tcMar>
            <w:vAlign w:val="center"/>
          </w:tcPr>
          <w:p w14:paraId="0C83B5C0" w14:textId="77777777" w:rsidR="00D60D5E" w:rsidRDefault="00891EF0">
            <w:pPr>
              <w:spacing w:after="0" w:line="240" w:lineRule="auto"/>
            </w:pPr>
            <w:r>
              <w:rPr>
                <w:rFonts w:eastAsia="Aptos"/>
                <w:sz w:val="17"/>
              </w:rPr>
              <w:t>Mity Fresh Italian Blend 16 oz</w:t>
            </w:r>
          </w:p>
        </w:tc>
        <w:tc>
          <w:tcPr>
            <w:tcW w:w="630" w:type="dxa"/>
            <w:tcMar>
              <w:top w:w="28" w:type="dxa"/>
              <w:left w:w="38" w:type="dxa"/>
              <w:bottom w:w="28" w:type="dxa"/>
              <w:right w:w="38" w:type="dxa"/>
            </w:tcMar>
            <w:vAlign w:val="center"/>
          </w:tcPr>
          <w:p w14:paraId="33E03009" w14:textId="77777777" w:rsidR="00D60D5E" w:rsidRDefault="00891EF0">
            <w:pPr>
              <w:spacing w:after="0" w:line="240" w:lineRule="auto"/>
              <w:jc w:val="center"/>
            </w:pPr>
            <w:r>
              <w:rPr>
                <w:rFonts w:eastAsia="Aptos"/>
                <w:b/>
                <w:sz w:val="17"/>
              </w:rPr>
              <w:t>4.80</w:t>
            </w:r>
          </w:p>
        </w:tc>
        <w:tc>
          <w:tcPr>
            <w:tcW w:w="540" w:type="dxa"/>
            <w:tcMar>
              <w:top w:w="28" w:type="dxa"/>
              <w:left w:w="38" w:type="dxa"/>
              <w:bottom w:w="28" w:type="dxa"/>
              <w:right w:w="38" w:type="dxa"/>
            </w:tcMar>
            <w:vAlign w:val="center"/>
          </w:tcPr>
          <w:p w14:paraId="3A9FA6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BCD549" w14:textId="77777777" w:rsidR="00D60D5E" w:rsidRDefault="00D60D5E">
            <w:pPr>
              <w:jc w:val="center"/>
            </w:pPr>
          </w:p>
        </w:tc>
      </w:tr>
      <w:tr w:rsidR="00D60D5E" w14:paraId="1D1CBE72" w14:textId="77777777" w:rsidTr="000617E0">
        <w:trPr>
          <w:cantSplit/>
          <w:jc w:val="center"/>
        </w:trPr>
        <w:tc>
          <w:tcPr>
            <w:tcW w:w="677" w:type="dxa"/>
            <w:tcMar>
              <w:top w:w="28" w:type="dxa"/>
              <w:left w:w="38" w:type="dxa"/>
              <w:bottom w:w="28" w:type="dxa"/>
              <w:right w:w="38" w:type="dxa"/>
            </w:tcMar>
            <w:vAlign w:val="center"/>
          </w:tcPr>
          <w:p w14:paraId="009EC3DF" w14:textId="77777777" w:rsidR="00D60D5E" w:rsidRDefault="00891EF0">
            <w:pPr>
              <w:spacing w:after="0" w:line="240" w:lineRule="auto"/>
              <w:jc w:val="center"/>
            </w:pPr>
            <w:r>
              <w:rPr>
                <w:rFonts w:eastAsia="Aptos"/>
                <w:color w:val="6A7075"/>
                <w:sz w:val="17"/>
              </w:rPr>
              <w:t>295-140</w:t>
            </w:r>
          </w:p>
        </w:tc>
        <w:tc>
          <w:tcPr>
            <w:tcW w:w="2648" w:type="dxa"/>
            <w:tcMar>
              <w:top w:w="28" w:type="dxa"/>
              <w:left w:w="38" w:type="dxa"/>
              <w:bottom w:w="28" w:type="dxa"/>
              <w:right w:w="38" w:type="dxa"/>
            </w:tcMar>
            <w:vAlign w:val="center"/>
          </w:tcPr>
          <w:p w14:paraId="65CCE97F" w14:textId="77777777" w:rsidR="00D60D5E" w:rsidRDefault="00891EF0">
            <w:pPr>
              <w:spacing w:after="0" w:line="240" w:lineRule="auto"/>
            </w:pPr>
            <w:r>
              <w:rPr>
                <w:rFonts w:eastAsia="Aptos"/>
                <w:sz w:val="17"/>
              </w:rPr>
              <w:t>Mity Fresh California Blend 16 oz</w:t>
            </w:r>
          </w:p>
        </w:tc>
        <w:tc>
          <w:tcPr>
            <w:tcW w:w="630" w:type="dxa"/>
            <w:tcMar>
              <w:top w:w="28" w:type="dxa"/>
              <w:left w:w="38" w:type="dxa"/>
              <w:bottom w:w="28" w:type="dxa"/>
              <w:right w:w="38" w:type="dxa"/>
            </w:tcMar>
            <w:vAlign w:val="center"/>
          </w:tcPr>
          <w:p w14:paraId="0126A2C8" w14:textId="77777777" w:rsidR="00D60D5E" w:rsidRDefault="00891EF0">
            <w:pPr>
              <w:spacing w:after="0" w:line="240" w:lineRule="auto"/>
              <w:jc w:val="center"/>
            </w:pPr>
            <w:r>
              <w:rPr>
                <w:rFonts w:eastAsia="Aptos"/>
                <w:b/>
                <w:sz w:val="17"/>
              </w:rPr>
              <w:t>4.99</w:t>
            </w:r>
          </w:p>
        </w:tc>
        <w:tc>
          <w:tcPr>
            <w:tcW w:w="540" w:type="dxa"/>
            <w:tcMar>
              <w:top w:w="28" w:type="dxa"/>
              <w:left w:w="38" w:type="dxa"/>
              <w:bottom w:w="28" w:type="dxa"/>
              <w:right w:w="38" w:type="dxa"/>
            </w:tcMar>
            <w:vAlign w:val="center"/>
          </w:tcPr>
          <w:p w14:paraId="423F71F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7045AD1" w14:textId="77777777" w:rsidR="00D60D5E" w:rsidRDefault="00D60D5E">
            <w:pPr>
              <w:jc w:val="center"/>
            </w:pPr>
          </w:p>
        </w:tc>
      </w:tr>
      <w:tr w:rsidR="00D60D5E" w14:paraId="6A128006" w14:textId="77777777" w:rsidTr="000617E0">
        <w:trPr>
          <w:cantSplit/>
          <w:jc w:val="center"/>
        </w:trPr>
        <w:tc>
          <w:tcPr>
            <w:tcW w:w="677" w:type="dxa"/>
            <w:tcMar>
              <w:top w:w="28" w:type="dxa"/>
              <w:left w:w="38" w:type="dxa"/>
              <w:bottom w:w="28" w:type="dxa"/>
              <w:right w:w="38" w:type="dxa"/>
            </w:tcMar>
            <w:vAlign w:val="center"/>
          </w:tcPr>
          <w:p w14:paraId="72C2EFEE" w14:textId="77777777" w:rsidR="00D60D5E" w:rsidRDefault="00891EF0">
            <w:pPr>
              <w:spacing w:after="0" w:line="240" w:lineRule="auto"/>
              <w:jc w:val="center"/>
            </w:pPr>
            <w:r>
              <w:rPr>
                <w:rFonts w:eastAsia="Aptos"/>
                <w:color w:val="6A7075"/>
                <w:sz w:val="17"/>
              </w:rPr>
              <w:t>295-145</w:t>
            </w:r>
          </w:p>
        </w:tc>
        <w:tc>
          <w:tcPr>
            <w:tcW w:w="2648" w:type="dxa"/>
            <w:tcMar>
              <w:top w:w="28" w:type="dxa"/>
              <w:left w:w="38" w:type="dxa"/>
              <w:bottom w:w="28" w:type="dxa"/>
              <w:right w:w="38" w:type="dxa"/>
            </w:tcMar>
            <w:vAlign w:val="center"/>
          </w:tcPr>
          <w:p w14:paraId="3B7B7978" w14:textId="77777777" w:rsidR="00D60D5E" w:rsidRDefault="00891EF0">
            <w:pPr>
              <w:spacing w:after="0" w:line="240" w:lineRule="auto"/>
            </w:pPr>
            <w:r>
              <w:rPr>
                <w:rFonts w:eastAsia="Aptos"/>
                <w:sz w:val="17"/>
              </w:rPr>
              <w:t>Corn on the Cob 4ears</w:t>
            </w:r>
          </w:p>
        </w:tc>
        <w:tc>
          <w:tcPr>
            <w:tcW w:w="630" w:type="dxa"/>
            <w:tcMar>
              <w:top w:w="28" w:type="dxa"/>
              <w:left w:w="38" w:type="dxa"/>
              <w:bottom w:w="28" w:type="dxa"/>
              <w:right w:w="38" w:type="dxa"/>
            </w:tcMar>
            <w:vAlign w:val="center"/>
          </w:tcPr>
          <w:p w14:paraId="0AEFBBC0" w14:textId="77777777" w:rsidR="00D60D5E" w:rsidRDefault="00891EF0">
            <w:pPr>
              <w:spacing w:after="0" w:line="240" w:lineRule="auto"/>
              <w:jc w:val="center"/>
            </w:pPr>
            <w:r>
              <w:rPr>
                <w:rFonts w:eastAsia="Aptos"/>
                <w:b/>
                <w:sz w:val="17"/>
              </w:rPr>
              <w:t>7.50</w:t>
            </w:r>
          </w:p>
        </w:tc>
        <w:tc>
          <w:tcPr>
            <w:tcW w:w="540" w:type="dxa"/>
            <w:tcMar>
              <w:top w:w="28" w:type="dxa"/>
              <w:left w:w="38" w:type="dxa"/>
              <w:bottom w:w="28" w:type="dxa"/>
              <w:right w:w="38" w:type="dxa"/>
            </w:tcMar>
            <w:vAlign w:val="center"/>
          </w:tcPr>
          <w:p w14:paraId="2A026F5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765E75" w14:textId="77777777" w:rsidR="00D60D5E" w:rsidRDefault="00D60D5E">
            <w:pPr>
              <w:jc w:val="center"/>
            </w:pPr>
          </w:p>
        </w:tc>
      </w:tr>
      <w:tr w:rsidR="00D60D5E" w14:paraId="1C6BD175" w14:textId="77777777" w:rsidTr="000617E0">
        <w:trPr>
          <w:cantSplit/>
          <w:jc w:val="center"/>
        </w:trPr>
        <w:tc>
          <w:tcPr>
            <w:tcW w:w="677" w:type="dxa"/>
            <w:tcMar>
              <w:top w:w="28" w:type="dxa"/>
              <w:left w:w="38" w:type="dxa"/>
              <w:bottom w:w="28" w:type="dxa"/>
              <w:right w:w="38" w:type="dxa"/>
            </w:tcMar>
            <w:vAlign w:val="center"/>
          </w:tcPr>
          <w:p w14:paraId="62C657FE" w14:textId="77777777" w:rsidR="00D60D5E" w:rsidRDefault="00891EF0">
            <w:pPr>
              <w:spacing w:after="0" w:line="240" w:lineRule="auto"/>
              <w:jc w:val="center"/>
            </w:pPr>
            <w:r>
              <w:rPr>
                <w:rFonts w:eastAsia="Aptos"/>
                <w:color w:val="6A7075"/>
                <w:sz w:val="17"/>
              </w:rPr>
              <w:t>295-150</w:t>
            </w:r>
          </w:p>
        </w:tc>
        <w:tc>
          <w:tcPr>
            <w:tcW w:w="2648" w:type="dxa"/>
            <w:tcMar>
              <w:top w:w="28" w:type="dxa"/>
              <w:left w:w="38" w:type="dxa"/>
              <w:bottom w:w="28" w:type="dxa"/>
              <w:right w:w="38" w:type="dxa"/>
            </w:tcMar>
            <w:vAlign w:val="center"/>
          </w:tcPr>
          <w:p w14:paraId="6E2AA81A" w14:textId="77777777" w:rsidR="00D60D5E" w:rsidRDefault="00891EF0">
            <w:pPr>
              <w:spacing w:after="0" w:line="240" w:lineRule="auto"/>
            </w:pPr>
            <w:r>
              <w:rPr>
                <w:rFonts w:eastAsia="Aptos"/>
                <w:sz w:val="17"/>
              </w:rPr>
              <w:t>Little Corn on the Cob (halves) 8ears</w:t>
            </w:r>
          </w:p>
        </w:tc>
        <w:tc>
          <w:tcPr>
            <w:tcW w:w="630" w:type="dxa"/>
            <w:tcMar>
              <w:top w:w="28" w:type="dxa"/>
              <w:left w:w="38" w:type="dxa"/>
              <w:bottom w:w="28" w:type="dxa"/>
              <w:right w:w="38" w:type="dxa"/>
            </w:tcMar>
            <w:vAlign w:val="center"/>
          </w:tcPr>
          <w:p w14:paraId="757FDECF"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4593A4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C20ABCE" w14:textId="77777777" w:rsidR="00D60D5E" w:rsidRDefault="00D60D5E">
            <w:pPr>
              <w:jc w:val="center"/>
            </w:pPr>
          </w:p>
        </w:tc>
      </w:tr>
      <w:tr w:rsidR="00D60D5E" w14:paraId="195CBB78" w14:textId="77777777" w:rsidTr="000617E0">
        <w:trPr>
          <w:cantSplit/>
          <w:jc w:val="center"/>
        </w:trPr>
        <w:tc>
          <w:tcPr>
            <w:tcW w:w="677" w:type="dxa"/>
            <w:tcMar>
              <w:top w:w="28" w:type="dxa"/>
              <w:left w:w="38" w:type="dxa"/>
              <w:bottom w:w="28" w:type="dxa"/>
              <w:right w:w="38" w:type="dxa"/>
            </w:tcMar>
            <w:vAlign w:val="center"/>
          </w:tcPr>
          <w:p w14:paraId="6F4F4440" w14:textId="77777777" w:rsidR="00D60D5E" w:rsidRDefault="00891EF0">
            <w:pPr>
              <w:spacing w:after="0" w:line="240" w:lineRule="auto"/>
              <w:jc w:val="center"/>
            </w:pPr>
            <w:r>
              <w:rPr>
                <w:rFonts w:eastAsia="Aptos"/>
                <w:color w:val="6A7075"/>
                <w:sz w:val="17"/>
              </w:rPr>
              <w:t>295-155</w:t>
            </w:r>
          </w:p>
        </w:tc>
        <w:tc>
          <w:tcPr>
            <w:tcW w:w="2648" w:type="dxa"/>
            <w:tcMar>
              <w:top w:w="28" w:type="dxa"/>
              <w:left w:w="38" w:type="dxa"/>
              <w:bottom w:w="28" w:type="dxa"/>
              <w:right w:w="38" w:type="dxa"/>
            </w:tcMar>
            <w:vAlign w:val="center"/>
          </w:tcPr>
          <w:p w14:paraId="4EFA47C8" w14:textId="77777777" w:rsidR="00D60D5E" w:rsidRDefault="00891EF0">
            <w:pPr>
              <w:spacing w:after="0" w:line="240" w:lineRule="auto"/>
            </w:pPr>
            <w:r>
              <w:rPr>
                <w:rFonts w:eastAsia="Aptos"/>
                <w:sz w:val="17"/>
              </w:rPr>
              <w:t>Whole Strawberries 16oz</w:t>
            </w:r>
          </w:p>
        </w:tc>
        <w:tc>
          <w:tcPr>
            <w:tcW w:w="630" w:type="dxa"/>
            <w:tcMar>
              <w:top w:w="28" w:type="dxa"/>
              <w:left w:w="38" w:type="dxa"/>
              <w:bottom w:w="28" w:type="dxa"/>
              <w:right w:w="38" w:type="dxa"/>
            </w:tcMar>
            <w:vAlign w:val="center"/>
          </w:tcPr>
          <w:p w14:paraId="72A0994C"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1625EA0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90CEDC" w14:textId="77777777" w:rsidR="00D60D5E" w:rsidRDefault="00D60D5E">
            <w:pPr>
              <w:jc w:val="center"/>
            </w:pPr>
          </w:p>
        </w:tc>
      </w:tr>
      <w:tr w:rsidR="00D60D5E" w14:paraId="5B14ACCD" w14:textId="77777777" w:rsidTr="000617E0">
        <w:trPr>
          <w:cantSplit/>
          <w:jc w:val="center"/>
        </w:trPr>
        <w:tc>
          <w:tcPr>
            <w:tcW w:w="677" w:type="dxa"/>
            <w:tcMar>
              <w:top w:w="28" w:type="dxa"/>
              <w:left w:w="38" w:type="dxa"/>
              <w:bottom w:w="28" w:type="dxa"/>
              <w:right w:w="38" w:type="dxa"/>
            </w:tcMar>
            <w:vAlign w:val="center"/>
          </w:tcPr>
          <w:p w14:paraId="1590B380" w14:textId="77777777" w:rsidR="00D60D5E" w:rsidRDefault="00891EF0">
            <w:pPr>
              <w:spacing w:after="0" w:line="240" w:lineRule="auto"/>
              <w:jc w:val="center"/>
            </w:pPr>
            <w:r>
              <w:rPr>
                <w:rFonts w:eastAsia="Aptos"/>
                <w:color w:val="6A7075"/>
                <w:sz w:val="17"/>
              </w:rPr>
              <w:t>295-160</w:t>
            </w:r>
          </w:p>
        </w:tc>
        <w:tc>
          <w:tcPr>
            <w:tcW w:w="2648" w:type="dxa"/>
            <w:tcMar>
              <w:top w:w="28" w:type="dxa"/>
              <w:left w:w="38" w:type="dxa"/>
              <w:bottom w:w="28" w:type="dxa"/>
              <w:right w:w="38" w:type="dxa"/>
            </w:tcMar>
            <w:vAlign w:val="center"/>
          </w:tcPr>
          <w:p w14:paraId="6B430539" w14:textId="77777777" w:rsidR="00D60D5E" w:rsidRDefault="00891EF0">
            <w:pPr>
              <w:spacing w:after="0" w:line="240" w:lineRule="auto"/>
            </w:pPr>
            <w:r>
              <w:rPr>
                <w:rFonts w:eastAsia="Aptos"/>
                <w:sz w:val="17"/>
              </w:rPr>
              <w:t>Strawberry Banana Medley 16 oz</w:t>
            </w:r>
          </w:p>
        </w:tc>
        <w:tc>
          <w:tcPr>
            <w:tcW w:w="630" w:type="dxa"/>
            <w:tcMar>
              <w:top w:w="28" w:type="dxa"/>
              <w:left w:w="38" w:type="dxa"/>
              <w:bottom w:w="28" w:type="dxa"/>
              <w:right w:w="38" w:type="dxa"/>
            </w:tcMar>
            <w:vAlign w:val="center"/>
          </w:tcPr>
          <w:p w14:paraId="052C3FBD" w14:textId="77777777" w:rsidR="00D60D5E" w:rsidRDefault="00891EF0">
            <w:pPr>
              <w:spacing w:after="0" w:line="240" w:lineRule="auto"/>
              <w:jc w:val="center"/>
            </w:pPr>
            <w:r>
              <w:rPr>
                <w:rFonts w:eastAsia="Aptos"/>
                <w:b/>
                <w:sz w:val="17"/>
              </w:rPr>
              <w:t>7.65</w:t>
            </w:r>
          </w:p>
        </w:tc>
        <w:tc>
          <w:tcPr>
            <w:tcW w:w="540" w:type="dxa"/>
            <w:tcMar>
              <w:top w:w="28" w:type="dxa"/>
              <w:left w:w="38" w:type="dxa"/>
              <w:bottom w:w="28" w:type="dxa"/>
              <w:right w:w="38" w:type="dxa"/>
            </w:tcMar>
            <w:vAlign w:val="center"/>
          </w:tcPr>
          <w:p w14:paraId="0D95FC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F214CC" w14:textId="77777777" w:rsidR="00D60D5E" w:rsidRDefault="00D60D5E">
            <w:pPr>
              <w:jc w:val="center"/>
            </w:pPr>
          </w:p>
        </w:tc>
      </w:tr>
      <w:tr w:rsidR="00D60D5E" w14:paraId="3BA5207D" w14:textId="77777777" w:rsidTr="000617E0">
        <w:trPr>
          <w:cantSplit/>
          <w:jc w:val="center"/>
        </w:trPr>
        <w:tc>
          <w:tcPr>
            <w:tcW w:w="677" w:type="dxa"/>
            <w:tcMar>
              <w:top w:w="28" w:type="dxa"/>
              <w:left w:w="38" w:type="dxa"/>
              <w:bottom w:w="28" w:type="dxa"/>
              <w:right w:w="38" w:type="dxa"/>
            </w:tcMar>
            <w:vAlign w:val="center"/>
          </w:tcPr>
          <w:p w14:paraId="43361462" w14:textId="77777777" w:rsidR="00D60D5E" w:rsidRDefault="00891EF0">
            <w:pPr>
              <w:spacing w:after="0" w:line="240" w:lineRule="auto"/>
              <w:jc w:val="center"/>
            </w:pPr>
            <w:r>
              <w:rPr>
                <w:rFonts w:eastAsia="Aptos"/>
                <w:color w:val="6A7075"/>
                <w:sz w:val="17"/>
              </w:rPr>
              <w:t>295-165</w:t>
            </w:r>
          </w:p>
        </w:tc>
        <w:tc>
          <w:tcPr>
            <w:tcW w:w="2648" w:type="dxa"/>
            <w:tcMar>
              <w:top w:w="28" w:type="dxa"/>
              <w:left w:w="38" w:type="dxa"/>
              <w:bottom w:w="28" w:type="dxa"/>
              <w:right w:w="38" w:type="dxa"/>
            </w:tcMar>
            <w:vAlign w:val="center"/>
          </w:tcPr>
          <w:p w14:paraId="0CB8BA43" w14:textId="77777777" w:rsidR="00D60D5E" w:rsidRDefault="00891EF0">
            <w:pPr>
              <w:spacing w:after="0" w:line="240" w:lineRule="auto"/>
            </w:pPr>
            <w:r>
              <w:rPr>
                <w:rFonts w:eastAsia="Aptos"/>
                <w:sz w:val="17"/>
              </w:rPr>
              <w:t>Mango Medley 16 oz</w:t>
            </w:r>
          </w:p>
        </w:tc>
        <w:tc>
          <w:tcPr>
            <w:tcW w:w="630" w:type="dxa"/>
            <w:tcMar>
              <w:top w:w="28" w:type="dxa"/>
              <w:left w:w="38" w:type="dxa"/>
              <w:bottom w:w="28" w:type="dxa"/>
              <w:right w:w="38" w:type="dxa"/>
            </w:tcMar>
            <w:vAlign w:val="center"/>
          </w:tcPr>
          <w:p w14:paraId="25CE5AD5"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787F639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A1C52E6" w14:textId="77777777" w:rsidR="00D60D5E" w:rsidRDefault="00D60D5E">
            <w:pPr>
              <w:jc w:val="center"/>
            </w:pPr>
          </w:p>
        </w:tc>
      </w:tr>
      <w:tr w:rsidR="00D60D5E" w14:paraId="0E30CF9E" w14:textId="77777777" w:rsidTr="000617E0">
        <w:trPr>
          <w:cantSplit/>
          <w:jc w:val="center"/>
        </w:trPr>
        <w:tc>
          <w:tcPr>
            <w:tcW w:w="677" w:type="dxa"/>
            <w:tcMar>
              <w:top w:w="28" w:type="dxa"/>
              <w:left w:w="38" w:type="dxa"/>
              <w:bottom w:w="28" w:type="dxa"/>
              <w:right w:w="38" w:type="dxa"/>
            </w:tcMar>
            <w:vAlign w:val="center"/>
          </w:tcPr>
          <w:p w14:paraId="48DC3A92" w14:textId="77777777" w:rsidR="00D60D5E" w:rsidRDefault="00891EF0">
            <w:pPr>
              <w:spacing w:after="0" w:line="240" w:lineRule="auto"/>
              <w:jc w:val="center"/>
            </w:pPr>
            <w:r>
              <w:rPr>
                <w:rFonts w:eastAsia="Aptos"/>
                <w:color w:val="6A7075"/>
                <w:sz w:val="17"/>
              </w:rPr>
              <w:t>295-170</w:t>
            </w:r>
          </w:p>
        </w:tc>
        <w:tc>
          <w:tcPr>
            <w:tcW w:w="2648" w:type="dxa"/>
            <w:tcMar>
              <w:top w:w="28" w:type="dxa"/>
              <w:left w:w="38" w:type="dxa"/>
              <w:bottom w:w="28" w:type="dxa"/>
              <w:right w:w="38" w:type="dxa"/>
            </w:tcMar>
            <w:vAlign w:val="center"/>
          </w:tcPr>
          <w:p w14:paraId="43BFC0BD" w14:textId="77777777" w:rsidR="00D60D5E" w:rsidRDefault="00891EF0">
            <w:pPr>
              <w:spacing w:after="0" w:line="240" w:lineRule="auto"/>
            </w:pPr>
            <w:r>
              <w:rPr>
                <w:rFonts w:eastAsia="Aptos"/>
                <w:sz w:val="17"/>
              </w:rPr>
              <w:t>Four Berry Medley 16 oz</w:t>
            </w:r>
          </w:p>
        </w:tc>
        <w:tc>
          <w:tcPr>
            <w:tcW w:w="630" w:type="dxa"/>
            <w:tcMar>
              <w:top w:w="28" w:type="dxa"/>
              <w:left w:w="38" w:type="dxa"/>
              <w:bottom w:w="28" w:type="dxa"/>
              <w:right w:w="38" w:type="dxa"/>
            </w:tcMar>
            <w:vAlign w:val="center"/>
          </w:tcPr>
          <w:p w14:paraId="2E51FA5D" w14:textId="77777777" w:rsidR="00D60D5E" w:rsidRDefault="00891EF0">
            <w:pPr>
              <w:spacing w:after="0" w:line="240" w:lineRule="auto"/>
              <w:jc w:val="center"/>
            </w:pPr>
            <w:r>
              <w:rPr>
                <w:rFonts w:eastAsia="Aptos"/>
                <w:b/>
                <w:sz w:val="17"/>
              </w:rPr>
              <w:t>7.95</w:t>
            </w:r>
          </w:p>
        </w:tc>
        <w:tc>
          <w:tcPr>
            <w:tcW w:w="540" w:type="dxa"/>
            <w:tcMar>
              <w:top w:w="28" w:type="dxa"/>
              <w:left w:w="38" w:type="dxa"/>
              <w:bottom w:w="28" w:type="dxa"/>
              <w:right w:w="38" w:type="dxa"/>
            </w:tcMar>
            <w:vAlign w:val="center"/>
          </w:tcPr>
          <w:p w14:paraId="19FE844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244325" w14:textId="77777777" w:rsidR="00D60D5E" w:rsidRDefault="00D60D5E">
            <w:pPr>
              <w:jc w:val="center"/>
            </w:pPr>
          </w:p>
        </w:tc>
      </w:tr>
      <w:tr w:rsidR="00D60D5E" w14:paraId="3A3D4670" w14:textId="77777777" w:rsidTr="000617E0">
        <w:trPr>
          <w:cantSplit/>
          <w:jc w:val="center"/>
        </w:trPr>
        <w:tc>
          <w:tcPr>
            <w:tcW w:w="677" w:type="dxa"/>
            <w:tcMar>
              <w:top w:w="28" w:type="dxa"/>
              <w:left w:w="38" w:type="dxa"/>
              <w:bottom w:w="28" w:type="dxa"/>
              <w:right w:w="38" w:type="dxa"/>
            </w:tcMar>
            <w:vAlign w:val="center"/>
          </w:tcPr>
          <w:p w14:paraId="01998677" w14:textId="77777777" w:rsidR="00D60D5E" w:rsidRDefault="00891EF0">
            <w:pPr>
              <w:spacing w:after="0" w:line="240" w:lineRule="auto"/>
              <w:jc w:val="center"/>
            </w:pPr>
            <w:r>
              <w:rPr>
                <w:rFonts w:eastAsia="Aptos"/>
                <w:color w:val="6A7075"/>
                <w:sz w:val="17"/>
              </w:rPr>
              <w:t>295-175</w:t>
            </w:r>
          </w:p>
        </w:tc>
        <w:tc>
          <w:tcPr>
            <w:tcW w:w="2648" w:type="dxa"/>
            <w:tcMar>
              <w:top w:w="28" w:type="dxa"/>
              <w:left w:w="38" w:type="dxa"/>
              <w:bottom w:w="28" w:type="dxa"/>
              <w:right w:w="38" w:type="dxa"/>
            </w:tcMar>
            <w:vAlign w:val="center"/>
          </w:tcPr>
          <w:p w14:paraId="79C84131" w14:textId="77777777" w:rsidR="00D60D5E" w:rsidRDefault="00891EF0">
            <w:pPr>
              <w:spacing w:after="0" w:line="240" w:lineRule="auto"/>
            </w:pPr>
            <w:r>
              <w:rPr>
                <w:rFonts w:eastAsia="Aptos"/>
                <w:sz w:val="17"/>
              </w:rPr>
              <w:t>Mity Fresh Carrots Sliced 16 oz</w:t>
            </w:r>
          </w:p>
        </w:tc>
        <w:tc>
          <w:tcPr>
            <w:tcW w:w="630" w:type="dxa"/>
            <w:tcMar>
              <w:top w:w="28" w:type="dxa"/>
              <w:left w:w="38" w:type="dxa"/>
              <w:bottom w:w="28" w:type="dxa"/>
              <w:right w:w="38" w:type="dxa"/>
            </w:tcMar>
            <w:vAlign w:val="center"/>
          </w:tcPr>
          <w:p w14:paraId="1279FD53" w14:textId="77777777" w:rsidR="00D60D5E" w:rsidRDefault="00891EF0">
            <w:pPr>
              <w:spacing w:after="0" w:line="240" w:lineRule="auto"/>
              <w:jc w:val="center"/>
            </w:pPr>
            <w:r>
              <w:rPr>
                <w:rFonts w:eastAsia="Aptos"/>
                <w:b/>
                <w:sz w:val="17"/>
              </w:rPr>
              <w:t>3.95</w:t>
            </w:r>
          </w:p>
        </w:tc>
        <w:tc>
          <w:tcPr>
            <w:tcW w:w="540" w:type="dxa"/>
            <w:tcMar>
              <w:top w:w="28" w:type="dxa"/>
              <w:left w:w="38" w:type="dxa"/>
              <w:bottom w:w="28" w:type="dxa"/>
              <w:right w:w="38" w:type="dxa"/>
            </w:tcMar>
            <w:vAlign w:val="center"/>
          </w:tcPr>
          <w:p w14:paraId="6CF8163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793D9C" w14:textId="77777777" w:rsidR="00D60D5E" w:rsidRDefault="00D60D5E">
            <w:pPr>
              <w:jc w:val="center"/>
            </w:pPr>
          </w:p>
        </w:tc>
      </w:tr>
      <w:tr w:rsidR="00D60D5E" w14:paraId="4847F41C" w14:textId="77777777" w:rsidTr="000617E0">
        <w:trPr>
          <w:cantSplit/>
          <w:jc w:val="center"/>
        </w:trPr>
        <w:tc>
          <w:tcPr>
            <w:tcW w:w="677" w:type="dxa"/>
            <w:tcMar>
              <w:top w:w="28" w:type="dxa"/>
              <w:left w:w="38" w:type="dxa"/>
              <w:bottom w:w="28" w:type="dxa"/>
              <w:right w:w="38" w:type="dxa"/>
            </w:tcMar>
            <w:vAlign w:val="center"/>
          </w:tcPr>
          <w:p w14:paraId="5BC41C70" w14:textId="77777777" w:rsidR="00D60D5E" w:rsidRDefault="00891EF0">
            <w:pPr>
              <w:spacing w:after="0" w:line="240" w:lineRule="auto"/>
              <w:jc w:val="center"/>
            </w:pPr>
            <w:r>
              <w:rPr>
                <w:rFonts w:eastAsia="Aptos"/>
                <w:color w:val="6A7075"/>
                <w:sz w:val="17"/>
              </w:rPr>
              <w:t>295-180</w:t>
            </w:r>
          </w:p>
        </w:tc>
        <w:tc>
          <w:tcPr>
            <w:tcW w:w="2648" w:type="dxa"/>
            <w:tcMar>
              <w:top w:w="28" w:type="dxa"/>
              <w:left w:w="38" w:type="dxa"/>
              <w:bottom w:w="28" w:type="dxa"/>
              <w:right w:w="38" w:type="dxa"/>
            </w:tcMar>
            <w:vAlign w:val="center"/>
          </w:tcPr>
          <w:p w14:paraId="0D83E828" w14:textId="77777777" w:rsidR="00D60D5E" w:rsidRDefault="00891EF0">
            <w:pPr>
              <w:spacing w:after="0" w:line="240" w:lineRule="auto"/>
            </w:pPr>
            <w:r>
              <w:rPr>
                <w:rFonts w:eastAsia="Aptos"/>
                <w:sz w:val="17"/>
              </w:rPr>
              <w:t>Mity Fresh Green Beans Reg Cut 16oz</w:t>
            </w:r>
          </w:p>
        </w:tc>
        <w:tc>
          <w:tcPr>
            <w:tcW w:w="630" w:type="dxa"/>
            <w:tcMar>
              <w:top w:w="28" w:type="dxa"/>
              <w:left w:w="38" w:type="dxa"/>
              <w:bottom w:w="28" w:type="dxa"/>
              <w:right w:w="38" w:type="dxa"/>
            </w:tcMar>
            <w:vAlign w:val="center"/>
          </w:tcPr>
          <w:p w14:paraId="186DF67D" w14:textId="77777777" w:rsidR="00D60D5E" w:rsidRDefault="00891EF0">
            <w:pPr>
              <w:spacing w:after="0" w:line="240" w:lineRule="auto"/>
              <w:jc w:val="center"/>
            </w:pPr>
            <w:r>
              <w:rPr>
                <w:rFonts w:eastAsia="Aptos"/>
                <w:b/>
                <w:sz w:val="17"/>
              </w:rPr>
              <w:t>4.85</w:t>
            </w:r>
          </w:p>
        </w:tc>
        <w:tc>
          <w:tcPr>
            <w:tcW w:w="540" w:type="dxa"/>
            <w:tcMar>
              <w:top w:w="28" w:type="dxa"/>
              <w:left w:w="38" w:type="dxa"/>
              <w:bottom w:w="28" w:type="dxa"/>
              <w:right w:w="38" w:type="dxa"/>
            </w:tcMar>
            <w:vAlign w:val="center"/>
          </w:tcPr>
          <w:p w14:paraId="4D95D67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851E196" w14:textId="77777777" w:rsidR="00D60D5E" w:rsidRDefault="00D60D5E">
            <w:pPr>
              <w:jc w:val="center"/>
            </w:pPr>
          </w:p>
        </w:tc>
      </w:tr>
      <w:tr w:rsidR="00D60D5E" w14:paraId="047E0D50" w14:textId="77777777" w:rsidTr="000617E0">
        <w:trPr>
          <w:cantSplit/>
          <w:jc w:val="center"/>
        </w:trPr>
        <w:tc>
          <w:tcPr>
            <w:tcW w:w="677" w:type="dxa"/>
            <w:tcMar>
              <w:top w:w="28" w:type="dxa"/>
              <w:left w:w="38" w:type="dxa"/>
              <w:bottom w:w="28" w:type="dxa"/>
              <w:right w:w="38" w:type="dxa"/>
            </w:tcMar>
            <w:vAlign w:val="center"/>
          </w:tcPr>
          <w:p w14:paraId="0B6CADFE" w14:textId="77777777" w:rsidR="00D60D5E" w:rsidRDefault="00891EF0">
            <w:pPr>
              <w:spacing w:after="0" w:line="240" w:lineRule="auto"/>
              <w:jc w:val="center"/>
            </w:pPr>
            <w:r>
              <w:rPr>
                <w:rFonts w:eastAsia="Aptos"/>
                <w:color w:val="6A7075"/>
                <w:sz w:val="17"/>
              </w:rPr>
              <w:t>295-185</w:t>
            </w:r>
          </w:p>
        </w:tc>
        <w:tc>
          <w:tcPr>
            <w:tcW w:w="2648" w:type="dxa"/>
            <w:tcMar>
              <w:top w:w="28" w:type="dxa"/>
              <w:left w:w="38" w:type="dxa"/>
              <w:bottom w:w="28" w:type="dxa"/>
              <w:right w:w="38" w:type="dxa"/>
            </w:tcMar>
            <w:vAlign w:val="center"/>
          </w:tcPr>
          <w:p w14:paraId="635B9840" w14:textId="77777777" w:rsidR="00D60D5E" w:rsidRDefault="00891EF0">
            <w:pPr>
              <w:spacing w:after="0" w:line="240" w:lineRule="auto"/>
            </w:pPr>
            <w:r>
              <w:rPr>
                <w:rFonts w:eastAsia="Aptos"/>
                <w:sz w:val="17"/>
              </w:rPr>
              <w:t>Mity Fresh Peas &amp; Carrots 16 oz</w:t>
            </w:r>
          </w:p>
        </w:tc>
        <w:tc>
          <w:tcPr>
            <w:tcW w:w="630" w:type="dxa"/>
            <w:tcMar>
              <w:top w:w="28" w:type="dxa"/>
              <w:left w:w="38" w:type="dxa"/>
              <w:bottom w:w="28" w:type="dxa"/>
              <w:right w:w="38" w:type="dxa"/>
            </w:tcMar>
            <w:vAlign w:val="center"/>
          </w:tcPr>
          <w:p w14:paraId="4BECCB2E" w14:textId="77777777" w:rsidR="00D60D5E" w:rsidRDefault="00891EF0">
            <w:pPr>
              <w:spacing w:after="0" w:line="240" w:lineRule="auto"/>
              <w:jc w:val="center"/>
            </w:pPr>
            <w:r>
              <w:rPr>
                <w:rFonts w:eastAsia="Aptos"/>
                <w:b/>
                <w:sz w:val="17"/>
              </w:rPr>
              <w:t>3.40</w:t>
            </w:r>
          </w:p>
        </w:tc>
        <w:tc>
          <w:tcPr>
            <w:tcW w:w="540" w:type="dxa"/>
            <w:tcMar>
              <w:top w:w="28" w:type="dxa"/>
              <w:left w:w="38" w:type="dxa"/>
              <w:bottom w:w="28" w:type="dxa"/>
              <w:right w:w="38" w:type="dxa"/>
            </w:tcMar>
            <w:vAlign w:val="center"/>
          </w:tcPr>
          <w:p w14:paraId="563B8E2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CA7F2F" w14:textId="77777777" w:rsidR="00D60D5E" w:rsidRDefault="00D60D5E">
            <w:pPr>
              <w:jc w:val="center"/>
            </w:pPr>
          </w:p>
        </w:tc>
      </w:tr>
      <w:tr w:rsidR="00D60D5E" w14:paraId="3844496C" w14:textId="77777777" w:rsidTr="000617E0">
        <w:trPr>
          <w:cantSplit/>
          <w:jc w:val="center"/>
        </w:trPr>
        <w:tc>
          <w:tcPr>
            <w:tcW w:w="677" w:type="dxa"/>
            <w:tcMar>
              <w:top w:w="28" w:type="dxa"/>
              <w:left w:w="38" w:type="dxa"/>
              <w:bottom w:w="28" w:type="dxa"/>
              <w:right w:w="38" w:type="dxa"/>
            </w:tcMar>
            <w:vAlign w:val="center"/>
          </w:tcPr>
          <w:p w14:paraId="72D1645E" w14:textId="77777777" w:rsidR="00D60D5E" w:rsidRDefault="00891EF0">
            <w:pPr>
              <w:spacing w:after="0" w:line="240" w:lineRule="auto"/>
              <w:jc w:val="center"/>
            </w:pPr>
            <w:r>
              <w:rPr>
                <w:rFonts w:eastAsia="Aptos"/>
                <w:color w:val="6A7075"/>
                <w:sz w:val="17"/>
              </w:rPr>
              <w:t>295-190</w:t>
            </w:r>
          </w:p>
        </w:tc>
        <w:tc>
          <w:tcPr>
            <w:tcW w:w="2648" w:type="dxa"/>
            <w:tcMar>
              <w:top w:w="28" w:type="dxa"/>
              <w:left w:w="38" w:type="dxa"/>
              <w:bottom w:w="28" w:type="dxa"/>
              <w:right w:w="38" w:type="dxa"/>
            </w:tcMar>
            <w:vAlign w:val="center"/>
          </w:tcPr>
          <w:p w14:paraId="66044DBA" w14:textId="77777777" w:rsidR="00D60D5E" w:rsidRDefault="00891EF0">
            <w:pPr>
              <w:spacing w:after="0" w:line="240" w:lineRule="auto"/>
            </w:pPr>
            <w:r>
              <w:rPr>
                <w:rFonts w:eastAsia="Aptos"/>
                <w:sz w:val="17"/>
              </w:rPr>
              <w:t>Mity Fresh Winter Mix 16 oz</w:t>
            </w:r>
          </w:p>
        </w:tc>
        <w:tc>
          <w:tcPr>
            <w:tcW w:w="630" w:type="dxa"/>
            <w:tcMar>
              <w:top w:w="28" w:type="dxa"/>
              <w:left w:w="38" w:type="dxa"/>
              <w:bottom w:w="28" w:type="dxa"/>
              <w:right w:w="38" w:type="dxa"/>
            </w:tcMar>
            <w:vAlign w:val="center"/>
          </w:tcPr>
          <w:p w14:paraId="4E26C1D8" w14:textId="77777777" w:rsidR="00D60D5E" w:rsidRDefault="00891EF0">
            <w:pPr>
              <w:spacing w:after="0" w:line="240" w:lineRule="auto"/>
              <w:jc w:val="center"/>
            </w:pPr>
            <w:r>
              <w:rPr>
                <w:rFonts w:eastAsia="Aptos"/>
                <w:b/>
                <w:sz w:val="17"/>
              </w:rPr>
              <w:t>5.10</w:t>
            </w:r>
          </w:p>
        </w:tc>
        <w:tc>
          <w:tcPr>
            <w:tcW w:w="540" w:type="dxa"/>
            <w:tcMar>
              <w:top w:w="28" w:type="dxa"/>
              <w:left w:w="38" w:type="dxa"/>
              <w:bottom w:w="28" w:type="dxa"/>
              <w:right w:w="38" w:type="dxa"/>
            </w:tcMar>
            <w:vAlign w:val="center"/>
          </w:tcPr>
          <w:p w14:paraId="3FE75D2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EE5BCB" w14:textId="77777777" w:rsidR="00D60D5E" w:rsidRDefault="00D60D5E">
            <w:pPr>
              <w:jc w:val="center"/>
            </w:pPr>
          </w:p>
        </w:tc>
      </w:tr>
      <w:tr w:rsidR="00D60D5E" w14:paraId="061353E2" w14:textId="77777777" w:rsidTr="000617E0">
        <w:trPr>
          <w:cantSplit/>
          <w:jc w:val="center"/>
        </w:trPr>
        <w:tc>
          <w:tcPr>
            <w:tcW w:w="677" w:type="dxa"/>
            <w:shd w:val="clear" w:color="auto" w:fill="D9EAF7"/>
            <w:tcMar>
              <w:top w:w="28" w:type="dxa"/>
              <w:left w:w="38" w:type="dxa"/>
              <w:bottom w:w="28" w:type="dxa"/>
              <w:right w:w="38" w:type="dxa"/>
            </w:tcMar>
            <w:vAlign w:val="center"/>
          </w:tcPr>
          <w:p w14:paraId="2EC1836F" w14:textId="77777777" w:rsidR="00D60D5E" w:rsidRDefault="00891EF0">
            <w:pPr>
              <w:spacing w:after="0" w:line="240" w:lineRule="auto"/>
              <w:jc w:val="center"/>
            </w:pPr>
            <w:r>
              <w:rPr>
                <w:rFonts w:eastAsia="Aptos"/>
                <w:b/>
                <w:color w:val="2F4F8F"/>
                <w:sz w:val="18"/>
              </w:rPr>
              <w:t>300-</w:t>
            </w:r>
          </w:p>
        </w:tc>
        <w:tc>
          <w:tcPr>
            <w:tcW w:w="2648" w:type="dxa"/>
            <w:shd w:val="clear" w:color="auto" w:fill="D9EAF7"/>
            <w:tcMar>
              <w:top w:w="28" w:type="dxa"/>
              <w:left w:w="38" w:type="dxa"/>
              <w:bottom w:w="28" w:type="dxa"/>
              <w:right w:w="38" w:type="dxa"/>
            </w:tcMar>
            <w:vAlign w:val="center"/>
          </w:tcPr>
          <w:p w14:paraId="50DC12F0" w14:textId="77777777" w:rsidR="00D60D5E" w:rsidRDefault="00891EF0">
            <w:pPr>
              <w:spacing w:after="0" w:line="240" w:lineRule="auto"/>
            </w:pPr>
            <w:r>
              <w:rPr>
                <w:rFonts w:eastAsia="Aptos"/>
                <w:b/>
                <w:color w:val="2F4F8F"/>
                <w:sz w:val="18"/>
              </w:rPr>
              <w:t>FRESH &amp; FROZEN MEATS</w:t>
            </w:r>
          </w:p>
        </w:tc>
        <w:tc>
          <w:tcPr>
            <w:tcW w:w="630" w:type="dxa"/>
            <w:shd w:val="clear" w:color="auto" w:fill="D9EAF7"/>
            <w:tcMar>
              <w:top w:w="28" w:type="dxa"/>
              <w:left w:w="38" w:type="dxa"/>
              <w:bottom w:w="28" w:type="dxa"/>
              <w:right w:w="38" w:type="dxa"/>
            </w:tcMar>
            <w:vAlign w:val="center"/>
          </w:tcPr>
          <w:p w14:paraId="25CF6452"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0485D2E"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32B7AD1" w14:textId="77777777" w:rsidR="00D60D5E" w:rsidRDefault="00D60D5E">
            <w:pPr>
              <w:jc w:val="center"/>
            </w:pPr>
          </w:p>
        </w:tc>
      </w:tr>
      <w:tr w:rsidR="00D60D5E" w14:paraId="5E6DFA1E" w14:textId="77777777" w:rsidTr="000617E0">
        <w:trPr>
          <w:cantSplit/>
          <w:jc w:val="center"/>
        </w:trPr>
        <w:tc>
          <w:tcPr>
            <w:tcW w:w="677" w:type="dxa"/>
            <w:tcMar>
              <w:top w:w="28" w:type="dxa"/>
              <w:left w:w="38" w:type="dxa"/>
              <w:bottom w:w="28" w:type="dxa"/>
              <w:right w:w="38" w:type="dxa"/>
            </w:tcMar>
            <w:vAlign w:val="center"/>
          </w:tcPr>
          <w:p w14:paraId="2E85C22B" w14:textId="77777777" w:rsidR="00D60D5E" w:rsidRDefault="00891EF0">
            <w:pPr>
              <w:spacing w:after="0" w:line="240" w:lineRule="auto"/>
              <w:jc w:val="center"/>
            </w:pPr>
            <w:r>
              <w:rPr>
                <w:rFonts w:eastAsia="Aptos"/>
                <w:color w:val="6A7075"/>
                <w:sz w:val="17"/>
              </w:rPr>
              <w:t>300-105</w:t>
            </w:r>
          </w:p>
        </w:tc>
        <w:tc>
          <w:tcPr>
            <w:tcW w:w="2648" w:type="dxa"/>
            <w:tcMar>
              <w:top w:w="28" w:type="dxa"/>
              <w:left w:w="38" w:type="dxa"/>
              <w:bottom w:w="28" w:type="dxa"/>
              <w:right w:w="38" w:type="dxa"/>
            </w:tcMar>
            <w:vAlign w:val="center"/>
          </w:tcPr>
          <w:p w14:paraId="5C76C6E2" w14:textId="77777777" w:rsidR="00D60D5E" w:rsidRDefault="00891EF0">
            <w:pPr>
              <w:spacing w:after="0" w:line="240" w:lineRule="auto"/>
            </w:pPr>
            <w:r>
              <w:rPr>
                <w:rFonts w:eastAsia="Aptos"/>
                <w:sz w:val="17"/>
              </w:rPr>
              <w:t>Ground Beef Fresh LB</w:t>
            </w:r>
          </w:p>
        </w:tc>
        <w:tc>
          <w:tcPr>
            <w:tcW w:w="630" w:type="dxa"/>
            <w:tcMar>
              <w:top w:w="28" w:type="dxa"/>
              <w:left w:w="38" w:type="dxa"/>
              <w:bottom w:w="28" w:type="dxa"/>
              <w:right w:w="38" w:type="dxa"/>
            </w:tcMar>
            <w:vAlign w:val="center"/>
          </w:tcPr>
          <w:p w14:paraId="53B8AF15" w14:textId="77777777" w:rsidR="00D60D5E" w:rsidRDefault="00891EF0">
            <w:pPr>
              <w:spacing w:after="0" w:line="240" w:lineRule="auto"/>
              <w:jc w:val="center"/>
            </w:pPr>
            <w:r>
              <w:rPr>
                <w:rFonts w:eastAsia="Aptos"/>
                <w:b/>
                <w:sz w:val="17"/>
              </w:rPr>
              <w:t>10.99</w:t>
            </w:r>
          </w:p>
        </w:tc>
        <w:tc>
          <w:tcPr>
            <w:tcW w:w="540" w:type="dxa"/>
            <w:tcMar>
              <w:top w:w="28" w:type="dxa"/>
              <w:left w:w="38" w:type="dxa"/>
              <w:bottom w:w="28" w:type="dxa"/>
              <w:right w:w="38" w:type="dxa"/>
            </w:tcMar>
            <w:vAlign w:val="center"/>
          </w:tcPr>
          <w:p w14:paraId="6F21907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5AF3AC1" w14:textId="77777777" w:rsidR="00D60D5E" w:rsidRDefault="00D60D5E">
            <w:pPr>
              <w:jc w:val="center"/>
            </w:pPr>
          </w:p>
        </w:tc>
      </w:tr>
      <w:tr w:rsidR="00D60D5E" w14:paraId="4B23E86A" w14:textId="77777777" w:rsidTr="000617E0">
        <w:trPr>
          <w:cantSplit/>
          <w:jc w:val="center"/>
        </w:trPr>
        <w:tc>
          <w:tcPr>
            <w:tcW w:w="677" w:type="dxa"/>
            <w:tcMar>
              <w:top w:w="28" w:type="dxa"/>
              <w:left w:w="38" w:type="dxa"/>
              <w:bottom w:w="28" w:type="dxa"/>
              <w:right w:w="38" w:type="dxa"/>
            </w:tcMar>
            <w:vAlign w:val="center"/>
          </w:tcPr>
          <w:p w14:paraId="3C21426A" w14:textId="77777777" w:rsidR="00D60D5E" w:rsidRDefault="00891EF0">
            <w:pPr>
              <w:spacing w:after="0" w:line="240" w:lineRule="auto"/>
              <w:jc w:val="center"/>
            </w:pPr>
            <w:r>
              <w:rPr>
                <w:rFonts w:eastAsia="Aptos"/>
                <w:color w:val="6A7075"/>
                <w:sz w:val="17"/>
              </w:rPr>
              <w:t>300-110</w:t>
            </w:r>
          </w:p>
        </w:tc>
        <w:tc>
          <w:tcPr>
            <w:tcW w:w="2648" w:type="dxa"/>
            <w:tcMar>
              <w:top w:w="28" w:type="dxa"/>
              <w:left w:w="38" w:type="dxa"/>
              <w:bottom w:w="28" w:type="dxa"/>
              <w:right w:w="38" w:type="dxa"/>
            </w:tcMar>
            <w:vAlign w:val="center"/>
          </w:tcPr>
          <w:p w14:paraId="62FDBD77" w14:textId="77777777" w:rsidR="00D60D5E" w:rsidRDefault="00891EF0">
            <w:pPr>
              <w:spacing w:after="0" w:line="240" w:lineRule="auto"/>
            </w:pPr>
            <w:r>
              <w:rPr>
                <w:rFonts w:eastAsia="Aptos"/>
                <w:sz w:val="17"/>
              </w:rPr>
              <w:t>Hamburger 4oz</w:t>
            </w:r>
          </w:p>
        </w:tc>
        <w:tc>
          <w:tcPr>
            <w:tcW w:w="630" w:type="dxa"/>
            <w:tcMar>
              <w:top w:w="28" w:type="dxa"/>
              <w:left w:w="38" w:type="dxa"/>
              <w:bottom w:w="28" w:type="dxa"/>
              <w:right w:w="38" w:type="dxa"/>
            </w:tcMar>
            <w:vAlign w:val="center"/>
          </w:tcPr>
          <w:p w14:paraId="3B5A59B8" w14:textId="77777777" w:rsidR="00D60D5E" w:rsidRDefault="00891EF0">
            <w:pPr>
              <w:spacing w:after="0" w:line="240" w:lineRule="auto"/>
              <w:jc w:val="center"/>
            </w:pPr>
            <w:r>
              <w:rPr>
                <w:rFonts w:eastAsia="Aptos"/>
                <w:b/>
                <w:sz w:val="17"/>
              </w:rPr>
              <w:t>12.85</w:t>
            </w:r>
          </w:p>
        </w:tc>
        <w:tc>
          <w:tcPr>
            <w:tcW w:w="540" w:type="dxa"/>
            <w:tcMar>
              <w:top w:w="28" w:type="dxa"/>
              <w:left w:w="38" w:type="dxa"/>
              <w:bottom w:w="28" w:type="dxa"/>
              <w:right w:w="38" w:type="dxa"/>
            </w:tcMar>
            <w:vAlign w:val="center"/>
          </w:tcPr>
          <w:p w14:paraId="1430B95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C44169A" w14:textId="77777777" w:rsidR="00D60D5E" w:rsidRDefault="00D60D5E">
            <w:pPr>
              <w:jc w:val="center"/>
            </w:pPr>
          </w:p>
        </w:tc>
      </w:tr>
      <w:tr w:rsidR="00D60D5E" w14:paraId="3AAF9800" w14:textId="77777777" w:rsidTr="000617E0">
        <w:trPr>
          <w:cantSplit/>
          <w:jc w:val="center"/>
        </w:trPr>
        <w:tc>
          <w:tcPr>
            <w:tcW w:w="677" w:type="dxa"/>
            <w:tcMar>
              <w:top w:w="28" w:type="dxa"/>
              <w:left w:w="38" w:type="dxa"/>
              <w:bottom w:w="28" w:type="dxa"/>
              <w:right w:w="38" w:type="dxa"/>
            </w:tcMar>
            <w:vAlign w:val="center"/>
          </w:tcPr>
          <w:p w14:paraId="3B97F583" w14:textId="77777777" w:rsidR="00D60D5E" w:rsidRDefault="00891EF0">
            <w:pPr>
              <w:spacing w:after="0" w:line="240" w:lineRule="auto"/>
              <w:jc w:val="center"/>
            </w:pPr>
            <w:r>
              <w:rPr>
                <w:rFonts w:eastAsia="Aptos"/>
                <w:color w:val="6A7075"/>
                <w:sz w:val="17"/>
              </w:rPr>
              <w:t>300-111</w:t>
            </w:r>
          </w:p>
        </w:tc>
        <w:tc>
          <w:tcPr>
            <w:tcW w:w="2648" w:type="dxa"/>
            <w:tcMar>
              <w:top w:w="28" w:type="dxa"/>
              <w:left w:w="38" w:type="dxa"/>
              <w:bottom w:w="28" w:type="dxa"/>
              <w:right w:w="38" w:type="dxa"/>
            </w:tcMar>
            <w:vAlign w:val="center"/>
          </w:tcPr>
          <w:p w14:paraId="4FB2759C" w14:textId="77777777" w:rsidR="00D60D5E" w:rsidRDefault="00891EF0">
            <w:pPr>
              <w:spacing w:after="0" w:line="240" w:lineRule="auto"/>
            </w:pPr>
            <w:r>
              <w:rPr>
                <w:rFonts w:eastAsia="Aptos"/>
                <w:sz w:val="17"/>
              </w:rPr>
              <w:t>Hamburger 6 lb. bag Kirkland</w:t>
            </w:r>
          </w:p>
        </w:tc>
        <w:tc>
          <w:tcPr>
            <w:tcW w:w="630" w:type="dxa"/>
            <w:tcMar>
              <w:top w:w="28" w:type="dxa"/>
              <w:left w:w="38" w:type="dxa"/>
              <w:bottom w:w="28" w:type="dxa"/>
              <w:right w:w="38" w:type="dxa"/>
            </w:tcMar>
            <w:vAlign w:val="center"/>
          </w:tcPr>
          <w:p w14:paraId="0C56C568" w14:textId="77777777" w:rsidR="00D60D5E" w:rsidRDefault="00891EF0">
            <w:pPr>
              <w:spacing w:after="0" w:line="240" w:lineRule="auto"/>
              <w:jc w:val="center"/>
            </w:pPr>
            <w:r>
              <w:rPr>
                <w:rFonts w:eastAsia="Aptos"/>
                <w:b/>
                <w:sz w:val="17"/>
              </w:rPr>
              <w:t>55.99</w:t>
            </w:r>
          </w:p>
        </w:tc>
        <w:tc>
          <w:tcPr>
            <w:tcW w:w="540" w:type="dxa"/>
            <w:tcMar>
              <w:top w:w="28" w:type="dxa"/>
              <w:left w:w="38" w:type="dxa"/>
              <w:bottom w:w="28" w:type="dxa"/>
              <w:right w:w="38" w:type="dxa"/>
            </w:tcMar>
            <w:vAlign w:val="center"/>
          </w:tcPr>
          <w:p w14:paraId="77DFD130" w14:textId="77777777" w:rsidR="00D60D5E" w:rsidRDefault="00891EF0">
            <w:pPr>
              <w:spacing w:after="0" w:line="240" w:lineRule="auto"/>
              <w:jc w:val="center"/>
            </w:pPr>
            <w:r>
              <w:rPr>
                <w:rFonts w:eastAsia="Aptos"/>
                <w:sz w:val="17"/>
              </w:rPr>
              <w:t>PK</w:t>
            </w:r>
          </w:p>
        </w:tc>
        <w:tc>
          <w:tcPr>
            <w:tcW w:w="646" w:type="dxa"/>
            <w:tcMar>
              <w:top w:w="28" w:type="dxa"/>
              <w:left w:w="38" w:type="dxa"/>
              <w:bottom w:w="28" w:type="dxa"/>
              <w:right w:w="38" w:type="dxa"/>
            </w:tcMar>
            <w:vAlign w:val="center"/>
          </w:tcPr>
          <w:p w14:paraId="6069174C" w14:textId="77777777" w:rsidR="00D60D5E" w:rsidRDefault="00D60D5E">
            <w:pPr>
              <w:jc w:val="center"/>
            </w:pPr>
          </w:p>
        </w:tc>
      </w:tr>
      <w:tr w:rsidR="00D60D5E" w14:paraId="79AB94A4" w14:textId="77777777" w:rsidTr="000617E0">
        <w:trPr>
          <w:cantSplit/>
          <w:jc w:val="center"/>
        </w:trPr>
        <w:tc>
          <w:tcPr>
            <w:tcW w:w="677" w:type="dxa"/>
            <w:tcMar>
              <w:top w:w="28" w:type="dxa"/>
              <w:left w:w="38" w:type="dxa"/>
              <w:bottom w:w="28" w:type="dxa"/>
              <w:right w:w="38" w:type="dxa"/>
            </w:tcMar>
            <w:vAlign w:val="center"/>
          </w:tcPr>
          <w:p w14:paraId="7D670639" w14:textId="77777777" w:rsidR="00D60D5E" w:rsidRDefault="00891EF0">
            <w:pPr>
              <w:spacing w:after="0" w:line="240" w:lineRule="auto"/>
              <w:jc w:val="center"/>
            </w:pPr>
            <w:r>
              <w:rPr>
                <w:rFonts w:eastAsia="Aptos"/>
                <w:color w:val="6A7075"/>
                <w:sz w:val="17"/>
              </w:rPr>
              <w:t>300-115</w:t>
            </w:r>
          </w:p>
        </w:tc>
        <w:tc>
          <w:tcPr>
            <w:tcW w:w="2648" w:type="dxa"/>
            <w:tcMar>
              <w:top w:w="28" w:type="dxa"/>
              <w:left w:w="38" w:type="dxa"/>
              <w:bottom w:w="28" w:type="dxa"/>
              <w:right w:w="38" w:type="dxa"/>
            </w:tcMar>
            <w:vAlign w:val="center"/>
          </w:tcPr>
          <w:p w14:paraId="7466AAD2" w14:textId="77777777" w:rsidR="00D60D5E" w:rsidRDefault="00891EF0">
            <w:pPr>
              <w:spacing w:after="0" w:line="240" w:lineRule="auto"/>
            </w:pPr>
            <w:r>
              <w:rPr>
                <w:rFonts w:eastAsia="Aptos"/>
                <w:sz w:val="17"/>
              </w:rPr>
              <w:t>Lamb, Leg W/bone LB</w:t>
            </w:r>
          </w:p>
        </w:tc>
        <w:tc>
          <w:tcPr>
            <w:tcW w:w="630" w:type="dxa"/>
            <w:tcMar>
              <w:top w:w="28" w:type="dxa"/>
              <w:left w:w="38" w:type="dxa"/>
              <w:bottom w:w="28" w:type="dxa"/>
              <w:right w:w="38" w:type="dxa"/>
            </w:tcMar>
            <w:vAlign w:val="center"/>
          </w:tcPr>
          <w:p w14:paraId="21B42CB5" w14:textId="77777777" w:rsidR="00D60D5E" w:rsidRDefault="00891EF0">
            <w:pPr>
              <w:spacing w:after="0" w:line="240" w:lineRule="auto"/>
              <w:jc w:val="center"/>
            </w:pPr>
            <w:r>
              <w:rPr>
                <w:rFonts w:eastAsia="Aptos"/>
                <w:b/>
                <w:sz w:val="17"/>
              </w:rPr>
              <w:t>13.99</w:t>
            </w:r>
          </w:p>
        </w:tc>
        <w:tc>
          <w:tcPr>
            <w:tcW w:w="540" w:type="dxa"/>
            <w:tcMar>
              <w:top w:w="28" w:type="dxa"/>
              <w:left w:w="38" w:type="dxa"/>
              <w:bottom w:w="28" w:type="dxa"/>
              <w:right w:w="38" w:type="dxa"/>
            </w:tcMar>
            <w:vAlign w:val="center"/>
          </w:tcPr>
          <w:p w14:paraId="1823DD5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2EE43CB" w14:textId="77777777" w:rsidR="00D60D5E" w:rsidRDefault="00D60D5E">
            <w:pPr>
              <w:jc w:val="center"/>
            </w:pPr>
          </w:p>
        </w:tc>
      </w:tr>
      <w:tr w:rsidR="00D60D5E" w14:paraId="6825B986" w14:textId="77777777" w:rsidTr="000617E0">
        <w:trPr>
          <w:cantSplit/>
          <w:jc w:val="center"/>
        </w:trPr>
        <w:tc>
          <w:tcPr>
            <w:tcW w:w="677" w:type="dxa"/>
            <w:tcMar>
              <w:top w:w="28" w:type="dxa"/>
              <w:left w:w="38" w:type="dxa"/>
              <w:bottom w:w="28" w:type="dxa"/>
              <w:right w:w="38" w:type="dxa"/>
            </w:tcMar>
            <w:vAlign w:val="center"/>
          </w:tcPr>
          <w:p w14:paraId="467245DF" w14:textId="77777777" w:rsidR="00D60D5E" w:rsidRDefault="00891EF0">
            <w:pPr>
              <w:spacing w:after="0" w:line="240" w:lineRule="auto"/>
              <w:jc w:val="center"/>
            </w:pPr>
            <w:r>
              <w:rPr>
                <w:rFonts w:eastAsia="Aptos"/>
                <w:color w:val="6A7075"/>
                <w:sz w:val="17"/>
              </w:rPr>
              <w:t>300-120</w:t>
            </w:r>
          </w:p>
        </w:tc>
        <w:tc>
          <w:tcPr>
            <w:tcW w:w="2648" w:type="dxa"/>
            <w:tcMar>
              <w:top w:w="28" w:type="dxa"/>
              <w:left w:w="38" w:type="dxa"/>
              <w:bottom w:w="28" w:type="dxa"/>
              <w:right w:w="38" w:type="dxa"/>
            </w:tcMar>
            <w:vAlign w:val="center"/>
          </w:tcPr>
          <w:p w14:paraId="28EF643D" w14:textId="77777777" w:rsidR="00D60D5E" w:rsidRDefault="00891EF0">
            <w:pPr>
              <w:spacing w:after="0" w:line="240" w:lineRule="auto"/>
            </w:pPr>
            <w:r>
              <w:rPr>
                <w:rFonts w:eastAsia="Aptos"/>
                <w:sz w:val="17"/>
              </w:rPr>
              <w:t>Lamb, Leg Boneless LB</w:t>
            </w:r>
          </w:p>
        </w:tc>
        <w:tc>
          <w:tcPr>
            <w:tcW w:w="630" w:type="dxa"/>
            <w:tcMar>
              <w:top w:w="28" w:type="dxa"/>
              <w:left w:w="38" w:type="dxa"/>
              <w:bottom w:w="28" w:type="dxa"/>
              <w:right w:w="38" w:type="dxa"/>
            </w:tcMar>
            <w:vAlign w:val="center"/>
          </w:tcPr>
          <w:p w14:paraId="02E5450A"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3096520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1D65FCB" w14:textId="77777777" w:rsidR="00D60D5E" w:rsidRDefault="00D60D5E">
            <w:pPr>
              <w:jc w:val="center"/>
            </w:pPr>
          </w:p>
        </w:tc>
      </w:tr>
      <w:tr w:rsidR="00D60D5E" w14:paraId="26D9DC00" w14:textId="77777777" w:rsidTr="000617E0">
        <w:trPr>
          <w:cantSplit/>
          <w:jc w:val="center"/>
        </w:trPr>
        <w:tc>
          <w:tcPr>
            <w:tcW w:w="677" w:type="dxa"/>
            <w:tcMar>
              <w:top w:w="28" w:type="dxa"/>
              <w:left w:w="38" w:type="dxa"/>
              <w:bottom w:w="28" w:type="dxa"/>
              <w:right w:w="38" w:type="dxa"/>
            </w:tcMar>
            <w:vAlign w:val="center"/>
          </w:tcPr>
          <w:p w14:paraId="0A4B2E2A" w14:textId="77777777" w:rsidR="00D60D5E" w:rsidRDefault="00891EF0">
            <w:pPr>
              <w:spacing w:after="0" w:line="240" w:lineRule="auto"/>
              <w:jc w:val="center"/>
            </w:pPr>
            <w:r>
              <w:rPr>
                <w:rFonts w:eastAsia="Aptos"/>
                <w:color w:val="6A7075"/>
                <w:sz w:val="17"/>
              </w:rPr>
              <w:t>300-125</w:t>
            </w:r>
          </w:p>
        </w:tc>
        <w:tc>
          <w:tcPr>
            <w:tcW w:w="2648" w:type="dxa"/>
            <w:tcMar>
              <w:top w:w="28" w:type="dxa"/>
              <w:left w:w="38" w:type="dxa"/>
              <w:bottom w:w="28" w:type="dxa"/>
              <w:right w:w="38" w:type="dxa"/>
            </w:tcMar>
            <w:vAlign w:val="center"/>
          </w:tcPr>
          <w:p w14:paraId="0136A4A1" w14:textId="77777777" w:rsidR="00D60D5E" w:rsidRDefault="00891EF0">
            <w:pPr>
              <w:spacing w:after="0" w:line="240" w:lineRule="auto"/>
            </w:pPr>
            <w:r>
              <w:rPr>
                <w:rFonts w:eastAsia="Aptos"/>
                <w:sz w:val="17"/>
              </w:rPr>
              <w:t>Lamb Chops (vacuum Packed) 5oz 2pk</w:t>
            </w:r>
          </w:p>
        </w:tc>
        <w:tc>
          <w:tcPr>
            <w:tcW w:w="630" w:type="dxa"/>
            <w:tcMar>
              <w:top w:w="28" w:type="dxa"/>
              <w:left w:w="38" w:type="dxa"/>
              <w:bottom w:w="28" w:type="dxa"/>
              <w:right w:w="38" w:type="dxa"/>
            </w:tcMar>
            <w:vAlign w:val="center"/>
          </w:tcPr>
          <w:p w14:paraId="28565DC7" w14:textId="77777777" w:rsidR="00D60D5E" w:rsidRDefault="00891EF0">
            <w:pPr>
              <w:spacing w:after="0" w:line="240" w:lineRule="auto"/>
              <w:jc w:val="center"/>
            </w:pPr>
            <w:r>
              <w:rPr>
                <w:rFonts w:eastAsia="Aptos"/>
                <w:b/>
                <w:sz w:val="17"/>
              </w:rPr>
              <w:t>28.90</w:t>
            </w:r>
          </w:p>
        </w:tc>
        <w:tc>
          <w:tcPr>
            <w:tcW w:w="540" w:type="dxa"/>
            <w:tcMar>
              <w:top w:w="28" w:type="dxa"/>
              <w:left w:w="38" w:type="dxa"/>
              <w:bottom w:w="28" w:type="dxa"/>
              <w:right w:w="38" w:type="dxa"/>
            </w:tcMar>
            <w:vAlign w:val="center"/>
          </w:tcPr>
          <w:p w14:paraId="145851F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4E532E" w14:textId="77777777" w:rsidR="00D60D5E" w:rsidRDefault="00D60D5E">
            <w:pPr>
              <w:jc w:val="center"/>
            </w:pPr>
          </w:p>
        </w:tc>
      </w:tr>
      <w:tr w:rsidR="00D60D5E" w14:paraId="0A2B8445" w14:textId="77777777" w:rsidTr="000617E0">
        <w:trPr>
          <w:cantSplit/>
          <w:jc w:val="center"/>
        </w:trPr>
        <w:tc>
          <w:tcPr>
            <w:tcW w:w="677" w:type="dxa"/>
            <w:tcMar>
              <w:top w:w="28" w:type="dxa"/>
              <w:left w:w="38" w:type="dxa"/>
              <w:bottom w:w="28" w:type="dxa"/>
              <w:right w:w="38" w:type="dxa"/>
            </w:tcMar>
            <w:vAlign w:val="center"/>
          </w:tcPr>
          <w:p w14:paraId="0ED9A463" w14:textId="77777777" w:rsidR="00D60D5E" w:rsidRDefault="00891EF0">
            <w:pPr>
              <w:spacing w:after="0" w:line="240" w:lineRule="auto"/>
              <w:jc w:val="center"/>
            </w:pPr>
            <w:r>
              <w:rPr>
                <w:rFonts w:eastAsia="Aptos"/>
                <w:color w:val="6A7075"/>
                <w:sz w:val="17"/>
              </w:rPr>
              <w:t>300-130</w:t>
            </w:r>
          </w:p>
        </w:tc>
        <w:tc>
          <w:tcPr>
            <w:tcW w:w="2648" w:type="dxa"/>
            <w:tcMar>
              <w:top w:w="28" w:type="dxa"/>
              <w:left w:w="38" w:type="dxa"/>
              <w:bottom w:w="28" w:type="dxa"/>
              <w:right w:w="38" w:type="dxa"/>
            </w:tcMar>
            <w:vAlign w:val="center"/>
          </w:tcPr>
          <w:p w14:paraId="4E842485" w14:textId="77777777" w:rsidR="00D60D5E" w:rsidRDefault="00891EF0">
            <w:pPr>
              <w:spacing w:after="0" w:line="240" w:lineRule="auto"/>
            </w:pPr>
            <w:r>
              <w:rPr>
                <w:rFonts w:eastAsia="Aptos"/>
                <w:sz w:val="17"/>
              </w:rPr>
              <w:t>Lamb Shoulder Chops LB</w:t>
            </w:r>
          </w:p>
        </w:tc>
        <w:tc>
          <w:tcPr>
            <w:tcW w:w="630" w:type="dxa"/>
            <w:tcMar>
              <w:top w:w="28" w:type="dxa"/>
              <w:left w:w="38" w:type="dxa"/>
              <w:bottom w:w="28" w:type="dxa"/>
              <w:right w:w="38" w:type="dxa"/>
            </w:tcMar>
            <w:vAlign w:val="center"/>
          </w:tcPr>
          <w:p w14:paraId="3E79ED80"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66992E4D"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D9221E8" w14:textId="77777777" w:rsidR="00D60D5E" w:rsidRDefault="00D60D5E">
            <w:pPr>
              <w:jc w:val="center"/>
            </w:pPr>
          </w:p>
        </w:tc>
      </w:tr>
      <w:tr w:rsidR="00D60D5E" w14:paraId="2DC9B900" w14:textId="77777777" w:rsidTr="000617E0">
        <w:trPr>
          <w:cantSplit/>
          <w:jc w:val="center"/>
        </w:trPr>
        <w:tc>
          <w:tcPr>
            <w:tcW w:w="677" w:type="dxa"/>
            <w:tcMar>
              <w:top w:w="28" w:type="dxa"/>
              <w:left w:w="38" w:type="dxa"/>
              <w:bottom w:w="28" w:type="dxa"/>
              <w:right w:w="38" w:type="dxa"/>
            </w:tcMar>
            <w:vAlign w:val="center"/>
          </w:tcPr>
          <w:p w14:paraId="427E0D61" w14:textId="77777777" w:rsidR="00D60D5E" w:rsidRDefault="00891EF0">
            <w:pPr>
              <w:spacing w:after="0" w:line="240" w:lineRule="auto"/>
              <w:jc w:val="center"/>
            </w:pPr>
            <w:r>
              <w:rPr>
                <w:rFonts w:eastAsia="Aptos"/>
                <w:color w:val="6A7075"/>
                <w:sz w:val="17"/>
              </w:rPr>
              <w:t>300-135</w:t>
            </w:r>
          </w:p>
        </w:tc>
        <w:tc>
          <w:tcPr>
            <w:tcW w:w="2648" w:type="dxa"/>
            <w:tcMar>
              <w:top w:w="28" w:type="dxa"/>
              <w:left w:w="38" w:type="dxa"/>
              <w:bottom w:w="28" w:type="dxa"/>
              <w:right w:w="38" w:type="dxa"/>
            </w:tcMar>
            <w:vAlign w:val="center"/>
          </w:tcPr>
          <w:p w14:paraId="78D4128F" w14:textId="77777777" w:rsidR="00D60D5E" w:rsidRDefault="00891EF0">
            <w:pPr>
              <w:spacing w:after="0" w:line="240" w:lineRule="auto"/>
            </w:pPr>
            <w:r>
              <w:rPr>
                <w:rFonts w:eastAsia="Aptos"/>
                <w:sz w:val="17"/>
              </w:rPr>
              <w:t>Lamb Rack 5-7lb</w:t>
            </w:r>
          </w:p>
        </w:tc>
        <w:tc>
          <w:tcPr>
            <w:tcW w:w="630" w:type="dxa"/>
            <w:tcMar>
              <w:top w:w="28" w:type="dxa"/>
              <w:left w:w="38" w:type="dxa"/>
              <w:bottom w:w="28" w:type="dxa"/>
              <w:right w:w="38" w:type="dxa"/>
            </w:tcMar>
            <w:vAlign w:val="center"/>
          </w:tcPr>
          <w:p w14:paraId="7AD8ED5C" w14:textId="77777777" w:rsidR="00D60D5E" w:rsidRDefault="00891EF0">
            <w:pPr>
              <w:spacing w:after="0" w:line="240" w:lineRule="auto"/>
              <w:jc w:val="center"/>
            </w:pPr>
            <w:r>
              <w:rPr>
                <w:rFonts w:eastAsia="Aptos"/>
                <w:b/>
                <w:sz w:val="17"/>
              </w:rPr>
              <w:t>36.89</w:t>
            </w:r>
          </w:p>
        </w:tc>
        <w:tc>
          <w:tcPr>
            <w:tcW w:w="540" w:type="dxa"/>
            <w:tcMar>
              <w:top w:w="28" w:type="dxa"/>
              <w:left w:w="38" w:type="dxa"/>
              <w:bottom w:w="28" w:type="dxa"/>
              <w:right w:w="38" w:type="dxa"/>
            </w:tcMar>
            <w:vAlign w:val="center"/>
          </w:tcPr>
          <w:p w14:paraId="6F16D48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9E47E2F" w14:textId="77777777" w:rsidR="00D60D5E" w:rsidRDefault="00D60D5E">
            <w:pPr>
              <w:jc w:val="center"/>
            </w:pPr>
          </w:p>
        </w:tc>
      </w:tr>
      <w:tr w:rsidR="00D60D5E" w14:paraId="2631F623" w14:textId="77777777" w:rsidTr="000617E0">
        <w:trPr>
          <w:cantSplit/>
          <w:jc w:val="center"/>
        </w:trPr>
        <w:tc>
          <w:tcPr>
            <w:tcW w:w="677" w:type="dxa"/>
            <w:tcMar>
              <w:top w:w="28" w:type="dxa"/>
              <w:left w:w="38" w:type="dxa"/>
              <w:bottom w:w="28" w:type="dxa"/>
              <w:right w:w="38" w:type="dxa"/>
            </w:tcMar>
            <w:vAlign w:val="center"/>
          </w:tcPr>
          <w:p w14:paraId="2ECB0C5E" w14:textId="77777777" w:rsidR="00D60D5E" w:rsidRDefault="00891EF0">
            <w:pPr>
              <w:spacing w:after="0" w:line="240" w:lineRule="auto"/>
              <w:jc w:val="center"/>
            </w:pPr>
            <w:r>
              <w:rPr>
                <w:rFonts w:eastAsia="Aptos"/>
                <w:color w:val="6A7075"/>
                <w:sz w:val="17"/>
              </w:rPr>
              <w:t>300-140</w:t>
            </w:r>
          </w:p>
        </w:tc>
        <w:tc>
          <w:tcPr>
            <w:tcW w:w="2648" w:type="dxa"/>
            <w:tcMar>
              <w:top w:w="28" w:type="dxa"/>
              <w:left w:w="38" w:type="dxa"/>
              <w:bottom w:w="28" w:type="dxa"/>
              <w:right w:w="38" w:type="dxa"/>
            </w:tcMar>
            <w:vAlign w:val="center"/>
          </w:tcPr>
          <w:p w14:paraId="3EA6440C" w14:textId="77777777" w:rsidR="00D60D5E" w:rsidRDefault="00891EF0">
            <w:pPr>
              <w:spacing w:after="0" w:line="240" w:lineRule="auto"/>
            </w:pPr>
            <w:r>
              <w:rPr>
                <w:rFonts w:eastAsia="Aptos"/>
                <w:sz w:val="17"/>
              </w:rPr>
              <w:t>Pork Tenderloin Avg 3.5 LBS</w:t>
            </w:r>
          </w:p>
        </w:tc>
        <w:tc>
          <w:tcPr>
            <w:tcW w:w="630" w:type="dxa"/>
            <w:tcMar>
              <w:top w:w="28" w:type="dxa"/>
              <w:left w:w="38" w:type="dxa"/>
              <w:bottom w:w="28" w:type="dxa"/>
              <w:right w:w="38" w:type="dxa"/>
            </w:tcMar>
            <w:vAlign w:val="center"/>
          </w:tcPr>
          <w:p w14:paraId="0B8D484B" w14:textId="77777777" w:rsidR="00D60D5E" w:rsidRDefault="00891EF0">
            <w:pPr>
              <w:spacing w:after="0" w:line="240" w:lineRule="auto"/>
              <w:jc w:val="center"/>
            </w:pPr>
            <w:r>
              <w:rPr>
                <w:rFonts w:eastAsia="Aptos"/>
                <w:b/>
                <w:sz w:val="17"/>
              </w:rPr>
              <w:t>8.49</w:t>
            </w:r>
          </w:p>
        </w:tc>
        <w:tc>
          <w:tcPr>
            <w:tcW w:w="540" w:type="dxa"/>
            <w:tcMar>
              <w:top w:w="28" w:type="dxa"/>
              <w:left w:w="38" w:type="dxa"/>
              <w:bottom w:w="28" w:type="dxa"/>
              <w:right w:w="38" w:type="dxa"/>
            </w:tcMar>
            <w:vAlign w:val="center"/>
          </w:tcPr>
          <w:p w14:paraId="461B271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AB82A0D" w14:textId="77777777" w:rsidR="00D60D5E" w:rsidRDefault="00D60D5E">
            <w:pPr>
              <w:jc w:val="center"/>
            </w:pPr>
          </w:p>
        </w:tc>
      </w:tr>
      <w:tr w:rsidR="00D60D5E" w14:paraId="26EEC1F5" w14:textId="77777777" w:rsidTr="000617E0">
        <w:trPr>
          <w:cantSplit/>
          <w:jc w:val="center"/>
        </w:trPr>
        <w:tc>
          <w:tcPr>
            <w:tcW w:w="677" w:type="dxa"/>
            <w:tcMar>
              <w:top w:w="28" w:type="dxa"/>
              <w:left w:w="38" w:type="dxa"/>
              <w:bottom w:w="28" w:type="dxa"/>
              <w:right w:w="38" w:type="dxa"/>
            </w:tcMar>
            <w:vAlign w:val="center"/>
          </w:tcPr>
          <w:p w14:paraId="65BC6625" w14:textId="77777777" w:rsidR="00D60D5E" w:rsidRDefault="00891EF0">
            <w:pPr>
              <w:spacing w:after="0" w:line="240" w:lineRule="auto"/>
              <w:jc w:val="center"/>
            </w:pPr>
            <w:r>
              <w:rPr>
                <w:rFonts w:eastAsia="Aptos"/>
                <w:color w:val="6A7075"/>
                <w:sz w:val="17"/>
              </w:rPr>
              <w:t>300-145</w:t>
            </w:r>
          </w:p>
        </w:tc>
        <w:tc>
          <w:tcPr>
            <w:tcW w:w="2648" w:type="dxa"/>
            <w:tcMar>
              <w:top w:w="28" w:type="dxa"/>
              <w:left w:w="38" w:type="dxa"/>
              <w:bottom w:w="28" w:type="dxa"/>
              <w:right w:w="38" w:type="dxa"/>
            </w:tcMar>
            <w:vAlign w:val="center"/>
          </w:tcPr>
          <w:p w14:paraId="07A77395" w14:textId="77777777" w:rsidR="00D60D5E" w:rsidRDefault="00891EF0">
            <w:pPr>
              <w:spacing w:after="0" w:line="240" w:lineRule="auto"/>
            </w:pPr>
            <w:r>
              <w:rPr>
                <w:rFonts w:eastAsia="Aptos"/>
                <w:sz w:val="17"/>
              </w:rPr>
              <w:t>Pork Chop Center lb</w:t>
            </w:r>
          </w:p>
        </w:tc>
        <w:tc>
          <w:tcPr>
            <w:tcW w:w="630" w:type="dxa"/>
            <w:tcMar>
              <w:top w:w="28" w:type="dxa"/>
              <w:left w:w="38" w:type="dxa"/>
              <w:bottom w:w="28" w:type="dxa"/>
              <w:right w:w="38" w:type="dxa"/>
            </w:tcMar>
            <w:vAlign w:val="center"/>
          </w:tcPr>
          <w:p w14:paraId="3E09E250"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1C3BDFF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00BFCD1" w14:textId="77777777" w:rsidR="00D60D5E" w:rsidRDefault="00D60D5E">
            <w:pPr>
              <w:jc w:val="center"/>
            </w:pPr>
          </w:p>
        </w:tc>
      </w:tr>
      <w:tr w:rsidR="00D60D5E" w14:paraId="7A4F2F43" w14:textId="77777777" w:rsidTr="000617E0">
        <w:trPr>
          <w:cantSplit/>
          <w:jc w:val="center"/>
        </w:trPr>
        <w:tc>
          <w:tcPr>
            <w:tcW w:w="677" w:type="dxa"/>
            <w:tcMar>
              <w:top w:w="28" w:type="dxa"/>
              <w:left w:w="38" w:type="dxa"/>
              <w:bottom w:w="28" w:type="dxa"/>
              <w:right w:w="38" w:type="dxa"/>
            </w:tcMar>
            <w:vAlign w:val="center"/>
          </w:tcPr>
          <w:p w14:paraId="30939A4A" w14:textId="77777777" w:rsidR="00D60D5E" w:rsidRDefault="00891EF0">
            <w:pPr>
              <w:spacing w:after="0" w:line="240" w:lineRule="auto"/>
              <w:jc w:val="center"/>
            </w:pPr>
            <w:r>
              <w:rPr>
                <w:rFonts w:eastAsia="Aptos"/>
                <w:color w:val="6A7075"/>
                <w:sz w:val="17"/>
              </w:rPr>
              <w:t>300-150</w:t>
            </w:r>
          </w:p>
        </w:tc>
        <w:tc>
          <w:tcPr>
            <w:tcW w:w="2648" w:type="dxa"/>
            <w:tcMar>
              <w:top w:w="28" w:type="dxa"/>
              <w:left w:w="38" w:type="dxa"/>
              <w:bottom w:w="28" w:type="dxa"/>
              <w:right w:w="38" w:type="dxa"/>
            </w:tcMar>
            <w:vAlign w:val="center"/>
          </w:tcPr>
          <w:p w14:paraId="2992CAE5" w14:textId="77777777" w:rsidR="00D60D5E" w:rsidRDefault="00891EF0">
            <w:pPr>
              <w:spacing w:after="0" w:line="240" w:lineRule="auto"/>
            </w:pPr>
            <w:r>
              <w:rPr>
                <w:rFonts w:eastAsia="Aptos"/>
                <w:sz w:val="17"/>
              </w:rPr>
              <w:t>Steak NY Strip loin 8oz EA Vac Pak</w:t>
            </w:r>
          </w:p>
        </w:tc>
        <w:tc>
          <w:tcPr>
            <w:tcW w:w="630" w:type="dxa"/>
            <w:tcMar>
              <w:top w:w="28" w:type="dxa"/>
              <w:left w:w="38" w:type="dxa"/>
              <w:bottom w:w="28" w:type="dxa"/>
              <w:right w:w="38" w:type="dxa"/>
            </w:tcMar>
            <w:vAlign w:val="center"/>
          </w:tcPr>
          <w:p w14:paraId="7F7E8E00" w14:textId="77777777" w:rsidR="00D60D5E" w:rsidRDefault="00891EF0">
            <w:pPr>
              <w:spacing w:after="0" w:line="240" w:lineRule="auto"/>
              <w:jc w:val="center"/>
            </w:pPr>
            <w:r>
              <w:rPr>
                <w:rFonts w:eastAsia="Aptos"/>
                <w:b/>
                <w:sz w:val="17"/>
              </w:rPr>
              <w:t>14.59</w:t>
            </w:r>
          </w:p>
        </w:tc>
        <w:tc>
          <w:tcPr>
            <w:tcW w:w="540" w:type="dxa"/>
            <w:tcMar>
              <w:top w:w="28" w:type="dxa"/>
              <w:left w:w="38" w:type="dxa"/>
              <w:bottom w:w="28" w:type="dxa"/>
              <w:right w:w="38" w:type="dxa"/>
            </w:tcMar>
            <w:vAlign w:val="center"/>
          </w:tcPr>
          <w:p w14:paraId="351A9BE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DB90CF" w14:textId="77777777" w:rsidR="00D60D5E" w:rsidRDefault="00D60D5E">
            <w:pPr>
              <w:jc w:val="center"/>
            </w:pPr>
          </w:p>
        </w:tc>
      </w:tr>
      <w:tr w:rsidR="00D60D5E" w14:paraId="53D7D80E" w14:textId="77777777" w:rsidTr="000617E0">
        <w:trPr>
          <w:cantSplit/>
          <w:jc w:val="center"/>
        </w:trPr>
        <w:tc>
          <w:tcPr>
            <w:tcW w:w="677" w:type="dxa"/>
            <w:tcMar>
              <w:top w:w="28" w:type="dxa"/>
              <w:left w:w="38" w:type="dxa"/>
              <w:bottom w:w="28" w:type="dxa"/>
              <w:right w:w="38" w:type="dxa"/>
            </w:tcMar>
            <w:vAlign w:val="center"/>
          </w:tcPr>
          <w:p w14:paraId="4AD503EB" w14:textId="77777777" w:rsidR="00D60D5E" w:rsidRDefault="00891EF0">
            <w:pPr>
              <w:spacing w:after="0" w:line="240" w:lineRule="auto"/>
              <w:jc w:val="center"/>
            </w:pPr>
            <w:r>
              <w:rPr>
                <w:rFonts w:eastAsia="Aptos"/>
                <w:color w:val="6A7075"/>
                <w:sz w:val="17"/>
              </w:rPr>
              <w:t>300-155</w:t>
            </w:r>
          </w:p>
        </w:tc>
        <w:tc>
          <w:tcPr>
            <w:tcW w:w="2648" w:type="dxa"/>
            <w:tcMar>
              <w:top w:w="28" w:type="dxa"/>
              <w:left w:w="38" w:type="dxa"/>
              <w:bottom w:w="28" w:type="dxa"/>
              <w:right w:w="38" w:type="dxa"/>
            </w:tcMar>
            <w:vAlign w:val="center"/>
          </w:tcPr>
          <w:p w14:paraId="69041B78" w14:textId="77777777" w:rsidR="00D60D5E" w:rsidRDefault="00891EF0">
            <w:pPr>
              <w:spacing w:after="0" w:line="240" w:lineRule="auto"/>
            </w:pPr>
            <w:r>
              <w:rPr>
                <w:rFonts w:eastAsia="Aptos"/>
                <w:sz w:val="17"/>
              </w:rPr>
              <w:t>Steak T-Bone 10oz ea Vac Pak</w:t>
            </w:r>
          </w:p>
        </w:tc>
        <w:tc>
          <w:tcPr>
            <w:tcW w:w="630" w:type="dxa"/>
            <w:tcMar>
              <w:top w:w="28" w:type="dxa"/>
              <w:left w:w="38" w:type="dxa"/>
              <w:bottom w:w="28" w:type="dxa"/>
              <w:right w:w="38" w:type="dxa"/>
            </w:tcMar>
            <w:vAlign w:val="center"/>
          </w:tcPr>
          <w:p w14:paraId="5D9EC746" w14:textId="77777777" w:rsidR="00D60D5E" w:rsidRDefault="00891EF0">
            <w:pPr>
              <w:spacing w:after="0" w:line="240" w:lineRule="auto"/>
              <w:jc w:val="center"/>
            </w:pPr>
            <w:r>
              <w:rPr>
                <w:rFonts w:eastAsia="Aptos"/>
                <w:b/>
                <w:sz w:val="17"/>
              </w:rPr>
              <w:t>16.95</w:t>
            </w:r>
          </w:p>
        </w:tc>
        <w:tc>
          <w:tcPr>
            <w:tcW w:w="540" w:type="dxa"/>
            <w:tcMar>
              <w:top w:w="28" w:type="dxa"/>
              <w:left w:w="38" w:type="dxa"/>
              <w:bottom w:w="28" w:type="dxa"/>
              <w:right w:w="38" w:type="dxa"/>
            </w:tcMar>
            <w:vAlign w:val="center"/>
          </w:tcPr>
          <w:p w14:paraId="2F4FABD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80F230" w14:textId="77777777" w:rsidR="00D60D5E" w:rsidRDefault="00D60D5E">
            <w:pPr>
              <w:jc w:val="center"/>
            </w:pPr>
          </w:p>
        </w:tc>
      </w:tr>
      <w:tr w:rsidR="00D60D5E" w14:paraId="3006C3B9" w14:textId="77777777" w:rsidTr="000617E0">
        <w:trPr>
          <w:cantSplit/>
          <w:jc w:val="center"/>
        </w:trPr>
        <w:tc>
          <w:tcPr>
            <w:tcW w:w="677" w:type="dxa"/>
            <w:tcMar>
              <w:top w:w="28" w:type="dxa"/>
              <w:left w:w="38" w:type="dxa"/>
              <w:bottom w:w="28" w:type="dxa"/>
              <w:right w:w="38" w:type="dxa"/>
            </w:tcMar>
            <w:vAlign w:val="center"/>
          </w:tcPr>
          <w:p w14:paraId="1A8868E8" w14:textId="77777777" w:rsidR="00D60D5E" w:rsidRDefault="00891EF0">
            <w:pPr>
              <w:spacing w:after="0" w:line="240" w:lineRule="auto"/>
              <w:jc w:val="center"/>
            </w:pPr>
            <w:r>
              <w:rPr>
                <w:rFonts w:eastAsia="Aptos"/>
                <w:color w:val="6A7075"/>
                <w:sz w:val="17"/>
              </w:rPr>
              <w:t>300-160</w:t>
            </w:r>
          </w:p>
        </w:tc>
        <w:tc>
          <w:tcPr>
            <w:tcW w:w="2648" w:type="dxa"/>
            <w:tcMar>
              <w:top w:w="28" w:type="dxa"/>
              <w:left w:w="38" w:type="dxa"/>
              <w:bottom w:w="28" w:type="dxa"/>
              <w:right w:w="38" w:type="dxa"/>
            </w:tcMar>
            <w:vAlign w:val="center"/>
          </w:tcPr>
          <w:p w14:paraId="7E2D3B42" w14:textId="77777777" w:rsidR="00D60D5E" w:rsidRDefault="00891EF0">
            <w:pPr>
              <w:spacing w:after="0" w:line="240" w:lineRule="auto"/>
            </w:pPr>
            <w:r>
              <w:rPr>
                <w:rFonts w:eastAsia="Aptos"/>
                <w:sz w:val="17"/>
              </w:rPr>
              <w:t>Steak, Boneless Rib Eye10oz Vac Pak per LB</w:t>
            </w:r>
          </w:p>
        </w:tc>
        <w:tc>
          <w:tcPr>
            <w:tcW w:w="630" w:type="dxa"/>
            <w:tcMar>
              <w:top w:w="28" w:type="dxa"/>
              <w:left w:w="38" w:type="dxa"/>
              <w:bottom w:w="28" w:type="dxa"/>
              <w:right w:w="38" w:type="dxa"/>
            </w:tcMar>
            <w:vAlign w:val="center"/>
          </w:tcPr>
          <w:p w14:paraId="28474EE9" w14:textId="77777777" w:rsidR="00D60D5E" w:rsidRDefault="00891EF0">
            <w:pPr>
              <w:spacing w:after="0" w:line="240" w:lineRule="auto"/>
              <w:jc w:val="center"/>
            </w:pPr>
            <w:r>
              <w:rPr>
                <w:rFonts w:eastAsia="Aptos"/>
                <w:b/>
                <w:sz w:val="17"/>
              </w:rPr>
              <w:t>38.45</w:t>
            </w:r>
          </w:p>
        </w:tc>
        <w:tc>
          <w:tcPr>
            <w:tcW w:w="540" w:type="dxa"/>
            <w:tcMar>
              <w:top w:w="28" w:type="dxa"/>
              <w:left w:w="38" w:type="dxa"/>
              <w:bottom w:w="28" w:type="dxa"/>
              <w:right w:w="38" w:type="dxa"/>
            </w:tcMar>
            <w:vAlign w:val="center"/>
          </w:tcPr>
          <w:p w14:paraId="52AB04E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5E7FDF8" w14:textId="77777777" w:rsidR="00D60D5E" w:rsidRDefault="00D60D5E">
            <w:pPr>
              <w:jc w:val="center"/>
            </w:pPr>
          </w:p>
        </w:tc>
      </w:tr>
      <w:tr w:rsidR="00D60D5E" w14:paraId="1A9886A3" w14:textId="77777777" w:rsidTr="000617E0">
        <w:trPr>
          <w:cantSplit/>
          <w:jc w:val="center"/>
        </w:trPr>
        <w:tc>
          <w:tcPr>
            <w:tcW w:w="677" w:type="dxa"/>
            <w:tcMar>
              <w:top w:w="28" w:type="dxa"/>
              <w:left w:w="38" w:type="dxa"/>
              <w:bottom w:w="28" w:type="dxa"/>
              <w:right w:w="38" w:type="dxa"/>
            </w:tcMar>
            <w:vAlign w:val="center"/>
          </w:tcPr>
          <w:p w14:paraId="0E8F65A1" w14:textId="77777777" w:rsidR="00D60D5E" w:rsidRDefault="00891EF0">
            <w:pPr>
              <w:spacing w:after="0" w:line="240" w:lineRule="auto"/>
              <w:jc w:val="center"/>
            </w:pPr>
            <w:r>
              <w:rPr>
                <w:rFonts w:eastAsia="Aptos"/>
                <w:color w:val="6A7075"/>
                <w:sz w:val="17"/>
              </w:rPr>
              <w:t>300-165</w:t>
            </w:r>
          </w:p>
        </w:tc>
        <w:tc>
          <w:tcPr>
            <w:tcW w:w="2648" w:type="dxa"/>
            <w:tcMar>
              <w:top w:w="28" w:type="dxa"/>
              <w:left w:w="38" w:type="dxa"/>
              <w:bottom w:w="28" w:type="dxa"/>
              <w:right w:w="38" w:type="dxa"/>
            </w:tcMar>
            <w:vAlign w:val="center"/>
          </w:tcPr>
          <w:p w14:paraId="2E3A87AA" w14:textId="77777777" w:rsidR="00D60D5E" w:rsidRDefault="00891EF0">
            <w:pPr>
              <w:spacing w:after="0" w:line="240" w:lineRule="auto"/>
            </w:pPr>
            <w:r>
              <w:rPr>
                <w:rFonts w:eastAsia="Aptos"/>
                <w:sz w:val="17"/>
              </w:rPr>
              <w:t>Steak, Tenderloin 8oz</w:t>
            </w:r>
          </w:p>
        </w:tc>
        <w:tc>
          <w:tcPr>
            <w:tcW w:w="630" w:type="dxa"/>
            <w:tcMar>
              <w:top w:w="28" w:type="dxa"/>
              <w:left w:w="38" w:type="dxa"/>
              <w:bottom w:w="28" w:type="dxa"/>
              <w:right w:w="38" w:type="dxa"/>
            </w:tcMar>
            <w:vAlign w:val="center"/>
          </w:tcPr>
          <w:p w14:paraId="167344C0" w14:textId="77777777" w:rsidR="00D60D5E" w:rsidRDefault="00891EF0">
            <w:pPr>
              <w:spacing w:after="0" w:line="240" w:lineRule="auto"/>
              <w:jc w:val="center"/>
            </w:pPr>
            <w:r>
              <w:rPr>
                <w:rFonts w:eastAsia="Aptos"/>
                <w:b/>
                <w:sz w:val="17"/>
              </w:rPr>
              <w:t>28.20</w:t>
            </w:r>
          </w:p>
        </w:tc>
        <w:tc>
          <w:tcPr>
            <w:tcW w:w="540" w:type="dxa"/>
            <w:tcMar>
              <w:top w:w="28" w:type="dxa"/>
              <w:left w:w="38" w:type="dxa"/>
              <w:bottom w:w="28" w:type="dxa"/>
              <w:right w:w="38" w:type="dxa"/>
            </w:tcMar>
            <w:vAlign w:val="center"/>
          </w:tcPr>
          <w:p w14:paraId="5F2131D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78313BA" w14:textId="77777777" w:rsidR="00D60D5E" w:rsidRDefault="00D60D5E">
            <w:pPr>
              <w:jc w:val="center"/>
            </w:pPr>
          </w:p>
        </w:tc>
      </w:tr>
      <w:tr w:rsidR="00D60D5E" w14:paraId="65BACD84" w14:textId="77777777" w:rsidTr="000617E0">
        <w:trPr>
          <w:cantSplit/>
          <w:jc w:val="center"/>
        </w:trPr>
        <w:tc>
          <w:tcPr>
            <w:tcW w:w="677" w:type="dxa"/>
            <w:tcMar>
              <w:top w:w="28" w:type="dxa"/>
              <w:left w:w="38" w:type="dxa"/>
              <w:bottom w:w="28" w:type="dxa"/>
              <w:right w:w="38" w:type="dxa"/>
            </w:tcMar>
            <w:vAlign w:val="center"/>
          </w:tcPr>
          <w:p w14:paraId="6871DA4D" w14:textId="77777777" w:rsidR="00D60D5E" w:rsidRDefault="00891EF0">
            <w:pPr>
              <w:spacing w:after="0" w:line="240" w:lineRule="auto"/>
              <w:jc w:val="center"/>
            </w:pPr>
            <w:r>
              <w:rPr>
                <w:rFonts w:eastAsia="Aptos"/>
                <w:color w:val="6A7075"/>
                <w:sz w:val="17"/>
              </w:rPr>
              <w:t>300-175</w:t>
            </w:r>
          </w:p>
        </w:tc>
        <w:tc>
          <w:tcPr>
            <w:tcW w:w="2648" w:type="dxa"/>
            <w:tcMar>
              <w:top w:w="28" w:type="dxa"/>
              <w:left w:w="38" w:type="dxa"/>
              <w:bottom w:w="28" w:type="dxa"/>
              <w:right w:w="38" w:type="dxa"/>
            </w:tcMar>
            <w:vAlign w:val="center"/>
          </w:tcPr>
          <w:p w14:paraId="72D0B9ED" w14:textId="77777777" w:rsidR="00D60D5E" w:rsidRDefault="00891EF0">
            <w:pPr>
              <w:spacing w:after="0" w:line="240" w:lineRule="auto"/>
            </w:pPr>
            <w:r>
              <w:rPr>
                <w:rFonts w:eastAsia="Aptos"/>
                <w:sz w:val="17"/>
              </w:rPr>
              <w:t>Spareribs 3-5lbs</w:t>
            </w:r>
          </w:p>
        </w:tc>
        <w:tc>
          <w:tcPr>
            <w:tcW w:w="630" w:type="dxa"/>
            <w:tcMar>
              <w:top w:w="28" w:type="dxa"/>
              <w:left w:w="38" w:type="dxa"/>
              <w:bottom w:w="28" w:type="dxa"/>
              <w:right w:w="38" w:type="dxa"/>
            </w:tcMar>
            <w:vAlign w:val="center"/>
          </w:tcPr>
          <w:p w14:paraId="4C799FE6" w14:textId="77777777" w:rsidR="00D60D5E" w:rsidRDefault="00891EF0">
            <w:pPr>
              <w:spacing w:after="0" w:line="240" w:lineRule="auto"/>
              <w:jc w:val="center"/>
            </w:pPr>
            <w:r>
              <w:rPr>
                <w:rFonts w:eastAsia="Aptos"/>
                <w:b/>
                <w:sz w:val="17"/>
              </w:rPr>
              <w:t>9.99</w:t>
            </w:r>
          </w:p>
        </w:tc>
        <w:tc>
          <w:tcPr>
            <w:tcW w:w="540" w:type="dxa"/>
            <w:tcMar>
              <w:top w:w="28" w:type="dxa"/>
              <w:left w:w="38" w:type="dxa"/>
              <w:bottom w:w="28" w:type="dxa"/>
              <w:right w:w="38" w:type="dxa"/>
            </w:tcMar>
            <w:vAlign w:val="center"/>
          </w:tcPr>
          <w:p w14:paraId="70F81C7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969AA65" w14:textId="77777777" w:rsidR="00D60D5E" w:rsidRDefault="00D60D5E">
            <w:pPr>
              <w:jc w:val="center"/>
            </w:pPr>
          </w:p>
        </w:tc>
      </w:tr>
      <w:tr w:rsidR="00D60D5E" w14:paraId="23228554" w14:textId="77777777" w:rsidTr="000617E0">
        <w:trPr>
          <w:cantSplit/>
          <w:jc w:val="center"/>
        </w:trPr>
        <w:tc>
          <w:tcPr>
            <w:tcW w:w="677" w:type="dxa"/>
            <w:tcMar>
              <w:top w:w="28" w:type="dxa"/>
              <w:left w:w="38" w:type="dxa"/>
              <w:bottom w:w="28" w:type="dxa"/>
              <w:right w:w="38" w:type="dxa"/>
            </w:tcMar>
            <w:vAlign w:val="center"/>
          </w:tcPr>
          <w:p w14:paraId="4A6B1F4A" w14:textId="77777777" w:rsidR="00D60D5E" w:rsidRDefault="00891EF0">
            <w:pPr>
              <w:spacing w:after="0" w:line="240" w:lineRule="auto"/>
              <w:jc w:val="center"/>
            </w:pPr>
            <w:r>
              <w:rPr>
                <w:rFonts w:eastAsia="Aptos"/>
                <w:color w:val="6A7075"/>
                <w:sz w:val="17"/>
              </w:rPr>
              <w:t>300-180</w:t>
            </w:r>
          </w:p>
        </w:tc>
        <w:tc>
          <w:tcPr>
            <w:tcW w:w="2648" w:type="dxa"/>
            <w:tcMar>
              <w:top w:w="28" w:type="dxa"/>
              <w:left w:w="38" w:type="dxa"/>
              <w:bottom w:w="28" w:type="dxa"/>
              <w:right w:w="38" w:type="dxa"/>
            </w:tcMar>
            <w:vAlign w:val="center"/>
          </w:tcPr>
          <w:p w14:paraId="0A9C27A9" w14:textId="77777777" w:rsidR="00D60D5E" w:rsidRDefault="00891EF0">
            <w:pPr>
              <w:spacing w:after="0" w:line="240" w:lineRule="auto"/>
            </w:pPr>
            <w:r>
              <w:rPr>
                <w:rFonts w:eastAsia="Aptos"/>
                <w:sz w:val="17"/>
              </w:rPr>
              <w:t>Pork Ribs Baby Back Per lb.</w:t>
            </w:r>
          </w:p>
        </w:tc>
        <w:tc>
          <w:tcPr>
            <w:tcW w:w="630" w:type="dxa"/>
            <w:tcMar>
              <w:top w:w="28" w:type="dxa"/>
              <w:left w:w="38" w:type="dxa"/>
              <w:bottom w:w="28" w:type="dxa"/>
              <w:right w:w="38" w:type="dxa"/>
            </w:tcMar>
            <w:vAlign w:val="center"/>
          </w:tcPr>
          <w:p w14:paraId="23AA46B4"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566725B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E1F5591" w14:textId="77777777" w:rsidR="00D60D5E" w:rsidRDefault="00D60D5E">
            <w:pPr>
              <w:jc w:val="center"/>
            </w:pPr>
          </w:p>
        </w:tc>
      </w:tr>
      <w:tr w:rsidR="00D60D5E" w14:paraId="4CCC9B06" w14:textId="77777777" w:rsidTr="000617E0">
        <w:trPr>
          <w:cantSplit/>
          <w:jc w:val="center"/>
        </w:trPr>
        <w:tc>
          <w:tcPr>
            <w:tcW w:w="677" w:type="dxa"/>
            <w:tcMar>
              <w:top w:w="28" w:type="dxa"/>
              <w:left w:w="38" w:type="dxa"/>
              <w:bottom w:w="28" w:type="dxa"/>
              <w:right w:w="38" w:type="dxa"/>
            </w:tcMar>
            <w:vAlign w:val="center"/>
          </w:tcPr>
          <w:p w14:paraId="7E619F55" w14:textId="77777777" w:rsidR="00D60D5E" w:rsidRDefault="00891EF0">
            <w:pPr>
              <w:spacing w:after="0" w:line="240" w:lineRule="auto"/>
              <w:jc w:val="center"/>
            </w:pPr>
            <w:r>
              <w:rPr>
                <w:rFonts w:eastAsia="Aptos"/>
                <w:color w:val="6A7075"/>
                <w:sz w:val="17"/>
              </w:rPr>
              <w:t>300-185</w:t>
            </w:r>
          </w:p>
        </w:tc>
        <w:tc>
          <w:tcPr>
            <w:tcW w:w="2648" w:type="dxa"/>
            <w:tcMar>
              <w:top w:w="28" w:type="dxa"/>
              <w:left w:w="38" w:type="dxa"/>
              <w:bottom w:w="28" w:type="dxa"/>
              <w:right w:w="38" w:type="dxa"/>
            </w:tcMar>
            <w:vAlign w:val="center"/>
          </w:tcPr>
          <w:p w14:paraId="022A8C73" w14:textId="77777777" w:rsidR="00D60D5E" w:rsidRDefault="00891EF0">
            <w:pPr>
              <w:spacing w:after="0" w:line="240" w:lineRule="auto"/>
            </w:pPr>
            <w:r>
              <w:rPr>
                <w:rFonts w:eastAsia="Aptos"/>
                <w:sz w:val="17"/>
              </w:rPr>
              <w:t>Fillet Mignon/Beef Tenderloin Froz 8-10oz VacPac</w:t>
            </w:r>
          </w:p>
        </w:tc>
        <w:tc>
          <w:tcPr>
            <w:tcW w:w="630" w:type="dxa"/>
            <w:tcMar>
              <w:top w:w="28" w:type="dxa"/>
              <w:left w:w="38" w:type="dxa"/>
              <w:bottom w:w="28" w:type="dxa"/>
              <w:right w:w="38" w:type="dxa"/>
            </w:tcMar>
            <w:vAlign w:val="center"/>
          </w:tcPr>
          <w:p w14:paraId="355AC1F7" w14:textId="77777777" w:rsidR="00D60D5E" w:rsidRDefault="00891EF0">
            <w:pPr>
              <w:spacing w:after="0" w:line="240" w:lineRule="auto"/>
              <w:jc w:val="center"/>
            </w:pPr>
            <w:r>
              <w:rPr>
                <w:rFonts w:eastAsia="Aptos"/>
                <w:b/>
                <w:sz w:val="17"/>
              </w:rPr>
              <w:t>28.15</w:t>
            </w:r>
          </w:p>
        </w:tc>
        <w:tc>
          <w:tcPr>
            <w:tcW w:w="540" w:type="dxa"/>
            <w:tcMar>
              <w:top w:w="28" w:type="dxa"/>
              <w:left w:w="38" w:type="dxa"/>
              <w:bottom w:w="28" w:type="dxa"/>
              <w:right w:w="38" w:type="dxa"/>
            </w:tcMar>
            <w:vAlign w:val="center"/>
          </w:tcPr>
          <w:p w14:paraId="75CFDE5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290EC78" w14:textId="77777777" w:rsidR="00D60D5E" w:rsidRDefault="00D60D5E">
            <w:pPr>
              <w:jc w:val="center"/>
            </w:pPr>
          </w:p>
        </w:tc>
      </w:tr>
      <w:tr w:rsidR="00D60D5E" w14:paraId="6F027FDA" w14:textId="77777777" w:rsidTr="000617E0">
        <w:trPr>
          <w:cantSplit/>
          <w:jc w:val="center"/>
        </w:trPr>
        <w:tc>
          <w:tcPr>
            <w:tcW w:w="677" w:type="dxa"/>
            <w:tcMar>
              <w:top w:w="28" w:type="dxa"/>
              <w:left w:w="38" w:type="dxa"/>
              <w:bottom w:w="28" w:type="dxa"/>
              <w:right w:w="38" w:type="dxa"/>
            </w:tcMar>
            <w:vAlign w:val="center"/>
          </w:tcPr>
          <w:p w14:paraId="60641071" w14:textId="77777777" w:rsidR="00D60D5E" w:rsidRDefault="00891EF0">
            <w:pPr>
              <w:spacing w:after="0" w:line="240" w:lineRule="auto"/>
              <w:jc w:val="center"/>
            </w:pPr>
            <w:r>
              <w:rPr>
                <w:rFonts w:eastAsia="Aptos"/>
                <w:color w:val="6A7075"/>
                <w:sz w:val="17"/>
              </w:rPr>
              <w:t>300-190</w:t>
            </w:r>
          </w:p>
        </w:tc>
        <w:tc>
          <w:tcPr>
            <w:tcW w:w="2648" w:type="dxa"/>
            <w:tcMar>
              <w:top w:w="28" w:type="dxa"/>
              <w:left w:w="38" w:type="dxa"/>
              <w:bottom w:w="28" w:type="dxa"/>
              <w:right w:w="38" w:type="dxa"/>
            </w:tcMar>
            <w:vAlign w:val="center"/>
          </w:tcPr>
          <w:p w14:paraId="79D7A207" w14:textId="77777777" w:rsidR="00D60D5E" w:rsidRDefault="00891EF0">
            <w:pPr>
              <w:spacing w:after="0" w:line="240" w:lineRule="auto"/>
            </w:pPr>
            <w:r>
              <w:rPr>
                <w:rFonts w:eastAsia="Aptos"/>
                <w:sz w:val="17"/>
              </w:rPr>
              <w:t>Beef Kabobs 2pk</w:t>
            </w:r>
          </w:p>
        </w:tc>
        <w:tc>
          <w:tcPr>
            <w:tcW w:w="630" w:type="dxa"/>
            <w:tcMar>
              <w:top w:w="28" w:type="dxa"/>
              <w:left w:w="38" w:type="dxa"/>
              <w:bottom w:w="28" w:type="dxa"/>
              <w:right w:w="38" w:type="dxa"/>
            </w:tcMar>
            <w:vAlign w:val="center"/>
          </w:tcPr>
          <w:p w14:paraId="606FE4B8" w14:textId="77777777" w:rsidR="00D60D5E" w:rsidRDefault="00891EF0">
            <w:pPr>
              <w:spacing w:after="0" w:line="240" w:lineRule="auto"/>
              <w:jc w:val="center"/>
            </w:pPr>
            <w:r>
              <w:rPr>
                <w:rFonts w:eastAsia="Aptos"/>
                <w:b/>
                <w:sz w:val="17"/>
              </w:rPr>
              <w:t>13.99</w:t>
            </w:r>
          </w:p>
        </w:tc>
        <w:tc>
          <w:tcPr>
            <w:tcW w:w="540" w:type="dxa"/>
            <w:tcMar>
              <w:top w:w="28" w:type="dxa"/>
              <w:left w:w="38" w:type="dxa"/>
              <w:bottom w:w="28" w:type="dxa"/>
              <w:right w:w="38" w:type="dxa"/>
            </w:tcMar>
            <w:vAlign w:val="center"/>
          </w:tcPr>
          <w:p w14:paraId="3FA6628D"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D1F90CA" w14:textId="77777777" w:rsidR="00D60D5E" w:rsidRDefault="00D60D5E">
            <w:pPr>
              <w:jc w:val="center"/>
            </w:pPr>
          </w:p>
        </w:tc>
      </w:tr>
      <w:tr w:rsidR="00D60D5E" w14:paraId="3D10F161" w14:textId="77777777" w:rsidTr="000617E0">
        <w:trPr>
          <w:cantSplit/>
          <w:jc w:val="center"/>
        </w:trPr>
        <w:tc>
          <w:tcPr>
            <w:tcW w:w="677" w:type="dxa"/>
            <w:tcMar>
              <w:top w:w="28" w:type="dxa"/>
              <w:left w:w="38" w:type="dxa"/>
              <w:bottom w:w="28" w:type="dxa"/>
              <w:right w:w="38" w:type="dxa"/>
            </w:tcMar>
            <w:vAlign w:val="center"/>
          </w:tcPr>
          <w:p w14:paraId="4DEFD2BE" w14:textId="77777777" w:rsidR="00D60D5E" w:rsidRDefault="00891EF0">
            <w:pPr>
              <w:spacing w:after="0" w:line="240" w:lineRule="auto"/>
              <w:jc w:val="center"/>
            </w:pPr>
            <w:r>
              <w:rPr>
                <w:rFonts w:eastAsia="Aptos"/>
                <w:color w:val="6A7075"/>
                <w:sz w:val="17"/>
              </w:rPr>
              <w:t>300-195</w:t>
            </w:r>
          </w:p>
        </w:tc>
        <w:tc>
          <w:tcPr>
            <w:tcW w:w="2648" w:type="dxa"/>
            <w:tcMar>
              <w:top w:w="28" w:type="dxa"/>
              <w:left w:w="38" w:type="dxa"/>
              <w:bottom w:w="28" w:type="dxa"/>
              <w:right w:w="38" w:type="dxa"/>
            </w:tcMar>
            <w:vAlign w:val="center"/>
          </w:tcPr>
          <w:p w14:paraId="0474A94E" w14:textId="77777777" w:rsidR="00D60D5E" w:rsidRDefault="00891EF0">
            <w:pPr>
              <w:spacing w:after="0" w:line="240" w:lineRule="auto"/>
            </w:pPr>
            <w:r>
              <w:rPr>
                <w:rFonts w:eastAsia="Aptos"/>
                <w:sz w:val="17"/>
              </w:rPr>
              <w:t>Steak T-Bone per lb.</w:t>
            </w:r>
          </w:p>
        </w:tc>
        <w:tc>
          <w:tcPr>
            <w:tcW w:w="630" w:type="dxa"/>
            <w:tcMar>
              <w:top w:w="28" w:type="dxa"/>
              <w:left w:w="38" w:type="dxa"/>
              <w:bottom w:w="28" w:type="dxa"/>
              <w:right w:w="38" w:type="dxa"/>
            </w:tcMar>
            <w:vAlign w:val="center"/>
          </w:tcPr>
          <w:p w14:paraId="0A8FC67E" w14:textId="77777777" w:rsidR="00D60D5E" w:rsidRDefault="00891EF0">
            <w:pPr>
              <w:spacing w:after="0" w:line="240" w:lineRule="auto"/>
              <w:jc w:val="center"/>
            </w:pPr>
            <w:r>
              <w:rPr>
                <w:rFonts w:eastAsia="Aptos"/>
                <w:b/>
                <w:sz w:val="17"/>
              </w:rPr>
              <w:t>29.49</w:t>
            </w:r>
          </w:p>
        </w:tc>
        <w:tc>
          <w:tcPr>
            <w:tcW w:w="540" w:type="dxa"/>
            <w:tcMar>
              <w:top w:w="28" w:type="dxa"/>
              <w:left w:w="38" w:type="dxa"/>
              <w:bottom w:w="28" w:type="dxa"/>
              <w:right w:w="38" w:type="dxa"/>
            </w:tcMar>
            <w:vAlign w:val="center"/>
          </w:tcPr>
          <w:p w14:paraId="48BE893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0A3F593" w14:textId="77777777" w:rsidR="00D60D5E" w:rsidRDefault="00D60D5E">
            <w:pPr>
              <w:jc w:val="center"/>
            </w:pPr>
          </w:p>
        </w:tc>
      </w:tr>
      <w:tr w:rsidR="00D60D5E" w14:paraId="6AE11F80" w14:textId="77777777" w:rsidTr="000617E0">
        <w:trPr>
          <w:cantSplit/>
          <w:jc w:val="center"/>
        </w:trPr>
        <w:tc>
          <w:tcPr>
            <w:tcW w:w="677" w:type="dxa"/>
            <w:tcMar>
              <w:top w:w="28" w:type="dxa"/>
              <w:left w:w="38" w:type="dxa"/>
              <w:bottom w:w="28" w:type="dxa"/>
              <w:right w:w="38" w:type="dxa"/>
            </w:tcMar>
            <w:vAlign w:val="center"/>
          </w:tcPr>
          <w:p w14:paraId="4E08DC12" w14:textId="77777777" w:rsidR="00D60D5E" w:rsidRDefault="00891EF0">
            <w:pPr>
              <w:spacing w:after="0" w:line="240" w:lineRule="auto"/>
              <w:jc w:val="center"/>
            </w:pPr>
            <w:r>
              <w:rPr>
                <w:rFonts w:eastAsia="Aptos"/>
                <w:color w:val="6A7075"/>
                <w:sz w:val="17"/>
              </w:rPr>
              <w:t>300-200</w:t>
            </w:r>
          </w:p>
        </w:tc>
        <w:tc>
          <w:tcPr>
            <w:tcW w:w="2648" w:type="dxa"/>
            <w:tcMar>
              <w:top w:w="28" w:type="dxa"/>
              <w:left w:w="38" w:type="dxa"/>
              <w:bottom w:w="28" w:type="dxa"/>
              <w:right w:w="38" w:type="dxa"/>
            </w:tcMar>
            <w:vAlign w:val="center"/>
          </w:tcPr>
          <w:p w14:paraId="44EF8378" w14:textId="77777777" w:rsidR="00D60D5E" w:rsidRDefault="00891EF0">
            <w:pPr>
              <w:spacing w:after="0" w:line="240" w:lineRule="auto"/>
            </w:pPr>
            <w:r>
              <w:rPr>
                <w:rFonts w:eastAsia="Aptos"/>
                <w:sz w:val="17"/>
              </w:rPr>
              <w:t>Steak Flank per lb.</w:t>
            </w:r>
          </w:p>
        </w:tc>
        <w:tc>
          <w:tcPr>
            <w:tcW w:w="630" w:type="dxa"/>
            <w:tcMar>
              <w:top w:w="28" w:type="dxa"/>
              <w:left w:w="38" w:type="dxa"/>
              <w:bottom w:w="28" w:type="dxa"/>
              <w:right w:w="38" w:type="dxa"/>
            </w:tcMar>
            <w:vAlign w:val="center"/>
          </w:tcPr>
          <w:p w14:paraId="33935FC5"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37CDE5DA"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0F7BB80" w14:textId="77777777" w:rsidR="00D60D5E" w:rsidRDefault="00D60D5E">
            <w:pPr>
              <w:jc w:val="center"/>
            </w:pPr>
          </w:p>
        </w:tc>
      </w:tr>
      <w:tr w:rsidR="00D60D5E" w14:paraId="17FE0089" w14:textId="77777777" w:rsidTr="000617E0">
        <w:trPr>
          <w:cantSplit/>
          <w:jc w:val="center"/>
        </w:trPr>
        <w:tc>
          <w:tcPr>
            <w:tcW w:w="677" w:type="dxa"/>
            <w:tcMar>
              <w:top w:w="28" w:type="dxa"/>
              <w:left w:w="38" w:type="dxa"/>
              <w:bottom w:w="28" w:type="dxa"/>
              <w:right w:w="38" w:type="dxa"/>
            </w:tcMar>
            <w:vAlign w:val="center"/>
          </w:tcPr>
          <w:p w14:paraId="59825108" w14:textId="77777777" w:rsidR="00D60D5E" w:rsidRDefault="00891EF0">
            <w:pPr>
              <w:spacing w:after="0" w:line="240" w:lineRule="auto"/>
              <w:jc w:val="center"/>
            </w:pPr>
            <w:r>
              <w:rPr>
                <w:rFonts w:eastAsia="Aptos"/>
                <w:color w:val="6A7075"/>
                <w:sz w:val="17"/>
              </w:rPr>
              <w:t>300-205</w:t>
            </w:r>
          </w:p>
        </w:tc>
        <w:tc>
          <w:tcPr>
            <w:tcW w:w="2648" w:type="dxa"/>
            <w:tcMar>
              <w:top w:w="28" w:type="dxa"/>
              <w:left w:w="38" w:type="dxa"/>
              <w:bottom w:w="28" w:type="dxa"/>
              <w:right w:w="38" w:type="dxa"/>
            </w:tcMar>
            <w:vAlign w:val="center"/>
          </w:tcPr>
          <w:p w14:paraId="776B9085" w14:textId="77777777" w:rsidR="00D60D5E" w:rsidRDefault="00891EF0">
            <w:pPr>
              <w:spacing w:after="0" w:line="240" w:lineRule="auto"/>
            </w:pPr>
            <w:r>
              <w:rPr>
                <w:rFonts w:eastAsia="Aptos"/>
                <w:sz w:val="17"/>
              </w:rPr>
              <w:t>Steak NY Strip Loin per lb.</w:t>
            </w:r>
          </w:p>
        </w:tc>
        <w:tc>
          <w:tcPr>
            <w:tcW w:w="630" w:type="dxa"/>
            <w:tcMar>
              <w:top w:w="28" w:type="dxa"/>
              <w:left w:w="38" w:type="dxa"/>
              <w:bottom w:w="28" w:type="dxa"/>
              <w:right w:w="38" w:type="dxa"/>
            </w:tcMar>
            <w:vAlign w:val="center"/>
          </w:tcPr>
          <w:p w14:paraId="74943EBE" w14:textId="77777777" w:rsidR="00D60D5E" w:rsidRDefault="00891EF0">
            <w:pPr>
              <w:spacing w:after="0" w:line="240" w:lineRule="auto"/>
              <w:jc w:val="center"/>
            </w:pPr>
            <w:r>
              <w:rPr>
                <w:rFonts w:eastAsia="Aptos"/>
                <w:b/>
                <w:sz w:val="17"/>
              </w:rPr>
              <w:t>25.80</w:t>
            </w:r>
          </w:p>
        </w:tc>
        <w:tc>
          <w:tcPr>
            <w:tcW w:w="540" w:type="dxa"/>
            <w:tcMar>
              <w:top w:w="28" w:type="dxa"/>
              <w:left w:w="38" w:type="dxa"/>
              <w:bottom w:w="28" w:type="dxa"/>
              <w:right w:w="38" w:type="dxa"/>
            </w:tcMar>
            <w:vAlign w:val="center"/>
          </w:tcPr>
          <w:p w14:paraId="7637E5B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975D1C9" w14:textId="77777777" w:rsidR="00D60D5E" w:rsidRDefault="00D60D5E">
            <w:pPr>
              <w:jc w:val="center"/>
            </w:pPr>
          </w:p>
        </w:tc>
      </w:tr>
      <w:tr w:rsidR="00D60D5E" w14:paraId="328871B8" w14:textId="77777777" w:rsidTr="000617E0">
        <w:trPr>
          <w:cantSplit/>
          <w:jc w:val="center"/>
        </w:trPr>
        <w:tc>
          <w:tcPr>
            <w:tcW w:w="677" w:type="dxa"/>
            <w:tcMar>
              <w:top w:w="28" w:type="dxa"/>
              <w:left w:w="38" w:type="dxa"/>
              <w:bottom w:w="28" w:type="dxa"/>
              <w:right w:w="38" w:type="dxa"/>
            </w:tcMar>
            <w:vAlign w:val="center"/>
          </w:tcPr>
          <w:p w14:paraId="06674C8F" w14:textId="77777777" w:rsidR="00D60D5E" w:rsidRDefault="00891EF0">
            <w:pPr>
              <w:spacing w:after="0" w:line="240" w:lineRule="auto"/>
              <w:jc w:val="center"/>
            </w:pPr>
            <w:r>
              <w:rPr>
                <w:rFonts w:eastAsia="Aptos"/>
                <w:color w:val="6A7075"/>
                <w:sz w:val="17"/>
              </w:rPr>
              <w:t>300-210</w:t>
            </w:r>
          </w:p>
        </w:tc>
        <w:tc>
          <w:tcPr>
            <w:tcW w:w="2648" w:type="dxa"/>
            <w:tcMar>
              <w:top w:w="28" w:type="dxa"/>
              <w:left w:w="38" w:type="dxa"/>
              <w:bottom w:w="28" w:type="dxa"/>
              <w:right w:w="38" w:type="dxa"/>
            </w:tcMar>
            <w:vAlign w:val="center"/>
          </w:tcPr>
          <w:p w14:paraId="43F0B3AF" w14:textId="77777777" w:rsidR="00D60D5E" w:rsidRDefault="00891EF0">
            <w:pPr>
              <w:spacing w:after="0" w:line="240" w:lineRule="auto"/>
            </w:pPr>
            <w:r>
              <w:rPr>
                <w:rFonts w:eastAsia="Aptos"/>
                <w:sz w:val="17"/>
              </w:rPr>
              <w:t>Steak Sirloin per lb</w:t>
            </w:r>
          </w:p>
        </w:tc>
        <w:tc>
          <w:tcPr>
            <w:tcW w:w="630" w:type="dxa"/>
            <w:tcMar>
              <w:top w:w="28" w:type="dxa"/>
              <w:left w:w="38" w:type="dxa"/>
              <w:bottom w:w="28" w:type="dxa"/>
              <w:right w:w="38" w:type="dxa"/>
            </w:tcMar>
            <w:vAlign w:val="center"/>
          </w:tcPr>
          <w:p w14:paraId="042A2116"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5F43FAA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DF45C5E" w14:textId="77777777" w:rsidR="00D60D5E" w:rsidRDefault="00D60D5E">
            <w:pPr>
              <w:jc w:val="center"/>
            </w:pPr>
          </w:p>
        </w:tc>
      </w:tr>
      <w:tr w:rsidR="00D60D5E" w14:paraId="39D440BF" w14:textId="77777777" w:rsidTr="000617E0">
        <w:trPr>
          <w:cantSplit/>
          <w:jc w:val="center"/>
        </w:trPr>
        <w:tc>
          <w:tcPr>
            <w:tcW w:w="677" w:type="dxa"/>
            <w:tcMar>
              <w:top w:w="28" w:type="dxa"/>
              <w:left w:w="38" w:type="dxa"/>
              <w:bottom w:w="28" w:type="dxa"/>
              <w:right w:w="38" w:type="dxa"/>
            </w:tcMar>
            <w:vAlign w:val="center"/>
          </w:tcPr>
          <w:p w14:paraId="377F6514" w14:textId="77777777" w:rsidR="00D60D5E" w:rsidRDefault="00891EF0">
            <w:pPr>
              <w:spacing w:after="0" w:line="240" w:lineRule="auto"/>
              <w:jc w:val="center"/>
            </w:pPr>
            <w:r>
              <w:rPr>
                <w:rFonts w:eastAsia="Aptos"/>
                <w:color w:val="6A7075"/>
                <w:sz w:val="17"/>
              </w:rPr>
              <w:t>300-215</w:t>
            </w:r>
          </w:p>
        </w:tc>
        <w:tc>
          <w:tcPr>
            <w:tcW w:w="2648" w:type="dxa"/>
            <w:tcMar>
              <w:top w:w="28" w:type="dxa"/>
              <w:left w:w="38" w:type="dxa"/>
              <w:bottom w:w="28" w:type="dxa"/>
              <w:right w:w="38" w:type="dxa"/>
            </w:tcMar>
            <w:vAlign w:val="center"/>
          </w:tcPr>
          <w:p w14:paraId="2D5583D0" w14:textId="77777777" w:rsidR="00D60D5E" w:rsidRDefault="00891EF0">
            <w:pPr>
              <w:spacing w:after="0" w:line="240" w:lineRule="auto"/>
            </w:pPr>
            <w:r>
              <w:rPr>
                <w:rFonts w:eastAsia="Aptos"/>
                <w:sz w:val="17"/>
              </w:rPr>
              <w:t>Steak Rib Eye Boneless per lb.</w:t>
            </w:r>
          </w:p>
        </w:tc>
        <w:tc>
          <w:tcPr>
            <w:tcW w:w="630" w:type="dxa"/>
            <w:tcMar>
              <w:top w:w="28" w:type="dxa"/>
              <w:left w:w="38" w:type="dxa"/>
              <w:bottom w:w="28" w:type="dxa"/>
              <w:right w:w="38" w:type="dxa"/>
            </w:tcMar>
            <w:vAlign w:val="center"/>
          </w:tcPr>
          <w:p w14:paraId="44AE8A58" w14:textId="77777777" w:rsidR="00D60D5E" w:rsidRDefault="00891EF0">
            <w:pPr>
              <w:spacing w:after="0" w:line="240" w:lineRule="auto"/>
              <w:jc w:val="center"/>
            </w:pPr>
            <w:r>
              <w:rPr>
                <w:rFonts w:eastAsia="Aptos"/>
                <w:b/>
                <w:sz w:val="17"/>
              </w:rPr>
              <w:t>38.45</w:t>
            </w:r>
          </w:p>
        </w:tc>
        <w:tc>
          <w:tcPr>
            <w:tcW w:w="540" w:type="dxa"/>
            <w:tcMar>
              <w:top w:w="28" w:type="dxa"/>
              <w:left w:w="38" w:type="dxa"/>
              <w:bottom w:w="28" w:type="dxa"/>
              <w:right w:w="38" w:type="dxa"/>
            </w:tcMar>
            <w:vAlign w:val="center"/>
          </w:tcPr>
          <w:p w14:paraId="76FE2C4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FF4B519" w14:textId="77777777" w:rsidR="00D60D5E" w:rsidRDefault="00D60D5E">
            <w:pPr>
              <w:jc w:val="center"/>
            </w:pPr>
          </w:p>
        </w:tc>
      </w:tr>
      <w:tr w:rsidR="00D60D5E" w14:paraId="16FF5C66" w14:textId="77777777" w:rsidTr="000617E0">
        <w:trPr>
          <w:cantSplit/>
          <w:jc w:val="center"/>
        </w:trPr>
        <w:tc>
          <w:tcPr>
            <w:tcW w:w="677" w:type="dxa"/>
            <w:shd w:val="clear" w:color="auto" w:fill="D9EAF7"/>
            <w:tcMar>
              <w:top w:w="28" w:type="dxa"/>
              <w:left w:w="38" w:type="dxa"/>
              <w:bottom w:w="28" w:type="dxa"/>
              <w:right w:w="38" w:type="dxa"/>
            </w:tcMar>
            <w:vAlign w:val="center"/>
          </w:tcPr>
          <w:p w14:paraId="1EC4AFDD" w14:textId="77777777" w:rsidR="00D60D5E" w:rsidRDefault="00891EF0">
            <w:pPr>
              <w:spacing w:after="0" w:line="240" w:lineRule="auto"/>
              <w:jc w:val="center"/>
            </w:pPr>
            <w:r>
              <w:rPr>
                <w:rFonts w:eastAsia="Aptos"/>
                <w:b/>
                <w:color w:val="76A943"/>
                <w:sz w:val="18"/>
              </w:rPr>
              <w:t>305-</w:t>
            </w:r>
          </w:p>
        </w:tc>
        <w:tc>
          <w:tcPr>
            <w:tcW w:w="2648" w:type="dxa"/>
            <w:shd w:val="clear" w:color="auto" w:fill="D9EAF7"/>
            <w:tcMar>
              <w:top w:w="28" w:type="dxa"/>
              <w:left w:w="38" w:type="dxa"/>
              <w:bottom w:w="28" w:type="dxa"/>
              <w:right w:w="38" w:type="dxa"/>
            </w:tcMar>
            <w:vAlign w:val="center"/>
          </w:tcPr>
          <w:p w14:paraId="7A9B67E8" w14:textId="77777777" w:rsidR="00D60D5E" w:rsidRDefault="00891EF0">
            <w:pPr>
              <w:spacing w:after="0" w:line="240" w:lineRule="auto"/>
            </w:pPr>
            <w:r>
              <w:rPr>
                <w:rFonts w:eastAsia="Aptos"/>
                <w:b/>
                <w:color w:val="76A943"/>
                <w:sz w:val="18"/>
              </w:rPr>
              <w:t>FROZEN POULTRY</w:t>
            </w:r>
          </w:p>
        </w:tc>
        <w:tc>
          <w:tcPr>
            <w:tcW w:w="630" w:type="dxa"/>
            <w:shd w:val="clear" w:color="auto" w:fill="D9EAF7"/>
            <w:tcMar>
              <w:top w:w="28" w:type="dxa"/>
              <w:left w:w="38" w:type="dxa"/>
              <w:bottom w:w="28" w:type="dxa"/>
              <w:right w:w="38" w:type="dxa"/>
            </w:tcMar>
            <w:vAlign w:val="center"/>
          </w:tcPr>
          <w:p w14:paraId="36EE1915"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7450063"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D2CB3EC" w14:textId="77777777" w:rsidR="00D60D5E" w:rsidRDefault="00D60D5E">
            <w:pPr>
              <w:jc w:val="center"/>
            </w:pPr>
          </w:p>
        </w:tc>
      </w:tr>
      <w:tr w:rsidR="00D60D5E" w14:paraId="4E395213" w14:textId="77777777" w:rsidTr="000617E0">
        <w:trPr>
          <w:cantSplit/>
          <w:jc w:val="center"/>
        </w:trPr>
        <w:tc>
          <w:tcPr>
            <w:tcW w:w="677" w:type="dxa"/>
            <w:tcMar>
              <w:top w:w="28" w:type="dxa"/>
              <w:left w:w="38" w:type="dxa"/>
              <w:bottom w:w="28" w:type="dxa"/>
              <w:right w:w="38" w:type="dxa"/>
            </w:tcMar>
            <w:vAlign w:val="center"/>
          </w:tcPr>
          <w:p w14:paraId="5D886B9A" w14:textId="77777777" w:rsidR="00D60D5E" w:rsidRDefault="00891EF0">
            <w:pPr>
              <w:spacing w:after="0" w:line="240" w:lineRule="auto"/>
              <w:jc w:val="center"/>
            </w:pPr>
            <w:r>
              <w:rPr>
                <w:rFonts w:eastAsia="Aptos"/>
                <w:color w:val="6A7075"/>
                <w:sz w:val="17"/>
              </w:rPr>
              <w:t>305-105</w:t>
            </w:r>
          </w:p>
        </w:tc>
        <w:tc>
          <w:tcPr>
            <w:tcW w:w="2648" w:type="dxa"/>
            <w:tcMar>
              <w:top w:w="28" w:type="dxa"/>
              <w:left w:w="38" w:type="dxa"/>
              <w:bottom w:w="28" w:type="dxa"/>
              <w:right w:w="38" w:type="dxa"/>
            </w:tcMar>
            <w:vAlign w:val="center"/>
          </w:tcPr>
          <w:p w14:paraId="5594D5C6" w14:textId="77777777" w:rsidR="00D60D5E" w:rsidRDefault="00891EF0">
            <w:pPr>
              <w:spacing w:after="0" w:line="240" w:lineRule="auto"/>
            </w:pPr>
            <w:r>
              <w:rPr>
                <w:rFonts w:eastAsia="Aptos"/>
                <w:sz w:val="17"/>
              </w:rPr>
              <w:t>Chicken Breast,Boneless 8oz</w:t>
            </w:r>
          </w:p>
        </w:tc>
        <w:tc>
          <w:tcPr>
            <w:tcW w:w="630" w:type="dxa"/>
            <w:tcMar>
              <w:top w:w="28" w:type="dxa"/>
              <w:left w:w="38" w:type="dxa"/>
              <w:bottom w:w="28" w:type="dxa"/>
              <w:right w:w="38" w:type="dxa"/>
            </w:tcMar>
            <w:vAlign w:val="center"/>
          </w:tcPr>
          <w:p w14:paraId="49D9FD2C" w14:textId="77777777" w:rsidR="00D60D5E" w:rsidRDefault="00891EF0">
            <w:pPr>
              <w:spacing w:after="0" w:line="240" w:lineRule="auto"/>
              <w:jc w:val="center"/>
            </w:pPr>
            <w:r>
              <w:rPr>
                <w:rFonts w:eastAsia="Aptos"/>
                <w:b/>
                <w:sz w:val="17"/>
              </w:rPr>
              <w:t>6.20</w:t>
            </w:r>
          </w:p>
        </w:tc>
        <w:tc>
          <w:tcPr>
            <w:tcW w:w="540" w:type="dxa"/>
            <w:tcMar>
              <w:top w:w="28" w:type="dxa"/>
              <w:left w:w="38" w:type="dxa"/>
              <w:bottom w:w="28" w:type="dxa"/>
              <w:right w:w="38" w:type="dxa"/>
            </w:tcMar>
            <w:vAlign w:val="center"/>
          </w:tcPr>
          <w:p w14:paraId="4AD25E9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382DBDD" w14:textId="77777777" w:rsidR="00D60D5E" w:rsidRDefault="00D60D5E">
            <w:pPr>
              <w:jc w:val="center"/>
            </w:pPr>
          </w:p>
        </w:tc>
      </w:tr>
      <w:tr w:rsidR="00D60D5E" w14:paraId="5B77CD03" w14:textId="77777777" w:rsidTr="000617E0">
        <w:trPr>
          <w:cantSplit/>
          <w:jc w:val="center"/>
        </w:trPr>
        <w:tc>
          <w:tcPr>
            <w:tcW w:w="677" w:type="dxa"/>
            <w:tcMar>
              <w:top w:w="28" w:type="dxa"/>
              <w:left w:w="38" w:type="dxa"/>
              <w:bottom w:w="28" w:type="dxa"/>
              <w:right w:w="38" w:type="dxa"/>
            </w:tcMar>
            <w:vAlign w:val="center"/>
          </w:tcPr>
          <w:p w14:paraId="080E83DD" w14:textId="77777777" w:rsidR="00D60D5E" w:rsidRDefault="00891EF0">
            <w:pPr>
              <w:spacing w:after="0" w:line="240" w:lineRule="auto"/>
              <w:jc w:val="center"/>
            </w:pPr>
            <w:r>
              <w:rPr>
                <w:rFonts w:eastAsia="Aptos"/>
                <w:color w:val="6A7075"/>
                <w:sz w:val="17"/>
              </w:rPr>
              <w:t>305-110</w:t>
            </w:r>
          </w:p>
        </w:tc>
        <w:tc>
          <w:tcPr>
            <w:tcW w:w="2648" w:type="dxa"/>
            <w:tcMar>
              <w:top w:w="28" w:type="dxa"/>
              <w:left w:w="38" w:type="dxa"/>
              <w:bottom w:w="28" w:type="dxa"/>
              <w:right w:w="38" w:type="dxa"/>
            </w:tcMar>
            <w:vAlign w:val="center"/>
          </w:tcPr>
          <w:p w14:paraId="2FE56A69" w14:textId="77777777" w:rsidR="00D60D5E" w:rsidRDefault="00891EF0">
            <w:pPr>
              <w:spacing w:after="0" w:line="240" w:lineRule="auto"/>
            </w:pPr>
            <w:r>
              <w:rPr>
                <w:rFonts w:eastAsia="Aptos"/>
                <w:sz w:val="17"/>
              </w:rPr>
              <w:t>Chicken Breast,Boneless &amp; Skinless 8oz</w:t>
            </w:r>
          </w:p>
        </w:tc>
        <w:tc>
          <w:tcPr>
            <w:tcW w:w="630" w:type="dxa"/>
            <w:tcMar>
              <w:top w:w="28" w:type="dxa"/>
              <w:left w:w="38" w:type="dxa"/>
              <w:bottom w:w="28" w:type="dxa"/>
              <w:right w:w="38" w:type="dxa"/>
            </w:tcMar>
            <w:vAlign w:val="center"/>
          </w:tcPr>
          <w:p w14:paraId="0F300FAB"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41D5DE9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4C883DF" w14:textId="77777777" w:rsidR="00D60D5E" w:rsidRDefault="00D60D5E">
            <w:pPr>
              <w:jc w:val="center"/>
            </w:pPr>
          </w:p>
        </w:tc>
      </w:tr>
      <w:tr w:rsidR="00D60D5E" w14:paraId="3B5E01F4" w14:textId="77777777" w:rsidTr="000617E0">
        <w:trPr>
          <w:cantSplit/>
          <w:jc w:val="center"/>
        </w:trPr>
        <w:tc>
          <w:tcPr>
            <w:tcW w:w="677" w:type="dxa"/>
            <w:tcMar>
              <w:top w:w="28" w:type="dxa"/>
              <w:left w:w="38" w:type="dxa"/>
              <w:bottom w:w="28" w:type="dxa"/>
              <w:right w:w="38" w:type="dxa"/>
            </w:tcMar>
            <w:vAlign w:val="center"/>
          </w:tcPr>
          <w:p w14:paraId="1E00E57A" w14:textId="77777777" w:rsidR="00D60D5E" w:rsidRDefault="00891EF0">
            <w:pPr>
              <w:spacing w:after="0" w:line="240" w:lineRule="auto"/>
              <w:jc w:val="center"/>
            </w:pPr>
            <w:r>
              <w:rPr>
                <w:rFonts w:eastAsia="Aptos"/>
                <w:color w:val="6A7075"/>
                <w:sz w:val="17"/>
              </w:rPr>
              <w:t>305-115</w:t>
            </w:r>
          </w:p>
        </w:tc>
        <w:tc>
          <w:tcPr>
            <w:tcW w:w="2648" w:type="dxa"/>
            <w:tcMar>
              <w:top w:w="28" w:type="dxa"/>
              <w:left w:w="38" w:type="dxa"/>
              <w:bottom w:w="28" w:type="dxa"/>
              <w:right w:w="38" w:type="dxa"/>
            </w:tcMar>
            <w:vAlign w:val="center"/>
          </w:tcPr>
          <w:p w14:paraId="237036B0" w14:textId="77777777" w:rsidR="00D60D5E" w:rsidRDefault="00891EF0">
            <w:pPr>
              <w:spacing w:after="0" w:line="240" w:lineRule="auto"/>
            </w:pPr>
            <w:r>
              <w:rPr>
                <w:rFonts w:eastAsia="Aptos"/>
                <w:sz w:val="17"/>
              </w:rPr>
              <w:t>Chicken Breastbone in &amp; Skin on 5lb</w:t>
            </w:r>
          </w:p>
        </w:tc>
        <w:tc>
          <w:tcPr>
            <w:tcW w:w="630" w:type="dxa"/>
            <w:tcMar>
              <w:top w:w="28" w:type="dxa"/>
              <w:left w:w="38" w:type="dxa"/>
              <w:bottom w:w="28" w:type="dxa"/>
              <w:right w:w="38" w:type="dxa"/>
            </w:tcMar>
            <w:vAlign w:val="center"/>
          </w:tcPr>
          <w:p w14:paraId="22EECEB6" w14:textId="77777777" w:rsidR="00D60D5E" w:rsidRDefault="00891EF0">
            <w:pPr>
              <w:spacing w:after="0" w:line="240" w:lineRule="auto"/>
              <w:jc w:val="center"/>
            </w:pPr>
            <w:r>
              <w:rPr>
                <w:rFonts w:eastAsia="Aptos"/>
                <w:b/>
                <w:sz w:val="17"/>
              </w:rPr>
              <w:t>16.45</w:t>
            </w:r>
          </w:p>
        </w:tc>
        <w:tc>
          <w:tcPr>
            <w:tcW w:w="540" w:type="dxa"/>
            <w:tcMar>
              <w:top w:w="28" w:type="dxa"/>
              <w:left w:w="38" w:type="dxa"/>
              <w:bottom w:w="28" w:type="dxa"/>
              <w:right w:w="38" w:type="dxa"/>
            </w:tcMar>
            <w:vAlign w:val="center"/>
          </w:tcPr>
          <w:p w14:paraId="3E7CEE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9DAD659" w14:textId="77777777" w:rsidR="00D60D5E" w:rsidRDefault="00D60D5E">
            <w:pPr>
              <w:jc w:val="center"/>
            </w:pPr>
          </w:p>
        </w:tc>
      </w:tr>
      <w:tr w:rsidR="00D60D5E" w14:paraId="03C53353" w14:textId="77777777" w:rsidTr="000617E0">
        <w:trPr>
          <w:cantSplit/>
          <w:jc w:val="center"/>
        </w:trPr>
        <w:tc>
          <w:tcPr>
            <w:tcW w:w="677" w:type="dxa"/>
            <w:tcMar>
              <w:top w:w="28" w:type="dxa"/>
              <w:left w:w="38" w:type="dxa"/>
              <w:bottom w:w="28" w:type="dxa"/>
              <w:right w:w="38" w:type="dxa"/>
            </w:tcMar>
            <w:vAlign w:val="center"/>
          </w:tcPr>
          <w:p w14:paraId="207DBD84" w14:textId="77777777" w:rsidR="00D60D5E" w:rsidRDefault="00891EF0">
            <w:pPr>
              <w:spacing w:after="0" w:line="240" w:lineRule="auto"/>
              <w:jc w:val="center"/>
            </w:pPr>
            <w:r>
              <w:rPr>
                <w:rFonts w:eastAsia="Aptos"/>
                <w:color w:val="6A7075"/>
                <w:sz w:val="17"/>
              </w:rPr>
              <w:t>305-120</w:t>
            </w:r>
          </w:p>
        </w:tc>
        <w:tc>
          <w:tcPr>
            <w:tcW w:w="2648" w:type="dxa"/>
            <w:tcMar>
              <w:top w:w="28" w:type="dxa"/>
              <w:left w:w="38" w:type="dxa"/>
              <w:bottom w:w="28" w:type="dxa"/>
              <w:right w:w="38" w:type="dxa"/>
            </w:tcMar>
            <w:vAlign w:val="center"/>
          </w:tcPr>
          <w:p w14:paraId="12DC3C8F" w14:textId="77777777" w:rsidR="00D60D5E" w:rsidRDefault="00891EF0">
            <w:pPr>
              <w:spacing w:after="0" w:line="240" w:lineRule="auto"/>
            </w:pPr>
            <w:r>
              <w:rPr>
                <w:rFonts w:eastAsia="Aptos"/>
                <w:sz w:val="17"/>
              </w:rPr>
              <w:t>Chicken Legs Tray Pack 2lb</w:t>
            </w:r>
          </w:p>
        </w:tc>
        <w:tc>
          <w:tcPr>
            <w:tcW w:w="630" w:type="dxa"/>
            <w:tcMar>
              <w:top w:w="28" w:type="dxa"/>
              <w:left w:w="38" w:type="dxa"/>
              <w:bottom w:w="28" w:type="dxa"/>
              <w:right w:w="38" w:type="dxa"/>
            </w:tcMar>
            <w:vAlign w:val="center"/>
          </w:tcPr>
          <w:p w14:paraId="260BF7FE" w14:textId="77777777" w:rsidR="00D60D5E" w:rsidRDefault="00891EF0">
            <w:pPr>
              <w:spacing w:after="0" w:line="240" w:lineRule="auto"/>
              <w:jc w:val="center"/>
            </w:pPr>
            <w:r>
              <w:rPr>
                <w:rFonts w:eastAsia="Aptos"/>
                <w:b/>
                <w:sz w:val="17"/>
              </w:rPr>
              <w:t>7.99</w:t>
            </w:r>
          </w:p>
        </w:tc>
        <w:tc>
          <w:tcPr>
            <w:tcW w:w="540" w:type="dxa"/>
            <w:tcMar>
              <w:top w:w="28" w:type="dxa"/>
              <w:left w:w="38" w:type="dxa"/>
              <w:bottom w:w="28" w:type="dxa"/>
              <w:right w:w="38" w:type="dxa"/>
            </w:tcMar>
            <w:vAlign w:val="center"/>
          </w:tcPr>
          <w:p w14:paraId="34358E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96C30B" w14:textId="77777777" w:rsidR="00D60D5E" w:rsidRDefault="00D60D5E">
            <w:pPr>
              <w:jc w:val="center"/>
            </w:pPr>
          </w:p>
        </w:tc>
      </w:tr>
      <w:tr w:rsidR="00D60D5E" w14:paraId="216899EF" w14:textId="77777777" w:rsidTr="000617E0">
        <w:trPr>
          <w:cantSplit/>
          <w:jc w:val="center"/>
        </w:trPr>
        <w:tc>
          <w:tcPr>
            <w:tcW w:w="677" w:type="dxa"/>
            <w:tcMar>
              <w:top w:w="28" w:type="dxa"/>
              <w:left w:w="38" w:type="dxa"/>
              <w:bottom w:w="28" w:type="dxa"/>
              <w:right w:w="38" w:type="dxa"/>
            </w:tcMar>
            <w:vAlign w:val="center"/>
          </w:tcPr>
          <w:p w14:paraId="3F4E9EB7" w14:textId="77777777" w:rsidR="00D60D5E" w:rsidRDefault="00891EF0">
            <w:pPr>
              <w:spacing w:after="0" w:line="240" w:lineRule="auto"/>
              <w:jc w:val="center"/>
            </w:pPr>
            <w:r>
              <w:rPr>
                <w:rFonts w:eastAsia="Aptos"/>
                <w:color w:val="6A7075"/>
                <w:sz w:val="17"/>
              </w:rPr>
              <w:t>305-125</w:t>
            </w:r>
          </w:p>
        </w:tc>
        <w:tc>
          <w:tcPr>
            <w:tcW w:w="2648" w:type="dxa"/>
            <w:tcMar>
              <w:top w:w="28" w:type="dxa"/>
              <w:left w:w="38" w:type="dxa"/>
              <w:bottom w:w="28" w:type="dxa"/>
              <w:right w:w="38" w:type="dxa"/>
            </w:tcMar>
            <w:vAlign w:val="center"/>
          </w:tcPr>
          <w:p w14:paraId="462BA8B9" w14:textId="77777777" w:rsidR="00D60D5E" w:rsidRDefault="00891EF0">
            <w:pPr>
              <w:spacing w:after="0" w:line="240" w:lineRule="auto"/>
            </w:pPr>
            <w:r>
              <w:rPr>
                <w:rFonts w:eastAsia="Aptos"/>
                <w:sz w:val="17"/>
              </w:rPr>
              <w:t>Chicken Drumsticks Tray Pack 2lb</w:t>
            </w:r>
          </w:p>
        </w:tc>
        <w:tc>
          <w:tcPr>
            <w:tcW w:w="630" w:type="dxa"/>
            <w:tcMar>
              <w:top w:w="28" w:type="dxa"/>
              <w:left w:w="38" w:type="dxa"/>
              <w:bottom w:w="28" w:type="dxa"/>
              <w:right w:w="38" w:type="dxa"/>
            </w:tcMar>
            <w:vAlign w:val="center"/>
          </w:tcPr>
          <w:p w14:paraId="13F49DAC" w14:textId="77777777" w:rsidR="00D60D5E" w:rsidRDefault="00891EF0">
            <w:pPr>
              <w:spacing w:after="0" w:line="240" w:lineRule="auto"/>
              <w:jc w:val="center"/>
            </w:pPr>
            <w:r>
              <w:rPr>
                <w:rFonts w:eastAsia="Aptos"/>
                <w:b/>
                <w:sz w:val="17"/>
              </w:rPr>
              <w:t>7.29</w:t>
            </w:r>
          </w:p>
        </w:tc>
        <w:tc>
          <w:tcPr>
            <w:tcW w:w="540" w:type="dxa"/>
            <w:tcMar>
              <w:top w:w="28" w:type="dxa"/>
              <w:left w:w="38" w:type="dxa"/>
              <w:bottom w:w="28" w:type="dxa"/>
              <w:right w:w="38" w:type="dxa"/>
            </w:tcMar>
            <w:vAlign w:val="center"/>
          </w:tcPr>
          <w:p w14:paraId="2A51888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4EE9F79" w14:textId="77777777" w:rsidR="00D60D5E" w:rsidRDefault="00D60D5E">
            <w:pPr>
              <w:jc w:val="center"/>
            </w:pPr>
          </w:p>
        </w:tc>
      </w:tr>
      <w:tr w:rsidR="00D60D5E" w14:paraId="2E2E1E2D" w14:textId="77777777" w:rsidTr="000617E0">
        <w:trPr>
          <w:cantSplit/>
          <w:jc w:val="center"/>
        </w:trPr>
        <w:tc>
          <w:tcPr>
            <w:tcW w:w="677" w:type="dxa"/>
            <w:tcMar>
              <w:top w:w="28" w:type="dxa"/>
              <w:left w:w="38" w:type="dxa"/>
              <w:bottom w:w="28" w:type="dxa"/>
              <w:right w:w="38" w:type="dxa"/>
            </w:tcMar>
            <w:vAlign w:val="center"/>
          </w:tcPr>
          <w:p w14:paraId="44E62969" w14:textId="77777777" w:rsidR="00D60D5E" w:rsidRDefault="00891EF0">
            <w:pPr>
              <w:spacing w:after="0" w:line="240" w:lineRule="auto"/>
              <w:jc w:val="center"/>
            </w:pPr>
            <w:r>
              <w:rPr>
                <w:rFonts w:eastAsia="Aptos"/>
                <w:color w:val="6A7075"/>
                <w:sz w:val="17"/>
              </w:rPr>
              <w:t>305-130</w:t>
            </w:r>
          </w:p>
        </w:tc>
        <w:tc>
          <w:tcPr>
            <w:tcW w:w="2648" w:type="dxa"/>
            <w:tcMar>
              <w:top w:w="28" w:type="dxa"/>
              <w:left w:w="38" w:type="dxa"/>
              <w:bottom w:w="28" w:type="dxa"/>
              <w:right w:w="38" w:type="dxa"/>
            </w:tcMar>
            <w:vAlign w:val="center"/>
          </w:tcPr>
          <w:p w14:paraId="4CCF74D7" w14:textId="77777777" w:rsidR="00D60D5E" w:rsidRDefault="00891EF0">
            <w:pPr>
              <w:spacing w:after="0" w:line="240" w:lineRule="auto"/>
            </w:pPr>
            <w:r>
              <w:rPr>
                <w:rFonts w:eastAsia="Aptos"/>
                <w:sz w:val="17"/>
              </w:rPr>
              <w:t>Chicken Wings Tray Pack 2lb</w:t>
            </w:r>
          </w:p>
        </w:tc>
        <w:tc>
          <w:tcPr>
            <w:tcW w:w="630" w:type="dxa"/>
            <w:tcMar>
              <w:top w:w="28" w:type="dxa"/>
              <w:left w:w="38" w:type="dxa"/>
              <w:bottom w:w="28" w:type="dxa"/>
              <w:right w:w="38" w:type="dxa"/>
            </w:tcMar>
            <w:vAlign w:val="center"/>
          </w:tcPr>
          <w:p w14:paraId="4DC231D3" w14:textId="77777777" w:rsidR="00D60D5E" w:rsidRDefault="00891EF0">
            <w:pPr>
              <w:spacing w:after="0" w:line="240" w:lineRule="auto"/>
              <w:jc w:val="center"/>
            </w:pPr>
            <w:r>
              <w:rPr>
                <w:rFonts w:eastAsia="Aptos"/>
                <w:b/>
                <w:sz w:val="17"/>
              </w:rPr>
              <w:t>11.99</w:t>
            </w:r>
          </w:p>
        </w:tc>
        <w:tc>
          <w:tcPr>
            <w:tcW w:w="540" w:type="dxa"/>
            <w:tcMar>
              <w:top w:w="28" w:type="dxa"/>
              <w:left w:w="38" w:type="dxa"/>
              <w:bottom w:w="28" w:type="dxa"/>
              <w:right w:w="38" w:type="dxa"/>
            </w:tcMar>
            <w:vAlign w:val="center"/>
          </w:tcPr>
          <w:p w14:paraId="2DFE3DB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91D1E6" w14:textId="77777777" w:rsidR="00D60D5E" w:rsidRDefault="00D60D5E">
            <w:pPr>
              <w:jc w:val="center"/>
            </w:pPr>
          </w:p>
        </w:tc>
      </w:tr>
      <w:tr w:rsidR="00D60D5E" w14:paraId="6AAA4D90" w14:textId="77777777" w:rsidTr="000617E0">
        <w:trPr>
          <w:cantSplit/>
          <w:jc w:val="center"/>
        </w:trPr>
        <w:tc>
          <w:tcPr>
            <w:tcW w:w="677" w:type="dxa"/>
            <w:tcMar>
              <w:top w:w="28" w:type="dxa"/>
              <w:left w:w="38" w:type="dxa"/>
              <w:bottom w:w="28" w:type="dxa"/>
              <w:right w:w="38" w:type="dxa"/>
            </w:tcMar>
            <w:vAlign w:val="center"/>
          </w:tcPr>
          <w:p w14:paraId="3A4871F9" w14:textId="77777777" w:rsidR="00D60D5E" w:rsidRDefault="00891EF0">
            <w:pPr>
              <w:spacing w:after="0" w:line="240" w:lineRule="auto"/>
              <w:jc w:val="center"/>
            </w:pPr>
            <w:r>
              <w:rPr>
                <w:rFonts w:eastAsia="Aptos"/>
                <w:color w:val="6A7075"/>
                <w:sz w:val="17"/>
              </w:rPr>
              <w:lastRenderedPageBreak/>
              <w:t>305-131</w:t>
            </w:r>
          </w:p>
        </w:tc>
        <w:tc>
          <w:tcPr>
            <w:tcW w:w="2648" w:type="dxa"/>
            <w:tcMar>
              <w:top w:w="28" w:type="dxa"/>
              <w:left w:w="38" w:type="dxa"/>
              <w:bottom w:w="28" w:type="dxa"/>
              <w:right w:w="38" w:type="dxa"/>
            </w:tcMar>
            <w:vAlign w:val="center"/>
          </w:tcPr>
          <w:p w14:paraId="08493E31" w14:textId="77777777" w:rsidR="00D60D5E" w:rsidRDefault="00891EF0">
            <w:pPr>
              <w:spacing w:after="0" w:line="240" w:lineRule="auto"/>
            </w:pPr>
            <w:r>
              <w:rPr>
                <w:rFonts w:eastAsia="Aptos"/>
                <w:sz w:val="17"/>
              </w:rPr>
              <w:t>Chicken Thighs Tray Pack 2lb</w:t>
            </w:r>
          </w:p>
        </w:tc>
        <w:tc>
          <w:tcPr>
            <w:tcW w:w="630" w:type="dxa"/>
            <w:tcMar>
              <w:top w:w="28" w:type="dxa"/>
              <w:left w:w="38" w:type="dxa"/>
              <w:bottom w:w="28" w:type="dxa"/>
              <w:right w:w="38" w:type="dxa"/>
            </w:tcMar>
            <w:vAlign w:val="center"/>
          </w:tcPr>
          <w:p w14:paraId="7CE3A461" w14:textId="77777777" w:rsidR="00D60D5E" w:rsidRDefault="00891EF0">
            <w:pPr>
              <w:spacing w:after="0" w:line="240" w:lineRule="auto"/>
              <w:jc w:val="center"/>
            </w:pPr>
            <w:r>
              <w:rPr>
                <w:rFonts w:eastAsia="Aptos"/>
                <w:b/>
                <w:sz w:val="17"/>
              </w:rPr>
              <w:t>9.20</w:t>
            </w:r>
          </w:p>
        </w:tc>
        <w:tc>
          <w:tcPr>
            <w:tcW w:w="540" w:type="dxa"/>
            <w:tcMar>
              <w:top w:w="28" w:type="dxa"/>
              <w:left w:w="38" w:type="dxa"/>
              <w:bottom w:w="28" w:type="dxa"/>
              <w:right w:w="38" w:type="dxa"/>
            </w:tcMar>
            <w:vAlign w:val="center"/>
          </w:tcPr>
          <w:p w14:paraId="4426217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DF82D1" w14:textId="77777777" w:rsidR="00D60D5E" w:rsidRDefault="00D60D5E">
            <w:pPr>
              <w:jc w:val="center"/>
            </w:pPr>
          </w:p>
        </w:tc>
      </w:tr>
      <w:tr w:rsidR="00D60D5E" w14:paraId="4E867294" w14:textId="77777777" w:rsidTr="000617E0">
        <w:trPr>
          <w:cantSplit/>
          <w:jc w:val="center"/>
        </w:trPr>
        <w:tc>
          <w:tcPr>
            <w:tcW w:w="677" w:type="dxa"/>
            <w:tcMar>
              <w:top w:w="28" w:type="dxa"/>
              <w:left w:w="38" w:type="dxa"/>
              <w:bottom w:w="28" w:type="dxa"/>
              <w:right w:w="38" w:type="dxa"/>
            </w:tcMar>
            <w:vAlign w:val="center"/>
          </w:tcPr>
          <w:p w14:paraId="226E6BA6" w14:textId="77777777" w:rsidR="00D60D5E" w:rsidRDefault="00891EF0">
            <w:pPr>
              <w:spacing w:after="0" w:line="240" w:lineRule="auto"/>
              <w:jc w:val="center"/>
            </w:pPr>
            <w:r>
              <w:rPr>
                <w:rFonts w:eastAsia="Aptos"/>
                <w:color w:val="6A7075"/>
                <w:sz w:val="17"/>
              </w:rPr>
              <w:t>305-135</w:t>
            </w:r>
          </w:p>
        </w:tc>
        <w:tc>
          <w:tcPr>
            <w:tcW w:w="2648" w:type="dxa"/>
            <w:tcMar>
              <w:top w:w="28" w:type="dxa"/>
              <w:left w:w="38" w:type="dxa"/>
              <w:bottom w:w="28" w:type="dxa"/>
              <w:right w:w="38" w:type="dxa"/>
            </w:tcMar>
            <w:vAlign w:val="center"/>
          </w:tcPr>
          <w:p w14:paraId="01248D16" w14:textId="77777777" w:rsidR="00D60D5E" w:rsidRDefault="00891EF0">
            <w:pPr>
              <w:spacing w:after="0" w:line="240" w:lineRule="auto"/>
            </w:pPr>
            <w:r>
              <w:rPr>
                <w:rFonts w:eastAsia="Aptos"/>
                <w:sz w:val="17"/>
              </w:rPr>
              <w:t>Chicken Whole lb (3-4lb)</w:t>
            </w:r>
          </w:p>
        </w:tc>
        <w:tc>
          <w:tcPr>
            <w:tcW w:w="630" w:type="dxa"/>
            <w:tcMar>
              <w:top w:w="28" w:type="dxa"/>
              <w:left w:w="38" w:type="dxa"/>
              <w:bottom w:w="28" w:type="dxa"/>
              <w:right w:w="38" w:type="dxa"/>
            </w:tcMar>
            <w:vAlign w:val="center"/>
          </w:tcPr>
          <w:p w14:paraId="724526EF" w14:textId="77777777" w:rsidR="00D60D5E" w:rsidRDefault="00891EF0">
            <w:pPr>
              <w:spacing w:after="0" w:line="240" w:lineRule="auto"/>
              <w:jc w:val="center"/>
            </w:pPr>
            <w:r>
              <w:rPr>
                <w:rFonts w:eastAsia="Aptos"/>
                <w:b/>
                <w:sz w:val="17"/>
              </w:rPr>
              <w:t>5.99</w:t>
            </w:r>
          </w:p>
        </w:tc>
        <w:tc>
          <w:tcPr>
            <w:tcW w:w="540" w:type="dxa"/>
            <w:tcMar>
              <w:top w:w="28" w:type="dxa"/>
              <w:left w:w="38" w:type="dxa"/>
              <w:bottom w:w="28" w:type="dxa"/>
              <w:right w:w="38" w:type="dxa"/>
            </w:tcMar>
            <w:vAlign w:val="center"/>
          </w:tcPr>
          <w:p w14:paraId="61F38387"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609BC37" w14:textId="77777777" w:rsidR="00D60D5E" w:rsidRDefault="00D60D5E">
            <w:pPr>
              <w:jc w:val="center"/>
            </w:pPr>
          </w:p>
        </w:tc>
      </w:tr>
      <w:tr w:rsidR="00D60D5E" w14:paraId="731F4641" w14:textId="77777777" w:rsidTr="000617E0">
        <w:trPr>
          <w:cantSplit/>
          <w:jc w:val="center"/>
        </w:trPr>
        <w:tc>
          <w:tcPr>
            <w:tcW w:w="677" w:type="dxa"/>
            <w:tcMar>
              <w:top w:w="28" w:type="dxa"/>
              <w:left w:w="38" w:type="dxa"/>
              <w:bottom w:w="28" w:type="dxa"/>
              <w:right w:w="38" w:type="dxa"/>
            </w:tcMar>
            <w:vAlign w:val="center"/>
          </w:tcPr>
          <w:p w14:paraId="16E6877D" w14:textId="77777777" w:rsidR="00D60D5E" w:rsidRDefault="00891EF0">
            <w:pPr>
              <w:spacing w:after="0" w:line="240" w:lineRule="auto"/>
              <w:jc w:val="center"/>
            </w:pPr>
            <w:r>
              <w:rPr>
                <w:rFonts w:eastAsia="Aptos"/>
                <w:color w:val="6A7075"/>
                <w:sz w:val="17"/>
              </w:rPr>
              <w:t>305-140</w:t>
            </w:r>
          </w:p>
        </w:tc>
        <w:tc>
          <w:tcPr>
            <w:tcW w:w="2648" w:type="dxa"/>
            <w:tcMar>
              <w:top w:w="28" w:type="dxa"/>
              <w:left w:w="38" w:type="dxa"/>
              <w:bottom w:w="28" w:type="dxa"/>
              <w:right w:w="38" w:type="dxa"/>
            </w:tcMar>
            <w:vAlign w:val="center"/>
          </w:tcPr>
          <w:p w14:paraId="24E87338" w14:textId="77777777" w:rsidR="00D60D5E" w:rsidRDefault="00891EF0">
            <w:pPr>
              <w:spacing w:after="0" w:line="240" w:lineRule="auto"/>
            </w:pPr>
            <w:r>
              <w:rPr>
                <w:rFonts w:eastAsia="Aptos"/>
                <w:sz w:val="17"/>
              </w:rPr>
              <w:t>Chicken Nuggets lb</w:t>
            </w:r>
          </w:p>
        </w:tc>
        <w:tc>
          <w:tcPr>
            <w:tcW w:w="630" w:type="dxa"/>
            <w:tcMar>
              <w:top w:w="28" w:type="dxa"/>
              <w:left w:w="38" w:type="dxa"/>
              <w:bottom w:w="28" w:type="dxa"/>
              <w:right w:w="38" w:type="dxa"/>
            </w:tcMar>
            <w:vAlign w:val="center"/>
          </w:tcPr>
          <w:p w14:paraId="0498F6A7"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7B3B06D5"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28212FD" w14:textId="77777777" w:rsidR="00D60D5E" w:rsidRDefault="00D60D5E">
            <w:pPr>
              <w:jc w:val="center"/>
            </w:pPr>
          </w:p>
        </w:tc>
      </w:tr>
      <w:tr w:rsidR="00D60D5E" w14:paraId="36F43F4A" w14:textId="77777777" w:rsidTr="000617E0">
        <w:trPr>
          <w:cantSplit/>
          <w:jc w:val="center"/>
        </w:trPr>
        <w:tc>
          <w:tcPr>
            <w:tcW w:w="677" w:type="dxa"/>
            <w:tcMar>
              <w:top w:w="28" w:type="dxa"/>
              <w:left w:w="38" w:type="dxa"/>
              <w:bottom w:w="28" w:type="dxa"/>
              <w:right w:w="38" w:type="dxa"/>
            </w:tcMar>
            <w:vAlign w:val="center"/>
          </w:tcPr>
          <w:p w14:paraId="11D71D5C" w14:textId="77777777" w:rsidR="00D60D5E" w:rsidRDefault="00891EF0">
            <w:pPr>
              <w:spacing w:after="0" w:line="240" w:lineRule="auto"/>
              <w:jc w:val="center"/>
            </w:pPr>
            <w:r>
              <w:rPr>
                <w:rFonts w:eastAsia="Aptos"/>
                <w:color w:val="6A7075"/>
                <w:sz w:val="17"/>
              </w:rPr>
              <w:t>305-145</w:t>
            </w:r>
          </w:p>
        </w:tc>
        <w:tc>
          <w:tcPr>
            <w:tcW w:w="2648" w:type="dxa"/>
            <w:tcMar>
              <w:top w:w="28" w:type="dxa"/>
              <w:left w:w="38" w:type="dxa"/>
              <w:bottom w:w="28" w:type="dxa"/>
              <w:right w:w="38" w:type="dxa"/>
            </w:tcMar>
            <w:vAlign w:val="center"/>
          </w:tcPr>
          <w:p w14:paraId="048DFBB6" w14:textId="77777777" w:rsidR="00D60D5E" w:rsidRDefault="00891EF0">
            <w:pPr>
              <w:spacing w:after="0" w:line="240" w:lineRule="auto"/>
            </w:pPr>
            <w:r>
              <w:rPr>
                <w:rFonts w:eastAsia="Aptos"/>
                <w:sz w:val="17"/>
              </w:rPr>
              <w:t>Chicken Ground Pack 1lb</w:t>
            </w:r>
          </w:p>
        </w:tc>
        <w:tc>
          <w:tcPr>
            <w:tcW w:w="630" w:type="dxa"/>
            <w:tcMar>
              <w:top w:w="28" w:type="dxa"/>
              <w:left w:w="38" w:type="dxa"/>
              <w:bottom w:w="28" w:type="dxa"/>
              <w:right w:w="38" w:type="dxa"/>
            </w:tcMar>
            <w:vAlign w:val="center"/>
          </w:tcPr>
          <w:p w14:paraId="55FE2BD0" w14:textId="77777777" w:rsidR="00D60D5E" w:rsidRDefault="00891EF0">
            <w:pPr>
              <w:spacing w:after="0" w:line="240" w:lineRule="auto"/>
              <w:jc w:val="center"/>
            </w:pPr>
            <w:r>
              <w:rPr>
                <w:rFonts w:eastAsia="Aptos"/>
                <w:b/>
                <w:sz w:val="17"/>
              </w:rPr>
              <w:t>4.25</w:t>
            </w:r>
          </w:p>
        </w:tc>
        <w:tc>
          <w:tcPr>
            <w:tcW w:w="540" w:type="dxa"/>
            <w:tcMar>
              <w:top w:w="28" w:type="dxa"/>
              <w:left w:w="38" w:type="dxa"/>
              <w:bottom w:w="28" w:type="dxa"/>
              <w:right w:w="38" w:type="dxa"/>
            </w:tcMar>
            <w:vAlign w:val="center"/>
          </w:tcPr>
          <w:p w14:paraId="12E3BB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966D84" w14:textId="77777777" w:rsidR="00D60D5E" w:rsidRDefault="00D60D5E">
            <w:pPr>
              <w:jc w:val="center"/>
            </w:pPr>
          </w:p>
        </w:tc>
      </w:tr>
      <w:tr w:rsidR="00D60D5E" w14:paraId="21C89F36" w14:textId="77777777" w:rsidTr="000617E0">
        <w:trPr>
          <w:cantSplit/>
          <w:jc w:val="center"/>
        </w:trPr>
        <w:tc>
          <w:tcPr>
            <w:tcW w:w="677" w:type="dxa"/>
            <w:tcMar>
              <w:top w:w="28" w:type="dxa"/>
              <w:left w:w="38" w:type="dxa"/>
              <w:bottom w:w="28" w:type="dxa"/>
              <w:right w:w="38" w:type="dxa"/>
            </w:tcMar>
            <w:vAlign w:val="center"/>
          </w:tcPr>
          <w:p w14:paraId="532CC7A8" w14:textId="77777777" w:rsidR="00D60D5E" w:rsidRDefault="00891EF0">
            <w:pPr>
              <w:spacing w:after="0" w:line="240" w:lineRule="auto"/>
              <w:jc w:val="center"/>
            </w:pPr>
            <w:r>
              <w:rPr>
                <w:rFonts w:eastAsia="Aptos"/>
                <w:color w:val="6A7075"/>
                <w:sz w:val="17"/>
              </w:rPr>
              <w:t>305-150</w:t>
            </w:r>
          </w:p>
        </w:tc>
        <w:tc>
          <w:tcPr>
            <w:tcW w:w="2648" w:type="dxa"/>
            <w:tcMar>
              <w:top w:w="28" w:type="dxa"/>
              <w:left w:w="38" w:type="dxa"/>
              <w:bottom w:w="28" w:type="dxa"/>
              <w:right w:w="38" w:type="dxa"/>
            </w:tcMar>
            <w:vAlign w:val="center"/>
          </w:tcPr>
          <w:p w14:paraId="77F466B2" w14:textId="77777777" w:rsidR="00D60D5E" w:rsidRDefault="00891EF0">
            <w:pPr>
              <w:spacing w:after="0" w:line="240" w:lineRule="auto"/>
            </w:pPr>
            <w:r>
              <w:rPr>
                <w:rFonts w:eastAsia="Aptos"/>
                <w:sz w:val="17"/>
              </w:rPr>
              <w:t>Chicken Honey Stung per lb</w:t>
            </w:r>
          </w:p>
        </w:tc>
        <w:tc>
          <w:tcPr>
            <w:tcW w:w="630" w:type="dxa"/>
            <w:tcMar>
              <w:top w:w="28" w:type="dxa"/>
              <w:left w:w="38" w:type="dxa"/>
              <w:bottom w:w="28" w:type="dxa"/>
              <w:right w:w="38" w:type="dxa"/>
            </w:tcMar>
            <w:vAlign w:val="center"/>
          </w:tcPr>
          <w:p w14:paraId="7614C5BA" w14:textId="77777777" w:rsidR="00D60D5E" w:rsidRDefault="00891EF0">
            <w:pPr>
              <w:spacing w:after="0" w:line="240" w:lineRule="auto"/>
              <w:jc w:val="center"/>
            </w:pPr>
            <w:r>
              <w:rPr>
                <w:rFonts w:eastAsia="Aptos"/>
                <w:b/>
                <w:sz w:val="17"/>
              </w:rPr>
              <w:t>8.99</w:t>
            </w:r>
          </w:p>
        </w:tc>
        <w:tc>
          <w:tcPr>
            <w:tcW w:w="540" w:type="dxa"/>
            <w:tcMar>
              <w:top w:w="28" w:type="dxa"/>
              <w:left w:w="38" w:type="dxa"/>
              <w:bottom w:w="28" w:type="dxa"/>
              <w:right w:w="38" w:type="dxa"/>
            </w:tcMar>
            <w:vAlign w:val="center"/>
          </w:tcPr>
          <w:p w14:paraId="15F2759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1952567" w14:textId="77777777" w:rsidR="00D60D5E" w:rsidRDefault="00D60D5E">
            <w:pPr>
              <w:jc w:val="center"/>
            </w:pPr>
          </w:p>
        </w:tc>
      </w:tr>
      <w:tr w:rsidR="00D60D5E" w14:paraId="5BC9E0EE" w14:textId="77777777" w:rsidTr="000617E0">
        <w:trPr>
          <w:cantSplit/>
          <w:jc w:val="center"/>
        </w:trPr>
        <w:tc>
          <w:tcPr>
            <w:tcW w:w="677" w:type="dxa"/>
            <w:tcMar>
              <w:top w:w="28" w:type="dxa"/>
              <w:left w:w="38" w:type="dxa"/>
              <w:bottom w:w="28" w:type="dxa"/>
              <w:right w:w="38" w:type="dxa"/>
            </w:tcMar>
            <w:vAlign w:val="center"/>
          </w:tcPr>
          <w:p w14:paraId="28909656" w14:textId="77777777" w:rsidR="00D60D5E" w:rsidRDefault="00891EF0">
            <w:pPr>
              <w:spacing w:after="0" w:line="240" w:lineRule="auto"/>
              <w:jc w:val="center"/>
            </w:pPr>
            <w:r>
              <w:rPr>
                <w:rFonts w:eastAsia="Aptos"/>
                <w:color w:val="6A7075"/>
                <w:sz w:val="17"/>
              </w:rPr>
              <w:t>305-155</w:t>
            </w:r>
          </w:p>
        </w:tc>
        <w:tc>
          <w:tcPr>
            <w:tcW w:w="2648" w:type="dxa"/>
            <w:tcMar>
              <w:top w:w="28" w:type="dxa"/>
              <w:left w:w="38" w:type="dxa"/>
              <w:bottom w:w="28" w:type="dxa"/>
              <w:right w:w="38" w:type="dxa"/>
            </w:tcMar>
            <w:vAlign w:val="center"/>
          </w:tcPr>
          <w:p w14:paraId="4DE4322A" w14:textId="77777777" w:rsidR="00D60D5E" w:rsidRDefault="00891EF0">
            <w:pPr>
              <w:spacing w:after="0" w:line="240" w:lineRule="auto"/>
            </w:pPr>
            <w:r>
              <w:rPr>
                <w:rFonts w:eastAsia="Aptos"/>
                <w:sz w:val="17"/>
              </w:rPr>
              <w:t>Chicken Burgers 4oz</w:t>
            </w:r>
          </w:p>
        </w:tc>
        <w:tc>
          <w:tcPr>
            <w:tcW w:w="630" w:type="dxa"/>
            <w:tcMar>
              <w:top w:w="28" w:type="dxa"/>
              <w:left w:w="38" w:type="dxa"/>
              <w:bottom w:w="28" w:type="dxa"/>
              <w:right w:w="38" w:type="dxa"/>
            </w:tcMar>
            <w:vAlign w:val="center"/>
          </w:tcPr>
          <w:p w14:paraId="466555B1" w14:textId="77777777" w:rsidR="00D60D5E" w:rsidRDefault="00891EF0">
            <w:pPr>
              <w:spacing w:after="0" w:line="240" w:lineRule="auto"/>
              <w:jc w:val="center"/>
            </w:pPr>
            <w:r>
              <w:rPr>
                <w:rFonts w:eastAsia="Aptos"/>
                <w:b/>
                <w:sz w:val="17"/>
              </w:rPr>
              <w:t>5.29</w:t>
            </w:r>
          </w:p>
        </w:tc>
        <w:tc>
          <w:tcPr>
            <w:tcW w:w="540" w:type="dxa"/>
            <w:tcMar>
              <w:top w:w="28" w:type="dxa"/>
              <w:left w:w="38" w:type="dxa"/>
              <w:bottom w:w="28" w:type="dxa"/>
              <w:right w:w="38" w:type="dxa"/>
            </w:tcMar>
            <w:vAlign w:val="center"/>
          </w:tcPr>
          <w:p w14:paraId="3895386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FA082E1" w14:textId="77777777" w:rsidR="00D60D5E" w:rsidRDefault="00D60D5E">
            <w:pPr>
              <w:jc w:val="center"/>
            </w:pPr>
          </w:p>
        </w:tc>
      </w:tr>
      <w:tr w:rsidR="00D60D5E" w14:paraId="46CD2004" w14:textId="77777777" w:rsidTr="000617E0">
        <w:trPr>
          <w:cantSplit/>
          <w:jc w:val="center"/>
        </w:trPr>
        <w:tc>
          <w:tcPr>
            <w:tcW w:w="677" w:type="dxa"/>
            <w:tcMar>
              <w:top w:w="28" w:type="dxa"/>
              <w:left w:w="38" w:type="dxa"/>
              <w:bottom w:w="28" w:type="dxa"/>
              <w:right w:w="38" w:type="dxa"/>
            </w:tcMar>
            <w:vAlign w:val="center"/>
          </w:tcPr>
          <w:p w14:paraId="6AC6F994" w14:textId="77777777" w:rsidR="00D60D5E" w:rsidRDefault="00891EF0">
            <w:pPr>
              <w:spacing w:after="0" w:line="240" w:lineRule="auto"/>
              <w:jc w:val="center"/>
            </w:pPr>
            <w:r>
              <w:rPr>
                <w:rFonts w:eastAsia="Aptos"/>
                <w:color w:val="6A7075"/>
                <w:sz w:val="17"/>
              </w:rPr>
              <w:t>305-160</w:t>
            </w:r>
          </w:p>
        </w:tc>
        <w:tc>
          <w:tcPr>
            <w:tcW w:w="2648" w:type="dxa"/>
            <w:tcMar>
              <w:top w:w="28" w:type="dxa"/>
              <w:left w:w="38" w:type="dxa"/>
              <w:bottom w:w="28" w:type="dxa"/>
              <w:right w:w="38" w:type="dxa"/>
            </w:tcMar>
            <w:vAlign w:val="center"/>
          </w:tcPr>
          <w:p w14:paraId="6E618AEA" w14:textId="77777777" w:rsidR="00D60D5E" w:rsidRDefault="00891EF0">
            <w:pPr>
              <w:spacing w:after="0" w:line="240" w:lineRule="auto"/>
            </w:pPr>
            <w:r>
              <w:rPr>
                <w:rFonts w:eastAsia="Aptos"/>
                <w:sz w:val="17"/>
              </w:rPr>
              <w:t>Chicken Fresh Organic3-5lb</w:t>
            </w:r>
          </w:p>
        </w:tc>
        <w:tc>
          <w:tcPr>
            <w:tcW w:w="630" w:type="dxa"/>
            <w:tcMar>
              <w:top w:w="28" w:type="dxa"/>
              <w:left w:w="38" w:type="dxa"/>
              <w:bottom w:w="28" w:type="dxa"/>
              <w:right w:w="38" w:type="dxa"/>
            </w:tcMar>
            <w:vAlign w:val="center"/>
          </w:tcPr>
          <w:p w14:paraId="2F1B1F6E" w14:textId="77777777" w:rsidR="00D60D5E" w:rsidRDefault="00891EF0">
            <w:pPr>
              <w:spacing w:after="0" w:line="240" w:lineRule="auto"/>
              <w:jc w:val="center"/>
            </w:pPr>
            <w:r>
              <w:rPr>
                <w:rFonts w:eastAsia="Aptos"/>
                <w:b/>
                <w:sz w:val="17"/>
              </w:rPr>
              <w:t>7.95</w:t>
            </w:r>
          </w:p>
        </w:tc>
        <w:tc>
          <w:tcPr>
            <w:tcW w:w="540" w:type="dxa"/>
            <w:tcMar>
              <w:top w:w="28" w:type="dxa"/>
              <w:left w:w="38" w:type="dxa"/>
              <w:bottom w:w="28" w:type="dxa"/>
              <w:right w:w="38" w:type="dxa"/>
            </w:tcMar>
            <w:vAlign w:val="center"/>
          </w:tcPr>
          <w:p w14:paraId="3E91928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1AE4D01" w14:textId="77777777" w:rsidR="00D60D5E" w:rsidRDefault="00D60D5E">
            <w:pPr>
              <w:jc w:val="center"/>
            </w:pPr>
          </w:p>
        </w:tc>
      </w:tr>
      <w:tr w:rsidR="00D60D5E" w14:paraId="5CB8B150" w14:textId="77777777" w:rsidTr="000617E0">
        <w:trPr>
          <w:cantSplit/>
          <w:jc w:val="center"/>
        </w:trPr>
        <w:tc>
          <w:tcPr>
            <w:tcW w:w="677" w:type="dxa"/>
            <w:tcMar>
              <w:top w:w="28" w:type="dxa"/>
              <w:left w:w="38" w:type="dxa"/>
              <w:bottom w:w="28" w:type="dxa"/>
              <w:right w:w="38" w:type="dxa"/>
            </w:tcMar>
            <w:vAlign w:val="center"/>
          </w:tcPr>
          <w:p w14:paraId="46520EA6" w14:textId="77777777" w:rsidR="00D60D5E" w:rsidRDefault="00891EF0">
            <w:pPr>
              <w:spacing w:after="0" w:line="240" w:lineRule="auto"/>
              <w:jc w:val="center"/>
            </w:pPr>
            <w:r>
              <w:rPr>
                <w:rFonts w:eastAsia="Aptos"/>
                <w:color w:val="6A7075"/>
                <w:sz w:val="17"/>
              </w:rPr>
              <w:t>305-170</w:t>
            </w:r>
          </w:p>
        </w:tc>
        <w:tc>
          <w:tcPr>
            <w:tcW w:w="2648" w:type="dxa"/>
            <w:tcMar>
              <w:top w:w="28" w:type="dxa"/>
              <w:left w:w="38" w:type="dxa"/>
              <w:bottom w:w="28" w:type="dxa"/>
              <w:right w:w="38" w:type="dxa"/>
            </w:tcMar>
            <w:vAlign w:val="center"/>
          </w:tcPr>
          <w:p w14:paraId="5508BDEF" w14:textId="77777777" w:rsidR="00D60D5E" w:rsidRDefault="00891EF0">
            <w:pPr>
              <w:spacing w:after="0" w:line="240" w:lineRule="auto"/>
            </w:pPr>
            <w:r>
              <w:rPr>
                <w:rFonts w:eastAsia="Aptos"/>
                <w:sz w:val="17"/>
              </w:rPr>
              <w:t>Duck,Whole 3.5lb</w:t>
            </w:r>
          </w:p>
        </w:tc>
        <w:tc>
          <w:tcPr>
            <w:tcW w:w="630" w:type="dxa"/>
            <w:tcMar>
              <w:top w:w="28" w:type="dxa"/>
              <w:left w:w="38" w:type="dxa"/>
              <w:bottom w:w="28" w:type="dxa"/>
              <w:right w:w="38" w:type="dxa"/>
            </w:tcMar>
            <w:vAlign w:val="center"/>
          </w:tcPr>
          <w:p w14:paraId="4B6B6C8A" w14:textId="77777777" w:rsidR="00D60D5E" w:rsidRDefault="00891EF0">
            <w:pPr>
              <w:spacing w:after="0" w:line="240" w:lineRule="auto"/>
              <w:jc w:val="center"/>
            </w:pPr>
            <w:r>
              <w:rPr>
                <w:rFonts w:eastAsia="Aptos"/>
                <w:b/>
                <w:sz w:val="17"/>
              </w:rPr>
              <w:t>7.30</w:t>
            </w:r>
          </w:p>
        </w:tc>
        <w:tc>
          <w:tcPr>
            <w:tcW w:w="540" w:type="dxa"/>
            <w:tcMar>
              <w:top w:w="28" w:type="dxa"/>
              <w:left w:w="38" w:type="dxa"/>
              <w:bottom w:w="28" w:type="dxa"/>
              <w:right w:w="38" w:type="dxa"/>
            </w:tcMar>
            <w:vAlign w:val="center"/>
          </w:tcPr>
          <w:p w14:paraId="732FC77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B05130E" w14:textId="77777777" w:rsidR="00D60D5E" w:rsidRDefault="00D60D5E">
            <w:pPr>
              <w:jc w:val="center"/>
            </w:pPr>
          </w:p>
        </w:tc>
      </w:tr>
      <w:tr w:rsidR="00D60D5E" w14:paraId="69230CAC" w14:textId="77777777" w:rsidTr="000617E0">
        <w:trPr>
          <w:cantSplit/>
          <w:jc w:val="center"/>
        </w:trPr>
        <w:tc>
          <w:tcPr>
            <w:tcW w:w="677" w:type="dxa"/>
            <w:tcMar>
              <w:top w:w="28" w:type="dxa"/>
              <w:left w:w="38" w:type="dxa"/>
              <w:bottom w:w="28" w:type="dxa"/>
              <w:right w:w="38" w:type="dxa"/>
            </w:tcMar>
            <w:vAlign w:val="center"/>
          </w:tcPr>
          <w:p w14:paraId="347730DD" w14:textId="77777777" w:rsidR="00D60D5E" w:rsidRDefault="00891EF0">
            <w:pPr>
              <w:spacing w:after="0" w:line="240" w:lineRule="auto"/>
              <w:jc w:val="center"/>
            </w:pPr>
            <w:r>
              <w:rPr>
                <w:rFonts w:eastAsia="Aptos"/>
                <w:color w:val="6A7075"/>
                <w:sz w:val="17"/>
              </w:rPr>
              <w:t>305-175</w:t>
            </w:r>
          </w:p>
        </w:tc>
        <w:tc>
          <w:tcPr>
            <w:tcW w:w="2648" w:type="dxa"/>
            <w:tcMar>
              <w:top w:w="28" w:type="dxa"/>
              <w:left w:w="38" w:type="dxa"/>
              <w:bottom w:w="28" w:type="dxa"/>
              <w:right w:w="38" w:type="dxa"/>
            </w:tcMar>
            <w:vAlign w:val="center"/>
          </w:tcPr>
          <w:p w14:paraId="5B9A7037" w14:textId="77777777" w:rsidR="00D60D5E" w:rsidRDefault="00891EF0">
            <w:pPr>
              <w:spacing w:after="0" w:line="240" w:lineRule="auto"/>
            </w:pPr>
            <w:r>
              <w:rPr>
                <w:rFonts w:eastAsia="Aptos"/>
                <w:sz w:val="17"/>
              </w:rPr>
              <w:t>Duck,breast boneless/skinless</w:t>
            </w:r>
          </w:p>
        </w:tc>
        <w:tc>
          <w:tcPr>
            <w:tcW w:w="630" w:type="dxa"/>
            <w:tcMar>
              <w:top w:w="28" w:type="dxa"/>
              <w:left w:w="38" w:type="dxa"/>
              <w:bottom w:w="28" w:type="dxa"/>
              <w:right w:w="38" w:type="dxa"/>
            </w:tcMar>
            <w:vAlign w:val="center"/>
          </w:tcPr>
          <w:p w14:paraId="4ECFD754" w14:textId="77777777" w:rsidR="00D60D5E" w:rsidRDefault="00891EF0">
            <w:pPr>
              <w:spacing w:after="0" w:line="240" w:lineRule="auto"/>
              <w:jc w:val="center"/>
            </w:pPr>
            <w:r>
              <w:rPr>
                <w:rFonts w:eastAsia="Aptos"/>
                <w:b/>
                <w:sz w:val="17"/>
              </w:rPr>
              <w:t>17.85</w:t>
            </w:r>
          </w:p>
        </w:tc>
        <w:tc>
          <w:tcPr>
            <w:tcW w:w="540" w:type="dxa"/>
            <w:tcMar>
              <w:top w:w="28" w:type="dxa"/>
              <w:left w:w="38" w:type="dxa"/>
              <w:bottom w:w="28" w:type="dxa"/>
              <w:right w:w="38" w:type="dxa"/>
            </w:tcMar>
            <w:vAlign w:val="center"/>
          </w:tcPr>
          <w:p w14:paraId="16849A3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81C1A1F" w14:textId="77777777" w:rsidR="00D60D5E" w:rsidRDefault="00D60D5E">
            <w:pPr>
              <w:jc w:val="center"/>
            </w:pPr>
          </w:p>
        </w:tc>
      </w:tr>
      <w:tr w:rsidR="00D60D5E" w14:paraId="24153DD1" w14:textId="77777777" w:rsidTr="000617E0">
        <w:trPr>
          <w:cantSplit/>
          <w:jc w:val="center"/>
        </w:trPr>
        <w:tc>
          <w:tcPr>
            <w:tcW w:w="677" w:type="dxa"/>
            <w:tcMar>
              <w:top w:w="28" w:type="dxa"/>
              <w:left w:w="38" w:type="dxa"/>
              <w:bottom w:w="28" w:type="dxa"/>
              <w:right w:w="38" w:type="dxa"/>
            </w:tcMar>
            <w:vAlign w:val="center"/>
          </w:tcPr>
          <w:p w14:paraId="00AA149B" w14:textId="77777777" w:rsidR="00D60D5E" w:rsidRDefault="00891EF0">
            <w:pPr>
              <w:spacing w:after="0" w:line="240" w:lineRule="auto"/>
              <w:jc w:val="center"/>
            </w:pPr>
            <w:r>
              <w:rPr>
                <w:rFonts w:eastAsia="Aptos"/>
                <w:color w:val="6A7075"/>
                <w:sz w:val="17"/>
              </w:rPr>
              <w:t>305-180</w:t>
            </w:r>
          </w:p>
        </w:tc>
        <w:tc>
          <w:tcPr>
            <w:tcW w:w="2648" w:type="dxa"/>
            <w:tcMar>
              <w:top w:w="28" w:type="dxa"/>
              <w:left w:w="38" w:type="dxa"/>
              <w:bottom w:w="28" w:type="dxa"/>
              <w:right w:w="38" w:type="dxa"/>
            </w:tcMar>
            <w:vAlign w:val="center"/>
          </w:tcPr>
          <w:p w14:paraId="17E523ED" w14:textId="77777777" w:rsidR="00D60D5E" w:rsidRDefault="00891EF0">
            <w:pPr>
              <w:spacing w:after="0" w:line="240" w:lineRule="auto"/>
            </w:pPr>
            <w:r>
              <w:rPr>
                <w:rFonts w:eastAsia="Aptos"/>
                <w:sz w:val="17"/>
              </w:rPr>
              <w:t>Cornish Game Hen 16oz</w:t>
            </w:r>
          </w:p>
        </w:tc>
        <w:tc>
          <w:tcPr>
            <w:tcW w:w="630" w:type="dxa"/>
            <w:tcMar>
              <w:top w:w="28" w:type="dxa"/>
              <w:left w:w="38" w:type="dxa"/>
              <w:bottom w:w="28" w:type="dxa"/>
              <w:right w:w="38" w:type="dxa"/>
            </w:tcMar>
            <w:vAlign w:val="center"/>
          </w:tcPr>
          <w:p w14:paraId="4C9FF59E" w14:textId="77777777" w:rsidR="00D60D5E" w:rsidRDefault="00891EF0">
            <w:pPr>
              <w:spacing w:after="0" w:line="240" w:lineRule="auto"/>
              <w:jc w:val="center"/>
            </w:pPr>
            <w:r>
              <w:rPr>
                <w:rFonts w:eastAsia="Aptos"/>
                <w:b/>
                <w:sz w:val="17"/>
              </w:rPr>
              <w:t>5.95</w:t>
            </w:r>
          </w:p>
        </w:tc>
        <w:tc>
          <w:tcPr>
            <w:tcW w:w="540" w:type="dxa"/>
            <w:tcMar>
              <w:top w:w="28" w:type="dxa"/>
              <w:left w:w="38" w:type="dxa"/>
              <w:bottom w:w="28" w:type="dxa"/>
              <w:right w:w="38" w:type="dxa"/>
            </w:tcMar>
            <w:vAlign w:val="center"/>
          </w:tcPr>
          <w:p w14:paraId="2F9E8E6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70CA831F" w14:textId="77777777" w:rsidR="00D60D5E" w:rsidRDefault="00D60D5E">
            <w:pPr>
              <w:jc w:val="center"/>
            </w:pPr>
          </w:p>
        </w:tc>
      </w:tr>
      <w:tr w:rsidR="00D60D5E" w14:paraId="20B5658E" w14:textId="77777777" w:rsidTr="000617E0">
        <w:trPr>
          <w:cantSplit/>
          <w:jc w:val="center"/>
        </w:trPr>
        <w:tc>
          <w:tcPr>
            <w:tcW w:w="677" w:type="dxa"/>
            <w:tcMar>
              <w:top w:w="28" w:type="dxa"/>
              <w:left w:w="38" w:type="dxa"/>
              <w:bottom w:w="28" w:type="dxa"/>
              <w:right w:w="38" w:type="dxa"/>
            </w:tcMar>
            <w:vAlign w:val="center"/>
          </w:tcPr>
          <w:p w14:paraId="5DF130A6" w14:textId="77777777" w:rsidR="00D60D5E" w:rsidRDefault="00891EF0">
            <w:pPr>
              <w:spacing w:after="0" w:line="240" w:lineRule="auto"/>
              <w:jc w:val="center"/>
            </w:pPr>
            <w:r>
              <w:rPr>
                <w:rFonts w:eastAsia="Aptos"/>
                <w:color w:val="6A7075"/>
                <w:sz w:val="17"/>
              </w:rPr>
              <w:t>305-185</w:t>
            </w:r>
          </w:p>
        </w:tc>
        <w:tc>
          <w:tcPr>
            <w:tcW w:w="2648" w:type="dxa"/>
            <w:tcMar>
              <w:top w:w="28" w:type="dxa"/>
              <w:left w:w="38" w:type="dxa"/>
              <w:bottom w:w="28" w:type="dxa"/>
              <w:right w:w="38" w:type="dxa"/>
            </w:tcMar>
            <w:vAlign w:val="center"/>
          </w:tcPr>
          <w:p w14:paraId="08E43337" w14:textId="77777777" w:rsidR="00D60D5E" w:rsidRDefault="00891EF0">
            <w:pPr>
              <w:spacing w:after="0" w:line="240" w:lineRule="auto"/>
            </w:pPr>
            <w:r>
              <w:rPr>
                <w:rFonts w:eastAsia="Aptos"/>
                <w:sz w:val="17"/>
              </w:rPr>
              <w:t>Turkey,Ground 1lb</w:t>
            </w:r>
          </w:p>
        </w:tc>
        <w:tc>
          <w:tcPr>
            <w:tcW w:w="630" w:type="dxa"/>
            <w:tcMar>
              <w:top w:w="28" w:type="dxa"/>
              <w:left w:w="38" w:type="dxa"/>
              <w:bottom w:w="28" w:type="dxa"/>
              <w:right w:w="38" w:type="dxa"/>
            </w:tcMar>
            <w:vAlign w:val="center"/>
          </w:tcPr>
          <w:p w14:paraId="358D6F77" w14:textId="77777777" w:rsidR="00D60D5E" w:rsidRDefault="00891EF0">
            <w:pPr>
              <w:spacing w:after="0" w:line="240" w:lineRule="auto"/>
              <w:jc w:val="center"/>
            </w:pPr>
            <w:r>
              <w:rPr>
                <w:rFonts w:eastAsia="Aptos"/>
                <w:b/>
                <w:sz w:val="17"/>
              </w:rPr>
              <w:t>5.65</w:t>
            </w:r>
          </w:p>
        </w:tc>
        <w:tc>
          <w:tcPr>
            <w:tcW w:w="540" w:type="dxa"/>
            <w:tcMar>
              <w:top w:w="28" w:type="dxa"/>
              <w:left w:w="38" w:type="dxa"/>
              <w:bottom w:w="28" w:type="dxa"/>
              <w:right w:w="38" w:type="dxa"/>
            </w:tcMar>
            <w:vAlign w:val="center"/>
          </w:tcPr>
          <w:p w14:paraId="0DFA01B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B1FDEDB" w14:textId="77777777" w:rsidR="00D60D5E" w:rsidRDefault="00D60D5E">
            <w:pPr>
              <w:jc w:val="center"/>
            </w:pPr>
          </w:p>
        </w:tc>
      </w:tr>
      <w:tr w:rsidR="00D60D5E" w14:paraId="04C00E85" w14:textId="77777777" w:rsidTr="000617E0">
        <w:trPr>
          <w:cantSplit/>
          <w:jc w:val="center"/>
        </w:trPr>
        <w:tc>
          <w:tcPr>
            <w:tcW w:w="677" w:type="dxa"/>
            <w:tcMar>
              <w:top w:w="28" w:type="dxa"/>
              <w:left w:w="38" w:type="dxa"/>
              <w:bottom w:w="28" w:type="dxa"/>
              <w:right w:w="38" w:type="dxa"/>
            </w:tcMar>
            <w:vAlign w:val="center"/>
          </w:tcPr>
          <w:p w14:paraId="6A05C4F0" w14:textId="77777777" w:rsidR="00D60D5E" w:rsidRDefault="00891EF0">
            <w:pPr>
              <w:spacing w:after="0" w:line="240" w:lineRule="auto"/>
              <w:jc w:val="center"/>
            </w:pPr>
            <w:r>
              <w:rPr>
                <w:rFonts w:eastAsia="Aptos"/>
                <w:color w:val="6A7075"/>
                <w:sz w:val="17"/>
              </w:rPr>
              <w:t>305-190</w:t>
            </w:r>
          </w:p>
        </w:tc>
        <w:tc>
          <w:tcPr>
            <w:tcW w:w="2648" w:type="dxa"/>
            <w:tcMar>
              <w:top w:w="28" w:type="dxa"/>
              <w:left w:w="38" w:type="dxa"/>
              <w:bottom w:w="28" w:type="dxa"/>
              <w:right w:w="38" w:type="dxa"/>
            </w:tcMar>
            <w:vAlign w:val="center"/>
          </w:tcPr>
          <w:p w14:paraId="7A61088B" w14:textId="77777777" w:rsidR="00D60D5E" w:rsidRDefault="00891EF0">
            <w:pPr>
              <w:spacing w:after="0" w:line="240" w:lineRule="auto"/>
            </w:pPr>
            <w:r>
              <w:rPr>
                <w:rFonts w:eastAsia="Aptos"/>
                <w:sz w:val="17"/>
              </w:rPr>
              <w:t>Chicken Leg 5LB Box</w:t>
            </w:r>
          </w:p>
        </w:tc>
        <w:tc>
          <w:tcPr>
            <w:tcW w:w="630" w:type="dxa"/>
            <w:tcMar>
              <w:top w:w="28" w:type="dxa"/>
              <w:left w:w="38" w:type="dxa"/>
              <w:bottom w:w="28" w:type="dxa"/>
              <w:right w:w="38" w:type="dxa"/>
            </w:tcMar>
            <w:vAlign w:val="center"/>
          </w:tcPr>
          <w:p w14:paraId="7791C922" w14:textId="77777777" w:rsidR="00D60D5E" w:rsidRDefault="00891EF0">
            <w:pPr>
              <w:spacing w:after="0" w:line="240" w:lineRule="auto"/>
              <w:jc w:val="center"/>
            </w:pPr>
            <w:r>
              <w:rPr>
                <w:rFonts w:eastAsia="Aptos"/>
                <w:b/>
                <w:sz w:val="17"/>
              </w:rPr>
              <w:t>14.50</w:t>
            </w:r>
          </w:p>
        </w:tc>
        <w:tc>
          <w:tcPr>
            <w:tcW w:w="540" w:type="dxa"/>
            <w:tcMar>
              <w:top w:w="28" w:type="dxa"/>
              <w:left w:w="38" w:type="dxa"/>
              <w:bottom w:w="28" w:type="dxa"/>
              <w:right w:w="38" w:type="dxa"/>
            </w:tcMar>
            <w:vAlign w:val="center"/>
          </w:tcPr>
          <w:p w14:paraId="2EDE1B4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9CA6637" w14:textId="77777777" w:rsidR="00D60D5E" w:rsidRDefault="00D60D5E">
            <w:pPr>
              <w:jc w:val="center"/>
            </w:pPr>
          </w:p>
        </w:tc>
      </w:tr>
      <w:tr w:rsidR="00D60D5E" w14:paraId="3935E9B8" w14:textId="77777777" w:rsidTr="000617E0">
        <w:trPr>
          <w:cantSplit/>
          <w:jc w:val="center"/>
        </w:trPr>
        <w:tc>
          <w:tcPr>
            <w:tcW w:w="677" w:type="dxa"/>
            <w:tcMar>
              <w:top w:w="28" w:type="dxa"/>
              <w:left w:w="38" w:type="dxa"/>
              <w:bottom w:w="28" w:type="dxa"/>
              <w:right w:w="38" w:type="dxa"/>
            </w:tcMar>
            <w:vAlign w:val="center"/>
          </w:tcPr>
          <w:p w14:paraId="56F9C32E" w14:textId="77777777" w:rsidR="00D60D5E" w:rsidRDefault="00891EF0">
            <w:pPr>
              <w:spacing w:after="0" w:line="240" w:lineRule="auto"/>
              <w:jc w:val="center"/>
            </w:pPr>
            <w:r>
              <w:rPr>
                <w:rFonts w:eastAsia="Aptos"/>
                <w:color w:val="6A7075"/>
                <w:sz w:val="17"/>
              </w:rPr>
              <w:t>305-195</w:t>
            </w:r>
          </w:p>
        </w:tc>
        <w:tc>
          <w:tcPr>
            <w:tcW w:w="2648" w:type="dxa"/>
            <w:tcMar>
              <w:top w:w="28" w:type="dxa"/>
              <w:left w:w="38" w:type="dxa"/>
              <w:bottom w:w="28" w:type="dxa"/>
              <w:right w:w="38" w:type="dxa"/>
            </w:tcMar>
            <w:vAlign w:val="center"/>
          </w:tcPr>
          <w:p w14:paraId="46C1A4C3" w14:textId="77777777" w:rsidR="00D60D5E" w:rsidRDefault="00891EF0">
            <w:pPr>
              <w:spacing w:after="0" w:line="240" w:lineRule="auto"/>
            </w:pPr>
            <w:r>
              <w:rPr>
                <w:rFonts w:eastAsia="Aptos"/>
                <w:sz w:val="17"/>
              </w:rPr>
              <w:t>Chicken Drumsticks 5LB Box</w:t>
            </w:r>
          </w:p>
        </w:tc>
        <w:tc>
          <w:tcPr>
            <w:tcW w:w="630" w:type="dxa"/>
            <w:tcMar>
              <w:top w:w="28" w:type="dxa"/>
              <w:left w:w="38" w:type="dxa"/>
              <w:bottom w:w="28" w:type="dxa"/>
              <w:right w:w="38" w:type="dxa"/>
            </w:tcMar>
            <w:vAlign w:val="center"/>
          </w:tcPr>
          <w:p w14:paraId="0DDA99A5" w14:textId="77777777" w:rsidR="00D60D5E" w:rsidRDefault="00891EF0">
            <w:pPr>
              <w:spacing w:after="0" w:line="240" w:lineRule="auto"/>
              <w:jc w:val="center"/>
            </w:pPr>
            <w:r>
              <w:rPr>
                <w:rFonts w:eastAsia="Aptos"/>
                <w:b/>
                <w:sz w:val="17"/>
              </w:rPr>
              <w:t>15.49</w:t>
            </w:r>
          </w:p>
        </w:tc>
        <w:tc>
          <w:tcPr>
            <w:tcW w:w="540" w:type="dxa"/>
            <w:tcMar>
              <w:top w:w="28" w:type="dxa"/>
              <w:left w:w="38" w:type="dxa"/>
              <w:bottom w:w="28" w:type="dxa"/>
              <w:right w:w="38" w:type="dxa"/>
            </w:tcMar>
            <w:vAlign w:val="center"/>
          </w:tcPr>
          <w:p w14:paraId="164509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85E883" w14:textId="77777777" w:rsidR="00D60D5E" w:rsidRDefault="00D60D5E">
            <w:pPr>
              <w:jc w:val="center"/>
            </w:pPr>
          </w:p>
        </w:tc>
      </w:tr>
      <w:tr w:rsidR="00D60D5E" w14:paraId="603A92BA" w14:textId="77777777" w:rsidTr="000617E0">
        <w:trPr>
          <w:cantSplit/>
          <w:jc w:val="center"/>
        </w:trPr>
        <w:tc>
          <w:tcPr>
            <w:tcW w:w="677" w:type="dxa"/>
            <w:tcMar>
              <w:top w:w="28" w:type="dxa"/>
              <w:left w:w="38" w:type="dxa"/>
              <w:bottom w:w="28" w:type="dxa"/>
              <w:right w:w="38" w:type="dxa"/>
            </w:tcMar>
            <w:vAlign w:val="center"/>
          </w:tcPr>
          <w:p w14:paraId="645402B2" w14:textId="77777777" w:rsidR="00D60D5E" w:rsidRDefault="00891EF0">
            <w:pPr>
              <w:spacing w:after="0" w:line="240" w:lineRule="auto"/>
              <w:jc w:val="center"/>
            </w:pPr>
            <w:r>
              <w:rPr>
                <w:rFonts w:eastAsia="Aptos"/>
                <w:color w:val="6A7075"/>
                <w:sz w:val="17"/>
              </w:rPr>
              <w:t>305-197</w:t>
            </w:r>
          </w:p>
        </w:tc>
        <w:tc>
          <w:tcPr>
            <w:tcW w:w="2648" w:type="dxa"/>
            <w:tcMar>
              <w:top w:w="28" w:type="dxa"/>
              <w:left w:w="38" w:type="dxa"/>
              <w:bottom w:w="28" w:type="dxa"/>
              <w:right w:w="38" w:type="dxa"/>
            </w:tcMar>
            <w:vAlign w:val="center"/>
          </w:tcPr>
          <w:p w14:paraId="05F8521D" w14:textId="77777777" w:rsidR="00D60D5E" w:rsidRDefault="00891EF0">
            <w:pPr>
              <w:spacing w:after="0" w:line="240" w:lineRule="auto"/>
            </w:pPr>
            <w:r>
              <w:rPr>
                <w:rFonts w:eastAsia="Aptos"/>
                <w:sz w:val="17"/>
              </w:rPr>
              <w:t>Chicken Thighs 5LB Box</w:t>
            </w:r>
          </w:p>
        </w:tc>
        <w:tc>
          <w:tcPr>
            <w:tcW w:w="630" w:type="dxa"/>
            <w:tcMar>
              <w:top w:w="28" w:type="dxa"/>
              <w:left w:w="38" w:type="dxa"/>
              <w:bottom w:w="28" w:type="dxa"/>
              <w:right w:w="38" w:type="dxa"/>
            </w:tcMar>
            <w:vAlign w:val="center"/>
          </w:tcPr>
          <w:p w14:paraId="2272E825" w14:textId="77777777" w:rsidR="00D60D5E" w:rsidRDefault="00891EF0">
            <w:pPr>
              <w:spacing w:after="0" w:line="240" w:lineRule="auto"/>
              <w:jc w:val="center"/>
            </w:pPr>
            <w:r>
              <w:rPr>
                <w:rFonts w:eastAsia="Aptos"/>
                <w:b/>
                <w:sz w:val="17"/>
              </w:rPr>
              <w:t>20.99</w:t>
            </w:r>
          </w:p>
        </w:tc>
        <w:tc>
          <w:tcPr>
            <w:tcW w:w="540" w:type="dxa"/>
            <w:tcMar>
              <w:top w:w="28" w:type="dxa"/>
              <w:left w:w="38" w:type="dxa"/>
              <w:bottom w:w="28" w:type="dxa"/>
              <w:right w:w="38" w:type="dxa"/>
            </w:tcMar>
            <w:vAlign w:val="center"/>
          </w:tcPr>
          <w:p w14:paraId="2D40A37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CBE5C6" w14:textId="77777777" w:rsidR="00D60D5E" w:rsidRDefault="00D60D5E">
            <w:pPr>
              <w:jc w:val="center"/>
            </w:pPr>
          </w:p>
        </w:tc>
      </w:tr>
      <w:tr w:rsidR="00D60D5E" w14:paraId="746AE730" w14:textId="77777777" w:rsidTr="000617E0">
        <w:trPr>
          <w:cantSplit/>
          <w:jc w:val="center"/>
        </w:trPr>
        <w:tc>
          <w:tcPr>
            <w:tcW w:w="677" w:type="dxa"/>
            <w:tcMar>
              <w:top w:w="28" w:type="dxa"/>
              <w:left w:w="38" w:type="dxa"/>
              <w:bottom w:w="28" w:type="dxa"/>
              <w:right w:w="38" w:type="dxa"/>
            </w:tcMar>
            <w:vAlign w:val="center"/>
          </w:tcPr>
          <w:p w14:paraId="421BD372" w14:textId="77777777" w:rsidR="00D60D5E" w:rsidRDefault="00891EF0">
            <w:pPr>
              <w:spacing w:after="0" w:line="240" w:lineRule="auto"/>
              <w:jc w:val="center"/>
            </w:pPr>
            <w:r>
              <w:rPr>
                <w:rFonts w:eastAsia="Aptos"/>
                <w:color w:val="6A7075"/>
                <w:sz w:val="17"/>
              </w:rPr>
              <w:t>305-200</w:t>
            </w:r>
          </w:p>
        </w:tc>
        <w:tc>
          <w:tcPr>
            <w:tcW w:w="2648" w:type="dxa"/>
            <w:tcMar>
              <w:top w:w="28" w:type="dxa"/>
              <w:left w:w="38" w:type="dxa"/>
              <w:bottom w:w="28" w:type="dxa"/>
              <w:right w:w="38" w:type="dxa"/>
            </w:tcMar>
            <w:vAlign w:val="center"/>
          </w:tcPr>
          <w:p w14:paraId="408B8924" w14:textId="77777777" w:rsidR="00D60D5E" w:rsidRDefault="00891EF0">
            <w:pPr>
              <w:spacing w:after="0" w:line="240" w:lineRule="auto"/>
            </w:pPr>
            <w:r>
              <w:rPr>
                <w:rFonts w:eastAsia="Aptos"/>
                <w:sz w:val="17"/>
              </w:rPr>
              <w:t>Chicken Wings 5LB Box</w:t>
            </w:r>
          </w:p>
        </w:tc>
        <w:tc>
          <w:tcPr>
            <w:tcW w:w="630" w:type="dxa"/>
            <w:tcMar>
              <w:top w:w="28" w:type="dxa"/>
              <w:left w:w="38" w:type="dxa"/>
              <w:bottom w:w="28" w:type="dxa"/>
              <w:right w:w="38" w:type="dxa"/>
            </w:tcMar>
            <w:vAlign w:val="center"/>
          </w:tcPr>
          <w:p w14:paraId="441903EB" w14:textId="77777777" w:rsidR="00D60D5E" w:rsidRDefault="00891EF0">
            <w:pPr>
              <w:spacing w:after="0" w:line="240" w:lineRule="auto"/>
              <w:jc w:val="center"/>
            </w:pPr>
            <w:r>
              <w:rPr>
                <w:rFonts w:eastAsia="Aptos"/>
                <w:b/>
                <w:sz w:val="17"/>
              </w:rPr>
              <w:t>28.80</w:t>
            </w:r>
          </w:p>
        </w:tc>
        <w:tc>
          <w:tcPr>
            <w:tcW w:w="540" w:type="dxa"/>
            <w:tcMar>
              <w:top w:w="28" w:type="dxa"/>
              <w:left w:w="38" w:type="dxa"/>
              <w:bottom w:w="28" w:type="dxa"/>
              <w:right w:w="38" w:type="dxa"/>
            </w:tcMar>
            <w:vAlign w:val="center"/>
          </w:tcPr>
          <w:p w14:paraId="0EB820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B21F63" w14:textId="77777777" w:rsidR="00D60D5E" w:rsidRDefault="00D60D5E">
            <w:pPr>
              <w:jc w:val="center"/>
            </w:pPr>
          </w:p>
        </w:tc>
      </w:tr>
      <w:tr w:rsidR="00D60D5E" w14:paraId="3DA57DA9" w14:textId="77777777" w:rsidTr="000617E0">
        <w:trPr>
          <w:cantSplit/>
          <w:jc w:val="center"/>
        </w:trPr>
        <w:tc>
          <w:tcPr>
            <w:tcW w:w="677" w:type="dxa"/>
            <w:tcMar>
              <w:top w:w="28" w:type="dxa"/>
              <w:left w:w="38" w:type="dxa"/>
              <w:bottom w:w="28" w:type="dxa"/>
              <w:right w:w="38" w:type="dxa"/>
            </w:tcMar>
            <w:vAlign w:val="center"/>
          </w:tcPr>
          <w:p w14:paraId="44340E8E" w14:textId="77777777" w:rsidR="00D60D5E" w:rsidRDefault="00891EF0">
            <w:pPr>
              <w:spacing w:after="0" w:line="240" w:lineRule="auto"/>
              <w:jc w:val="center"/>
            </w:pPr>
            <w:r>
              <w:rPr>
                <w:rFonts w:eastAsia="Aptos"/>
                <w:color w:val="6A7075"/>
                <w:sz w:val="17"/>
              </w:rPr>
              <w:t>305-205</w:t>
            </w:r>
          </w:p>
        </w:tc>
        <w:tc>
          <w:tcPr>
            <w:tcW w:w="2648" w:type="dxa"/>
            <w:tcMar>
              <w:top w:w="28" w:type="dxa"/>
              <w:left w:w="38" w:type="dxa"/>
              <w:bottom w:w="28" w:type="dxa"/>
              <w:right w:w="38" w:type="dxa"/>
            </w:tcMar>
            <w:vAlign w:val="center"/>
          </w:tcPr>
          <w:p w14:paraId="1C1F29A4" w14:textId="77777777" w:rsidR="00D60D5E" w:rsidRDefault="00891EF0">
            <w:pPr>
              <w:spacing w:after="0" w:line="240" w:lineRule="auto"/>
            </w:pPr>
            <w:r>
              <w:rPr>
                <w:rFonts w:eastAsia="Aptos"/>
                <w:sz w:val="17"/>
              </w:rPr>
              <w:t>Meatballs Homestyle 14 oz</w:t>
            </w:r>
          </w:p>
        </w:tc>
        <w:tc>
          <w:tcPr>
            <w:tcW w:w="630" w:type="dxa"/>
            <w:tcMar>
              <w:top w:w="28" w:type="dxa"/>
              <w:left w:w="38" w:type="dxa"/>
              <w:bottom w:w="28" w:type="dxa"/>
              <w:right w:w="38" w:type="dxa"/>
            </w:tcMar>
            <w:vAlign w:val="center"/>
          </w:tcPr>
          <w:p w14:paraId="728D3A10" w14:textId="77777777" w:rsidR="00D60D5E" w:rsidRDefault="00891EF0">
            <w:pPr>
              <w:spacing w:after="0" w:line="240" w:lineRule="auto"/>
              <w:jc w:val="center"/>
            </w:pPr>
            <w:r>
              <w:rPr>
                <w:rFonts w:eastAsia="Aptos"/>
                <w:b/>
                <w:sz w:val="17"/>
              </w:rPr>
              <w:t>5.69</w:t>
            </w:r>
          </w:p>
        </w:tc>
        <w:tc>
          <w:tcPr>
            <w:tcW w:w="540" w:type="dxa"/>
            <w:tcMar>
              <w:top w:w="28" w:type="dxa"/>
              <w:left w:w="38" w:type="dxa"/>
              <w:bottom w:w="28" w:type="dxa"/>
              <w:right w:w="38" w:type="dxa"/>
            </w:tcMar>
            <w:vAlign w:val="center"/>
          </w:tcPr>
          <w:p w14:paraId="2EF96E93"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213D37F" w14:textId="77777777" w:rsidR="00D60D5E" w:rsidRDefault="00D60D5E">
            <w:pPr>
              <w:jc w:val="center"/>
            </w:pPr>
          </w:p>
        </w:tc>
      </w:tr>
      <w:tr w:rsidR="00D60D5E" w14:paraId="67339B3A" w14:textId="77777777" w:rsidTr="000617E0">
        <w:trPr>
          <w:cantSplit/>
          <w:jc w:val="center"/>
        </w:trPr>
        <w:tc>
          <w:tcPr>
            <w:tcW w:w="677" w:type="dxa"/>
            <w:tcMar>
              <w:top w:w="28" w:type="dxa"/>
              <w:left w:w="38" w:type="dxa"/>
              <w:bottom w:w="28" w:type="dxa"/>
              <w:right w:w="38" w:type="dxa"/>
            </w:tcMar>
            <w:vAlign w:val="center"/>
          </w:tcPr>
          <w:p w14:paraId="10D2A406" w14:textId="77777777" w:rsidR="00D60D5E" w:rsidRDefault="00891EF0">
            <w:pPr>
              <w:spacing w:after="0" w:line="240" w:lineRule="auto"/>
              <w:jc w:val="center"/>
            </w:pPr>
            <w:r>
              <w:rPr>
                <w:rFonts w:eastAsia="Aptos"/>
                <w:color w:val="6A7075"/>
                <w:sz w:val="17"/>
              </w:rPr>
              <w:t>305-210</w:t>
            </w:r>
          </w:p>
        </w:tc>
        <w:tc>
          <w:tcPr>
            <w:tcW w:w="2648" w:type="dxa"/>
            <w:tcMar>
              <w:top w:w="28" w:type="dxa"/>
              <w:left w:w="38" w:type="dxa"/>
              <w:bottom w:w="28" w:type="dxa"/>
              <w:right w:w="38" w:type="dxa"/>
            </w:tcMar>
            <w:vAlign w:val="center"/>
          </w:tcPr>
          <w:p w14:paraId="7BEB35AB" w14:textId="77777777" w:rsidR="00D60D5E" w:rsidRDefault="00891EF0">
            <w:pPr>
              <w:spacing w:after="0" w:line="240" w:lineRule="auto"/>
            </w:pPr>
            <w:r>
              <w:rPr>
                <w:rFonts w:eastAsia="Aptos"/>
                <w:sz w:val="17"/>
              </w:rPr>
              <w:t>Meatballs Italian 14 oz</w:t>
            </w:r>
          </w:p>
        </w:tc>
        <w:tc>
          <w:tcPr>
            <w:tcW w:w="630" w:type="dxa"/>
            <w:tcMar>
              <w:top w:w="28" w:type="dxa"/>
              <w:left w:w="38" w:type="dxa"/>
              <w:bottom w:w="28" w:type="dxa"/>
              <w:right w:w="38" w:type="dxa"/>
            </w:tcMar>
            <w:vAlign w:val="center"/>
          </w:tcPr>
          <w:p w14:paraId="0976E9DE" w14:textId="77777777" w:rsidR="00D60D5E" w:rsidRDefault="00891EF0">
            <w:pPr>
              <w:spacing w:after="0" w:line="240" w:lineRule="auto"/>
              <w:jc w:val="center"/>
            </w:pPr>
            <w:r>
              <w:rPr>
                <w:rFonts w:eastAsia="Aptos"/>
                <w:b/>
                <w:sz w:val="17"/>
              </w:rPr>
              <w:t>6.29</w:t>
            </w:r>
          </w:p>
        </w:tc>
        <w:tc>
          <w:tcPr>
            <w:tcW w:w="540" w:type="dxa"/>
            <w:tcMar>
              <w:top w:w="28" w:type="dxa"/>
              <w:left w:w="38" w:type="dxa"/>
              <w:bottom w:w="28" w:type="dxa"/>
              <w:right w:w="38" w:type="dxa"/>
            </w:tcMar>
            <w:vAlign w:val="center"/>
          </w:tcPr>
          <w:p w14:paraId="31F6B028"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FD0C572" w14:textId="77777777" w:rsidR="00D60D5E" w:rsidRDefault="00D60D5E">
            <w:pPr>
              <w:jc w:val="center"/>
            </w:pPr>
          </w:p>
        </w:tc>
      </w:tr>
      <w:tr w:rsidR="00D60D5E" w14:paraId="1B057612" w14:textId="77777777" w:rsidTr="000617E0">
        <w:trPr>
          <w:cantSplit/>
          <w:jc w:val="center"/>
        </w:trPr>
        <w:tc>
          <w:tcPr>
            <w:tcW w:w="677" w:type="dxa"/>
            <w:tcMar>
              <w:top w:w="28" w:type="dxa"/>
              <w:left w:w="38" w:type="dxa"/>
              <w:bottom w:w="28" w:type="dxa"/>
              <w:right w:w="38" w:type="dxa"/>
            </w:tcMar>
            <w:vAlign w:val="center"/>
          </w:tcPr>
          <w:p w14:paraId="41D6E0BA" w14:textId="77777777" w:rsidR="00D60D5E" w:rsidRDefault="00891EF0">
            <w:pPr>
              <w:spacing w:after="0" w:line="240" w:lineRule="auto"/>
              <w:jc w:val="center"/>
            </w:pPr>
            <w:r>
              <w:rPr>
                <w:rFonts w:eastAsia="Aptos"/>
                <w:color w:val="6A7075"/>
                <w:sz w:val="17"/>
              </w:rPr>
              <w:t>305-215</w:t>
            </w:r>
          </w:p>
        </w:tc>
        <w:tc>
          <w:tcPr>
            <w:tcW w:w="2648" w:type="dxa"/>
            <w:tcMar>
              <w:top w:w="28" w:type="dxa"/>
              <w:left w:w="38" w:type="dxa"/>
              <w:bottom w:w="28" w:type="dxa"/>
              <w:right w:w="38" w:type="dxa"/>
            </w:tcMar>
            <w:vAlign w:val="center"/>
          </w:tcPr>
          <w:p w14:paraId="6B78258C" w14:textId="77777777" w:rsidR="00D60D5E" w:rsidRDefault="00891EF0">
            <w:pPr>
              <w:spacing w:after="0" w:line="240" w:lineRule="auto"/>
            </w:pPr>
            <w:r>
              <w:rPr>
                <w:rFonts w:eastAsia="Aptos"/>
                <w:sz w:val="17"/>
              </w:rPr>
              <w:t>Chicken Tenders Breaded (24 oz)</w:t>
            </w:r>
          </w:p>
        </w:tc>
        <w:tc>
          <w:tcPr>
            <w:tcW w:w="630" w:type="dxa"/>
            <w:tcMar>
              <w:top w:w="28" w:type="dxa"/>
              <w:left w:w="38" w:type="dxa"/>
              <w:bottom w:w="28" w:type="dxa"/>
              <w:right w:w="38" w:type="dxa"/>
            </w:tcMar>
            <w:vAlign w:val="center"/>
          </w:tcPr>
          <w:p w14:paraId="7B454DDD" w14:textId="77777777" w:rsidR="00D60D5E" w:rsidRDefault="00891EF0">
            <w:pPr>
              <w:spacing w:after="0" w:line="240" w:lineRule="auto"/>
              <w:jc w:val="center"/>
            </w:pPr>
            <w:r>
              <w:rPr>
                <w:rFonts w:eastAsia="Aptos"/>
                <w:b/>
                <w:sz w:val="17"/>
              </w:rPr>
              <w:t>11.49</w:t>
            </w:r>
          </w:p>
        </w:tc>
        <w:tc>
          <w:tcPr>
            <w:tcW w:w="540" w:type="dxa"/>
            <w:tcMar>
              <w:top w:w="28" w:type="dxa"/>
              <w:left w:w="38" w:type="dxa"/>
              <w:bottom w:w="28" w:type="dxa"/>
              <w:right w:w="38" w:type="dxa"/>
            </w:tcMar>
            <w:vAlign w:val="center"/>
          </w:tcPr>
          <w:p w14:paraId="2CC9079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7358393" w14:textId="77777777" w:rsidR="00D60D5E" w:rsidRDefault="00D60D5E">
            <w:pPr>
              <w:jc w:val="center"/>
            </w:pPr>
          </w:p>
        </w:tc>
      </w:tr>
      <w:tr w:rsidR="00D60D5E" w14:paraId="2FEA61D3" w14:textId="77777777" w:rsidTr="000617E0">
        <w:trPr>
          <w:cantSplit/>
          <w:jc w:val="center"/>
        </w:trPr>
        <w:tc>
          <w:tcPr>
            <w:tcW w:w="677" w:type="dxa"/>
            <w:tcMar>
              <w:top w:w="28" w:type="dxa"/>
              <w:left w:w="38" w:type="dxa"/>
              <w:bottom w:w="28" w:type="dxa"/>
              <w:right w:w="38" w:type="dxa"/>
            </w:tcMar>
            <w:vAlign w:val="center"/>
          </w:tcPr>
          <w:p w14:paraId="3B8F57F2" w14:textId="77777777" w:rsidR="00D60D5E" w:rsidRDefault="00891EF0">
            <w:pPr>
              <w:spacing w:after="0" w:line="240" w:lineRule="auto"/>
              <w:jc w:val="center"/>
            </w:pPr>
            <w:r>
              <w:rPr>
                <w:rFonts w:eastAsia="Aptos"/>
                <w:color w:val="6A7075"/>
                <w:sz w:val="17"/>
              </w:rPr>
              <w:t>305-220</w:t>
            </w:r>
          </w:p>
        </w:tc>
        <w:tc>
          <w:tcPr>
            <w:tcW w:w="2648" w:type="dxa"/>
            <w:tcMar>
              <w:top w:w="28" w:type="dxa"/>
              <w:left w:w="38" w:type="dxa"/>
              <w:bottom w:w="28" w:type="dxa"/>
              <w:right w:w="38" w:type="dxa"/>
            </w:tcMar>
            <w:vAlign w:val="center"/>
          </w:tcPr>
          <w:p w14:paraId="052DBCBA" w14:textId="77777777" w:rsidR="00D60D5E" w:rsidRDefault="00891EF0">
            <w:pPr>
              <w:spacing w:after="0" w:line="240" w:lineRule="auto"/>
            </w:pPr>
            <w:r>
              <w:rPr>
                <w:rFonts w:eastAsia="Aptos"/>
                <w:sz w:val="17"/>
              </w:rPr>
              <w:t>French Fries Frozen 32 oz (Misc)</w:t>
            </w:r>
          </w:p>
        </w:tc>
        <w:tc>
          <w:tcPr>
            <w:tcW w:w="630" w:type="dxa"/>
            <w:tcMar>
              <w:top w:w="28" w:type="dxa"/>
              <w:left w:w="38" w:type="dxa"/>
              <w:bottom w:w="28" w:type="dxa"/>
              <w:right w:w="38" w:type="dxa"/>
            </w:tcMar>
            <w:vAlign w:val="center"/>
          </w:tcPr>
          <w:p w14:paraId="46ADEEEE" w14:textId="77777777" w:rsidR="00D60D5E" w:rsidRDefault="00891EF0">
            <w:pPr>
              <w:spacing w:after="0" w:line="240" w:lineRule="auto"/>
              <w:jc w:val="center"/>
            </w:pPr>
            <w:r>
              <w:rPr>
                <w:rFonts w:eastAsia="Aptos"/>
                <w:b/>
                <w:sz w:val="17"/>
              </w:rPr>
              <w:t>6.99</w:t>
            </w:r>
          </w:p>
        </w:tc>
        <w:tc>
          <w:tcPr>
            <w:tcW w:w="540" w:type="dxa"/>
            <w:tcMar>
              <w:top w:w="28" w:type="dxa"/>
              <w:left w:w="38" w:type="dxa"/>
              <w:bottom w:w="28" w:type="dxa"/>
              <w:right w:w="38" w:type="dxa"/>
            </w:tcMar>
            <w:vAlign w:val="center"/>
          </w:tcPr>
          <w:p w14:paraId="19B4059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A483A1E" w14:textId="77777777" w:rsidR="00D60D5E" w:rsidRDefault="00D60D5E">
            <w:pPr>
              <w:jc w:val="center"/>
            </w:pPr>
          </w:p>
        </w:tc>
      </w:tr>
      <w:tr w:rsidR="00D60D5E" w14:paraId="29FCB253" w14:textId="77777777" w:rsidTr="000617E0">
        <w:trPr>
          <w:cantSplit/>
          <w:jc w:val="center"/>
        </w:trPr>
        <w:tc>
          <w:tcPr>
            <w:tcW w:w="677" w:type="dxa"/>
            <w:tcMar>
              <w:top w:w="28" w:type="dxa"/>
              <w:left w:w="38" w:type="dxa"/>
              <w:bottom w:w="28" w:type="dxa"/>
              <w:right w:w="38" w:type="dxa"/>
            </w:tcMar>
            <w:vAlign w:val="center"/>
          </w:tcPr>
          <w:p w14:paraId="4DB795B9" w14:textId="77777777" w:rsidR="00D60D5E" w:rsidRDefault="00891EF0">
            <w:pPr>
              <w:spacing w:after="0" w:line="240" w:lineRule="auto"/>
              <w:jc w:val="center"/>
            </w:pPr>
            <w:r>
              <w:rPr>
                <w:rFonts w:eastAsia="Aptos"/>
                <w:color w:val="6A7075"/>
                <w:sz w:val="17"/>
              </w:rPr>
              <w:t>305-225</w:t>
            </w:r>
          </w:p>
        </w:tc>
        <w:tc>
          <w:tcPr>
            <w:tcW w:w="2648" w:type="dxa"/>
            <w:tcMar>
              <w:top w:w="28" w:type="dxa"/>
              <w:left w:w="38" w:type="dxa"/>
              <w:bottom w:w="28" w:type="dxa"/>
              <w:right w:w="38" w:type="dxa"/>
            </w:tcMar>
            <w:vAlign w:val="center"/>
          </w:tcPr>
          <w:p w14:paraId="16F7AB48" w14:textId="77777777" w:rsidR="00D60D5E" w:rsidRDefault="00891EF0">
            <w:pPr>
              <w:spacing w:after="0" w:line="240" w:lineRule="auto"/>
            </w:pPr>
            <w:r>
              <w:rPr>
                <w:rFonts w:eastAsia="Aptos"/>
                <w:sz w:val="17"/>
              </w:rPr>
              <w:t>Chicken Breast Tray Pack 2LB</w:t>
            </w:r>
          </w:p>
        </w:tc>
        <w:tc>
          <w:tcPr>
            <w:tcW w:w="630" w:type="dxa"/>
            <w:tcMar>
              <w:top w:w="28" w:type="dxa"/>
              <w:left w:w="38" w:type="dxa"/>
              <w:bottom w:w="28" w:type="dxa"/>
              <w:right w:w="38" w:type="dxa"/>
            </w:tcMar>
            <w:vAlign w:val="center"/>
          </w:tcPr>
          <w:p w14:paraId="3672B12A" w14:textId="77777777" w:rsidR="00D60D5E" w:rsidRDefault="00891EF0">
            <w:pPr>
              <w:spacing w:after="0" w:line="240" w:lineRule="auto"/>
              <w:jc w:val="center"/>
            </w:pPr>
            <w:r>
              <w:rPr>
                <w:rFonts w:eastAsia="Aptos"/>
                <w:b/>
                <w:sz w:val="17"/>
              </w:rPr>
              <w:t>11.29</w:t>
            </w:r>
          </w:p>
        </w:tc>
        <w:tc>
          <w:tcPr>
            <w:tcW w:w="540" w:type="dxa"/>
            <w:tcMar>
              <w:top w:w="28" w:type="dxa"/>
              <w:left w:w="38" w:type="dxa"/>
              <w:bottom w:w="28" w:type="dxa"/>
              <w:right w:w="38" w:type="dxa"/>
            </w:tcMar>
            <w:vAlign w:val="center"/>
          </w:tcPr>
          <w:p w14:paraId="6903611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B0781C" w14:textId="77777777" w:rsidR="00D60D5E" w:rsidRDefault="00D60D5E">
            <w:pPr>
              <w:jc w:val="center"/>
            </w:pPr>
          </w:p>
        </w:tc>
      </w:tr>
      <w:tr w:rsidR="00D60D5E" w14:paraId="78CBDA09" w14:textId="77777777" w:rsidTr="000617E0">
        <w:trPr>
          <w:cantSplit/>
          <w:jc w:val="center"/>
        </w:trPr>
        <w:tc>
          <w:tcPr>
            <w:tcW w:w="677" w:type="dxa"/>
            <w:shd w:val="clear" w:color="auto" w:fill="D9EAF7"/>
            <w:tcMar>
              <w:top w:w="28" w:type="dxa"/>
              <w:left w:w="38" w:type="dxa"/>
              <w:bottom w:w="28" w:type="dxa"/>
              <w:right w:w="38" w:type="dxa"/>
            </w:tcMar>
            <w:vAlign w:val="center"/>
          </w:tcPr>
          <w:p w14:paraId="5E51E00F" w14:textId="77777777" w:rsidR="00D60D5E" w:rsidRDefault="00891EF0">
            <w:pPr>
              <w:spacing w:after="0" w:line="240" w:lineRule="auto"/>
              <w:jc w:val="center"/>
            </w:pPr>
            <w:r>
              <w:rPr>
                <w:rFonts w:eastAsia="Aptos"/>
                <w:b/>
                <w:color w:val="2F4F8F"/>
                <w:sz w:val="18"/>
              </w:rPr>
              <w:t>310-</w:t>
            </w:r>
          </w:p>
        </w:tc>
        <w:tc>
          <w:tcPr>
            <w:tcW w:w="2648" w:type="dxa"/>
            <w:shd w:val="clear" w:color="auto" w:fill="D9EAF7"/>
            <w:tcMar>
              <w:top w:w="28" w:type="dxa"/>
              <w:left w:w="38" w:type="dxa"/>
              <w:bottom w:w="28" w:type="dxa"/>
              <w:right w:w="38" w:type="dxa"/>
            </w:tcMar>
            <w:vAlign w:val="center"/>
          </w:tcPr>
          <w:p w14:paraId="060D8B5A" w14:textId="77777777" w:rsidR="00D60D5E" w:rsidRDefault="00891EF0">
            <w:pPr>
              <w:spacing w:after="0" w:line="240" w:lineRule="auto"/>
            </w:pPr>
            <w:r>
              <w:rPr>
                <w:rFonts w:eastAsia="Aptos"/>
                <w:b/>
                <w:color w:val="2F4F8F"/>
                <w:sz w:val="18"/>
              </w:rPr>
              <w:t>FROZEN SEAFOOD</w:t>
            </w:r>
          </w:p>
        </w:tc>
        <w:tc>
          <w:tcPr>
            <w:tcW w:w="630" w:type="dxa"/>
            <w:shd w:val="clear" w:color="auto" w:fill="D9EAF7"/>
            <w:tcMar>
              <w:top w:w="28" w:type="dxa"/>
              <w:left w:w="38" w:type="dxa"/>
              <w:bottom w:w="28" w:type="dxa"/>
              <w:right w:w="38" w:type="dxa"/>
            </w:tcMar>
            <w:vAlign w:val="center"/>
          </w:tcPr>
          <w:p w14:paraId="50A79E6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497419A0"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607EAEB" w14:textId="77777777" w:rsidR="00D60D5E" w:rsidRDefault="00D60D5E">
            <w:pPr>
              <w:jc w:val="center"/>
            </w:pPr>
          </w:p>
        </w:tc>
      </w:tr>
      <w:tr w:rsidR="00D60D5E" w14:paraId="7A32EA09" w14:textId="77777777" w:rsidTr="000617E0">
        <w:trPr>
          <w:cantSplit/>
          <w:jc w:val="center"/>
        </w:trPr>
        <w:tc>
          <w:tcPr>
            <w:tcW w:w="677" w:type="dxa"/>
            <w:tcMar>
              <w:top w:w="28" w:type="dxa"/>
              <w:left w:w="38" w:type="dxa"/>
              <w:bottom w:w="28" w:type="dxa"/>
              <w:right w:w="38" w:type="dxa"/>
            </w:tcMar>
            <w:vAlign w:val="center"/>
          </w:tcPr>
          <w:p w14:paraId="3F7892F7" w14:textId="77777777" w:rsidR="00D60D5E" w:rsidRDefault="00891EF0">
            <w:pPr>
              <w:spacing w:after="0" w:line="240" w:lineRule="auto"/>
              <w:jc w:val="center"/>
            </w:pPr>
            <w:r>
              <w:rPr>
                <w:rFonts w:eastAsia="Aptos"/>
                <w:color w:val="6A7075"/>
                <w:sz w:val="17"/>
              </w:rPr>
              <w:t>310-105</w:t>
            </w:r>
          </w:p>
        </w:tc>
        <w:tc>
          <w:tcPr>
            <w:tcW w:w="2648" w:type="dxa"/>
            <w:tcMar>
              <w:top w:w="28" w:type="dxa"/>
              <w:left w:w="38" w:type="dxa"/>
              <w:bottom w:w="28" w:type="dxa"/>
              <w:right w:w="38" w:type="dxa"/>
            </w:tcMar>
            <w:vAlign w:val="center"/>
          </w:tcPr>
          <w:p w14:paraId="0FAAE5C6" w14:textId="77777777" w:rsidR="00D60D5E" w:rsidRDefault="00891EF0">
            <w:pPr>
              <w:spacing w:after="0" w:line="240" w:lineRule="auto"/>
            </w:pPr>
            <w:r>
              <w:rPr>
                <w:rFonts w:eastAsia="Aptos"/>
                <w:sz w:val="17"/>
              </w:rPr>
              <w:t>Conch Fritter Batter per lb</w:t>
            </w:r>
          </w:p>
        </w:tc>
        <w:tc>
          <w:tcPr>
            <w:tcW w:w="630" w:type="dxa"/>
            <w:tcMar>
              <w:top w:w="28" w:type="dxa"/>
              <w:left w:w="38" w:type="dxa"/>
              <w:bottom w:w="28" w:type="dxa"/>
              <w:right w:w="38" w:type="dxa"/>
            </w:tcMar>
            <w:vAlign w:val="center"/>
          </w:tcPr>
          <w:p w14:paraId="2A3DA0D1" w14:textId="77777777" w:rsidR="00D60D5E" w:rsidRDefault="00891EF0">
            <w:pPr>
              <w:spacing w:after="0" w:line="240" w:lineRule="auto"/>
              <w:jc w:val="center"/>
            </w:pPr>
            <w:r>
              <w:rPr>
                <w:rFonts w:eastAsia="Aptos"/>
                <w:b/>
                <w:sz w:val="17"/>
              </w:rPr>
              <w:t>16.79</w:t>
            </w:r>
          </w:p>
        </w:tc>
        <w:tc>
          <w:tcPr>
            <w:tcW w:w="540" w:type="dxa"/>
            <w:tcMar>
              <w:top w:w="28" w:type="dxa"/>
              <w:left w:w="38" w:type="dxa"/>
              <w:bottom w:w="28" w:type="dxa"/>
              <w:right w:w="38" w:type="dxa"/>
            </w:tcMar>
            <w:vAlign w:val="center"/>
          </w:tcPr>
          <w:p w14:paraId="194F3B22"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F9C4C97" w14:textId="77777777" w:rsidR="00D60D5E" w:rsidRDefault="00D60D5E">
            <w:pPr>
              <w:jc w:val="center"/>
            </w:pPr>
          </w:p>
        </w:tc>
      </w:tr>
      <w:tr w:rsidR="00D60D5E" w14:paraId="40AD4950" w14:textId="77777777" w:rsidTr="000617E0">
        <w:trPr>
          <w:cantSplit/>
          <w:jc w:val="center"/>
        </w:trPr>
        <w:tc>
          <w:tcPr>
            <w:tcW w:w="677" w:type="dxa"/>
            <w:tcMar>
              <w:top w:w="28" w:type="dxa"/>
              <w:left w:w="38" w:type="dxa"/>
              <w:bottom w:w="28" w:type="dxa"/>
              <w:right w:w="38" w:type="dxa"/>
            </w:tcMar>
            <w:vAlign w:val="center"/>
          </w:tcPr>
          <w:p w14:paraId="0E49496B" w14:textId="77777777" w:rsidR="00D60D5E" w:rsidRDefault="00891EF0">
            <w:pPr>
              <w:spacing w:after="0" w:line="240" w:lineRule="auto"/>
              <w:jc w:val="center"/>
            </w:pPr>
            <w:r>
              <w:rPr>
                <w:rFonts w:eastAsia="Aptos"/>
                <w:color w:val="6A7075"/>
                <w:sz w:val="17"/>
              </w:rPr>
              <w:t>310-110</w:t>
            </w:r>
          </w:p>
        </w:tc>
        <w:tc>
          <w:tcPr>
            <w:tcW w:w="2648" w:type="dxa"/>
            <w:tcMar>
              <w:top w:w="28" w:type="dxa"/>
              <w:left w:w="38" w:type="dxa"/>
              <w:bottom w:w="28" w:type="dxa"/>
              <w:right w:w="38" w:type="dxa"/>
            </w:tcMar>
            <w:vAlign w:val="center"/>
          </w:tcPr>
          <w:p w14:paraId="2C9241F3" w14:textId="77777777" w:rsidR="00D60D5E" w:rsidRDefault="00891EF0">
            <w:pPr>
              <w:spacing w:after="0" w:line="240" w:lineRule="auto"/>
            </w:pPr>
            <w:r>
              <w:rPr>
                <w:rFonts w:eastAsia="Aptos"/>
                <w:sz w:val="17"/>
              </w:rPr>
              <w:t>Imitation Crab Meat 8oz</w:t>
            </w:r>
          </w:p>
        </w:tc>
        <w:tc>
          <w:tcPr>
            <w:tcW w:w="630" w:type="dxa"/>
            <w:tcMar>
              <w:top w:w="28" w:type="dxa"/>
              <w:left w:w="38" w:type="dxa"/>
              <w:bottom w:w="28" w:type="dxa"/>
              <w:right w:w="38" w:type="dxa"/>
            </w:tcMar>
            <w:vAlign w:val="center"/>
          </w:tcPr>
          <w:p w14:paraId="01F8C3F9" w14:textId="77777777" w:rsidR="00D60D5E" w:rsidRDefault="00891EF0">
            <w:pPr>
              <w:spacing w:after="0" w:line="240" w:lineRule="auto"/>
              <w:jc w:val="center"/>
            </w:pPr>
            <w:r>
              <w:rPr>
                <w:rFonts w:eastAsia="Aptos"/>
                <w:b/>
                <w:sz w:val="17"/>
              </w:rPr>
              <w:t>6.95</w:t>
            </w:r>
          </w:p>
        </w:tc>
        <w:tc>
          <w:tcPr>
            <w:tcW w:w="540" w:type="dxa"/>
            <w:tcMar>
              <w:top w:w="28" w:type="dxa"/>
              <w:left w:w="38" w:type="dxa"/>
              <w:bottom w:w="28" w:type="dxa"/>
              <w:right w:w="38" w:type="dxa"/>
            </w:tcMar>
            <w:vAlign w:val="center"/>
          </w:tcPr>
          <w:p w14:paraId="3F82DFE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D38BF7" w14:textId="77777777" w:rsidR="00D60D5E" w:rsidRDefault="00D60D5E">
            <w:pPr>
              <w:jc w:val="center"/>
            </w:pPr>
          </w:p>
        </w:tc>
      </w:tr>
      <w:tr w:rsidR="00D60D5E" w14:paraId="37FCCACF" w14:textId="77777777" w:rsidTr="000617E0">
        <w:trPr>
          <w:cantSplit/>
          <w:jc w:val="center"/>
        </w:trPr>
        <w:tc>
          <w:tcPr>
            <w:tcW w:w="677" w:type="dxa"/>
            <w:tcMar>
              <w:top w:w="28" w:type="dxa"/>
              <w:left w:w="38" w:type="dxa"/>
              <w:bottom w:w="28" w:type="dxa"/>
              <w:right w:w="38" w:type="dxa"/>
            </w:tcMar>
            <w:vAlign w:val="center"/>
          </w:tcPr>
          <w:p w14:paraId="52E25FF2" w14:textId="77777777" w:rsidR="00D60D5E" w:rsidRDefault="00891EF0">
            <w:pPr>
              <w:spacing w:after="0" w:line="240" w:lineRule="auto"/>
              <w:jc w:val="center"/>
            </w:pPr>
            <w:r>
              <w:rPr>
                <w:rFonts w:eastAsia="Aptos"/>
                <w:color w:val="6A7075"/>
                <w:sz w:val="17"/>
              </w:rPr>
              <w:t>310-115</w:t>
            </w:r>
          </w:p>
        </w:tc>
        <w:tc>
          <w:tcPr>
            <w:tcW w:w="2648" w:type="dxa"/>
            <w:tcMar>
              <w:top w:w="28" w:type="dxa"/>
              <w:left w:w="38" w:type="dxa"/>
              <w:bottom w:w="28" w:type="dxa"/>
              <w:right w:w="38" w:type="dxa"/>
            </w:tcMar>
            <w:vAlign w:val="center"/>
          </w:tcPr>
          <w:p w14:paraId="5187B79B" w14:textId="77777777" w:rsidR="00D60D5E" w:rsidRDefault="00891EF0">
            <w:pPr>
              <w:spacing w:after="0" w:line="240" w:lineRule="auto"/>
            </w:pPr>
            <w:r>
              <w:rPr>
                <w:rFonts w:eastAsia="Aptos"/>
                <w:sz w:val="17"/>
              </w:rPr>
              <w:t>Dolphin (Mahi Mahi) Fillet 6-8oz</w:t>
            </w:r>
          </w:p>
        </w:tc>
        <w:tc>
          <w:tcPr>
            <w:tcW w:w="630" w:type="dxa"/>
            <w:tcMar>
              <w:top w:w="28" w:type="dxa"/>
              <w:left w:w="38" w:type="dxa"/>
              <w:bottom w:w="28" w:type="dxa"/>
              <w:right w:w="38" w:type="dxa"/>
            </w:tcMar>
            <w:vAlign w:val="center"/>
          </w:tcPr>
          <w:p w14:paraId="5E9B9657" w14:textId="77777777" w:rsidR="00D60D5E" w:rsidRDefault="00891EF0">
            <w:pPr>
              <w:spacing w:after="0" w:line="240" w:lineRule="auto"/>
              <w:jc w:val="center"/>
            </w:pPr>
            <w:r>
              <w:rPr>
                <w:rFonts w:eastAsia="Aptos"/>
                <w:b/>
                <w:sz w:val="17"/>
              </w:rPr>
              <w:t>15.99</w:t>
            </w:r>
          </w:p>
        </w:tc>
        <w:tc>
          <w:tcPr>
            <w:tcW w:w="540" w:type="dxa"/>
            <w:tcMar>
              <w:top w:w="28" w:type="dxa"/>
              <w:left w:w="38" w:type="dxa"/>
              <w:bottom w:w="28" w:type="dxa"/>
              <w:right w:w="38" w:type="dxa"/>
            </w:tcMar>
            <w:vAlign w:val="center"/>
          </w:tcPr>
          <w:p w14:paraId="11E36A1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5C68B536" w14:textId="77777777" w:rsidR="00D60D5E" w:rsidRDefault="00D60D5E">
            <w:pPr>
              <w:jc w:val="center"/>
            </w:pPr>
          </w:p>
        </w:tc>
      </w:tr>
      <w:tr w:rsidR="00D60D5E" w14:paraId="2F39185A" w14:textId="77777777" w:rsidTr="000617E0">
        <w:trPr>
          <w:cantSplit/>
          <w:jc w:val="center"/>
        </w:trPr>
        <w:tc>
          <w:tcPr>
            <w:tcW w:w="677" w:type="dxa"/>
            <w:tcMar>
              <w:top w:w="28" w:type="dxa"/>
              <w:left w:w="38" w:type="dxa"/>
              <w:bottom w:w="28" w:type="dxa"/>
              <w:right w:w="38" w:type="dxa"/>
            </w:tcMar>
            <w:vAlign w:val="center"/>
          </w:tcPr>
          <w:p w14:paraId="77FD3A24" w14:textId="77777777" w:rsidR="00D60D5E" w:rsidRDefault="00891EF0">
            <w:pPr>
              <w:spacing w:after="0" w:line="240" w:lineRule="auto"/>
              <w:jc w:val="center"/>
            </w:pPr>
            <w:r>
              <w:rPr>
                <w:rFonts w:eastAsia="Aptos"/>
                <w:color w:val="6A7075"/>
                <w:sz w:val="17"/>
              </w:rPr>
              <w:t>310-116</w:t>
            </w:r>
          </w:p>
        </w:tc>
        <w:tc>
          <w:tcPr>
            <w:tcW w:w="2648" w:type="dxa"/>
            <w:tcMar>
              <w:top w:w="28" w:type="dxa"/>
              <w:left w:w="38" w:type="dxa"/>
              <w:bottom w:w="28" w:type="dxa"/>
              <w:right w:w="38" w:type="dxa"/>
            </w:tcMar>
            <w:vAlign w:val="center"/>
          </w:tcPr>
          <w:p w14:paraId="48AC7A34" w14:textId="77777777" w:rsidR="00D60D5E" w:rsidRDefault="00891EF0">
            <w:pPr>
              <w:spacing w:after="0" w:line="240" w:lineRule="auto"/>
            </w:pPr>
            <w:r>
              <w:rPr>
                <w:rFonts w:eastAsia="Aptos"/>
                <w:sz w:val="17"/>
              </w:rPr>
              <w:t>Dolphin (Mahi Mahi) Fillet 10-12oz</w:t>
            </w:r>
          </w:p>
        </w:tc>
        <w:tc>
          <w:tcPr>
            <w:tcW w:w="630" w:type="dxa"/>
            <w:tcMar>
              <w:top w:w="28" w:type="dxa"/>
              <w:left w:w="38" w:type="dxa"/>
              <w:bottom w:w="28" w:type="dxa"/>
              <w:right w:w="38" w:type="dxa"/>
            </w:tcMar>
            <w:vAlign w:val="center"/>
          </w:tcPr>
          <w:p w14:paraId="1BD8F1F0"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6CC63DE1"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C40DBB3" w14:textId="77777777" w:rsidR="00D60D5E" w:rsidRDefault="00D60D5E">
            <w:pPr>
              <w:jc w:val="center"/>
            </w:pPr>
          </w:p>
        </w:tc>
      </w:tr>
      <w:tr w:rsidR="00D60D5E" w14:paraId="43854B7E" w14:textId="77777777" w:rsidTr="000617E0">
        <w:trPr>
          <w:cantSplit/>
          <w:jc w:val="center"/>
        </w:trPr>
        <w:tc>
          <w:tcPr>
            <w:tcW w:w="677" w:type="dxa"/>
            <w:tcMar>
              <w:top w:w="28" w:type="dxa"/>
              <w:left w:w="38" w:type="dxa"/>
              <w:bottom w:w="28" w:type="dxa"/>
              <w:right w:w="38" w:type="dxa"/>
            </w:tcMar>
            <w:vAlign w:val="center"/>
          </w:tcPr>
          <w:p w14:paraId="3C68029F" w14:textId="77777777" w:rsidR="00D60D5E" w:rsidRDefault="00891EF0">
            <w:pPr>
              <w:spacing w:after="0" w:line="240" w:lineRule="auto"/>
              <w:jc w:val="center"/>
            </w:pPr>
            <w:r>
              <w:rPr>
                <w:rFonts w:eastAsia="Aptos"/>
                <w:color w:val="6A7075"/>
                <w:sz w:val="17"/>
              </w:rPr>
              <w:t>310-120</w:t>
            </w:r>
          </w:p>
        </w:tc>
        <w:tc>
          <w:tcPr>
            <w:tcW w:w="2648" w:type="dxa"/>
            <w:tcMar>
              <w:top w:w="28" w:type="dxa"/>
              <w:left w:w="38" w:type="dxa"/>
              <w:bottom w:w="28" w:type="dxa"/>
              <w:right w:w="38" w:type="dxa"/>
            </w:tcMar>
            <w:vAlign w:val="center"/>
          </w:tcPr>
          <w:p w14:paraId="7D396400" w14:textId="77777777" w:rsidR="00D60D5E" w:rsidRDefault="00891EF0">
            <w:pPr>
              <w:spacing w:after="0" w:line="240" w:lineRule="auto"/>
            </w:pPr>
            <w:r>
              <w:rPr>
                <w:rFonts w:eastAsia="Aptos"/>
                <w:sz w:val="17"/>
              </w:rPr>
              <w:t>Grouper Filet 6-8oz</w:t>
            </w:r>
          </w:p>
        </w:tc>
        <w:tc>
          <w:tcPr>
            <w:tcW w:w="630" w:type="dxa"/>
            <w:tcMar>
              <w:top w:w="28" w:type="dxa"/>
              <w:left w:w="38" w:type="dxa"/>
              <w:bottom w:w="28" w:type="dxa"/>
              <w:right w:w="38" w:type="dxa"/>
            </w:tcMar>
            <w:vAlign w:val="center"/>
          </w:tcPr>
          <w:p w14:paraId="1DBE56D4" w14:textId="77777777" w:rsidR="00D60D5E" w:rsidRDefault="00891EF0">
            <w:pPr>
              <w:spacing w:after="0" w:line="240" w:lineRule="auto"/>
              <w:jc w:val="center"/>
            </w:pPr>
            <w:r>
              <w:rPr>
                <w:rFonts w:eastAsia="Aptos"/>
                <w:b/>
                <w:sz w:val="17"/>
              </w:rPr>
              <w:t>21.99</w:t>
            </w:r>
          </w:p>
        </w:tc>
        <w:tc>
          <w:tcPr>
            <w:tcW w:w="540" w:type="dxa"/>
            <w:tcMar>
              <w:top w:w="28" w:type="dxa"/>
              <w:left w:w="38" w:type="dxa"/>
              <w:bottom w:w="28" w:type="dxa"/>
              <w:right w:w="38" w:type="dxa"/>
            </w:tcMar>
            <w:vAlign w:val="center"/>
          </w:tcPr>
          <w:p w14:paraId="2A15BC30"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EE1479E" w14:textId="77777777" w:rsidR="00D60D5E" w:rsidRDefault="00D60D5E">
            <w:pPr>
              <w:jc w:val="center"/>
            </w:pPr>
          </w:p>
        </w:tc>
      </w:tr>
      <w:tr w:rsidR="00D60D5E" w14:paraId="2A5B6282" w14:textId="77777777" w:rsidTr="000617E0">
        <w:trPr>
          <w:cantSplit/>
          <w:jc w:val="center"/>
        </w:trPr>
        <w:tc>
          <w:tcPr>
            <w:tcW w:w="677" w:type="dxa"/>
            <w:tcMar>
              <w:top w:w="28" w:type="dxa"/>
              <w:left w:w="38" w:type="dxa"/>
              <w:bottom w:w="28" w:type="dxa"/>
              <w:right w:w="38" w:type="dxa"/>
            </w:tcMar>
            <w:vAlign w:val="center"/>
          </w:tcPr>
          <w:p w14:paraId="6BAE0B78" w14:textId="77777777" w:rsidR="00D60D5E" w:rsidRDefault="00891EF0">
            <w:pPr>
              <w:spacing w:after="0" w:line="240" w:lineRule="auto"/>
              <w:jc w:val="center"/>
            </w:pPr>
            <w:r>
              <w:rPr>
                <w:rFonts w:eastAsia="Aptos"/>
                <w:color w:val="6A7075"/>
                <w:sz w:val="17"/>
              </w:rPr>
              <w:t>310-125</w:t>
            </w:r>
          </w:p>
        </w:tc>
        <w:tc>
          <w:tcPr>
            <w:tcW w:w="2648" w:type="dxa"/>
            <w:tcMar>
              <w:top w:w="28" w:type="dxa"/>
              <w:left w:w="38" w:type="dxa"/>
              <w:bottom w:w="28" w:type="dxa"/>
              <w:right w:w="38" w:type="dxa"/>
            </w:tcMar>
            <w:vAlign w:val="center"/>
          </w:tcPr>
          <w:p w14:paraId="0EFAED9D" w14:textId="77777777" w:rsidR="00D60D5E" w:rsidRDefault="00891EF0">
            <w:pPr>
              <w:spacing w:after="0" w:line="240" w:lineRule="auto"/>
            </w:pPr>
            <w:r>
              <w:rPr>
                <w:rFonts w:eastAsia="Aptos"/>
                <w:sz w:val="17"/>
              </w:rPr>
              <w:t>Salmon Steak 6-8oz</w:t>
            </w:r>
          </w:p>
        </w:tc>
        <w:tc>
          <w:tcPr>
            <w:tcW w:w="630" w:type="dxa"/>
            <w:tcMar>
              <w:top w:w="28" w:type="dxa"/>
              <w:left w:w="38" w:type="dxa"/>
              <w:bottom w:w="28" w:type="dxa"/>
              <w:right w:w="38" w:type="dxa"/>
            </w:tcMar>
            <w:vAlign w:val="center"/>
          </w:tcPr>
          <w:p w14:paraId="4B7A4C9E" w14:textId="77777777" w:rsidR="00D60D5E" w:rsidRDefault="00891EF0">
            <w:pPr>
              <w:spacing w:after="0" w:line="240" w:lineRule="auto"/>
              <w:jc w:val="center"/>
            </w:pPr>
            <w:r>
              <w:rPr>
                <w:rFonts w:eastAsia="Aptos"/>
                <w:b/>
                <w:sz w:val="17"/>
              </w:rPr>
              <w:t>19.25</w:t>
            </w:r>
          </w:p>
        </w:tc>
        <w:tc>
          <w:tcPr>
            <w:tcW w:w="540" w:type="dxa"/>
            <w:tcMar>
              <w:top w:w="28" w:type="dxa"/>
              <w:left w:w="38" w:type="dxa"/>
              <w:bottom w:w="28" w:type="dxa"/>
              <w:right w:w="38" w:type="dxa"/>
            </w:tcMar>
            <w:vAlign w:val="center"/>
          </w:tcPr>
          <w:p w14:paraId="2DDA262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24F6C7CA" w14:textId="77777777" w:rsidR="00D60D5E" w:rsidRDefault="00D60D5E">
            <w:pPr>
              <w:jc w:val="center"/>
            </w:pPr>
          </w:p>
        </w:tc>
      </w:tr>
      <w:tr w:rsidR="00D60D5E" w14:paraId="2B5267E8" w14:textId="77777777" w:rsidTr="000617E0">
        <w:trPr>
          <w:cantSplit/>
          <w:jc w:val="center"/>
        </w:trPr>
        <w:tc>
          <w:tcPr>
            <w:tcW w:w="677" w:type="dxa"/>
            <w:tcMar>
              <w:top w:w="28" w:type="dxa"/>
              <w:left w:w="38" w:type="dxa"/>
              <w:bottom w:w="28" w:type="dxa"/>
              <w:right w:w="38" w:type="dxa"/>
            </w:tcMar>
            <w:vAlign w:val="center"/>
          </w:tcPr>
          <w:p w14:paraId="0EDECBB4" w14:textId="77777777" w:rsidR="00D60D5E" w:rsidRDefault="00891EF0">
            <w:pPr>
              <w:spacing w:after="0" w:line="240" w:lineRule="auto"/>
              <w:jc w:val="center"/>
            </w:pPr>
            <w:r>
              <w:rPr>
                <w:rFonts w:eastAsia="Aptos"/>
                <w:color w:val="6A7075"/>
                <w:sz w:val="17"/>
              </w:rPr>
              <w:t>310-126</w:t>
            </w:r>
          </w:p>
        </w:tc>
        <w:tc>
          <w:tcPr>
            <w:tcW w:w="2648" w:type="dxa"/>
            <w:tcMar>
              <w:top w:w="28" w:type="dxa"/>
              <w:left w:w="38" w:type="dxa"/>
              <w:bottom w:w="28" w:type="dxa"/>
              <w:right w:w="38" w:type="dxa"/>
            </w:tcMar>
            <w:vAlign w:val="center"/>
          </w:tcPr>
          <w:p w14:paraId="14396DE4" w14:textId="77777777" w:rsidR="00D60D5E" w:rsidRDefault="00891EF0">
            <w:pPr>
              <w:spacing w:after="0" w:line="240" w:lineRule="auto"/>
            </w:pPr>
            <w:r>
              <w:rPr>
                <w:rFonts w:eastAsia="Aptos"/>
                <w:sz w:val="17"/>
              </w:rPr>
              <w:t>Salmon Fillet 8oz</w:t>
            </w:r>
          </w:p>
        </w:tc>
        <w:tc>
          <w:tcPr>
            <w:tcW w:w="630" w:type="dxa"/>
            <w:tcMar>
              <w:top w:w="28" w:type="dxa"/>
              <w:left w:w="38" w:type="dxa"/>
              <w:bottom w:w="28" w:type="dxa"/>
              <w:right w:w="38" w:type="dxa"/>
            </w:tcMar>
            <w:vAlign w:val="center"/>
          </w:tcPr>
          <w:p w14:paraId="7A3991D3" w14:textId="77777777" w:rsidR="00D60D5E" w:rsidRDefault="00891EF0">
            <w:pPr>
              <w:spacing w:after="0" w:line="240" w:lineRule="auto"/>
              <w:jc w:val="center"/>
            </w:pPr>
            <w:r>
              <w:rPr>
                <w:rFonts w:eastAsia="Aptos"/>
                <w:b/>
                <w:sz w:val="17"/>
              </w:rPr>
              <w:t>17.99</w:t>
            </w:r>
          </w:p>
        </w:tc>
        <w:tc>
          <w:tcPr>
            <w:tcW w:w="540" w:type="dxa"/>
            <w:tcMar>
              <w:top w:w="28" w:type="dxa"/>
              <w:left w:w="38" w:type="dxa"/>
              <w:bottom w:w="28" w:type="dxa"/>
              <w:right w:w="38" w:type="dxa"/>
            </w:tcMar>
            <w:vAlign w:val="center"/>
          </w:tcPr>
          <w:p w14:paraId="0D9C4F3B"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0983C69" w14:textId="77777777" w:rsidR="00D60D5E" w:rsidRDefault="00D60D5E">
            <w:pPr>
              <w:jc w:val="center"/>
            </w:pPr>
          </w:p>
        </w:tc>
      </w:tr>
      <w:tr w:rsidR="00D60D5E" w14:paraId="09CEA610" w14:textId="77777777" w:rsidTr="000617E0">
        <w:trPr>
          <w:cantSplit/>
          <w:jc w:val="center"/>
        </w:trPr>
        <w:tc>
          <w:tcPr>
            <w:tcW w:w="677" w:type="dxa"/>
            <w:tcMar>
              <w:top w:w="28" w:type="dxa"/>
              <w:left w:w="38" w:type="dxa"/>
              <w:bottom w:w="28" w:type="dxa"/>
              <w:right w:w="38" w:type="dxa"/>
            </w:tcMar>
            <w:vAlign w:val="center"/>
          </w:tcPr>
          <w:p w14:paraId="1368E801" w14:textId="77777777" w:rsidR="00D60D5E" w:rsidRDefault="00891EF0">
            <w:pPr>
              <w:spacing w:after="0" w:line="240" w:lineRule="auto"/>
              <w:jc w:val="center"/>
            </w:pPr>
            <w:r>
              <w:rPr>
                <w:rFonts w:eastAsia="Aptos"/>
                <w:color w:val="6A7075"/>
                <w:sz w:val="17"/>
              </w:rPr>
              <w:t>310-130</w:t>
            </w:r>
          </w:p>
        </w:tc>
        <w:tc>
          <w:tcPr>
            <w:tcW w:w="2648" w:type="dxa"/>
            <w:tcMar>
              <w:top w:w="28" w:type="dxa"/>
              <w:left w:w="38" w:type="dxa"/>
              <w:bottom w:w="28" w:type="dxa"/>
              <w:right w:w="38" w:type="dxa"/>
            </w:tcMar>
            <w:vAlign w:val="center"/>
          </w:tcPr>
          <w:p w14:paraId="3A993519" w14:textId="77777777" w:rsidR="00D60D5E" w:rsidRDefault="00891EF0">
            <w:pPr>
              <w:spacing w:after="0" w:line="240" w:lineRule="auto"/>
            </w:pPr>
            <w:r>
              <w:rPr>
                <w:rFonts w:eastAsia="Aptos"/>
                <w:sz w:val="17"/>
              </w:rPr>
              <w:t>Tuna Fillet 6-8oz</w:t>
            </w:r>
          </w:p>
        </w:tc>
        <w:tc>
          <w:tcPr>
            <w:tcW w:w="630" w:type="dxa"/>
            <w:tcMar>
              <w:top w:w="28" w:type="dxa"/>
              <w:left w:w="38" w:type="dxa"/>
              <w:bottom w:w="28" w:type="dxa"/>
              <w:right w:w="38" w:type="dxa"/>
            </w:tcMar>
            <w:vAlign w:val="center"/>
          </w:tcPr>
          <w:p w14:paraId="2296C58B"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0D252796"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56C60E9" w14:textId="77777777" w:rsidR="00D60D5E" w:rsidRDefault="00D60D5E">
            <w:pPr>
              <w:jc w:val="center"/>
            </w:pPr>
          </w:p>
        </w:tc>
      </w:tr>
      <w:tr w:rsidR="00D60D5E" w14:paraId="63C59B99" w14:textId="77777777" w:rsidTr="000617E0">
        <w:trPr>
          <w:cantSplit/>
          <w:jc w:val="center"/>
        </w:trPr>
        <w:tc>
          <w:tcPr>
            <w:tcW w:w="677" w:type="dxa"/>
            <w:tcMar>
              <w:top w:w="28" w:type="dxa"/>
              <w:left w:w="38" w:type="dxa"/>
              <w:bottom w:w="28" w:type="dxa"/>
              <w:right w:w="38" w:type="dxa"/>
            </w:tcMar>
            <w:vAlign w:val="center"/>
          </w:tcPr>
          <w:p w14:paraId="57C55800" w14:textId="77777777" w:rsidR="00D60D5E" w:rsidRDefault="00891EF0">
            <w:pPr>
              <w:spacing w:after="0" w:line="240" w:lineRule="auto"/>
              <w:jc w:val="center"/>
            </w:pPr>
            <w:r>
              <w:rPr>
                <w:rFonts w:eastAsia="Aptos"/>
                <w:color w:val="6A7075"/>
                <w:sz w:val="17"/>
              </w:rPr>
              <w:t>310-135</w:t>
            </w:r>
          </w:p>
        </w:tc>
        <w:tc>
          <w:tcPr>
            <w:tcW w:w="2648" w:type="dxa"/>
            <w:tcMar>
              <w:top w:w="28" w:type="dxa"/>
              <w:left w:w="38" w:type="dxa"/>
              <w:bottom w:w="28" w:type="dxa"/>
              <w:right w:w="38" w:type="dxa"/>
            </w:tcMar>
            <w:vAlign w:val="center"/>
          </w:tcPr>
          <w:p w14:paraId="48CDEDF0" w14:textId="77777777" w:rsidR="00D60D5E" w:rsidRDefault="00891EF0">
            <w:pPr>
              <w:spacing w:after="0" w:line="240" w:lineRule="auto"/>
            </w:pPr>
            <w:r>
              <w:rPr>
                <w:rFonts w:eastAsia="Aptos"/>
                <w:sz w:val="17"/>
              </w:rPr>
              <w:t>Lobster Tail 16oz</w:t>
            </w:r>
          </w:p>
        </w:tc>
        <w:tc>
          <w:tcPr>
            <w:tcW w:w="630" w:type="dxa"/>
            <w:tcMar>
              <w:top w:w="28" w:type="dxa"/>
              <w:left w:w="38" w:type="dxa"/>
              <w:bottom w:w="28" w:type="dxa"/>
              <w:right w:w="38" w:type="dxa"/>
            </w:tcMar>
            <w:vAlign w:val="center"/>
          </w:tcPr>
          <w:p w14:paraId="1F2DE648" w14:textId="77777777" w:rsidR="00D60D5E" w:rsidRDefault="00891EF0">
            <w:pPr>
              <w:spacing w:after="0" w:line="240" w:lineRule="auto"/>
              <w:jc w:val="center"/>
            </w:pPr>
            <w:r>
              <w:rPr>
                <w:rFonts w:eastAsia="Aptos"/>
                <w:b/>
                <w:sz w:val="17"/>
              </w:rPr>
              <w:t>46.79</w:t>
            </w:r>
          </w:p>
        </w:tc>
        <w:tc>
          <w:tcPr>
            <w:tcW w:w="540" w:type="dxa"/>
            <w:tcMar>
              <w:top w:w="28" w:type="dxa"/>
              <w:left w:w="38" w:type="dxa"/>
              <w:bottom w:w="28" w:type="dxa"/>
              <w:right w:w="38" w:type="dxa"/>
            </w:tcMar>
            <w:vAlign w:val="center"/>
          </w:tcPr>
          <w:p w14:paraId="3EE826AE"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6B20C8D6" w14:textId="77777777" w:rsidR="00D60D5E" w:rsidRDefault="00D60D5E">
            <w:pPr>
              <w:jc w:val="center"/>
            </w:pPr>
          </w:p>
        </w:tc>
      </w:tr>
      <w:tr w:rsidR="00D60D5E" w14:paraId="5CE963A3" w14:textId="77777777" w:rsidTr="000617E0">
        <w:trPr>
          <w:cantSplit/>
          <w:jc w:val="center"/>
        </w:trPr>
        <w:tc>
          <w:tcPr>
            <w:tcW w:w="677" w:type="dxa"/>
            <w:tcMar>
              <w:top w:w="28" w:type="dxa"/>
              <w:left w:w="38" w:type="dxa"/>
              <w:bottom w:w="28" w:type="dxa"/>
              <w:right w:w="38" w:type="dxa"/>
            </w:tcMar>
            <w:vAlign w:val="center"/>
          </w:tcPr>
          <w:p w14:paraId="2EEF1F1D" w14:textId="77777777" w:rsidR="00D60D5E" w:rsidRDefault="00891EF0">
            <w:pPr>
              <w:spacing w:after="0" w:line="240" w:lineRule="auto"/>
              <w:jc w:val="center"/>
            </w:pPr>
            <w:r>
              <w:rPr>
                <w:rFonts w:eastAsia="Aptos"/>
                <w:color w:val="6A7075"/>
                <w:sz w:val="17"/>
              </w:rPr>
              <w:t>310-140</w:t>
            </w:r>
          </w:p>
        </w:tc>
        <w:tc>
          <w:tcPr>
            <w:tcW w:w="2648" w:type="dxa"/>
            <w:tcMar>
              <w:top w:w="28" w:type="dxa"/>
              <w:left w:w="38" w:type="dxa"/>
              <w:bottom w:w="28" w:type="dxa"/>
              <w:right w:w="38" w:type="dxa"/>
            </w:tcMar>
            <w:vAlign w:val="center"/>
          </w:tcPr>
          <w:p w14:paraId="26896FE8" w14:textId="77777777" w:rsidR="00D60D5E" w:rsidRDefault="00891EF0">
            <w:pPr>
              <w:spacing w:after="0" w:line="240" w:lineRule="auto"/>
            </w:pPr>
            <w:r>
              <w:rPr>
                <w:rFonts w:eastAsia="Aptos"/>
                <w:sz w:val="17"/>
              </w:rPr>
              <w:t>Sea Scallops (20-30)</w:t>
            </w:r>
          </w:p>
        </w:tc>
        <w:tc>
          <w:tcPr>
            <w:tcW w:w="630" w:type="dxa"/>
            <w:tcMar>
              <w:top w:w="28" w:type="dxa"/>
              <w:left w:w="38" w:type="dxa"/>
              <w:bottom w:w="28" w:type="dxa"/>
              <w:right w:w="38" w:type="dxa"/>
            </w:tcMar>
            <w:vAlign w:val="center"/>
          </w:tcPr>
          <w:p w14:paraId="0196DEFE" w14:textId="77777777" w:rsidR="00D60D5E" w:rsidRDefault="00891EF0">
            <w:pPr>
              <w:spacing w:after="0" w:line="240" w:lineRule="auto"/>
              <w:jc w:val="center"/>
            </w:pPr>
            <w:r>
              <w:rPr>
                <w:rFonts w:eastAsia="Aptos"/>
                <w:b/>
                <w:sz w:val="17"/>
              </w:rPr>
              <w:t>38.29</w:t>
            </w:r>
          </w:p>
        </w:tc>
        <w:tc>
          <w:tcPr>
            <w:tcW w:w="540" w:type="dxa"/>
            <w:tcMar>
              <w:top w:w="28" w:type="dxa"/>
              <w:left w:w="38" w:type="dxa"/>
              <w:bottom w:w="28" w:type="dxa"/>
              <w:right w:w="38" w:type="dxa"/>
            </w:tcMar>
            <w:vAlign w:val="center"/>
          </w:tcPr>
          <w:p w14:paraId="13F5633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7ECA7AD" w14:textId="77777777" w:rsidR="00D60D5E" w:rsidRDefault="00D60D5E">
            <w:pPr>
              <w:jc w:val="center"/>
            </w:pPr>
          </w:p>
        </w:tc>
      </w:tr>
      <w:tr w:rsidR="00D60D5E" w14:paraId="10C0C234" w14:textId="77777777" w:rsidTr="000617E0">
        <w:trPr>
          <w:cantSplit/>
          <w:jc w:val="center"/>
        </w:trPr>
        <w:tc>
          <w:tcPr>
            <w:tcW w:w="677" w:type="dxa"/>
            <w:tcMar>
              <w:top w:w="28" w:type="dxa"/>
              <w:left w:w="38" w:type="dxa"/>
              <w:bottom w:w="28" w:type="dxa"/>
              <w:right w:w="38" w:type="dxa"/>
            </w:tcMar>
            <w:vAlign w:val="center"/>
          </w:tcPr>
          <w:p w14:paraId="00A046D3" w14:textId="77777777" w:rsidR="00D60D5E" w:rsidRDefault="00891EF0">
            <w:pPr>
              <w:spacing w:after="0" w:line="240" w:lineRule="auto"/>
              <w:jc w:val="center"/>
            </w:pPr>
            <w:r>
              <w:rPr>
                <w:rFonts w:eastAsia="Aptos"/>
                <w:color w:val="6A7075"/>
                <w:sz w:val="17"/>
              </w:rPr>
              <w:t>310-145</w:t>
            </w:r>
          </w:p>
        </w:tc>
        <w:tc>
          <w:tcPr>
            <w:tcW w:w="2648" w:type="dxa"/>
            <w:tcMar>
              <w:top w:w="28" w:type="dxa"/>
              <w:left w:w="38" w:type="dxa"/>
              <w:bottom w:w="28" w:type="dxa"/>
              <w:right w:w="38" w:type="dxa"/>
            </w:tcMar>
            <w:vAlign w:val="center"/>
          </w:tcPr>
          <w:p w14:paraId="1FC9C1A1" w14:textId="77777777" w:rsidR="00D60D5E" w:rsidRDefault="00891EF0">
            <w:pPr>
              <w:spacing w:after="0" w:line="240" w:lineRule="auto"/>
            </w:pPr>
            <w:r>
              <w:rPr>
                <w:rFonts w:eastAsia="Aptos"/>
                <w:sz w:val="17"/>
              </w:rPr>
              <w:t>Shrimps,Headless, Peeled Raw 16-20 per lb</w:t>
            </w:r>
          </w:p>
        </w:tc>
        <w:tc>
          <w:tcPr>
            <w:tcW w:w="630" w:type="dxa"/>
            <w:tcMar>
              <w:top w:w="28" w:type="dxa"/>
              <w:left w:w="38" w:type="dxa"/>
              <w:bottom w:w="28" w:type="dxa"/>
              <w:right w:w="38" w:type="dxa"/>
            </w:tcMar>
            <w:vAlign w:val="center"/>
          </w:tcPr>
          <w:p w14:paraId="1A160114" w14:textId="77777777" w:rsidR="00D60D5E" w:rsidRDefault="00891EF0">
            <w:pPr>
              <w:spacing w:after="0" w:line="240" w:lineRule="auto"/>
              <w:jc w:val="center"/>
            </w:pPr>
            <w:r>
              <w:rPr>
                <w:rFonts w:eastAsia="Aptos"/>
                <w:b/>
                <w:sz w:val="17"/>
              </w:rPr>
              <w:t>19.69</w:t>
            </w:r>
          </w:p>
        </w:tc>
        <w:tc>
          <w:tcPr>
            <w:tcW w:w="540" w:type="dxa"/>
            <w:tcMar>
              <w:top w:w="28" w:type="dxa"/>
              <w:left w:w="38" w:type="dxa"/>
              <w:bottom w:w="28" w:type="dxa"/>
              <w:right w:w="38" w:type="dxa"/>
            </w:tcMar>
            <w:vAlign w:val="center"/>
          </w:tcPr>
          <w:p w14:paraId="5934151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3E1A4473" w14:textId="77777777" w:rsidR="00D60D5E" w:rsidRDefault="00D60D5E">
            <w:pPr>
              <w:jc w:val="center"/>
            </w:pPr>
          </w:p>
        </w:tc>
      </w:tr>
      <w:tr w:rsidR="00D60D5E" w14:paraId="0086C963" w14:textId="77777777" w:rsidTr="000617E0">
        <w:trPr>
          <w:cantSplit/>
          <w:jc w:val="center"/>
        </w:trPr>
        <w:tc>
          <w:tcPr>
            <w:tcW w:w="677" w:type="dxa"/>
            <w:tcMar>
              <w:top w:w="28" w:type="dxa"/>
              <w:left w:w="38" w:type="dxa"/>
              <w:bottom w:w="28" w:type="dxa"/>
              <w:right w:w="38" w:type="dxa"/>
            </w:tcMar>
            <w:vAlign w:val="center"/>
          </w:tcPr>
          <w:p w14:paraId="4DE6F0DF" w14:textId="77777777" w:rsidR="00D60D5E" w:rsidRDefault="00891EF0">
            <w:pPr>
              <w:spacing w:after="0" w:line="240" w:lineRule="auto"/>
              <w:jc w:val="center"/>
            </w:pPr>
            <w:r>
              <w:rPr>
                <w:rFonts w:eastAsia="Aptos"/>
                <w:color w:val="6A7075"/>
                <w:sz w:val="17"/>
              </w:rPr>
              <w:t>310-150</w:t>
            </w:r>
          </w:p>
        </w:tc>
        <w:tc>
          <w:tcPr>
            <w:tcW w:w="2648" w:type="dxa"/>
            <w:tcMar>
              <w:top w:w="28" w:type="dxa"/>
              <w:left w:w="38" w:type="dxa"/>
              <w:bottom w:w="28" w:type="dxa"/>
              <w:right w:w="38" w:type="dxa"/>
            </w:tcMar>
            <w:vAlign w:val="center"/>
          </w:tcPr>
          <w:p w14:paraId="2FB38CC1" w14:textId="77777777" w:rsidR="00D60D5E" w:rsidRDefault="00891EF0">
            <w:pPr>
              <w:spacing w:after="0" w:line="240" w:lineRule="auto"/>
            </w:pPr>
            <w:r>
              <w:rPr>
                <w:rFonts w:eastAsia="Aptos"/>
                <w:sz w:val="17"/>
              </w:rPr>
              <w:t>Shrimp Headless,Peeled Cooked 16-20 12 oz</w:t>
            </w:r>
          </w:p>
        </w:tc>
        <w:tc>
          <w:tcPr>
            <w:tcW w:w="630" w:type="dxa"/>
            <w:tcMar>
              <w:top w:w="28" w:type="dxa"/>
              <w:left w:w="38" w:type="dxa"/>
              <w:bottom w:w="28" w:type="dxa"/>
              <w:right w:w="38" w:type="dxa"/>
            </w:tcMar>
            <w:vAlign w:val="center"/>
          </w:tcPr>
          <w:p w14:paraId="162B979D" w14:textId="77777777" w:rsidR="00D60D5E" w:rsidRDefault="00891EF0">
            <w:pPr>
              <w:spacing w:after="0" w:line="240" w:lineRule="auto"/>
              <w:jc w:val="center"/>
            </w:pPr>
            <w:r>
              <w:rPr>
                <w:rFonts w:eastAsia="Aptos"/>
                <w:b/>
                <w:sz w:val="17"/>
              </w:rPr>
              <w:t>15.49</w:t>
            </w:r>
          </w:p>
        </w:tc>
        <w:tc>
          <w:tcPr>
            <w:tcW w:w="540" w:type="dxa"/>
            <w:tcMar>
              <w:top w:w="28" w:type="dxa"/>
              <w:left w:w="38" w:type="dxa"/>
              <w:bottom w:w="28" w:type="dxa"/>
              <w:right w:w="38" w:type="dxa"/>
            </w:tcMar>
            <w:vAlign w:val="center"/>
          </w:tcPr>
          <w:p w14:paraId="21643129"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1BBEC48B" w14:textId="77777777" w:rsidR="00D60D5E" w:rsidRDefault="00D60D5E">
            <w:pPr>
              <w:jc w:val="center"/>
            </w:pPr>
          </w:p>
        </w:tc>
      </w:tr>
      <w:tr w:rsidR="00D60D5E" w14:paraId="4E30FE3C" w14:textId="77777777" w:rsidTr="000617E0">
        <w:trPr>
          <w:cantSplit/>
          <w:jc w:val="center"/>
        </w:trPr>
        <w:tc>
          <w:tcPr>
            <w:tcW w:w="677" w:type="dxa"/>
            <w:tcMar>
              <w:top w:w="28" w:type="dxa"/>
              <w:left w:w="38" w:type="dxa"/>
              <w:bottom w:w="28" w:type="dxa"/>
              <w:right w:w="38" w:type="dxa"/>
            </w:tcMar>
            <w:vAlign w:val="center"/>
          </w:tcPr>
          <w:p w14:paraId="4DE899FB" w14:textId="77777777" w:rsidR="00D60D5E" w:rsidRDefault="00891EF0">
            <w:pPr>
              <w:spacing w:after="0" w:line="240" w:lineRule="auto"/>
              <w:jc w:val="center"/>
            </w:pPr>
            <w:r>
              <w:rPr>
                <w:rFonts w:eastAsia="Aptos"/>
                <w:color w:val="6A7075"/>
                <w:sz w:val="17"/>
              </w:rPr>
              <w:t>310-155</w:t>
            </w:r>
          </w:p>
        </w:tc>
        <w:tc>
          <w:tcPr>
            <w:tcW w:w="2648" w:type="dxa"/>
            <w:tcMar>
              <w:top w:w="28" w:type="dxa"/>
              <w:left w:w="38" w:type="dxa"/>
              <w:bottom w:w="28" w:type="dxa"/>
              <w:right w:w="38" w:type="dxa"/>
            </w:tcMar>
            <w:vAlign w:val="center"/>
          </w:tcPr>
          <w:p w14:paraId="6F6802CE" w14:textId="77777777" w:rsidR="00D60D5E" w:rsidRDefault="00891EF0">
            <w:pPr>
              <w:spacing w:after="0" w:line="240" w:lineRule="auto"/>
            </w:pPr>
            <w:r>
              <w:rPr>
                <w:rFonts w:eastAsia="Aptos"/>
                <w:sz w:val="17"/>
              </w:rPr>
              <w:t>Snapper</w:t>
            </w:r>
          </w:p>
        </w:tc>
        <w:tc>
          <w:tcPr>
            <w:tcW w:w="630" w:type="dxa"/>
            <w:tcMar>
              <w:top w:w="28" w:type="dxa"/>
              <w:left w:w="38" w:type="dxa"/>
              <w:bottom w:w="28" w:type="dxa"/>
              <w:right w:w="38" w:type="dxa"/>
            </w:tcMar>
            <w:vAlign w:val="center"/>
          </w:tcPr>
          <w:p w14:paraId="04408F3A" w14:textId="77777777" w:rsidR="00D60D5E" w:rsidRDefault="00891EF0">
            <w:pPr>
              <w:spacing w:after="0" w:line="240" w:lineRule="auto"/>
              <w:jc w:val="center"/>
            </w:pPr>
            <w:r>
              <w:rPr>
                <w:rFonts w:eastAsia="Aptos"/>
                <w:b/>
                <w:sz w:val="17"/>
              </w:rPr>
              <w:t>18.49</w:t>
            </w:r>
          </w:p>
        </w:tc>
        <w:tc>
          <w:tcPr>
            <w:tcW w:w="540" w:type="dxa"/>
            <w:tcMar>
              <w:top w:w="28" w:type="dxa"/>
              <w:left w:w="38" w:type="dxa"/>
              <w:bottom w:w="28" w:type="dxa"/>
              <w:right w:w="38" w:type="dxa"/>
            </w:tcMar>
            <w:vAlign w:val="center"/>
          </w:tcPr>
          <w:p w14:paraId="3BC3573F"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4FF6E80C" w14:textId="77777777" w:rsidR="00D60D5E" w:rsidRDefault="00D60D5E">
            <w:pPr>
              <w:jc w:val="center"/>
            </w:pPr>
          </w:p>
        </w:tc>
      </w:tr>
      <w:tr w:rsidR="00D60D5E" w14:paraId="57FB5C47" w14:textId="77777777" w:rsidTr="000617E0">
        <w:trPr>
          <w:cantSplit/>
          <w:jc w:val="center"/>
        </w:trPr>
        <w:tc>
          <w:tcPr>
            <w:tcW w:w="677" w:type="dxa"/>
            <w:tcMar>
              <w:top w:w="28" w:type="dxa"/>
              <w:left w:w="38" w:type="dxa"/>
              <w:bottom w:w="28" w:type="dxa"/>
              <w:right w:w="38" w:type="dxa"/>
            </w:tcMar>
            <w:vAlign w:val="center"/>
          </w:tcPr>
          <w:p w14:paraId="48961086" w14:textId="77777777" w:rsidR="00D60D5E" w:rsidRDefault="00891EF0">
            <w:pPr>
              <w:spacing w:after="0" w:line="240" w:lineRule="auto"/>
              <w:jc w:val="center"/>
            </w:pPr>
            <w:r>
              <w:rPr>
                <w:rFonts w:eastAsia="Aptos"/>
                <w:color w:val="6A7075"/>
                <w:sz w:val="17"/>
              </w:rPr>
              <w:t>310-160</w:t>
            </w:r>
          </w:p>
        </w:tc>
        <w:tc>
          <w:tcPr>
            <w:tcW w:w="2648" w:type="dxa"/>
            <w:tcMar>
              <w:top w:w="28" w:type="dxa"/>
              <w:left w:w="38" w:type="dxa"/>
              <w:bottom w:w="28" w:type="dxa"/>
              <w:right w:w="38" w:type="dxa"/>
            </w:tcMar>
            <w:vAlign w:val="center"/>
          </w:tcPr>
          <w:p w14:paraId="4004BE85" w14:textId="77777777" w:rsidR="00D60D5E" w:rsidRDefault="00891EF0">
            <w:pPr>
              <w:spacing w:after="0" w:line="240" w:lineRule="auto"/>
            </w:pPr>
            <w:r>
              <w:rPr>
                <w:rFonts w:eastAsia="Aptos"/>
                <w:sz w:val="17"/>
              </w:rPr>
              <w:t>Sword Fish</w:t>
            </w:r>
          </w:p>
        </w:tc>
        <w:tc>
          <w:tcPr>
            <w:tcW w:w="630" w:type="dxa"/>
            <w:tcMar>
              <w:top w:w="28" w:type="dxa"/>
              <w:left w:w="38" w:type="dxa"/>
              <w:bottom w:w="28" w:type="dxa"/>
              <w:right w:w="38" w:type="dxa"/>
            </w:tcMar>
            <w:vAlign w:val="center"/>
          </w:tcPr>
          <w:p w14:paraId="110DC5FE" w14:textId="77777777" w:rsidR="00D60D5E" w:rsidRDefault="00891EF0">
            <w:pPr>
              <w:spacing w:after="0" w:line="240" w:lineRule="auto"/>
              <w:jc w:val="center"/>
            </w:pPr>
            <w:r>
              <w:rPr>
                <w:rFonts w:eastAsia="Aptos"/>
                <w:b/>
                <w:sz w:val="17"/>
              </w:rPr>
              <w:t>15.59</w:t>
            </w:r>
          </w:p>
        </w:tc>
        <w:tc>
          <w:tcPr>
            <w:tcW w:w="540" w:type="dxa"/>
            <w:tcMar>
              <w:top w:w="28" w:type="dxa"/>
              <w:left w:w="38" w:type="dxa"/>
              <w:bottom w:w="28" w:type="dxa"/>
              <w:right w:w="38" w:type="dxa"/>
            </w:tcMar>
            <w:vAlign w:val="center"/>
          </w:tcPr>
          <w:p w14:paraId="5871544C" w14:textId="77777777" w:rsidR="00D60D5E" w:rsidRDefault="00891EF0">
            <w:pPr>
              <w:spacing w:after="0" w:line="240" w:lineRule="auto"/>
              <w:jc w:val="center"/>
            </w:pPr>
            <w:r>
              <w:rPr>
                <w:rFonts w:eastAsia="Aptos"/>
                <w:sz w:val="17"/>
              </w:rPr>
              <w:t>LB</w:t>
            </w:r>
          </w:p>
        </w:tc>
        <w:tc>
          <w:tcPr>
            <w:tcW w:w="646" w:type="dxa"/>
            <w:tcMar>
              <w:top w:w="28" w:type="dxa"/>
              <w:left w:w="38" w:type="dxa"/>
              <w:bottom w:w="28" w:type="dxa"/>
              <w:right w:w="38" w:type="dxa"/>
            </w:tcMar>
            <w:vAlign w:val="center"/>
          </w:tcPr>
          <w:p w14:paraId="0EBBDC33" w14:textId="77777777" w:rsidR="00D60D5E" w:rsidRDefault="00D60D5E">
            <w:pPr>
              <w:jc w:val="center"/>
            </w:pPr>
          </w:p>
        </w:tc>
      </w:tr>
      <w:tr w:rsidR="00D60D5E" w14:paraId="5165AE63" w14:textId="77777777" w:rsidTr="000617E0">
        <w:trPr>
          <w:cantSplit/>
          <w:jc w:val="center"/>
        </w:trPr>
        <w:tc>
          <w:tcPr>
            <w:tcW w:w="677" w:type="dxa"/>
            <w:tcMar>
              <w:top w:w="28" w:type="dxa"/>
              <w:left w:w="38" w:type="dxa"/>
              <w:bottom w:w="28" w:type="dxa"/>
              <w:right w:w="38" w:type="dxa"/>
            </w:tcMar>
            <w:vAlign w:val="center"/>
          </w:tcPr>
          <w:p w14:paraId="61100222" w14:textId="77777777" w:rsidR="00D60D5E" w:rsidRDefault="00891EF0">
            <w:pPr>
              <w:spacing w:after="0" w:line="240" w:lineRule="auto"/>
              <w:jc w:val="center"/>
            </w:pPr>
            <w:r>
              <w:rPr>
                <w:rFonts w:eastAsia="Aptos"/>
                <w:color w:val="6A7075"/>
                <w:sz w:val="17"/>
              </w:rPr>
              <w:t>310-165</w:t>
            </w:r>
          </w:p>
        </w:tc>
        <w:tc>
          <w:tcPr>
            <w:tcW w:w="2648" w:type="dxa"/>
            <w:tcMar>
              <w:top w:w="28" w:type="dxa"/>
              <w:left w:w="38" w:type="dxa"/>
              <w:bottom w:w="28" w:type="dxa"/>
              <w:right w:w="38" w:type="dxa"/>
            </w:tcMar>
            <w:vAlign w:val="center"/>
          </w:tcPr>
          <w:p w14:paraId="3E2EB33C" w14:textId="77777777" w:rsidR="00D60D5E" w:rsidRDefault="00891EF0">
            <w:pPr>
              <w:spacing w:after="0" w:line="240" w:lineRule="auto"/>
            </w:pPr>
            <w:r>
              <w:rPr>
                <w:rFonts w:eastAsia="Aptos"/>
                <w:sz w:val="17"/>
              </w:rPr>
              <w:t>Butterfly Breaded Shrimps 9 oz</w:t>
            </w:r>
          </w:p>
        </w:tc>
        <w:tc>
          <w:tcPr>
            <w:tcW w:w="630" w:type="dxa"/>
            <w:tcMar>
              <w:top w:w="28" w:type="dxa"/>
              <w:left w:w="38" w:type="dxa"/>
              <w:bottom w:w="28" w:type="dxa"/>
              <w:right w:w="38" w:type="dxa"/>
            </w:tcMar>
            <w:vAlign w:val="center"/>
          </w:tcPr>
          <w:p w14:paraId="209ED951" w14:textId="77777777" w:rsidR="00D60D5E" w:rsidRDefault="00891EF0">
            <w:pPr>
              <w:spacing w:after="0" w:line="240" w:lineRule="auto"/>
              <w:jc w:val="center"/>
            </w:pPr>
            <w:r>
              <w:rPr>
                <w:rFonts w:eastAsia="Aptos"/>
                <w:b/>
                <w:sz w:val="17"/>
              </w:rPr>
              <w:t>15.79</w:t>
            </w:r>
          </w:p>
        </w:tc>
        <w:tc>
          <w:tcPr>
            <w:tcW w:w="540" w:type="dxa"/>
            <w:tcMar>
              <w:top w:w="28" w:type="dxa"/>
              <w:left w:w="38" w:type="dxa"/>
              <w:bottom w:w="28" w:type="dxa"/>
              <w:right w:w="38" w:type="dxa"/>
            </w:tcMar>
            <w:vAlign w:val="center"/>
          </w:tcPr>
          <w:p w14:paraId="0903CE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205539D" w14:textId="77777777" w:rsidR="00D60D5E" w:rsidRDefault="00D60D5E">
            <w:pPr>
              <w:jc w:val="center"/>
            </w:pPr>
          </w:p>
        </w:tc>
      </w:tr>
      <w:tr w:rsidR="00D60D5E" w14:paraId="1C935F6C" w14:textId="77777777" w:rsidTr="000617E0">
        <w:trPr>
          <w:cantSplit/>
          <w:jc w:val="center"/>
        </w:trPr>
        <w:tc>
          <w:tcPr>
            <w:tcW w:w="677" w:type="dxa"/>
            <w:shd w:val="clear" w:color="auto" w:fill="D9EAF7"/>
            <w:tcMar>
              <w:top w:w="28" w:type="dxa"/>
              <w:left w:w="38" w:type="dxa"/>
              <w:bottom w:w="28" w:type="dxa"/>
              <w:right w:w="38" w:type="dxa"/>
            </w:tcMar>
            <w:vAlign w:val="center"/>
          </w:tcPr>
          <w:p w14:paraId="44DFEBA6" w14:textId="77777777" w:rsidR="00D60D5E" w:rsidRDefault="00891EF0">
            <w:pPr>
              <w:spacing w:after="0" w:line="240" w:lineRule="auto"/>
              <w:jc w:val="center"/>
            </w:pPr>
            <w:r>
              <w:rPr>
                <w:rFonts w:eastAsia="Aptos"/>
                <w:b/>
                <w:color w:val="76A943"/>
                <w:sz w:val="18"/>
              </w:rPr>
              <w:t>315-</w:t>
            </w:r>
          </w:p>
        </w:tc>
        <w:tc>
          <w:tcPr>
            <w:tcW w:w="2648" w:type="dxa"/>
            <w:shd w:val="clear" w:color="auto" w:fill="D9EAF7"/>
            <w:tcMar>
              <w:top w:w="28" w:type="dxa"/>
              <w:left w:w="38" w:type="dxa"/>
              <w:bottom w:w="28" w:type="dxa"/>
              <w:right w:w="38" w:type="dxa"/>
            </w:tcMar>
            <w:vAlign w:val="center"/>
          </w:tcPr>
          <w:p w14:paraId="5D60176B" w14:textId="77777777" w:rsidR="00D60D5E" w:rsidRDefault="00891EF0">
            <w:pPr>
              <w:spacing w:after="0" w:line="240" w:lineRule="auto"/>
            </w:pPr>
            <w:r>
              <w:rPr>
                <w:rFonts w:eastAsia="Aptos"/>
                <w:b/>
                <w:color w:val="76A943"/>
                <w:sz w:val="18"/>
              </w:rPr>
              <w:t>BEERS / SELTZERS</w:t>
            </w:r>
          </w:p>
        </w:tc>
        <w:tc>
          <w:tcPr>
            <w:tcW w:w="630" w:type="dxa"/>
            <w:shd w:val="clear" w:color="auto" w:fill="D9EAF7"/>
            <w:tcMar>
              <w:top w:w="28" w:type="dxa"/>
              <w:left w:w="38" w:type="dxa"/>
              <w:bottom w:w="28" w:type="dxa"/>
              <w:right w:w="38" w:type="dxa"/>
            </w:tcMar>
            <w:vAlign w:val="center"/>
          </w:tcPr>
          <w:p w14:paraId="4A6F5516"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C201871"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66566CA8" w14:textId="77777777" w:rsidR="00D60D5E" w:rsidRDefault="00D60D5E">
            <w:pPr>
              <w:jc w:val="center"/>
            </w:pPr>
          </w:p>
        </w:tc>
      </w:tr>
      <w:tr w:rsidR="00D60D5E" w14:paraId="3C46BADF" w14:textId="77777777" w:rsidTr="000617E0">
        <w:trPr>
          <w:cantSplit/>
          <w:jc w:val="center"/>
        </w:trPr>
        <w:tc>
          <w:tcPr>
            <w:tcW w:w="677" w:type="dxa"/>
            <w:tcMar>
              <w:top w:w="28" w:type="dxa"/>
              <w:left w:w="38" w:type="dxa"/>
              <w:bottom w:w="28" w:type="dxa"/>
              <w:right w:w="38" w:type="dxa"/>
            </w:tcMar>
            <w:vAlign w:val="center"/>
          </w:tcPr>
          <w:p w14:paraId="5CC06569" w14:textId="77777777" w:rsidR="00D60D5E" w:rsidRDefault="00891EF0">
            <w:pPr>
              <w:spacing w:after="0" w:line="240" w:lineRule="auto"/>
              <w:jc w:val="center"/>
            </w:pPr>
            <w:r>
              <w:rPr>
                <w:rFonts w:eastAsia="Aptos"/>
                <w:color w:val="6A7075"/>
                <w:sz w:val="17"/>
              </w:rPr>
              <w:t>315-105</w:t>
            </w:r>
          </w:p>
        </w:tc>
        <w:tc>
          <w:tcPr>
            <w:tcW w:w="2648" w:type="dxa"/>
            <w:tcMar>
              <w:top w:w="28" w:type="dxa"/>
              <w:left w:w="38" w:type="dxa"/>
              <w:bottom w:w="28" w:type="dxa"/>
              <w:right w:w="38" w:type="dxa"/>
            </w:tcMar>
            <w:vAlign w:val="center"/>
          </w:tcPr>
          <w:p w14:paraId="5BFF494E" w14:textId="77777777" w:rsidR="00D60D5E" w:rsidRDefault="00891EF0">
            <w:pPr>
              <w:spacing w:after="0" w:line="240" w:lineRule="auto"/>
            </w:pPr>
            <w:r>
              <w:rPr>
                <w:rFonts w:eastAsia="Aptos"/>
                <w:sz w:val="17"/>
              </w:rPr>
              <w:t>Heineken Bottles</w:t>
            </w:r>
          </w:p>
        </w:tc>
        <w:tc>
          <w:tcPr>
            <w:tcW w:w="630" w:type="dxa"/>
            <w:tcMar>
              <w:top w:w="28" w:type="dxa"/>
              <w:left w:w="38" w:type="dxa"/>
              <w:bottom w:w="28" w:type="dxa"/>
              <w:right w:w="38" w:type="dxa"/>
            </w:tcMar>
            <w:vAlign w:val="center"/>
          </w:tcPr>
          <w:p w14:paraId="6BAC1F35"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4536275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99034CF" w14:textId="77777777" w:rsidR="00D60D5E" w:rsidRDefault="00D60D5E">
            <w:pPr>
              <w:jc w:val="center"/>
            </w:pPr>
          </w:p>
        </w:tc>
      </w:tr>
      <w:tr w:rsidR="00D60D5E" w14:paraId="10C8E1A5" w14:textId="77777777" w:rsidTr="000617E0">
        <w:trPr>
          <w:cantSplit/>
          <w:jc w:val="center"/>
        </w:trPr>
        <w:tc>
          <w:tcPr>
            <w:tcW w:w="677" w:type="dxa"/>
            <w:tcMar>
              <w:top w:w="28" w:type="dxa"/>
              <w:left w:w="38" w:type="dxa"/>
              <w:bottom w:w="28" w:type="dxa"/>
              <w:right w:w="38" w:type="dxa"/>
            </w:tcMar>
            <w:vAlign w:val="center"/>
          </w:tcPr>
          <w:p w14:paraId="007BD668" w14:textId="77777777" w:rsidR="00D60D5E" w:rsidRDefault="00891EF0">
            <w:pPr>
              <w:spacing w:after="0" w:line="240" w:lineRule="auto"/>
              <w:jc w:val="center"/>
            </w:pPr>
            <w:r>
              <w:rPr>
                <w:rFonts w:eastAsia="Aptos"/>
                <w:color w:val="6A7075"/>
                <w:sz w:val="17"/>
              </w:rPr>
              <w:t>315-110</w:t>
            </w:r>
          </w:p>
        </w:tc>
        <w:tc>
          <w:tcPr>
            <w:tcW w:w="2648" w:type="dxa"/>
            <w:tcMar>
              <w:top w:w="28" w:type="dxa"/>
              <w:left w:w="38" w:type="dxa"/>
              <w:bottom w:w="28" w:type="dxa"/>
              <w:right w:w="38" w:type="dxa"/>
            </w:tcMar>
            <w:vAlign w:val="center"/>
          </w:tcPr>
          <w:p w14:paraId="29DCFBA5" w14:textId="77777777" w:rsidR="00D60D5E" w:rsidRDefault="00891EF0">
            <w:pPr>
              <w:spacing w:after="0" w:line="240" w:lineRule="auto"/>
            </w:pPr>
            <w:r>
              <w:rPr>
                <w:rFonts w:eastAsia="Aptos"/>
                <w:sz w:val="17"/>
              </w:rPr>
              <w:t>Heineken Bottles 24/CS</w:t>
            </w:r>
          </w:p>
        </w:tc>
        <w:tc>
          <w:tcPr>
            <w:tcW w:w="630" w:type="dxa"/>
            <w:tcMar>
              <w:top w:w="28" w:type="dxa"/>
              <w:left w:w="38" w:type="dxa"/>
              <w:bottom w:w="28" w:type="dxa"/>
              <w:right w:w="38" w:type="dxa"/>
            </w:tcMar>
            <w:vAlign w:val="center"/>
          </w:tcPr>
          <w:p w14:paraId="1DAEB4B3" w14:textId="77777777" w:rsidR="00D60D5E" w:rsidRDefault="00891EF0">
            <w:pPr>
              <w:spacing w:after="0" w:line="240" w:lineRule="auto"/>
              <w:jc w:val="center"/>
            </w:pPr>
            <w:r>
              <w:rPr>
                <w:rFonts w:eastAsia="Aptos"/>
                <w:b/>
                <w:sz w:val="17"/>
              </w:rPr>
              <w:t>39.99</w:t>
            </w:r>
          </w:p>
        </w:tc>
        <w:tc>
          <w:tcPr>
            <w:tcW w:w="540" w:type="dxa"/>
            <w:tcMar>
              <w:top w:w="28" w:type="dxa"/>
              <w:left w:w="38" w:type="dxa"/>
              <w:bottom w:w="28" w:type="dxa"/>
              <w:right w:w="38" w:type="dxa"/>
            </w:tcMar>
            <w:vAlign w:val="center"/>
          </w:tcPr>
          <w:p w14:paraId="5256E824"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B149C9B" w14:textId="77777777" w:rsidR="00D60D5E" w:rsidRDefault="00D60D5E">
            <w:pPr>
              <w:jc w:val="center"/>
            </w:pPr>
          </w:p>
        </w:tc>
      </w:tr>
      <w:tr w:rsidR="00D60D5E" w14:paraId="0152B6D1" w14:textId="77777777" w:rsidTr="000617E0">
        <w:trPr>
          <w:cantSplit/>
          <w:jc w:val="center"/>
        </w:trPr>
        <w:tc>
          <w:tcPr>
            <w:tcW w:w="677" w:type="dxa"/>
            <w:tcMar>
              <w:top w:w="28" w:type="dxa"/>
              <w:left w:w="38" w:type="dxa"/>
              <w:bottom w:w="28" w:type="dxa"/>
              <w:right w:w="38" w:type="dxa"/>
            </w:tcMar>
            <w:vAlign w:val="center"/>
          </w:tcPr>
          <w:p w14:paraId="058529D2" w14:textId="77777777" w:rsidR="00D60D5E" w:rsidRDefault="00891EF0">
            <w:pPr>
              <w:spacing w:after="0" w:line="240" w:lineRule="auto"/>
              <w:jc w:val="center"/>
            </w:pPr>
            <w:r>
              <w:rPr>
                <w:rFonts w:eastAsia="Aptos"/>
                <w:color w:val="6A7075"/>
                <w:sz w:val="17"/>
              </w:rPr>
              <w:t>315-115</w:t>
            </w:r>
          </w:p>
        </w:tc>
        <w:tc>
          <w:tcPr>
            <w:tcW w:w="2648" w:type="dxa"/>
            <w:tcMar>
              <w:top w:w="28" w:type="dxa"/>
              <w:left w:w="38" w:type="dxa"/>
              <w:bottom w:w="28" w:type="dxa"/>
              <w:right w:w="38" w:type="dxa"/>
            </w:tcMar>
            <w:vAlign w:val="center"/>
          </w:tcPr>
          <w:p w14:paraId="60A21D93" w14:textId="77777777" w:rsidR="00D60D5E" w:rsidRDefault="00891EF0">
            <w:pPr>
              <w:spacing w:after="0" w:line="240" w:lineRule="auto"/>
            </w:pPr>
            <w:r>
              <w:rPr>
                <w:rFonts w:eastAsia="Aptos"/>
                <w:sz w:val="17"/>
              </w:rPr>
              <w:t>Amstel Light Bottles</w:t>
            </w:r>
          </w:p>
        </w:tc>
        <w:tc>
          <w:tcPr>
            <w:tcW w:w="630" w:type="dxa"/>
            <w:tcMar>
              <w:top w:w="28" w:type="dxa"/>
              <w:left w:w="38" w:type="dxa"/>
              <w:bottom w:w="28" w:type="dxa"/>
              <w:right w:w="38" w:type="dxa"/>
            </w:tcMar>
            <w:vAlign w:val="center"/>
          </w:tcPr>
          <w:p w14:paraId="46558AC3" w14:textId="77777777" w:rsidR="00D60D5E" w:rsidRDefault="00891EF0">
            <w:pPr>
              <w:spacing w:after="0" w:line="240" w:lineRule="auto"/>
              <w:jc w:val="center"/>
            </w:pPr>
            <w:r>
              <w:rPr>
                <w:rFonts w:eastAsia="Aptos"/>
                <w:b/>
                <w:sz w:val="17"/>
              </w:rPr>
              <w:t>2.10</w:t>
            </w:r>
          </w:p>
        </w:tc>
        <w:tc>
          <w:tcPr>
            <w:tcW w:w="540" w:type="dxa"/>
            <w:tcMar>
              <w:top w:w="28" w:type="dxa"/>
              <w:left w:w="38" w:type="dxa"/>
              <w:bottom w:w="28" w:type="dxa"/>
              <w:right w:w="38" w:type="dxa"/>
            </w:tcMar>
            <w:vAlign w:val="center"/>
          </w:tcPr>
          <w:p w14:paraId="5AB9261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BF6421B" w14:textId="77777777" w:rsidR="00D60D5E" w:rsidRDefault="00D60D5E">
            <w:pPr>
              <w:jc w:val="center"/>
            </w:pPr>
          </w:p>
        </w:tc>
      </w:tr>
      <w:tr w:rsidR="00D60D5E" w14:paraId="0D4E9A4E" w14:textId="77777777" w:rsidTr="000617E0">
        <w:trPr>
          <w:cantSplit/>
          <w:jc w:val="center"/>
        </w:trPr>
        <w:tc>
          <w:tcPr>
            <w:tcW w:w="677" w:type="dxa"/>
            <w:tcMar>
              <w:top w:w="28" w:type="dxa"/>
              <w:left w:w="38" w:type="dxa"/>
              <w:bottom w:w="28" w:type="dxa"/>
              <w:right w:w="38" w:type="dxa"/>
            </w:tcMar>
            <w:vAlign w:val="center"/>
          </w:tcPr>
          <w:p w14:paraId="5D3C1B75" w14:textId="77777777" w:rsidR="00D60D5E" w:rsidRDefault="00891EF0">
            <w:pPr>
              <w:spacing w:after="0" w:line="240" w:lineRule="auto"/>
              <w:jc w:val="center"/>
            </w:pPr>
            <w:r>
              <w:rPr>
                <w:rFonts w:eastAsia="Aptos"/>
                <w:color w:val="6A7075"/>
                <w:sz w:val="17"/>
              </w:rPr>
              <w:t>315-120</w:t>
            </w:r>
          </w:p>
        </w:tc>
        <w:tc>
          <w:tcPr>
            <w:tcW w:w="2648" w:type="dxa"/>
            <w:tcMar>
              <w:top w:w="28" w:type="dxa"/>
              <w:left w:w="38" w:type="dxa"/>
              <w:bottom w:w="28" w:type="dxa"/>
              <w:right w:w="38" w:type="dxa"/>
            </w:tcMar>
            <w:vAlign w:val="center"/>
          </w:tcPr>
          <w:p w14:paraId="65F645CC" w14:textId="77777777" w:rsidR="00D60D5E" w:rsidRDefault="00891EF0">
            <w:pPr>
              <w:spacing w:after="0" w:line="240" w:lineRule="auto"/>
            </w:pPr>
            <w:r>
              <w:rPr>
                <w:rFonts w:eastAsia="Aptos"/>
                <w:sz w:val="17"/>
              </w:rPr>
              <w:t>Amstel Light Bottles 24/CS</w:t>
            </w:r>
          </w:p>
        </w:tc>
        <w:tc>
          <w:tcPr>
            <w:tcW w:w="630" w:type="dxa"/>
            <w:tcMar>
              <w:top w:w="28" w:type="dxa"/>
              <w:left w:w="38" w:type="dxa"/>
              <w:bottom w:w="28" w:type="dxa"/>
              <w:right w:w="38" w:type="dxa"/>
            </w:tcMar>
            <w:vAlign w:val="center"/>
          </w:tcPr>
          <w:p w14:paraId="33E096CD" w14:textId="77777777" w:rsidR="00D60D5E" w:rsidRDefault="00891EF0">
            <w:pPr>
              <w:spacing w:after="0" w:line="240" w:lineRule="auto"/>
              <w:jc w:val="center"/>
            </w:pPr>
            <w:r>
              <w:rPr>
                <w:rFonts w:eastAsia="Aptos"/>
                <w:b/>
                <w:sz w:val="17"/>
              </w:rPr>
              <w:t>47.99</w:t>
            </w:r>
          </w:p>
        </w:tc>
        <w:tc>
          <w:tcPr>
            <w:tcW w:w="540" w:type="dxa"/>
            <w:tcMar>
              <w:top w:w="28" w:type="dxa"/>
              <w:left w:w="38" w:type="dxa"/>
              <w:bottom w:w="28" w:type="dxa"/>
              <w:right w:w="38" w:type="dxa"/>
            </w:tcMar>
            <w:vAlign w:val="center"/>
          </w:tcPr>
          <w:p w14:paraId="4A05FB55"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287C2F2" w14:textId="77777777" w:rsidR="00D60D5E" w:rsidRDefault="00D60D5E">
            <w:pPr>
              <w:jc w:val="center"/>
            </w:pPr>
          </w:p>
        </w:tc>
      </w:tr>
      <w:tr w:rsidR="00D60D5E" w14:paraId="2C600347" w14:textId="77777777" w:rsidTr="000617E0">
        <w:trPr>
          <w:cantSplit/>
          <w:jc w:val="center"/>
        </w:trPr>
        <w:tc>
          <w:tcPr>
            <w:tcW w:w="677" w:type="dxa"/>
            <w:tcMar>
              <w:top w:w="28" w:type="dxa"/>
              <w:left w:w="38" w:type="dxa"/>
              <w:bottom w:w="28" w:type="dxa"/>
              <w:right w:w="38" w:type="dxa"/>
            </w:tcMar>
            <w:vAlign w:val="center"/>
          </w:tcPr>
          <w:p w14:paraId="1B825464" w14:textId="77777777" w:rsidR="00D60D5E" w:rsidRDefault="00891EF0">
            <w:pPr>
              <w:spacing w:after="0" w:line="240" w:lineRule="auto"/>
              <w:jc w:val="center"/>
            </w:pPr>
            <w:r>
              <w:rPr>
                <w:rFonts w:eastAsia="Aptos"/>
                <w:color w:val="6A7075"/>
                <w:sz w:val="17"/>
              </w:rPr>
              <w:t>315-125</w:t>
            </w:r>
          </w:p>
        </w:tc>
        <w:tc>
          <w:tcPr>
            <w:tcW w:w="2648" w:type="dxa"/>
            <w:tcMar>
              <w:top w:w="28" w:type="dxa"/>
              <w:left w:w="38" w:type="dxa"/>
              <w:bottom w:w="28" w:type="dxa"/>
              <w:right w:w="38" w:type="dxa"/>
            </w:tcMar>
            <w:vAlign w:val="center"/>
          </w:tcPr>
          <w:p w14:paraId="71EC40B0" w14:textId="77777777" w:rsidR="00D60D5E" w:rsidRDefault="00891EF0">
            <w:pPr>
              <w:spacing w:after="0" w:line="240" w:lineRule="auto"/>
            </w:pPr>
            <w:r>
              <w:rPr>
                <w:rFonts w:eastAsia="Aptos"/>
                <w:sz w:val="17"/>
              </w:rPr>
              <w:t>Carib Bottles</w:t>
            </w:r>
          </w:p>
        </w:tc>
        <w:tc>
          <w:tcPr>
            <w:tcW w:w="630" w:type="dxa"/>
            <w:tcMar>
              <w:top w:w="28" w:type="dxa"/>
              <w:left w:w="38" w:type="dxa"/>
              <w:bottom w:w="28" w:type="dxa"/>
              <w:right w:w="38" w:type="dxa"/>
            </w:tcMar>
            <w:vAlign w:val="center"/>
          </w:tcPr>
          <w:p w14:paraId="0F7AA144" w14:textId="77777777" w:rsidR="00D60D5E" w:rsidRDefault="00891EF0">
            <w:pPr>
              <w:spacing w:after="0" w:line="240" w:lineRule="auto"/>
              <w:jc w:val="center"/>
            </w:pPr>
            <w:r>
              <w:rPr>
                <w:rFonts w:eastAsia="Aptos"/>
                <w:b/>
                <w:sz w:val="17"/>
              </w:rPr>
              <w:t>2.10</w:t>
            </w:r>
          </w:p>
        </w:tc>
        <w:tc>
          <w:tcPr>
            <w:tcW w:w="540" w:type="dxa"/>
            <w:tcMar>
              <w:top w:w="28" w:type="dxa"/>
              <w:left w:w="38" w:type="dxa"/>
              <w:bottom w:w="28" w:type="dxa"/>
              <w:right w:w="38" w:type="dxa"/>
            </w:tcMar>
            <w:vAlign w:val="center"/>
          </w:tcPr>
          <w:p w14:paraId="6E8974F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58D13E" w14:textId="77777777" w:rsidR="00D60D5E" w:rsidRDefault="00D60D5E">
            <w:pPr>
              <w:jc w:val="center"/>
            </w:pPr>
          </w:p>
        </w:tc>
      </w:tr>
      <w:tr w:rsidR="00D60D5E" w14:paraId="50B088F5" w14:textId="77777777" w:rsidTr="000617E0">
        <w:trPr>
          <w:cantSplit/>
          <w:jc w:val="center"/>
        </w:trPr>
        <w:tc>
          <w:tcPr>
            <w:tcW w:w="677" w:type="dxa"/>
            <w:tcMar>
              <w:top w:w="28" w:type="dxa"/>
              <w:left w:w="38" w:type="dxa"/>
              <w:bottom w:w="28" w:type="dxa"/>
              <w:right w:w="38" w:type="dxa"/>
            </w:tcMar>
            <w:vAlign w:val="center"/>
          </w:tcPr>
          <w:p w14:paraId="7A6A86C4" w14:textId="77777777" w:rsidR="00D60D5E" w:rsidRDefault="00891EF0">
            <w:pPr>
              <w:spacing w:after="0" w:line="240" w:lineRule="auto"/>
              <w:jc w:val="center"/>
            </w:pPr>
            <w:r>
              <w:rPr>
                <w:rFonts w:eastAsia="Aptos"/>
                <w:color w:val="6A7075"/>
                <w:sz w:val="17"/>
              </w:rPr>
              <w:t>315-130</w:t>
            </w:r>
          </w:p>
        </w:tc>
        <w:tc>
          <w:tcPr>
            <w:tcW w:w="2648" w:type="dxa"/>
            <w:tcMar>
              <w:top w:w="28" w:type="dxa"/>
              <w:left w:w="38" w:type="dxa"/>
              <w:bottom w:w="28" w:type="dxa"/>
              <w:right w:w="38" w:type="dxa"/>
            </w:tcMar>
            <w:vAlign w:val="center"/>
          </w:tcPr>
          <w:p w14:paraId="63C11472" w14:textId="77777777" w:rsidR="00D60D5E" w:rsidRDefault="00891EF0">
            <w:pPr>
              <w:spacing w:after="0" w:line="240" w:lineRule="auto"/>
            </w:pPr>
            <w:r>
              <w:rPr>
                <w:rFonts w:eastAsia="Aptos"/>
                <w:sz w:val="17"/>
              </w:rPr>
              <w:t>Carib Bottles 24/CS</w:t>
            </w:r>
          </w:p>
        </w:tc>
        <w:tc>
          <w:tcPr>
            <w:tcW w:w="630" w:type="dxa"/>
            <w:tcMar>
              <w:top w:w="28" w:type="dxa"/>
              <w:left w:w="38" w:type="dxa"/>
              <w:bottom w:w="28" w:type="dxa"/>
              <w:right w:w="38" w:type="dxa"/>
            </w:tcMar>
            <w:vAlign w:val="center"/>
          </w:tcPr>
          <w:p w14:paraId="013A5460" w14:textId="77777777" w:rsidR="00D60D5E" w:rsidRDefault="00891EF0">
            <w:pPr>
              <w:spacing w:after="0" w:line="240" w:lineRule="auto"/>
              <w:jc w:val="center"/>
            </w:pPr>
            <w:r>
              <w:rPr>
                <w:rFonts w:eastAsia="Aptos"/>
                <w:b/>
                <w:sz w:val="17"/>
              </w:rPr>
              <w:t>41.99</w:t>
            </w:r>
          </w:p>
        </w:tc>
        <w:tc>
          <w:tcPr>
            <w:tcW w:w="540" w:type="dxa"/>
            <w:tcMar>
              <w:top w:w="28" w:type="dxa"/>
              <w:left w:w="38" w:type="dxa"/>
              <w:bottom w:w="28" w:type="dxa"/>
              <w:right w:w="38" w:type="dxa"/>
            </w:tcMar>
            <w:vAlign w:val="center"/>
          </w:tcPr>
          <w:p w14:paraId="35C39D20"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2C6F9B96" w14:textId="77777777" w:rsidR="00D60D5E" w:rsidRDefault="00D60D5E">
            <w:pPr>
              <w:jc w:val="center"/>
            </w:pPr>
          </w:p>
        </w:tc>
      </w:tr>
      <w:tr w:rsidR="00D60D5E" w14:paraId="6C6BB50C" w14:textId="77777777" w:rsidTr="000617E0">
        <w:trPr>
          <w:cantSplit/>
          <w:jc w:val="center"/>
        </w:trPr>
        <w:tc>
          <w:tcPr>
            <w:tcW w:w="677" w:type="dxa"/>
            <w:tcMar>
              <w:top w:w="28" w:type="dxa"/>
              <w:left w:w="38" w:type="dxa"/>
              <w:bottom w:w="28" w:type="dxa"/>
              <w:right w:w="38" w:type="dxa"/>
            </w:tcMar>
            <w:vAlign w:val="center"/>
          </w:tcPr>
          <w:p w14:paraId="1F82F313" w14:textId="77777777" w:rsidR="00D60D5E" w:rsidRDefault="00891EF0">
            <w:pPr>
              <w:spacing w:after="0" w:line="240" w:lineRule="auto"/>
              <w:jc w:val="center"/>
            </w:pPr>
            <w:r>
              <w:rPr>
                <w:rFonts w:eastAsia="Aptos"/>
                <w:color w:val="6A7075"/>
                <w:sz w:val="17"/>
              </w:rPr>
              <w:t>315-135</w:t>
            </w:r>
          </w:p>
        </w:tc>
        <w:tc>
          <w:tcPr>
            <w:tcW w:w="2648" w:type="dxa"/>
            <w:tcMar>
              <w:top w:w="28" w:type="dxa"/>
              <w:left w:w="38" w:type="dxa"/>
              <w:bottom w:w="28" w:type="dxa"/>
              <w:right w:w="38" w:type="dxa"/>
            </w:tcMar>
            <w:vAlign w:val="center"/>
          </w:tcPr>
          <w:p w14:paraId="7DB3F218" w14:textId="77777777" w:rsidR="00D60D5E" w:rsidRDefault="00891EF0">
            <w:pPr>
              <w:spacing w:after="0" w:line="240" w:lineRule="auto"/>
            </w:pPr>
            <w:r>
              <w:rPr>
                <w:rFonts w:eastAsia="Aptos"/>
                <w:sz w:val="17"/>
              </w:rPr>
              <w:t>Red Stripe Bottles</w:t>
            </w:r>
          </w:p>
        </w:tc>
        <w:tc>
          <w:tcPr>
            <w:tcW w:w="630" w:type="dxa"/>
            <w:tcMar>
              <w:top w:w="28" w:type="dxa"/>
              <w:left w:w="38" w:type="dxa"/>
              <w:bottom w:w="28" w:type="dxa"/>
              <w:right w:w="38" w:type="dxa"/>
            </w:tcMar>
            <w:vAlign w:val="center"/>
          </w:tcPr>
          <w:p w14:paraId="7B5B8CE2" w14:textId="77777777" w:rsidR="00D60D5E" w:rsidRDefault="00891EF0">
            <w:pPr>
              <w:spacing w:after="0" w:line="240" w:lineRule="auto"/>
              <w:jc w:val="center"/>
            </w:pPr>
            <w:r>
              <w:rPr>
                <w:rFonts w:eastAsia="Aptos"/>
                <w:b/>
                <w:sz w:val="17"/>
              </w:rPr>
              <w:t>2.15</w:t>
            </w:r>
          </w:p>
        </w:tc>
        <w:tc>
          <w:tcPr>
            <w:tcW w:w="540" w:type="dxa"/>
            <w:tcMar>
              <w:top w:w="28" w:type="dxa"/>
              <w:left w:w="38" w:type="dxa"/>
              <w:bottom w:w="28" w:type="dxa"/>
              <w:right w:w="38" w:type="dxa"/>
            </w:tcMar>
            <w:vAlign w:val="center"/>
          </w:tcPr>
          <w:p w14:paraId="0238B83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FF97B4" w14:textId="77777777" w:rsidR="00D60D5E" w:rsidRDefault="00D60D5E">
            <w:pPr>
              <w:jc w:val="center"/>
            </w:pPr>
          </w:p>
        </w:tc>
      </w:tr>
      <w:tr w:rsidR="00D60D5E" w14:paraId="5EDCD68B" w14:textId="77777777" w:rsidTr="000617E0">
        <w:trPr>
          <w:cantSplit/>
          <w:jc w:val="center"/>
        </w:trPr>
        <w:tc>
          <w:tcPr>
            <w:tcW w:w="677" w:type="dxa"/>
            <w:tcMar>
              <w:top w:w="28" w:type="dxa"/>
              <w:left w:w="38" w:type="dxa"/>
              <w:bottom w:w="28" w:type="dxa"/>
              <w:right w:w="38" w:type="dxa"/>
            </w:tcMar>
            <w:vAlign w:val="center"/>
          </w:tcPr>
          <w:p w14:paraId="7B0D8A56" w14:textId="77777777" w:rsidR="00D60D5E" w:rsidRDefault="00891EF0">
            <w:pPr>
              <w:spacing w:after="0" w:line="240" w:lineRule="auto"/>
              <w:jc w:val="center"/>
            </w:pPr>
            <w:r>
              <w:rPr>
                <w:rFonts w:eastAsia="Aptos"/>
                <w:color w:val="6A7075"/>
                <w:sz w:val="17"/>
              </w:rPr>
              <w:t>315-140</w:t>
            </w:r>
          </w:p>
        </w:tc>
        <w:tc>
          <w:tcPr>
            <w:tcW w:w="2648" w:type="dxa"/>
            <w:tcMar>
              <w:top w:w="28" w:type="dxa"/>
              <w:left w:w="38" w:type="dxa"/>
              <w:bottom w:w="28" w:type="dxa"/>
              <w:right w:w="38" w:type="dxa"/>
            </w:tcMar>
            <w:vAlign w:val="center"/>
          </w:tcPr>
          <w:p w14:paraId="5181048B" w14:textId="77777777" w:rsidR="00D60D5E" w:rsidRDefault="00891EF0">
            <w:pPr>
              <w:spacing w:after="0" w:line="240" w:lineRule="auto"/>
            </w:pPr>
            <w:r>
              <w:rPr>
                <w:rFonts w:eastAsia="Aptos"/>
                <w:sz w:val="17"/>
              </w:rPr>
              <w:t>Red Stripe Bottles 24/CS</w:t>
            </w:r>
          </w:p>
        </w:tc>
        <w:tc>
          <w:tcPr>
            <w:tcW w:w="630" w:type="dxa"/>
            <w:tcMar>
              <w:top w:w="28" w:type="dxa"/>
              <w:left w:w="38" w:type="dxa"/>
              <w:bottom w:w="28" w:type="dxa"/>
              <w:right w:w="38" w:type="dxa"/>
            </w:tcMar>
            <w:vAlign w:val="center"/>
          </w:tcPr>
          <w:p w14:paraId="5D9839B6" w14:textId="77777777" w:rsidR="00D60D5E" w:rsidRDefault="00891EF0">
            <w:pPr>
              <w:spacing w:after="0" w:line="240" w:lineRule="auto"/>
              <w:jc w:val="center"/>
            </w:pPr>
            <w:r>
              <w:rPr>
                <w:rFonts w:eastAsia="Aptos"/>
                <w:b/>
                <w:sz w:val="17"/>
              </w:rPr>
              <w:t>49.99</w:t>
            </w:r>
          </w:p>
        </w:tc>
        <w:tc>
          <w:tcPr>
            <w:tcW w:w="540" w:type="dxa"/>
            <w:tcMar>
              <w:top w:w="28" w:type="dxa"/>
              <w:left w:w="38" w:type="dxa"/>
              <w:bottom w:w="28" w:type="dxa"/>
              <w:right w:w="38" w:type="dxa"/>
            </w:tcMar>
            <w:vAlign w:val="center"/>
          </w:tcPr>
          <w:p w14:paraId="33EAE691"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59C0E48" w14:textId="77777777" w:rsidR="00D60D5E" w:rsidRDefault="00D60D5E">
            <w:pPr>
              <w:jc w:val="center"/>
            </w:pPr>
          </w:p>
        </w:tc>
      </w:tr>
      <w:tr w:rsidR="00D60D5E" w14:paraId="49DD5CFF" w14:textId="77777777" w:rsidTr="000617E0">
        <w:trPr>
          <w:cantSplit/>
          <w:jc w:val="center"/>
        </w:trPr>
        <w:tc>
          <w:tcPr>
            <w:tcW w:w="677" w:type="dxa"/>
            <w:tcMar>
              <w:top w:w="28" w:type="dxa"/>
              <w:left w:w="38" w:type="dxa"/>
              <w:bottom w:w="28" w:type="dxa"/>
              <w:right w:w="38" w:type="dxa"/>
            </w:tcMar>
            <w:vAlign w:val="center"/>
          </w:tcPr>
          <w:p w14:paraId="591F6C09" w14:textId="77777777" w:rsidR="00D60D5E" w:rsidRDefault="00891EF0">
            <w:pPr>
              <w:spacing w:after="0" w:line="240" w:lineRule="auto"/>
              <w:jc w:val="center"/>
            </w:pPr>
            <w:r>
              <w:rPr>
                <w:rFonts w:eastAsia="Aptos"/>
                <w:color w:val="6A7075"/>
                <w:sz w:val="17"/>
              </w:rPr>
              <w:t>315-145</w:t>
            </w:r>
          </w:p>
        </w:tc>
        <w:tc>
          <w:tcPr>
            <w:tcW w:w="2648" w:type="dxa"/>
            <w:tcMar>
              <w:top w:w="28" w:type="dxa"/>
              <w:left w:w="38" w:type="dxa"/>
              <w:bottom w:w="28" w:type="dxa"/>
              <w:right w:w="38" w:type="dxa"/>
            </w:tcMar>
            <w:vAlign w:val="center"/>
          </w:tcPr>
          <w:p w14:paraId="2580716F" w14:textId="77777777" w:rsidR="00D60D5E" w:rsidRDefault="00891EF0">
            <w:pPr>
              <w:spacing w:after="0" w:line="240" w:lineRule="auto"/>
            </w:pPr>
            <w:r>
              <w:rPr>
                <w:rFonts w:eastAsia="Aptos"/>
                <w:sz w:val="17"/>
              </w:rPr>
              <w:t>Savanna Dry Cider Bottles 500 ml</w:t>
            </w:r>
          </w:p>
        </w:tc>
        <w:tc>
          <w:tcPr>
            <w:tcW w:w="630" w:type="dxa"/>
            <w:tcMar>
              <w:top w:w="28" w:type="dxa"/>
              <w:left w:w="38" w:type="dxa"/>
              <w:bottom w:w="28" w:type="dxa"/>
              <w:right w:w="38" w:type="dxa"/>
            </w:tcMar>
            <w:vAlign w:val="center"/>
          </w:tcPr>
          <w:p w14:paraId="4B8C72D6"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661E487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CEFD6F" w14:textId="77777777" w:rsidR="00D60D5E" w:rsidRDefault="00D60D5E">
            <w:pPr>
              <w:jc w:val="center"/>
            </w:pPr>
          </w:p>
        </w:tc>
      </w:tr>
      <w:tr w:rsidR="00D60D5E" w14:paraId="63A03882" w14:textId="77777777" w:rsidTr="000617E0">
        <w:trPr>
          <w:cantSplit/>
          <w:jc w:val="center"/>
        </w:trPr>
        <w:tc>
          <w:tcPr>
            <w:tcW w:w="677" w:type="dxa"/>
            <w:tcMar>
              <w:top w:w="28" w:type="dxa"/>
              <w:left w:w="38" w:type="dxa"/>
              <w:bottom w:w="28" w:type="dxa"/>
              <w:right w:w="38" w:type="dxa"/>
            </w:tcMar>
            <w:vAlign w:val="center"/>
          </w:tcPr>
          <w:p w14:paraId="4C457C07" w14:textId="77777777" w:rsidR="00D60D5E" w:rsidRDefault="00891EF0">
            <w:pPr>
              <w:spacing w:after="0" w:line="240" w:lineRule="auto"/>
              <w:jc w:val="center"/>
            </w:pPr>
            <w:r>
              <w:rPr>
                <w:rFonts w:eastAsia="Aptos"/>
                <w:color w:val="6A7075"/>
                <w:sz w:val="17"/>
              </w:rPr>
              <w:t>315-146</w:t>
            </w:r>
          </w:p>
        </w:tc>
        <w:tc>
          <w:tcPr>
            <w:tcW w:w="2648" w:type="dxa"/>
            <w:tcMar>
              <w:top w:w="28" w:type="dxa"/>
              <w:left w:w="38" w:type="dxa"/>
              <w:bottom w:w="28" w:type="dxa"/>
              <w:right w:w="38" w:type="dxa"/>
            </w:tcMar>
            <w:vAlign w:val="center"/>
          </w:tcPr>
          <w:p w14:paraId="20B3E6C5" w14:textId="77777777" w:rsidR="00D60D5E" w:rsidRDefault="00891EF0">
            <w:pPr>
              <w:spacing w:after="0" w:line="240" w:lineRule="auto"/>
            </w:pPr>
            <w:r>
              <w:rPr>
                <w:rFonts w:eastAsia="Aptos"/>
                <w:sz w:val="17"/>
              </w:rPr>
              <w:t>Savanna Dry Cider 500ml x24 pk</w:t>
            </w:r>
          </w:p>
        </w:tc>
        <w:tc>
          <w:tcPr>
            <w:tcW w:w="630" w:type="dxa"/>
            <w:tcMar>
              <w:top w:w="28" w:type="dxa"/>
              <w:left w:w="38" w:type="dxa"/>
              <w:bottom w:w="28" w:type="dxa"/>
              <w:right w:w="38" w:type="dxa"/>
            </w:tcMar>
            <w:vAlign w:val="center"/>
          </w:tcPr>
          <w:p w14:paraId="30A8DF52" w14:textId="77777777" w:rsidR="00D60D5E" w:rsidRDefault="00891EF0">
            <w:pPr>
              <w:spacing w:after="0" w:line="240" w:lineRule="auto"/>
              <w:jc w:val="center"/>
            </w:pPr>
            <w:r>
              <w:rPr>
                <w:rFonts w:eastAsia="Aptos"/>
                <w:b/>
                <w:sz w:val="17"/>
              </w:rPr>
              <w:t>59.99</w:t>
            </w:r>
          </w:p>
        </w:tc>
        <w:tc>
          <w:tcPr>
            <w:tcW w:w="540" w:type="dxa"/>
            <w:tcMar>
              <w:top w:w="28" w:type="dxa"/>
              <w:left w:w="38" w:type="dxa"/>
              <w:bottom w:w="28" w:type="dxa"/>
              <w:right w:w="38" w:type="dxa"/>
            </w:tcMar>
            <w:vAlign w:val="center"/>
          </w:tcPr>
          <w:p w14:paraId="598C18C4"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E9EF815" w14:textId="77777777" w:rsidR="00D60D5E" w:rsidRDefault="00D60D5E">
            <w:pPr>
              <w:jc w:val="center"/>
            </w:pPr>
          </w:p>
        </w:tc>
      </w:tr>
      <w:tr w:rsidR="00D60D5E" w14:paraId="519DE28B" w14:textId="77777777" w:rsidTr="000617E0">
        <w:trPr>
          <w:cantSplit/>
          <w:jc w:val="center"/>
        </w:trPr>
        <w:tc>
          <w:tcPr>
            <w:tcW w:w="677" w:type="dxa"/>
            <w:tcMar>
              <w:top w:w="28" w:type="dxa"/>
              <w:left w:w="38" w:type="dxa"/>
              <w:bottom w:w="28" w:type="dxa"/>
              <w:right w:w="38" w:type="dxa"/>
            </w:tcMar>
            <w:vAlign w:val="center"/>
          </w:tcPr>
          <w:p w14:paraId="14A4CF3C" w14:textId="77777777" w:rsidR="00D60D5E" w:rsidRDefault="00891EF0">
            <w:pPr>
              <w:spacing w:after="0" w:line="240" w:lineRule="auto"/>
              <w:jc w:val="center"/>
            </w:pPr>
            <w:r>
              <w:rPr>
                <w:rFonts w:eastAsia="Aptos"/>
                <w:color w:val="6A7075"/>
                <w:sz w:val="17"/>
              </w:rPr>
              <w:t>315-150</w:t>
            </w:r>
          </w:p>
        </w:tc>
        <w:tc>
          <w:tcPr>
            <w:tcW w:w="2648" w:type="dxa"/>
            <w:tcMar>
              <w:top w:w="28" w:type="dxa"/>
              <w:left w:w="38" w:type="dxa"/>
              <w:bottom w:w="28" w:type="dxa"/>
              <w:right w:w="38" w:type="dxa"/>
            </w:tcMar>
            <w:vAlign w:val="center"/>
          </w:tcPr>
          <w:p w14:paraId="11AEFBE1" w14:textId="77777777" w:rsidR="00D60D5E" w:rsidRDefault="00891EF0">
            <w:pPr>
              <w:spacing w:after="0" w:line="240" w:lineRule="auto"/>
            </w:pPr>
            <w:r>
              <w:rPr>
                <w:rFonts w:eastAsia="Aptos"/>
                <w:sz w:val="17"/>
              </w:rPr>
              <w:t>Guinness Stout 330ml x 24pk</w:t>
            </w:r>
          </w:p>
        </w:tc>
        <w:tc>
          <w:tcPr>
            <w:tcW w:w="630" w:type="dxa"/>
            <w:tcMar>
              <w:top w:w="28" w:type="dxa"/>
              <w:left w:w="38" w:type="dxa"/>
              <w:bottom w:w="28" w:type="dxa"/>
              <w:right w:w="38" w:type="dxa"/>
            </w:tcMar>
            <w:vAlign w:val="center"/>
          </w:tcPr>
          <w:p w14:paraId="01019A5E" w14:textId="77777777" w:rsidR="00D60D5E" w:rsidRDefault="00891EF0">
            <w:pPr>
              <w:spacing w:after="0" w:line="240" w:lineRule="auto"/>
              <w:jc w:val="center"/>
            </w:pPr>
            <w:r>
              <w:rPr>
                <w:rFonts w:eastAsia="Aptos"/>
                <w:b/>
                <w:sz w:val="17"/>
              </w:rPr>
              <w:t>55.69</w:t>
            </w:r>
          </w:p>
        </w:tc>
        <w:tc>
          <w:tcPr>
            <w:tcW w:w="540" w:type="dxa"/>
            <w:tcMar>
              <w:top w:w="28" w:type="dxa"/>
              <w:left w:w="38" w:type="dxa"/>
              <w:bottom w:w="28" w:type="dxa"/>
              <w:right w:w="38" w:type="dxa"/>
            </w:tcMar>
            <w:vAlign w:val="center"/>
          </w:tcPr>
          <w:p w14:paraId="358BC16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8710D7" w14:textId="77777777" w:rsidR="00D60D5E" w:rsidRDefault="00D60D5E">
            <w:pPr>
              <w:jc w:val="center"/>
            </w:pPr>
          </w:p>
        </w:tc>
      </w:tr>
      <w:tr w:rsidR="00D60D5E" w14:paraId="7F3599FB" w14:textId="77777777" w:rsidTr="000617E0">
        <w:trPr>
          <w:cantSplit/>
          <w:jc w:val="center"/>
        </w:trPr>
        <w:tc>
          <w:tcPr>
            <w:tcW w:w="677" w:type="dxa"/>
            <w:tcMar>
              <w:top w:w="28" w:type="dxa"/>
              <w:left w:w="38" w:type="dxa"/>
              <w:bottom w:w="28" w:type="dxa"/>
              <w:right w:w="38" w:type="dxa"/>
            </w:tcMar>
            <w:vAlign w:val="center"/>
          </w:tcPr>
          <w:p w14:paraId="3108D18D" w14:textId="77777777" w:rsidR="00D60D5E" w:rsidRDefault="00891EF0">
            <w:pPr>
              <w:spacing w:after="0" w:line="240" w:lineRule="auto"/>
              <w:jc w:val="center"/>
            </w:pPr>
            <w:r>
              <w:rPr>
                <w:rFonts w:eastAsia="Aptos"/>
                <w:color w:val="6A7075"/>
                <w:sz w:val="17"/>
              </w:rPr>
              <w:t>315-155</w:t>
            </w:r>
          </w:p>
        </w:tc>
        <w:tc>
          <w:tcPr>
            <w:tcW w:w="2648" w:type="dxa"/>
            <w:tcMar>
              <w:top w:w="28" w:type="dxa"/>
              <w:left w:w="38" w:type="dxa"/>
              <w:bottom w:w="28" w:type="dxa"/>
              <w:right w:w="38" w:type="dxa"/>
            </w:tcMar>
            <w:vAlign w:val="center"/>
          </w:tcPr>
          <w:p w14:paraId="3A5BED02" w14:textId="77777777" w:rsidR="00D60D5E" w:rsidRDefault="00891EF0">
            <w:pPr>
              <w:spacing w:after="0" w:line="240" w:lineRule="auto"/>
            </w:pPr>
            <w:r>
              <w:rPr>
                <w:rFonts w:eastAsia="Aptos"/>
                <w:sz w:val="17"/>
              </w:rPr>
              <w:t>Michelob Ultra Cans 24 cs</w:t>
            </w:r>
          </w:p>
        </w:tc>
        <w:tc>
          <w:tcPr>
            <w:tcW w:w="630" w:type="dxa"/>
            <w:tcMar>
              <w:top w:w="28" w:type="dxa"/>
              <w:left w:w="38" w:type="dxa"/>
              <w:bottom w:w="28" w:type="dxa"/>
              <w:right w:w="38" w:type="dxa"/>
            </w:tcMar>
            <w:vAlign w:val="center"/>
          </w:tcPr>
          <w:p w14:paraId="73A036F2" w14:textId="77777777" w:rsidR="00D60D5E" w:rsidRDefault="00891EF0">
            <w:pPr>
              <w:spacing w:after="0" w:line="240" w:lineRule="auto"/>
              <w:jc w:val="center"/>
            </w:pPr>
            <w:r>
              <w:rPr>
                <w:rFonts w:eastAsia="Aptos"/>
                <w:b/>
                <w:sz w:val="17"/>
              </w:rPr>
              <w:t>64.99</w:t>
            </w:r>
          </w:p>
        </w:tc>
        <w:tc>
          <w:tcPr>
            <w:tcW w:w="540" w:type="dxa"/>
            <w:tcMar>
              <w:top w:w="28" w:type="dxa"/>
              <w:left w:w="38" w:type="dxa"/>
              <w:bottom w:w="28" w:type="dxa"/>
              <w:right w:w="38" w:type="dxa"/>
            </w:tcMar>
            <w:vAlign w:val="center"/>
          </w:tcPr>
          <w:p w14:paraId="6468DE3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621F15F" w14:textId="77777777" w:rsidR="00D60D5E" w:rsidRDefault="00D60D5E">
            <w:pPr>
              <w:jc w:val="center"/>
            </w:pPr>
          </w:p>
        </w:tc>
      </w:tr>
      <w:tr w:rsidR="00D60D5E" w14:paraId="300CFFF8" w14:textId="77777777" w:rsidTr="000617E0">
        <w:trPr>
          <w:cantSplit/>
          <w:jc w:val="center"/>
        </w:trPr>
        <w:tc>
          <w:tcPr>
            <w:tcW w:w="677" w:type="dxa"/>
            <w:tcMar>
              <w:top w:w="28" w:type="dxa"/>
              <w:left w:w="38" w:type="dxa"/>
              <w:bottom w:w="28" w:type="dxa"/>
              <w:right w:w="38" w:type="dxa"/>
            </w:tcMar>
            <w:vAlign w:val="center"/>
          </w:tcPr>
          <w:p w14:paraId="46613588" w14:textId="77777777" w:rsidR="00D60D5E" w:rsidRDefault="00891EF0">
            <w:pPr>
              <w:spacing w:after="0" w:line="240" w:lineRule="auto"/>
              <w:jc w:val="center"/>
            </w:pPr>
            <w:r>
              <w:rPr>
                <w:rFonts w:eastAsia="Aptos"/>
                <w:color w:val="6A7075"/>
                <w:sz w:val="17"/>
              </w:rPr>
              <w:t>315-160</w:t>
            </w:r>
          </w:p>
        </w:tc>
        <w:tc>
          <w:tcPr>
            <w:tcW w:w="2648" w:type="dxa"/>
            <w:tcMar>
              <w:top w:w="28" w:type="dxa"/>
              <w:left w:w="38" w:type="dxa"/>
              <w:bottom w:w="28" w:type="dxa"/>
              <w:right w:w="38" w:type="dxa"/>
            </w:tcMar>
            <w:vAlign w:val="center"/>
          </w:tcPr>
          <w:p w14:paraId="1A4F8C48" w14:textId="77777777" w:rsidR="00D60D5E" w:rsidRDefault="00891EF0">
            <w:pPr>
              <w:spacing w:after="0" w:line="240" w:lineRule="auto"/>
            </w:pPr>
            <w:r>
              <w:rPr>
                <w:rFonts w:eastAsia="Aptos"/>
                <w:sz w:val="17"/>
              </w:rPr>
              <w:t>Michelob Ultra Bottles 24 cs</w:t>
            </w:r>
          </w:p>
        </w:tc>
        <w:tc>
          <w:tcPr>
            <w:tcW w:w="630" w:type="dxa"/>
            <w:tcMar>
              <w:top w:w="28" w:type="dxa"/>
              <w:left w:w="38" w:type="dxa"/>
              <w:bottom w:w="28" w:type="dxa"/>
              <w:right w:w="38" w:type="dxa"/>
            </w:tcMar>
            <w:vAlign w:val="center"/>
          </w:tcPr>
          <w:p w14:paraId="78C572E1" w14:textId="77777777" w:rsidR="00D60D5E" w:rsidRDefault="00891EF0">
            <w:pPr>
              <w:spacing w:after="0" w:line="240" w:lineRule="auto"/>
              <w:jc w:val="center"/>
            </w:pPr>
            <w:r>
              <w:rPr>
                <w:rFonts w:eastAsia="Aptos"/>
                <w:b/>
                <w:sz w:val="17"/>
              </w:rPr>
              <w:t>59.99</w:t>
            </w:r>
          </w:p>
        </w:tc>
        <w:tc>
          <w:tcPr>
            <w:tcW w:w="540" w:type="dxa"/>
            <w:tcMar>
              <w:top w:w="28" w:type="dxa"/>
              <w:left w:w="38" w:type="dxa"/>
              <w:bottom w:w="28" w:type="dxa"/>
              <w:right w:w="38" w:type="dxa"/>
            </w:tcMar>
            <w:vAlign w:val="center"/>
          </w:tcPr>
          <w:p w14:paraId="49D521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83EC4D" w14:textId="77777777" w:rsidR="00D60D5E" w:rsidRDefault="00D60D5E">
            <w:pPr>
              <w:jc w:val="center"/>
            </w:pPr>
          </w:p>
        </w:tc>
      </w:tr>
      <w:tr w:rsidR="00D60D5E" w14:paraId="66D78BCD" w14:textId="77777777" w:rsidTr="000617E0">
        <w:trPr>
          <w:cantSplit/>
          <w:jc w:val="center"/>
        </w:trPr>
        <w:tc>
          <w:tcPr>
            <w:tcW w:w="677" w:type="dxa"/>
            <w:tcMar>
              <w:top w:w="28" w:type="dxa"/>
              <w:left w:w="38" w:type="dxa"/>
              <w:bottom w:w="28" w:type="dxa"/>
              <w:right w:w="38" w:type="dxa"/>
            </w:tcMar>
            <w:vAlign w:val="center"/>
          </w:tcPr>
          <w:p w14:paraId="7DC49732" w14:textId="77777777" w:rsidR="00D60D5E" w:rsidRDefault="00891EF0">
            <w:pPr>
              <w:spacing w:after="0" w:line="240" w:lineRule="auto"/>
              <w:jc w:val="center"/>
            </w:pPr>
            <w:r>
              <w:rPr>
                <w:rFonts w:eastAsia="Aptos"/>
                <w:color w:val="6A7075"/>
                <w:sz w:val="17"/>
              </w:rPr>
              <w:t>315-165</w:t>
            </w:r>
          </w:p>
        </w:tc>
        <w:tc>
          <w:tcPr>
            <w:tcW w:w="2648" w:type="dxa"/>
            <w:tcMar>
              <w:top w:w="28" w:type="dxa"/>
              <w:left w:w="38" w:type="dxa"/>
              <w:bottom w:w="28" w:type="dxa"/>
              <w:right w:w="38" w:type="dxa"/>
            </w:tcMar>
            <w:vAlign w:val="center"/>
          </w:tcPr>
          <w:p w14:paraId="79E94BA7" w14:textId="77777777" w:rsidR="00D60D5E" w:rsidRDefault="00891EF0">
            <w:pPr>
              <w:spacing w:after="0" w:line="240" w:lineRule="auto"/>
            </w:pPr>
            <w:r>
              <w:rPr>
                <w:rFonts w:eastAsia="Aptos"/>
                <w:sz w:val="17"/>
              </w:rPr>
              <w:t>Heineken Cans 11.1oz</w:t>
            </w:r>
          </w:p>
        </w:tc>
        <w:tc>
          <w:tcPr>
            <w:tcW w:w="630" w:type="dxa"/>
            <w:tcMar>
              <w:top w:w="28" w:type="dxa"/>
              <w:left w:w="38" w:type="dxa"/>
              <w:bottom w:w="28" w:type="dxa"/>
              <w:right w:w="38" w:type="dxa"/>
            </w:tcMar>
            <w:vAlign w:val="center"/>
          </w:tcPr>
          <w:p w14:paraId="0608347E" w14:textId="77777777" w:rsidR="00D60D5E" w:rsidRDefault="00891EF0">
            <w:pPr>
              <w:spacing w:after="0" w:line="240" w:lineRule="auto"/>
              <w:jc w:val="center"/>
            </w:pPr>
            <w:r>
              <w:rPr>
                <w:rFonts w:eastAsia="Aptos"/>
                <w:b/>
                <w:sz w:val="17"/>
              </w:rPr>
              <w:t>2.05</w:t>
            </w:r>
          </w:p>
        </w:tc>
        <w:tc>
          <w:tcPr>
            <w:tcW w:w="540" w:type="dxa"/>
            <w:tcMar>
              <w:top w:w="28" w:type="dxa"/>
              <w:left w:w="38" w:type="dxa"/>
              <w:bottom w:w="28" w:type="dxa"/>
              <w:right w:w="38" w:type="dxa"/>
            </w:tcMar>
            <w:vAlign w:val="center"/>
          </w:tcPr>
          <w:p w14:paraId="03D26BC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A7CF533" w14:textId="77777777" w:rsidR="00D60D5E" w:rsidRDefault="00D60D5E">
            <w:pPr>
              <w:jc w:val="center"/>
            </w:pPr>
          </w:p>
        </w:tc>
      </w:tr>
      <w:tr w:rsidR="00D60D5E" w14:paraId="34F1C245" w14:textId="77777777" w:rsidTr="000617E0">
        <w:trPr>
          <w:cantSplit/>
          <w:jc w:val="center"/>
        </w:trPr>
        <w:tc>
          <w:tcPr>
            <w:tcW w:w="677" w:type="dxa"/>
            <w:tcMar>
              <w:top w:w="28" w:type="dxa"/>
              <w:left w:w="38" w:type="dxa"/>
              <w:bottom w:w="28" w:type="dxa"/>
              <w:right w:w="38" w:type="dxa"/>
            </w:tcMar>
            <w:vAlign w:val="center"/>
          </w:tcPr>
          <w:p w14:paraId="761B3559" w14:textId="77777777" w:rsidR="00D60D5E" w:rsidRDefault="00891EF0">
            <w:pPr>
              <w:spacing w:after="0" w:line="240" w:lineRule="auto"/>
              <w:jc w:val="center"/>
            </w:pPr>
            <w:r>
              <w:rPr>
                <w:rFonts w:eastAsia="Aptos"/>
                <w:color w:val="6A7075"/>
                <w:sz w:val="17"/>
              </w:rPr>
              <w:t>315-170</w:t>
            </w:r>
          </w:p>
        </w:tc>
        <w:tc>
          <w:tcPr>
            <w:tcW w:w="2648" w:type="dxa"/>
            <w:tcMar>
              <w:top w:w="28" w:type="dxa"/>
              <w:left w:w="38" w:type="dxa"/>
              <w:bottom w:w="28" w:type="dxa"/>
              <w:right w:w="38" w:type="dxa"/>
            </w:tcMar>
            <w:vAlign w:val="center"/>
          </w:tcPr>
          <w:p w14:paraId="0CDA9D88" w14:textId="77777777" w:rsidR="00D60D5E" w:rsidRDefault="00891EF0">
            <w:pPr>
              <w:spacing w:after="0" w:line="240" w:lineRule="auto"/>
            </w:pPr>
            <w:r>
              <w:rPr>
                <w:rFonts w:eastAsia="Aptos"/>
                <w:sz w:val="17"/>
              </w:rPr>
              <w:t>Heineken Cans 24/11.1oz</w:t>
            </w:r>
          </w:p>
        </w:tc>
        <w:tc>
          <w:tcPr>
            <w:tcW w:w="630" w:type="dxa"/>
            <w:tcMar>
              <w:top w:w="28" w:type="dxa"/>
              <w:left w:w="38" w:type="dxa"/>
              <w:bottom w:w="28" w:type="dxa"/>
              <w:right w:w="38" w:type="dxa"/>
            </w:tcMar>
            <w:vAlign w:val="center"/>
          </w:tcPr>
          <w:p w14:paraId="39DA2A2C" w14:textId="77777777" w:rsidR="00D60D5E" w:rsidRDefault="00891EF0">
            <w:pPr>
              <w:spacing w:after="0" w:line="240" w:lineRule="auto"/>
              <w:jc w:val="center"/>
            </w:pPr>
            <w:r>
              <w:rPr>
                <w:rFonts w:eastAsia="Aptos"/>
                <w:b/>
                <w:sz w:val="17"/>
              </w:rPr>
              <w:t>45.99</w:t>
            </w:r>
          </w:p>
        </w:tc>
        <w:tc>
          <w:tcPr>
            <w:tcW w:w="540" w:type="dxa"/>
            <w:tcMar>
              <w:top w:w="28" w:type="dxa"/>
              <w:left w:w="38" w:type="dxa"/>
              <w:bottom w:w="28" w:type="dxa"/>
              <w:right w:w="38" w:type="dxa"/>
            </w:tcMar>
            <w:vAlign w:val="center"/>
          </w:tcPr>
          <w:p w14:paraId="0190A391"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24DFB364" w14:textId="77777777" w:rsidR="00D60D5E" w:rsidRDefault="00D60D5E">
            <w:pPr>
              <w:jc w:val="center"/>
            </w:pPr>
          </w:p>
        </w:tc>
      </w:tr>
      <w:tr w:rsidR="00D60D5E" w14:paraId="140D1009" w14:textId="77777777" w:rsidTr="000617E0">
        <w:trPr>
          <w:cantSplit/>
          <w:jc w:val="center"/>
        </w:trPr>
        <w:tc>
          <w:tcPr>
            <w:tcW w:w="677" w:type="dxa"/>
            <w:tcMar>
              <w:top w:w="28" w:type="dxa"/>
              <w:left w:w="38" w:type="dxa"/>
              <w:bottom w:w="28" w:type="dxa"/>
              <w:right w:w="38" w:type="dxa"/>
            </w:tcMar>
            <w:vAlign w:val="center"/>
          </w:tcPr>
          <w:p w14:paraId="39B6A639" w14:textId="77777777" w:rsidR="00D60D5E" w:rsidRDefault="00891EF0">
            <w:pPr>
              <w:spacing w:after="0" w:line="240" w:lineRule="auto"/>
              <w:jc w:val="center"/>
            </w:pPr>
            <w:r>
              <w:rPr>
                <w:rFonts w:eastAsia="Aptos"/>
                <w:color w:val="6A7075"/>
                <w:sz w:val="17"/>
              </w:rPr>
              <w:t>315-175</w:t>
            </w:r>
          </w:p>
        </w:tc>
        <w:tc>
          <w:tcPr>
            <w:tcW w:w="2648" w:type="dxa"/>
            <w:tcMar>
              <w:top w:w="28" w:type="dxa"/>
              <w:left w:w="38" w:type="dxa"/>
              <w:bottom w:w="28" w:type="dxa"/>
              <w:right w:w="38" w:type="dxa"/>
            </w:tcMar>
            <w:vAlign w:val="center"/>
          </w:tcPr>
          <w:p w14:paraId="2F13B00A" w14:textId="77777777" w:rsidR="00D60D5E" w:rsidRDefault="00891EF0">
            <w:pPr>
              <w:spacing w:after="0" w:line="240" w:lineRule="auto"/>
            </w:pPr>
            <w:r>
              <w:rPr>
                <w:rFonts w:eastAsia="Aptos"/>
                <w:sz w:val="17"/>
              </w:rPr>
              <w:t>Amstel Light Cans</w:t>
            </w:r>
          </w:p>
        </w:tc>
        <w:tc>
          <w:tcPr>
            <w:tcW w:w="630" w:type="dxa"/>
            <w:tcMar>
              <w:top w:w="28" w:type="dxa"/>
              <w:left w:w="38" w:type="dxa"/>
              <w:bottom w:w="28" w:type="dxa"/>
              <w:right w:w="38" w:type="dxa"/>
            </w:tcMar>
            <w:vAlign w:val="center"/>
          </w:tcPr>
          <w:p w14:paraId="21552AD4" w14:textId="77777777" w:rsidR="00D60D5E" w:rsidRDefault="00891EF0">
            <w:pPr>
              <w:spacing w:after="0" w:line="240" w:lineRule="auto"/>
              <w:jc w:val="center"/>
            </w:pPr>
            <w:r>
              <w:rPr>
                <w:rFonts w:eastAsia="Aptos"/>
                <w:b/>
                <w:sz w:val="17"/>
              </w:rPr>
              <w:t>2.05</w:t>
            </w:r>
          </w:p>
        </w:tc>
        <w:tc>
          <w:tcPr>
            <w:tcW w:w="540" w:type="dxa"/>
            <w:tcMar>
              <w:top w:w="28" w:type="dxa"/>
              <w:left w:w="38" w:type="dxa"/>
              <w:bottom w:w="28" w:type="dxa"/>
              <w:right w:w="38" w:type="dxa"/>
            </w:tcMar>
            <w:vAlign w:val="center"/>
          </w:tcPr>
          <w:p w14:paraId="5B58CD8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D16498" w14:textId="77777777" w:rsidR="00D60D5E" w:rsidRDefault="00D60D5E">
            <w:pPr>
              <w:jc w:val="center"/>
            </w:pPr>
          </w:p>
        </w:tc>
      </w:tr>
      <w:tr w:rsidR="00D60D5E" w14:paraId="4A92A139" w14:textId="77777777" w:rsidTr="000617E0">
        <w:trPr>
          <w:cantSplit/>
          <w:jc w:val="center"/>
        </w:trPr>
        <w:tc>
          <w:tcPr>
            <w:tcW w:w="677" w:type="dxa"/>
            <w:tcMar>
              <w:top w:w="28" w:type="dxa"/>
              <w:left w:w="38" w:type="dxa"/>
              <w:bottom w:w="28" w:type="dxa"/>
              <w:right w:w="38" w:type="dxa"/>
            </w:tcMar>
            <w:vAlign w:val="center"/>
          </w:tcPr>
          <w:p w14:paraId="542CE3A3" w14:textId="77777777" w:rsidR="00D60D5E" w:rsidRDefault="00891EF0">
            <w:pPr>
              <w:spacing w:after="0" w:line="240" w:lineRule="auto"/>
              <w:jc w:val="center"/>
            </w:pPr>
            <w:r>
              <w:rPr>
                <w:rFonts w:eastAsia="Aptos"/>
                <w:color w:val="6A7075"/>
                <w:sz w:val="17"/>
              </w:rPr>
              <w:t>315-180</w:t>
            </w:r>
          </w:p>
        </w:tc>
        <w:tc>
          <w:tcPr>
            <w:tcW w:w="2648" w:type="dxa"/>
            <w:tcMar>
              <w:top w:w="28" w:type="dxa"/>
              <w:left w:w="38" w:type="dxa"/>
              <w:bottom w:w="28" w:type="dxa"/>
              <w:right w:w="38" w:type="dxa"/>
            </w:tcMar>
            <w:vAlign w:val="center"/>
          </w:tcPr>
          <w:p w14:paraId="5925D129" w14:textId="77777777" w:rsidR="00D60D5E" w:rsidRDefault="00891EF0">
            <w:pPr>
              <w:spacing w:after="0" w:line="240" w:lineRule="auto"/>
            </w:pPr>
            <w:r>
              <w:rPr>
                <w:rFonts w:eastAsia="Aptos"/>
                <w:sz w:val="17"/>
              </w:rPr>
              <w:t>Amstel Light Cans 24/CS</w:t>
            </w:r>
          </w:p>
        </w:tc>
        <w:tc>
          <w:tcPr>
            <w:tcW w:w="630" w:type="dxa"/>
            <w:tcMar>
              <w:top w:w="28" w:type="dxa"/>
              <w:left w:w="38" w:type="dxa"/>
              <w:bottom w:w="28" w:type="dxa"/>
              <w:right w:w="38" w:type="dxa"/>
            </w:tcMar>
            <w:vAlign w:val="center"/>
          </w:tcPr>
          <w:p w14:paraId="1AD5EFC8" w14:textId="77777777" w:rsidR="00D60D5E" w:rsidRDefault="00891EF0">
            <w:pPr>
              <w:spacing w:after="0" w:line="240" w:lineRule="auto"/>
              <w:jc w:val="center"/>
            </w:pPr>
            <w:r>
              <w:rPr>
                <w:rFonts w:eastAsia="Aptos"/>
                <w:b/>
                <w:sz w:val="17"/>
              </w:rPr>
              <w:t>42.99</w:t>
            </w:r>
          </w:p>
        </w:tc>
        <w:tc>
          <w:tcPr>
            <w:tcW w:w="540" w:type="dxa"/>
            <w:tcMar>
              <w:top w:w="28" w:type="dxa"/>
              <w:left w:w="38" w:type="dxa"/>
              <w:bottom w:w="28" w:type="dxa"/>
              <w:right w:w="38" w:type="dxa"/>
            </w:tcMar>
            <w:vAlign w:val="center"/>
          </w:tcPr>
          <w:p w14:paraId="1C5C95FD"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26F2C595" w14:textId="77777777" w:rsidR="00D60D5E" w:rsidRDefault="00D60D5E">
            <w:pPr>
              <w:jc w:val="center"/>
            </w:pPr>
          </w:p>
        </w:tc>
      </w:tr>
      <w:tr w:rsidR="00D60D5E" w14:paraId="26FB3126" w14:textId="77777777" w:rsidTr="000617E0">
        <w:trPr>
          <w:cantSplit/>
          <w:jc w:val="center"/>
        </w:trPr>
        <w:tc>
          <w:tcPr>
            <w:tcW w:w="677" w:type="dxa"/>
            <w:tcMar>
              <w:top w:w="28" w:type="dxa"/>
              <w:left w:w="38" w:type="dxa"/>
              <w:bottom w:w="28" w:type="dxa"/>
              <w:right w:w="38" w:type="dxa"/>
            </w:tcMar>
            <w:vAlign w:val="center"/>
          </w:tcPr>
          <w:p w14:paraId="763FD51B" w14:textId="77777777" w:rsidR="00D60D5E" w:rsidRDefault="00891EF0">
            <w:pPr>
              <w:spacing w:after="0" w:line="240" w:lineRule="auto"/>
              <w:jc w:val="center"/>
            </w:pPr>
            <w:r>
              <w:rPr>
                <w:rFonts w:eastAsia="Aptos"/>
                <w:color w:val="6A7075"/>
                <w:sz w:val="17"/>
              </w:rPr>
              <w:t>315-185</w:t>
            </w:r>
          </w:p>
        </w:tc>
        <w:tc>
          <w:tcPr>
            <w:tcW w:w="2648" w:type="dxa"/>
            <w:tcMar>
              <w:top w:w="28" w:type="dxa"/>
              <w:left w:w="38" w:type="dxa"/>
              <w:bottom w:w="28" w:type="dxa"/>
              <w:right w:w="38" w:type="dxa"/>
            </w:tcMar>
            <w:vAlign w:val="center"/>
          </w:tcPr>
          <w:p w14:paraId="09DF5F01" w14:textId="77777777" w:rsidR="00D60D5E" w:rsidRDefault="00891EF0">
            <w:pPr>
              <w:spacing w:after="0" w:line="240" w:lineRule="auto"/>
            </w:pPr>
            <w:r>
              <w:rPr>
                <w:rFonts w:eastAsia="Aptos"/>
                <w:sz w:val="17"/>
              </w:rPr>
              <w:t>Carib Beer Cans 330ml</w:t>
            </w:r>
          </w:p>
        </w:tc>
        <w:tc>
          <w:tcPr>
            <w:tcW w:w="630" w:type="dxa"/>
            <w:tcMar>
              <w:top w:w="28" w:type="dxa"/>
              <w:left w:w="38" w:type="dxa"/>
              <w:bottom w:w="28" w:type="dxa"/>
              <w:right w:w="38" w:type="dxa"/>
            </w:tcMar>
            <w:vAlign w:val="center"/>
          </w:tcPr>
          <w:p w14:paraId="594C55F2"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608A01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6F1EBE" w14:textId="77777777" w:rsidR="00D60D5E" w:rsidRDefault="00D60D5E">
            <w:pPr>
              <w:jc w:val="center"/>
            </w:pPr>
          </w:p>
        </w:tc>
      </w:tr>
      <w:tr w:rsidR="00D60D5E" w14:paraId="3A06D5EB" w14:textId="77777777" w:rsidTr="000617E0">
        <w:trPr>
          <w:cantSplit/>
          <w:jc w:val="center"/>
        </w:trPr>
        <w:tc>
          <w:tcPr>
            <w:tcW w:w="677" w:type="dxa"/>
            <w:tcMar>
              <w:top w:w="28" w:type="dxa"/>
              <w:left w:w="38" w:type="dxa"/>
              <w:bottom w:w="28" w:type="dxa"/>
              <w:right w:w="38" w:type="dxa"/>
            </w:tcMar>
            <w:vAlign w:val="center"/>
          </w:tcPr>
          <w:p w14:paraId="0D993548" w14:textId="77777777" w:rsidR="00D60D5E" w:rsidRDefault="00891EF0">
            <w:pPr>
              <w:spacing w:after="0" w:line="240" w:lineRule="auto"/>
              <w:jc w:val="center"/>
            </w:pPr>
            <w:r>
              <w:rPr>
                <w:rFonts w:eastAsia="Aptos"/>
                <w:color w:val="6A7075"/>
                <w:sz w:val="17"/>
              </w:rPr>
              <w:t>315-190</w:t>
            </w:r>
          </w:p>
        </w:tc>
        <w:tc>
          <w:tcPr>
            <w:tcW w:w="2648" w:type="dxa"/>
            <w:tcMar>
              <w:top w:w="28" w:type="dxa"/>
              <w:left w:w="38" w:type="dxa"/>
              <w:bottom w:w="28" w:type="dxa"/>
              <w:right w:w="38" w:type="dxa"/>
            </w:tcMar>
            <w:vAlign w:val="center"/>
          </w:tcPr>
          <w:p w14:paraId="499DC0A8" w14:textId="77777777" w:rsidR="00D60D5E" w:rsidRDefault="00891EF0">
            <w:pPr>
              <w:spacing w:after="0" w:line="240" w:lineRule="auto"/>
            </w:pPr>
            <w:r>
              <w:rPr>
                <w:rFonts w:eastAsia="Aptos"/>
                <w:sz w:val="17"/>
              </w:rPr>
              <w:t>Carib Beer Cans 24/330ml</w:t>
            </w:r>
          </w:p>
        </w:tc>
        <w:tc>
          <w:tcPr>
            <w:tcW w:w="630" w:type="dxa"/>
            <w:tcMar>
              <w:top w:w="28" w:type="dxa"/>
              <w:left w:w="38" w:type="dxa"/>
              <w:bottom w:w="28" w:type="dxa"/>
              <w:right w:w="38" w:type="dxa"/>
            </w:tcMar>
            <w:vAlign w:val="center"/>
          </w:tcPr>
          <w:p w14:paraId="43F4BB08" w14:textId="77777777" w:rsidR="00D60D5E" w:rsidRDefault="00891EF0">
            <w:pPr>
              <w:spacing w:after="0" w:line="240" w:lineRule="auto"/>
              <w:jc w:val="center"/>
            </w:pPr>
            <w:r>
              <w:rPr>
                <w:rFonts w:eastAsia="Aptos"/>
                <w:b/>
                <w:sz w:val="17"/>
              </w:rPr>
              <w:t>39.99</w:t>
            </w:r>
          </w:p>
        </w:tc>
        <w:tc>
          <w:tcPr>
            <w:tcW w:w="540" w:type="dxa"/>
            <w:tcMar>
              <w:top w:w="28" w:type="dxa"/>
              <w:left w:w="38" w:type="dxa"/>
              <w:bottom w:w="28" w:type="dxa"/>
              <w:right w:w="38" w:type="dxa"/>
            </w:tcMar>
            <w:vAlign w:val="center"/>
          </w:tcPr>
          <w:p w14:paraId="1EB7FF1F"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3C2FA3E" w14:textId="77777777" w:rsidR="00D60D5E" w:rsidRDefault="00D60D5E">
            <w:pPr>
              <w:jc w:val="center"/>
            </w:pPr>
          </w:p>
        </w:tc>
      </w:tr>
      <w:tr w:rsidR="00D60D5E" w14:paraId="6AE4A472" w14:textId="77777777" w:rsidTr="000617E0">
        <w:trPr>
          <w:cantSplit/>
          <w:jc w:val="center"/>
        </w:trPr>
        <w:tc>
          <w:tcPr>
            <w:tcW w:w="677" w:type="dxa"/>
            <w:tcMar>
              <w:top w:w="28" w:type="dxa"/>
              <w:left w:w="38" w:type="dxa"/>
              <w:bottom w:w="28" w:type="dxa"/>
              <w:right w:w="38" w:type="dxa"/>
            </w:tcMar>
            <w:vAlign w:val="center"/>
          </w:tcPr>
          <w:p w14:paraId="33497775" w14:textId="77777777" w:rsidR="00D60D5E" w:rsidRDefault="00891EF0">
            <w:pPr>
              <w:spacing w:after="0" w:line="240" w:lineRule="auto"/>
              <w:jc w:val="center"/>
            </w:pPr>
            <w:r>
              <w:rPr>
                <w:rFonts w:eastAsia="Aptos"/>
                <w:color w:val="6A7075"/>
                <w:sz w:val="17"/>
              </w:rPr>
              <w:lastRenderedPageBreak/>
              <w:t>315-195</w:t>
            </w:r>
          </w:p>
        </w:tc>
        <w:tc>
          <w:tcPr>
            <w:tcW w:w="2648" w:type="dxa"/>
            <w:tcMar>
              <w:top w:w="28" w:type="dxa"/>
              <w:left w:w="38" w:type="dxa"/>
              <w:bottom w:w="28" w:type="dxa"/>
              <w:right w:w="38" w:type="dxa"/>
            </w:tcMar>
            <w:vAlign w:val="center"/>
          </w:tcPr>
          <w:p w14:paraId="24788A3D" w14:textId="77777777" w:rsidR="00D60D5E" w:rsidRDefault="00891EF0">
            <w:pPr>
              <w:spacing w:after="0" w:line="240" w:lineRule="auto"/>
            </w:pPr>
            <w:r>
              <w:rPr>
                <w:rFonts w:eastAsia="Aptos"/>
                <w:sz w:val="17"/>
              </w:rPr>
              <w:t>High Noon Hard Seltzer Tequila 12 oz x 8 pk</w:t>
            </w:r>
          </w:p>
        </w:tc>
        <w:tc>
          <w:tcPr>
            <w:tcW w:w="630" w:type="dxa"/>
            <w:tcMar>
              <w:top w:w="28" w:type="dxa"/>
              <w:left w:w="38" w:type="dxa"/>
              <w:bottom w:w="28" w:type="dxa"/>
              <w:right w:w="38" w:type="dxa"/>
            </w:tcMar>
            <w:vAlign w:val="center"/>
          </w:tcPr>
          <w:p w14:paraId="3F5C0B9E" w14:textId="77777777" w:rsidR="00D60D5E" w:rsidRDefault="00891EF0">
            <w:pPr>
              <w:spacing w:after="0" w:line="240" w:lineRule="auto"/>
              <w:jc w:val="center"/>
            </w:pPr>
            <w:r>
              <w:rPr>
                <w:rFonts w:eastAsia="Aptos"/>
                <w:b/>
                <w:sz w:val="17"/>
              </w:rPr>
              <w:t>27.80</w:t>
            </w:r>
          </w:p>
        </w:tc>
        <w:tc>
          <w:tcPr>
            <w:tcW w:w="540" w:type="dxa"/>
            <w:tcMar>
              <w:top w:w="28" w:type="dxa"/>
              <w:left w:w="38" w:type="dxa"/>
              <w:bottom w:w="28" w:type="dxa"/>
              <w:right w:w="38" w:type="dxa"/>
            </w:tcMar>
            <w:vAlign w:val="center"/>
          </w:tcPr>
          <w:p w14:paraId="493694D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DF92A9D" w14:textId="77777777" w:rsidR="00D60D5E" w:rsidRDefault="00D60D5E">
            <w:pPr>
              <w:jc w:val="center"/>
            </w:pPr>
          </w:p>
        </w:tc>
      </w:tr>
      <w:tr w:rsidR="00D60D5E" w14:paraId="1FEAC6E2" w14:textId="77777777" w:rsidTr="000617E0">
        <w:trPr>
          <w:cantSplit/>
          <w:jc w:val="center"/>
        </w:trPr>
        <w:tc>
          <w:tcPr>
            <w:tcW w:w="677" w:type="dxa"/>
            <w:tcMar>
              <w:top w:w="28" w:type="dxa"/>
              <w:left w:w="38" w:type="dxa"/>
              <w:bottom w:w="28" w:type="dxa"/>
              <w:right w:w="38" w:type="dxa"/>
            </w:tcMar>
            <w:vAlign w:val="center"/>
          </w:tcPr>
          <w:p w14:paraId="60859A54" w14:textId="77777777" w:rsidR="00D60D5E" w:rsidRDefault="00891EF0">
            <w:pPr>
              <w:spacing w:after="0" w:line="240" w:lineRule="auto"/>
              <w:jc w:val="center"/>
            </w:pPr>
            <w:r>
              <w:rPr>
                <w:rFonts w:eastAsia="Aptos"/>
                <w:color w:val="6A7075"/>
                <w:sz w:val="17"/>
              </w:rPr>
              <w:t>315-200</w:t>
            </w:r>
          </w:p>
        </w:tc>
        <w:tc>
          <w:tcPr>
            <w:tcW w:w="2648" w:type="dxa"/>
            <w:tcMar>
              <w:top w:w="28" w:type="dxa"/>
              <w:left w:w="38" w:type="dxa"/>
              <w:bottom w:w="28" w:type="dxa"/>
              <w:right w:w="38" w:type="dxa"/>
            </w:tcMar>
            <w:vAlign w:val="center"/>
          </w:tcPr>
          <w:p w14:paraId="007E7E88" w14:textId="77777777" w:rsidR="00D60D5E" w:rsidRDefault="00891EF0">
            <w:pPr>
              <w:spacing w:after="0" w:line="240" w:lineRule="auto"/>
            </w:pPr>
            <w:r>
              <w:rPr>
                <w:rFonts w:eastAsia="Aptos"/>
                <w:sz w:val="17"/>
              </w:rPr>
              <w:t>High Noon Hard Seltzer Vodka 12oz x 8 pk</w:t>
            </w:r>
          </w:p>
        </w:tc>
        <w:tc>
          <w:tcPr>
            <w:tcW w:w="630" w:type="dxa"/>
            <w:tcMar>
              <w:top w:w="28" w:type="dxa"/>
              <w:left w:w="38" w:type="dxa"/>
              <w:bottom w:w="28" w:type="dxa"/>
              <w:right w:w="38" w:type="dxa"/>
            </w:tcMar>
            <w:vAlign w:val="center"/>
          </w:tcPr>
          <w:p w14:paraId="0FC8DE1B" w14:textId="77777777" w:rsidR="00D60D5E" w:rsidRDefault="00891EF0">
            <w:pPr>
              <w:spacing w:after="0" w:line="240" w:lineRule="auto"/>
              <w:jc w:val="center"/>
            </w:pPr>
            <w:r>
              <w:rPr>
                <w:rFonts w:eastAsia="Aptos"/>
                <w:b/>
                <w:sz w:val="17"/>
              </w:rPr>
              <w:t>26.55</w:t>
            </w:r>
          </w:p>
        </w:tc>
        <w:tc>
          <w:tcPr>
            <w:tcW w:w="540" w:type="dxa"/>
            <w:tcMar>
              <w:top w:w="28" w:type="dxa"/>
              <w:left w:w="38" w:type="dxa"/>
              <w:bottom w:w="28" w:type="dxa"/>
              <w:right w:w="38" w:type="dxa"/>
            </w:tcMar>
            <w:vAlign w:val="center"/>
          </w:tcPr>
          <w:p w14:paraId="27FD7C3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293171F" w14:textId="77777777" w:rsidR="00D60D5E" w:rsidRDefault="00D60D5E">
            <w:pPr>
              <w:jc w:val="center"/>
            </w:pPr>
          </w:p>
        </w:tc>
      </w:tr>
      <w:tr w:rsidR="00D60D5E" w14:paraId="74620E9E" w14:textId="77777777" w:rsidTr="000617E0">
        <w:trPr>
          <w:cantSplit/>
          <w:jc w:val="center"/>
        </w:trPr>
        <w:tc>
          <w:tcPr>
            <w:tcW w:w="677" w:type="dxa"/>
            <w:tcMar>
              <w:top w:w="28" w:type="dxa"/>
              <w:left w:w="38" w:type="dxa"/>
              <w:bottom w:w="28" w:type="dxa"/>
              <w:right w:w="38" w:type="dxa"/>
            </w:tcMar>
            <w:vAlign w:val="center"/>
          </w:tcPr>
          <w:p w14:paraId="0CDC9A55" w14:textId="77777777" w:rsidR="00D60D5E" w:rsidRDefault="00891EF0">
            <w:pPr>
              <w:spacing w:after="0" w:line="240" w:lineRule="auto"/>
              <w:jc w:val="center"/>
            </w:pPr>
            <w:r>
              <w:rPr>
                <w:rFonts w:eastAsia="Aptos"/>
                <w:color w:val="6A7075"/>
                <w:sz w:val="17"/>
              </w:rPr>
              <w:t>315-205</w:t>
            </w:r>
          </w:p>
        </w:tc>
        <w:tc>
          <w:tcPr>
            <w:tcW w:w="2648" w:type="dxa"/>
            <w:tcMar>
              <w:top w:w="28" w:type="dxa"/>
              <w:left w:w="38" w:type="dxa"/>
              <w:bottom w:w="28" w:type="dxa"/>
              <w:right w:w="38" w:type="dxa"/>
            </w:tcMar>
            <w:vAlign w:val="center"/>
          </w:tcPr>
          <w:p w14:paraId="06195446" w14:textId="77777777" w:rsidR="00D60D5E" w:rsidRDefault="00891EF0">
            <w:pPr>
              <w:spacing w:after="0" w:line="240" w:lineRule="auto"/>
            </w:pPr>
            <w:r>
              <w:rPr>
                <w:rFonts w:eastAsia="Aptos"/>
                <w:sz w:val="17"/>
              </w:rPr>
              <w:t>Corona Bottles 12oz</w:t>
            </w:r>
          </w:p>
        </w:tc>
        <w:tc>
          <w:tcPr>
            <w:tcW w:w="630" w:type="dxa"/>
            <w:tcMar>
              <w:top w:w="28" w:type="dxa"/>
              <w:left w:w="38" w:type="dxa"/>
              <w:bottom w:w="28" w:type="dxa"/>
              <w:right w:w="38" w:type="dxa"/>
            </w:tcMar>
            <w:vAlign w:val="center"/>
          </w:tcPr>
          <w:p w14:paraId="14C2A70C"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0A8F31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795942" w14:textId="77777777" w:rsidR="00D60D5E" w:rsidRDefault="00D60D5E">
            <w:pPr>
              <w:jc w:val="center"/>
            </w:pPr>
          </w:p>
        </w:tc>
      </w:tr>
      <w:tr w:rsidR="00D60D5E" w14:paraId="2F49A4F3" w14:textId="77777777" w:rsidTr="000617E0">
        <w:trPr>
          <w:cantSplit/>
          <w:jc w:val="center"/>
        </w:trPr>
        <w:tc>
          <w:tcPr>
            <w:tcW w:w="677" w:type="dxa"/>
            <w:tcMar>
              <w:top w:w="28" w:type="dxa"/>
              <w:left w:w="38" w:type="dxa"/>
              <w:bottom w:w="28" w:type="dxa"/>
              <w:right w:w="38" w:type="dxa"/>
            </w:tcMar>
            <w:vAlign w:val="center"/>
          </w:tcPr>
          <w:p w14:paraId="70D7B4D6" w14:textId="77777777" w:rsidR="00D60D5E" w:rsidRDefault="00891EF0">
            <w:pPr>
              <w:spacing w:after="0" w:line="240" w:lineRule="auto"/>
              <w:jc w:val="center"/>
            </w:pPr>
            <w:r>
              <w:rPr>
                <w:rFonts w:eastAsia="Aptos"/>
                <w:color w:val="6A7075"/>
                <w:sz w:val="17"/>
              </w:rPr>
              <w:t>315-210</w:t>
            </w:r>
          </w:p>
        </w:tc>
        <w:tc>
          <w:tcPr>
            <w:tcW w:w="2648" w:type="dxa"/>
            <w:tcMar>
              <w:top w:w="28" w:type="dxa"/>
              <w:left w:w="38" w:type="dxa"/>
              <w:bottom w:w="28" w:type="dxa"/>
              <w:right w:w="38" w:type="dxa"/>
            </w:tcMar>
            <w:vAlign w:val="center"/>
          </w:tcPr>
          <w:p w14:paraId="1E41763F" w14:textId="77777777" w:rsidR="00D60D5E" w:rsidRDefault="00891EF0">
            <w:pPr>
              <w:spacing w:after="0" w:line="240" w:lineRule="auto"/>
            </w:pPr>
            <w:r>
              <w:rPr>
                <w:rFonts w:eastAsia="Aptos"/>
                <w:sz w:val="17"/>
              </w:rPr>
              <w:t>Corona Bottles 24/12oz</w:t>
            </w:r>
          </w:p>
        </w:tc>
        <w:tc>
          <w:tcPr>
            <w:tcW w:w="630" w:type="dxa"/>
            <w:tcMar>
              <w:top w:w="28" w:type="dxa"/>
              <w:left w:w="38" w:type="dxa"/>
              <w:bottom w:w="28" w:type="dxa"/>
              <w:right w:w="38" w:type="dxa"/>
            </w:tcMar>
            <w:vAlign w:val="center"/>
          </w:tcPr>
          <w:p w14:paraId="50621625" w14:textId="77777777" w:rsidR="00D60D5E" w:rsidRDefault="00891EF0">
            <w:pPr>
              <w:spacing w:after="0" w:line="240" w:lineRule="auto"/>
              <w:jc w:val="center"/>
            </w:pPr>
            <w:r>
              <w:rPr>
                <w:rFonts w:eastAsia="Aptos"/>
                <w:b/>
                <w:sz w:val="17"/>
              </w:rPr>
              <w:t>45.99</w:t>
            </w:r>
          </w:p>
        </w:tc>
        <w:tc>
          <w:tcPr>
            <w:tcW w:w="540" w:type="dxa"/>
            <w:tcMar>
              <w:top w:w="28" w:type="dxa"/>
              <w:left w:w="38" w:type="dxa"/>
              <w:bottom w:w="28" w:type="dxa"/>
              <w:right w:w="38" w:type="dxa"/>
            </w:tcMar>
            <w:vAlign w:val="center"/>
          </w:tcPr>
          <w:p w14:paraId="5DF85950"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B874408" w14:textId="77777777" w:rsidR="00D60D5E" w:rsidRDefault="00D60D5E">
            <w:pPr>
              <w:jc w:val="center"/>
            </w:pPr>
          </w:p>
        </w:tc>
      </w:tr>
      <w:tr w:rsidR="00D60D5E" w14:paraId="2ECA9198" w14:textId="77777777" w:rsidTr="000617E0">
        <w:trPr>
          <w:cantSplit/>
          <w:jc w:val="center"/>
        </w:trPr>
        <w:tc>
          <w:tcPr>
            <w:tcW w:w="677" w:type="dxa"/>
            <w:tcMar>
              <w:top w:w="28" w:type="dxa"/>
              <w:left w:w="38" w:type="dxa"/>
              <w:bottom w:w="28" w:type="dxa"/>
              <w:right w:w="38" w:type="dxa"/>
            </w:tcMar>
            <w:vAlign w:val="center"/>
          </w:tcPr>
          <w:p w14:paraId="3749C10A" w14:textId="77777777" w:rsidR="00D60D5E" w:rsidRDefault="00891EF0">
            <w:pPr>
              <w:spacing w:after="0" w:line="240" w:lineRule="auto"/>
              <w:jc w:val="center"/>
            </w:pPr>
            <w:r>
              <w:rPr>
                <w:rFonts w:eastAsia="Aptos"/>
                <w:color w:val="6A7075"/>
                <w:sz w:val="17"/>
              </w:rPr>
              <w:t>315-215</w:t>
            </w:r>
          </w:p>
        </w:tc>
        <w:tc>
          <w:tcPr>
            <w:tcW w:w="2648" w:type="dxa"/>
            <w:tcMar>
              <w:top w:w="28" w:type="dxa"/>
              <w:left w:w="38" w:type="dxa"/>
              <w:bottom w:w="28" w:type="dxa"/>
              <w:right w:w="38" w:type="dxa"/>
            </w:tcMar>
            <w:vAlign w:val="center"/>
          </w:tcPr>
          <w:p w14:paraId="237F7068" w14:textId="77777777" w:rsidR="00D60D5E" w:rsidRDefault="00891EF0">
            <w:pPr>
              <w:spacing w:after="0" w:line="240" w:lineRule="auto"/>
            </w:pPr>
            <w:r>
              <w:rPr>
                <w:rFonts w:eastAsia="Aptos"/>
                <w:sz w:val="17"/>
              </w:rPr>
              <w:t>Coors Light Cans 330ml</w:t>
            </w:r>
          </w:p>
        </w:tc>
        <w:tc>
          <w:tcPr>
            <w:tcW w:w="630" w:type="dxa"/>
            <w:tcMar>
              <w:top w:w="28" w:type="dxa"/>
              <w:left w:w="38" w:type="dxa"/>
              <w:bottom w:w="28" w:type="dxa"/>
              <w:right w:w="38" w:type="dxa"/>
            </w:tcMar>
            <w:vAlign w:val="center"/>
          </w:tcPr>
          <w:p w14:paraId="6B07FC1A" w14:textId="77777777" w:rsidR="00D60D5E" w:rsidRDefault="00891EF0">
            <w:pPr>
              <w:spacing w:after="0" w:line="240" w:lineRule="auto"/>
              <w:jc w:val="center"/>
            </w:pPr>
            <w:r>
              <w:rPr>
                <w:rFonts w:eastAsia="Aptos"/>
                <w:b/>
                <w:sz w:val="17"/>
              </w:rPr>
              <w:t>2.10</w:t>
            </w:r>
          </w:p>
        </w:tc>
        <w:tc>
          <w:tcPr>
            <w:tcW w:w="540" w:type="dxa"/>
            <w:tcMar>
              <w:top w:w="28" w:type="dxa"/>
              <w:left w:w="38" w:type="dxa"/>
              <w:bottom w:w="28" w:type="dxa"/>
              <w:right w:w="38" w:type="dxa"/>
            </w:tcMar>
            <w:vAlign w:val="center"/>
          </w:tcPr>
          <w:p w14:paraId="2C5F65B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CEB38A" w14:textId="77777777" w:rsidR="00D60D5E" w:rsidRDefault="00D60D5E">
            <w:pPr>
              <w:jc w:val="center"/>
            </w:pPr>
          </w:p>
        </w:tc>
      </w:tr>
      <w:tr w:rsidR="00D60D5E" w14:paraId="58FE53C8" w14:textId="77777777" w:rsidTr="000617E0">
        <w:trPr>
          <w:cantSplit/>
          <w:jc w:val="center"/>
        </w:trPr>
        <w:tc>
          <w:tcPr>
            <w:tcW w:w="677" w:type="dxa"/>
            <w:tcMar>
              <w:top w:w="28" w:type="dxa"/>
              <w:left w:w="38" w:type="dxa"/>
              <w:bottom w:w="28" w:type="dxa"/>
              <w:right w:w="38" w:type="dxa"/>
            </w:tcMar>
            <w:vAlign w:val="center"/>
          </w:tcPr>
          <w:p w14:paraId="2C40539B" w14:textId="77777777" w:rsidR="00D60D5E" w:rsidRDefault="00891EF0">
            <w:pPr>
              <w:spacing w:after="0" w:line="240" w:lineRule="auto"/>
              <w:jc w:val="center"/>
            </w:pPr>
            <w:r>
              <w:rPr>
                <w:rFonts w:eastAsia="Aptos"/>
                <w:color w:val="6A7075"/>
                <w:sz w:val="17"/>
              </w:rPr>
              <w:t>315-220</w:t>
            </w:r>
          </w:p>
        </w:tc>
        <w:tc>
          <w:tcPr>
            <w:tcW w:w="2648" w:type="dxa"/>
            <w:tcMar>
              <w:top w:w="28" w:type="dxa"/>
              <w:left w:w="38" w:type="dxa"/>
              <w:bottom w:w="28" w:type="dxa"/>
              <w:right w:w="38" w:type="dxa"/>
            </w:tcMar>
            <w:vAlign w:val="center"/>
          </w:tcPr>
          <w:p w14:paraId="3AD41D8D" w14:textId="77777777" w:rsidR="00D60D5E" w:rsidRDefault="00891EF0">
            <w:pPr>
              <w:spacing w:after="0" w:line="240" w:lineRule="auto"/>
            </w:pPr>
            <w:r>
              <w:rPr>
                <w:rFonts w:eastAsia="Aptos"/>
                <w:sz w:val="17"/>
              </w:rPr>
              <w:t>Coors Light Bottles 24/12oz</w:t>
            </w:r>
          </w:p>
        </w:tc>
        <w:tc>
          <w:tcPr>
            <w:tcW w:w="630" w:type="dxa"/>
            <w:tcMar>
              <w:top w:w="28" w:type="dxa"/>
              <w:left w:w="38" w:type="dxa"/>
              <w:bottom w:w="28" w:type="dxa"/>
              <w:right w:w="38" w:type="dxa"/>
            </w:tcMar>
            <w:vAlign w:val="center"/>
          </w:tcPr>
          <w:p w14:paraId="767E858F" w14:textId="77777777" w:rsidR="00D60D5E" w:rsidRDefault="00891EF0">
            <w:pPr>
              <w:spacing w:after="0" w:line="240" w:lineRule="auto"/>
              <w:jc w:val="center"/>
            </w:pPr>
            <w:r>
              <w:rPr>
                <w:rFonts w:eastAsia="Aptos"/>
                <w:b/>
                <w:sz w:val="17"/>
              </w:rPr>
              <w:t>47.99</w:t>
            </w:r>
          </w:p>
        </w:tc>
        <w:tc>
          <w:tcPr>
            <w:tcW w:w="540" w:type="dxa"/>
            <w:tcMar>
              <w:top w:w="28" w:type="dxa"/>
              <w:left w:w="38" w:type="dxa"/>
              <w:bottom w:w="28" w:type="dxa"/>
              <w:right w:w="38" w:type="dxa"/>
            </w:tcMar>
            <w:vAlign w:val="center"/>
          </w:tcPr>
          <w:p w14:paraId="6ED6A8E5"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C1A5366" w14:textId="77777777" w:rsidR="00D60D5E" w:rsidRDefault="00D60D5E">
            <w:pPr>
              <w:jc w:val="center"/>
            </w:pPr>
          </w:p>
        </w:tc>
      </w:tr>
      <w:tr w:rsidR="00D60D5E" w14:paraId="4F5E63FF" w14:textId="77777777" w:rsidTr="000617E0">
        <w:trPr>
          <w:cantSplit/>
          <w:jc w:val="center"/>
        </w:trPr>
        <w:tc>
          <w:tcPr>
            <w:tcW w:w="677" w:type="dxa"/>
            <w:tcMar>
              <w:top w:w="28" w:type="dxa"/>
              <w:left w:w="38" w:type="dxa"/>
              <w:bottom w:w="28" w:type="dxa"/>
              <w:right w:w="38" w:type="dxa"/>
            </w:tcMar>
            <w:vAlign w:val="center"/>
          </w:tcPr>
          <w:p w14:paraId="2FE116CB" w14:textId="77777777" w:rsidR="00D60D5E" w:rsidRDefault="00891EF0">
            <w:pPr>
              <w:spacing w:after="0" w:line="240" w:lineRule="auto"/>
              <w:jc w:val="center"/>
            </w:pPr>
            <w:r>
              <w:rPr>
                <w:rFonts w:eastAsia="Aptos"/>
                <w:color w:val="6A7075"/>
                <w:sz w:val="17"/>
              </w:rPr>
              <w:t>315-225</w:t>
            </w:r>
          </w:p>
        </w:tc>
        <w:tc>
          <w:tcPr>
            <w:tcW w:w="2648" w:type="dxa"/>
            <w:tcMar>
              <w:top w:w="28" w:type="dxa"/>
              <w:left w:w="38" w:type="dxa"/>
              <w:bottom w:w="28" w:type="dxa"/>
              <w:right w:w="38" w:type="dxa"/>
            </w:tcMar>
            <w:vAlign w:val="center"/>
          </w:tcPr>
          <w:p w14:paraId="69343C3D" w14:textId="77777777" w:rsidR="00D60D5E" w:rsidRDefault="00891EF0">
            <w:pPr>
              <w:spacing w:after="0" w:line="240" w:lineRule="auto"/>
            </w:pPr>
            <w:r>
              <w:rPr>
                <w:rFonts w:eastAsia="Aptos"/>
                <w:sz w:val="17"/>
              </w:rPr>
              <w:t>Coors Light Bottles 12oz</w:t>
            </w:r>
          </w:p>
        </w:tc>
        <w:tc>
          <w:tcPr>
            <w:tcW w:w="630" w:type="dxa"/>
            <w:tcMar>
              <w:top w:w="28" w:type="dxa"/>
              <w:left w:w="38" w:type="dxa"/>
              <w:bottom w:w="28" w:type="dxa"/>
              <w:right w:w="38" w:type="dxa"/>
            </w:tcMar>
            <w:vAlign w:val="center"/>
          </w:tcPr>
          <w:p w14:paraId="13F7EFD7" w14:textId="77777777" w:rsidR="00D60D5E" w:rsidRDefault="00891EF0">
            <w:pPr>
              <w:spacing w:after="0" w:line="240" w:lineRule="auto"/>
              <w:jc w:val="center"/>
            </w:pPr>
            <w:r>
              <w:rPr>
                <w:rFonts w:eastAsia="Aptos"/>
                <w:b/>
                <w:sz w:val="17"/>
              </w:rPr>
              <w:t>2.10</w:t>
            </w:r>
          </w:p>
        </w:tc>
        <w:tc>
          <w:tcPr>
            <w:tcW w:w="540" w:type="dxa"/>
            <w:tcMar>
              <w:top w:w="28" w:type="dxa"/>
              <w:left w:w="38" w:type="dxa"/>
              <w:bottom w:w="28" w:type="dxa"/>
              <w:right w:w="38" w:type="dxa"/>
            </w:tcMar>
            <w:vAlign w:val="center"/>
          </w:tcPr>
          <w:p w14:paraId="29B8D25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6B09A9" w14:textId="77777777" w:rsidR="00D60D5E" w:rsidRDefault="00D60D5E">
            <w:pPr>
              <w:jc w:val="center"/>
            </w:pPr>
          </w:p>
        </w:tc>
      </w:tr>
      <w:tr w:rsidR="00D60D5E" w14:paraId="6A350CD9" w14:textId="77777777" w:rsidTr="000617E0">
        <w:trPr>
          <w:cantSplit/>
          <w:jc w:val="center"/>
        </w:trPr>
        <w:tc>
          <w:tcPr>
            <w:tcW w:w="677" w:type="dxa"/>
            <w:tcMar>
              <w:top w:w="28" w:type="dxa"/>
              <w:left w:w="38" w:type="dxa"/>
              <w:bottom w:w="28" w:type="dxa"/>
              <w:right w:w="38" w:type="dxa"/>
            </w:tcMar>
            <w:vAlign w:val="center"/>
          </w:tcPr>
          <w:p w14:paraId="732F120A" w14:textId="77777777" w:rsidR="00D60D5E" w:rsidRDefault="00891EF0">
            <w:pPr>
              <w:spacing w:after="0" w:line="240" w:lineRule="auto"/>
              <w:jc w:val="center"/>
            </w:pPr>
            <w:r>
              <w:rPr>
                <w:rFonts w:eastAsia="Aptos"/>
                <w:color w:val="6A7075"/>
                <w:sz w:val="17"/>
              </w:rPr>
              <w:t>315-230</w:t>
            </w:r>
          </w:p>
        </w:tc>
        <w:tc>
          <w:tcPr>
            <w:tcW w:w="2648" w:type="dxa"/>
            <w:tcMar>
              <w:top w:w="28" w:type="dxa"/>
              <w:left w:w="38" w:type="dxa"/>
              <w:bottom w:w="28" w:type="dxa"/>
              <w:right w:w="38" w:type="dxa"/>
            </w:tcMar>
            <w:vAlign w:val="center"/>
          </w:tcPr>
          <w:p w14:paraId="6FD3F2C1" w14:textId="77777777" w:rsidR="00D60D5E" w:rsidRDefault="00891EF0">
            <w:pPr>
              <w:spacing w:after="0" w:line="240" w:lineRule="auto"/>
            </w:pPr>
            <w:r>
              <w:rPr>
                <w:rFonts w:eastAsia="Aptos"/>
                <w:sz w:val="17"/>
              </w:rPr>
              <w:t>Coors Light Cans 24/330ml</w:t>
            </w:r>
          </w:p>
        </w:tc>
        <w:tc>
          <w:tcPr>
            <w:tcW w:w="630" w:type="dxa"/>
            <w:tcMar>
              <w:top w:w="28" w:type="dxa"/>
              <w:left w:w="38" w:type="dxa"/>
              <w:bottom w:w="28" w:type="dxa"/>
              <w:right w:w="38" w:type="dxa"/>
            </w:tcMar>
            <w:vAlign w:val="center"/>
          </w:tcPr>
          <w:p w14:paraId="3114D053" w14:textId="77777777" w:rsidR="00D60D5E" w:rsidRDefault="00891EF0">
            <w:pPr>
              <w:spacing w:after="0" w:line="240" w:lineRule="auto"/>
              <w:jc w:val="center"/>
            </w:pPr>
            <w:r>
              <w:rPr>
                <w:rFonts w:eastAsia="Aptos"/>
                <w:b/>
                <w:sz w:val="17"/>
              </w:rPr>
              <w:t>44.99</w:t>
            </w:r>
          </w:p>
        </w:tc>
        <w:tc>
          <w:tcPr>
            <w:tcW w:w="540" w:type="dxa"/>
            <w:tcMar>
              <w:top w:w="28" w:type="dxa"/>
              <w:left w:w="38" w:type="dxa"/>
              <w:bottom w:w="28" w:type="dxa"/>
              <w:right w:w="38" w:type="dxa"/>
            </w:tcMar>
            <w:vAlign w:val="center"/>
          </w:tcPr>
          <w:p w14:paraId="0688BD86"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6DB6817" w14:textId="77777777" w:rsidR="00D60D5E" w:rsidRDefault="00D60D5E">
            <w:pPr>
              <w:jc w:val="center"/>
            </w:pPr>
          </w:p>
        </w:tc>
      </w:tr>
      <w:tr w:rsidR="00D60D5E" w14:paraId="637311FD" w14:textId="77777777" w:rsidTr="000617E0">
        <w:trPr>
          <w:cantSplit/>
          <w:jc w:val="center"/>
        </w:trPr>
        <w:tc>
          <w:tcPr>
            <w:tcW w:w="677" w:type="dxa"/>
            <w:tcMar>
              <w:top w:w="28" w:type="dxa"/>
              <w:left w:w="38" w:type="dxa"/>
              <w:bottom w:w="28" w:type="dxa"/>
              <w:right w:w="38" w:type="dxa"/>
            </w:tcMar>
            <w:vAlign w:val="center"/>
          </w:tcPr>
          <w:p w14:paraId="103AE083" w14:textId="77777777" w:rsidR="00D60D5E" w:rsidRDefault="00891EF0">
            <w:pPr>
              <w:spacing w:after="0" w:line="240" w:lineRule="auto"/>
              <w:jc w:val="center"/>
            </w:pPr>
            <w:r>
              <w:rPr>
                <w:rFonts w:eastAsia="Aptos"/>
                <w:color w:val="6A7075"/>
                <w:sz w:val="17"/>
              </w:rPr>
              <w:t>315-235</w:t>
            </w:r>
          </w:p>
        </w:tc>
        <w:tc>
          <w:tcPr>
            <w:tcW w:w="2648" w:type="dxa"/>
            <w:tcMar>
              <w:top w:w="28" w:type="dxa"/>
              <w:left w:w="38" w:type="dxa"/>
              <w:bottom w:w="28" w:type="dxa"/>
              <w:right w:w="38" w:type="dxa"/>
            </w:tcMar>
            <w:vAlign w:val="center"/>
          </w:tcPr>
          <w:p w14:paraId="3DC3C8D9" w14:textId="77777777" w:rsidR="00D60D5E" w:rsidRDefault="00891EF0">
            <w:pPr>
              <w:spacing w:after="0" w:line="240" w:lineRule="auto"/>
            </w:pPr>
            <w:r>
              <w:rPr>
                <w:rFonts w:eastAsia="Aptos"/>
                <w:sz w:val="17"/>
              </w:rPr>
              <w:t>Budweiser Bottles</w:t>
            </w:r>
          </w:p>
        </w:tc>
        <w:tc>
          <w:tcPr>
            <w:tcW w:w="630" w:type="dxa"/>
            <w:tcMar>
              <w:top w:w="28" w:type="dxa"/>
              <w:left w:w="38" w:type="dxa"/>
              <w:bottom w:w="28" w:type="dxa"/>
              <w:right w:w="38" w:type="dxa"/>
            </w:tcMar>
            <w:vAlign w:val="center"/>
          </w:tcPr>
          <w:p w14:paraId="1AFCFCB5"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7677775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02AC276" w14:textId="77777777" w:rsidR="00D60D5E" w:rsidRDefault="00D60D5E">
            <w:pPr>
              <w:jc w:val="center"/>
            </w:pPr>
          </w:p>
        </w:tc>
      </w:tr>
      <w:tr w:rsidR="00D60D5E" w14:paraId="0CD65B4E" w14:textId="77777777" w:rsidTr="000617E0">
        <w:trPr>
          <w:cantSplit/>
          <w:jc w:val="center"/>
        </w:trPr>
        <w:tc>
          <w:tcPr>
            <w:tcW w:w="677" w:type="dxa"/>
            <w:tcMar>
              <w:top w:w="28" w:type="dxa"/>
              <w:left w:w="38" w:type="dxa"/>
              <w:bottom w:w="28" w:type="dxa"/>
              <w:right w:w="38" w:type="dxa"/>
            </w:tcMar>
            <w:vAlign w:val="center"/>
          </w:tcPr>
          <w:p w14:paraId="5086110B" w14:textId="77777777" w:rsidR="00D60D5E" w:rsidRDefault="00891EF0">
            <w:pPr>
              <w:spacing w:after="0" w:line="240" w:lineRule="auto"/>
              <w:jc w:val="center"/>
            </w:pPr>
            <w:r>
              <w:rPr>
                <w:rFonts w:eastAsia="Aptos"/>
                <w:color w:val="6A7075"/>
                <w:sz w:val="17"/>
              </w:rPr>
              <w:t>315-240</w:t>
            </w:r>
          </w:p>
        </w:tc>
        <w:tc>
          <w:tcPr>
            <w:tcW w:w="2648" w:type="dxa"/>
            <w:tcMar>
              <w:top w:w="28" w:type="dxa"/>
              <w:left w:w="38" w:type="dxa"/>
              <w:bottom w:w="28" w:type="dxa"/>
              <w:right w:w="38" w:type="dxa"/>
            </w:tcMar>
            <w:vAlign w:val="center"/>
          </w:tcPr>
          <w:p w14:paraId="4248AFAF" w14:textId="77777777" w:rsidR="00D60D5E" w:rsidRDefault="00891EF0">
            <w:pPr>
              <w:spacing w:after="0" w:line="240" w:lineRule="auto"/>
            </w:pPr>
            <w:r>
              <w:rPr>
                <w:rFonts w:eastAsia="Aptos"/>
                <w:sz w:val="17"/>
              </w:rPr>
              <w:t>Budweiser Bottles 24/CS</w:t>
            </w:r>
          </w:p>
        </w:tc>
        <w:tc>
          <w:tcPr>
            <w:tcW w:w="630" w:type="dxa"/>
            <w:tcMar>
              <w:top w:w="28" w:type="dxa"/>
              <w:left w:w="38" w:type="dxa"/>
              <w:bottom w:w="28" w:type="dxa"/>
              <w:right w:w="38" w:type="dxa"/>
            </w:tcMar>
            <w:vAlign w:val="center"/>
          </w:tcPr>
          <w:p w14:paraId="79889A7F" w14:textId="77777777" w:rsidR="00D60D5E" w:rsidRDefault="00891EF0">
            <w:pPr>
              <w:spacing w:after="0" w:line="240" w:lineRule="auto"/>
              <w:jc w:val="center"/>
            </w:pPr>
            <w:r>
              <w:rPr>
                <w:rFonts w:eastAsia="Aptos"/>
                <w:b/>
                <w:sz w:val="17"/>
              </w:rPr>
              <w:t>42.99</w:t>
            </w:r>
          </w:p>
        </w:tc>
        <w:tc>
          <w:tcPr>
            <w:tcW w:w="540" w:type="dxa"/>
            <w:tcMar>
              <w:top w:w="28" w:type="dxa"/>
              <w:left w:w="38" w:type="dxa"/>
              <w:bottom w:w="28" w:type="dxa"/>
              <w:right w:w="38" w:type="dxa"/>
            </w:tcMar>
            <w:vAlign w:val="center"/>
          </w:tcPr>
          <w:p w14:paraId="089BF6BF"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255B38F" w14:textId="77777777" w:rsidR="00D60D5E" w:rsidRDefault="00D60D5E">
            <w:pPr>
              <w:jc w:val="center"/>
            </w:pPr>
          </w:p>
        </w:tc>
      </w:tr>
      <w:tr w:rsidR="00D60D5E" w14:paraId="3E4033C4" w14:textId="77777777" w:rsidTr="000617E0">
        <w:trPr>
          <w:cantSplit/>
          <w:jc w:val="center"/>
        </w:trPr>
        <w:tc>
          <w:tcPr>
            <w:tcW w:w="677" w:type="dxa"/>
            <w:tcMar>
              <w:top w:w="28" w:type="dxa"/>
              <w:left w:w="38" w:type="dxa"/>
              <w:bottom w:w="28" w:type="dxa"/>
              <w:right w:w="38" w:type="dxa"/>
            </w:tcMar>
            <w:vAlign w:val="center"/>
          </w:tcPr>
          <w:p w14:paraId="16797776" w14:textId="77777777" w:rsidR="00D60D5E" w:rsidRDefault="00891EF0">
            <w:pPr>
              <w:spacing w:after="0" w:line="240" w:lineRule="auto"/>
              <w:jc w:val="center"/>
            </w:pPr>
            <w:r>
              <w:rPr>
                <w:rFonts w:eastAsia="Aptos"/>
                <w:color w:val="6A7075"/>
                <w:sz w:val="17"/>
              </w:rPr>
              <w:t>315-245</w:t>
            </w:r>
          </w:p>
        </w:tc>
        <w:tc>
          <w:tcPr>
            <w:tcW w:w="2648" w:type="dxa"/>
            <w:tcMar>
              <w:top w:w="28" w:type="dxa"/>
              <w:left w:w="38" w:type="dxa"/>
              <w:bottom w:w="28" w:type="dxa"/>
              <w:right w:w="38" w:type="dxa"/>
            </w:tcMar>
            <w:vAlign w:val="center"/>
          </w:tcPr>
          <w:p w14:paraId="4CE89F37" w14:textId="77777777" w:rsidR="00D60D5E" w:rsidRDefault="00891EF0">
            <w:pPr>
              <w:spacing w:after="0" w:line="240" w:lineRule="auto"/>
            </w:pPr>
            <w:r>
              <w:rPr>
                <w:rFonts w:eastAsia="Aptos"/>
                <w:sz w:val="17"/>
              </w:rPr>
              <w:t>Budweiser Cans 330ml</w:t>
            </w:r>
          </w:p>
        </w:tc>
        <w:tc>
          <w:tcPr>
            <w:tcW w:w="630" w:type="dxa"/>
            <w:tcMar>
              <w:top w:w="28" w:type="dxa"/>
              <w:left w:w="38" w:type="dxa"/>
              <w:bottom w:w="28" w:type="dxa"/>
              <w:right w:w="38" w:type="dxa"/>
            </w:tcMar>
            <w:vAlign w:val="center"/>
          </w:tcPr>
          <w:p w14:paraId="1330E769"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562A663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A0E364" w14:textId="77777777" w:rsidR="00D60D5E" w:rsidRDefault="00D60D5E">
            <w:pPr>
              <w:jc w:val="center"/>
            </w:pPr>
          </w:p>
        </w:tc>
      </w:tr>
      <w:tr w:rsidR="00D60D5E" w14:paraId="5DAA0D15" w14:textId="77777777" w:rsidTr="000617E0">
        <w:trPr>
          <w:cantSplit/>
          <w:jc w:val="center"/>
        </w:trPr>
        <w:tc>
          <w:tcPr>
            <w:tcW w:w="677" w:type="dxa"/>
            <w:tcMar>
              <w:top w:w="28" w:type="dxa"/>
              <w:left w:w="38" w:type="dxa"/>
              <w:bottom w:w="28" w:type="dxa"/>
              <w:right w:w="38" w:type="dxa"/>
            </w:tcMar>
            <w:vAlign w:val="center"/>
          </w:tcPr>
          <w:p w14:paraId="400EC822" w14:textId="77777777" w:rsidR="00D60D5E" w:rsidRDefault="00891EF0">
            <w:pPr>
              <w:spacing w:after="0" w:line="240" w:lineRule="auto"/>
              <w:jc w:val="center"/>
            </w:pPr>
            <w:r>
              <w:rPr>
                <w:rFonts w:eastAsia="Aptos"/>
                <w:color w:val="6A7075"/>
                <w:sz w:val="17"/>
              </w:rPr>
              <w:t>315-250</w:t>
            </w:r>
          </w:p>
        </w:tc>
        <w:tc>
          <w:tcPr>
            <w:tcW w:w="2648" w:type="dxa"/>
            <w:tcMar>
              <w:top w:w="28" w:type="dxa"/>
              <w:left w:w="38" w:type="dxa"/>
              <w:bottom w:w="28" w:type="dxa"/>
              <w:right w:w="38" w:type="dxa"/>
            </w:tcMar>
            <w:vAlign w:val="center"/>
          </w:tcPr>
          <w:p w14:paraId="1220A9B4" w14:textId="77777777" w:rsidR="00D60D5E" w:rsidRDefault="00891EF0">
            <w:pPr>
              <w:spacing w:after="0" w:line="240" w:lineRule="auto"/>
            </w:pPr>
            <w:r>
              <w:rPr>
                <w:rFonts w:eastAsia="Aptos"/>
                <w:sz w:val="17"/>
              </w:rPr>
              <w:t>Budweiser Cans 24/330ml</w:t>
            </w:r>
          </w:p>
        </w:tc>
        <w:tc>
          <w:tcPr>
            <w:tcW w:w="630" w:type="dxa"/>
            <w:tcMar>
              <w:top w:w="28" w:type="dxa"/>
              <w:left w:w="38" w:type="dxa"/>
              <w:bottom w:w="28" w:type="dxa"/>
              <w:right w:w="38" w:type="dxa"/>
            </w:tcMar>
            <w:vAlign w:val="center"/>
          </w:tcPr>
          <w:p w14:paraId="0A1B20B5" w14:textId="77777777" w:rsidR="00D60D5E" w:rsidRDefault="00891EF0">
            <w:pPr>
              <w:spacing w:after="0" w:line="240" w:lineRule="auto"/>
              <w:jc w:val="center"/>
            </w:pPr>
            <w:r>
              <w:rPr>
                <w:rFonts w:eastAsia="Aptos"/>
                <w:b/>
                <w:sz w:val="17"/>
              </w:rPr>
              <w:t>42.99</w:t>
            </w:r>
          </w:p>
        </w:tc>
        <w:tc>
          <w:tcPr>
            <w:tcW w:w="540" w:type="dxa"/>
            <w:tcMar>
              <w:top w:w="28" w:type="dxa"/>
              <w:left w:w="38" w:type="dxa"/>
              <w:bottom w:w="28" w:type="dxa"/>
              <w:right w:w="38" w:type="dxa"/>
            </w:tcMar>
            <w:vAlign w:val="center"/>
          </w:tcPr>
          <w:p w14:paraId="4DC269B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65E6088" w14:textId="77777777" w:rsidR="00D60D5E" w:rsidRDefault="00D60D5E">
            <w:pPr>
              <w:jc w:val="center"/>
            </w:pPr>
          </w:p>
        </w:tc>
      </w:tr>
      <w:tr w:rsidR="00D60D5E" w14:paraId="04FC0436" w14:textId="77777777" w:rsidTr="000617E0">
        <w:trPr>
          <w:cantSplit/>
          <w:jc w:val="center"/>
        </w:trPr>
        <w:tc>
          <w:tcPr>
            <w:tcW w:w="677" w:type="dxa"/>
            <w:tcMar>
              <w:top w:w="28" w:type="dxa"/>
              <w:left w:w="38" w:type="dxa"/>
              <w:bottom w:w="28" w:type="dxa"/>
              <w:right w:w="38" w:type="dxa"/>
            </w:tcMar>
            <w:vAlign w:val="center"/>
          </w:tcPr>
          <w:p w14:paraId="5FC4CA00" w14:textId="77777777" w:rsidR="00D60D5E" w:rsidRDefault="00891EF0">
            <w:pPr>
              <w:spacing w:after="0" w:line="240" w:lineRule="auto"/>
              <w:jc w:val="center"/>
            </w:pPr>
            <w:r>
              <w:rPr>
                <w:rFonts w:eastAsia="Aptos"/>
                <w:color w:val="6A7075"/>
                <w:sz w:val="17"/>
              </w:rPr>
              <w:t>315-255</w:t>
            </w:r>
          </w:p>
        </w:tc>
        <w:tc>
          <w:tcPr>
            <w:tcW w:w="2648" w:type="dxa"/>
            <w:tcMar>
              <w:top w:w="28" w:type="dxa"/>
              <w:left w:w="38" w:type="dxa"/>
              <w:bottom w:w="28" w:type="dxa"/>
              <w:right w:w="38" w:type="dxa"/>
            </w:tcMar>
            <w:vAlign w:val="center"/>
          </w:tcPr>
          <w:p w14:paraId="1B864702" w14:textId="77777777" w:rsidR="00D60D5E" w:rsidRDefault="00891EF0">
            <w:pPr>
              <w:spacing w:after="0" w:line="240" w:lineRule="auto"/>
            </w:pPr>
            <w:r>
              <w:rPr>
                <w:rFonts w:eastAsia="Aptos"/>
                <w:sz w:val="17"/>
              </w:rPr>
              <w:t>Budlight Bottles 12oz</w:t>
            </w:r>
          </w:p>
        </w:tc>
        <w:tc>
          <w:tcPr>
            <w:tcW w:w="630" w:type="dxa"/>
            <w:tcMar>
              <w:top w:w="28" w:type="dxa"/>
              <w:left w:w="38" w:type="dxa"/>
              <w:bottom w:w="28" w:type="dxa"/>
              <w:right w:w="38" w:type="dxa"/>
            </w:tcMar>
            <w:vAlign w:val="center"/>
          </w:tcPr>
          <w:p w14:paraId="095EC583" w14:textId="77777777" w:rsidR="00D60D5E" w:rsidRDefault="00891EF0">
            <w:pPr>
              <w:spacing w:after="0" w:line="240" w:lineRule="auto"/>
              <w:jc w:val="center"/>
            </w:pPr>
            <w:r>
              <w:rPr>
                <w:rFonts w:eastAsia="Aptos"/>
                <w:b/>
                <w:sz w:val="17"/>
              </w:rPr>
              <w:t>2.10</w:t>
            </w:r>
          </w:p>
        </w:tc>
        <w:tc>
          <w:tcPr>
            <w:tcW w:w="540" w:type="dxa"/>
            <w:tcMar>
              <w:top w:w="28" w:type="dxa"/>
              <w:left w:w="38" w:type="dxa"/>
              <w:bottom w:w="28" w:type="dxa"/>
              <w:right w:w="38" w:type="dxa"/>
            </w:tcMar>
            <w:vAlign w:val="center"/>
          </w:tcPr>
          <w:p w14:paraId="13CBE56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2C0D04" w14:textId="77777777" w:rsidR="00D60D5E" w:rsidRDefault="00D60D5E">
            <w:pPr>
              <w:jc w:val="center"/>
            </w:pPr>
          </w:p>
        </w:tc>
      </w:tr>
      <w:tr w:rsidR="00D60D5E" w14:paraId="095022D4" w14:textId="77777777" w:rsidTr="000617E0">
        <w:trPr>
          <w:cantSplit/>
          <w:jc w:val="center"/>
        </w:trPr>
        <w:tc>
          <w:tcPr>
            <w:tcW w:w="677" w:type="dxa"/>
            <w:tcMar>
              <w:top w:w="28" w:type="dxa"/>
              <w:left w:w="38" w:type="dxa"/>
              <w:bottom w:w="28" w:type="dxa"/>
              <w:right w:w="38" w:type="dxa"/>
            </w:tcMar>
            <w:vAlign w:val="center"/>
          </w:tcPr>
          <w:p w14:paraId="533A301B" w14:textId="77777777" w:rsidR="00D60D5E" w:rsidRDefault="00891EF0">
            <w:pPr>
              <w:spacing w:after="0" w:line="240" w:lineRule="auto"/>
              <w:jc w:val="center"/>
            </w:pPr>
            <w:r>
              <w:rPr>
                <w:rFonts w:eastAsia="Aptos"/>
                <w:color w:val="6A7075"/>
                <w:sz w:val="17"/>
              </w:rPr>
              <w:t>315-260</w:t>
            </w:r>
          </w:p>
        </w:tc>
        <w:tc>
          <w:tcPr>
            <w:tcW w:w="2648" w:type="dxa"/>
            <w:tcMar>
              <w:top w:w="28" w:type="dxa"/>
              <w:left w:w="38" w:type="dxa"/>
              <w:bottom w:w="28" w:type="dxa"/>
              <w:right w:w="38" w:type="dxa"/>
            </w:tcMar>
            <w:vAlign w:val="center"/>
          </w:tcPr>
          <w:p w14:paraId="7A546741" w14:textId="77777777" w:rsidR="00D60D5E" w:rsidRDefault="00891EF0">
            <w:pPr>
              <w:spacing w:after="0" w:line="240" w:lineRule="auto"/>
            </w:pPr>
            <w:r>
              <w:rPr>
                <w:rFonts w:eastAsia="Aptos"/>
                <w:sz w:val="17"/>
              </w:rPr>
              <w:t>Budlight Bottles 24/12oz</w:t>
            </w:r>
          </w:p>
        </w:tc>
        <w:tc>
          <w:tcPr>
            <w:tcW w:w="630" w:type="dxa"/>
            <w:tcMar>
              <w:top w:w="28" w:type="dxa"/>
              <w:left w:w="38" w:type="dxa"/>
              <w:bottom w:w="28" w:type="dxa"/>
              <w:right w:w="38" w:type="dxa"/>
            </w:tcMar>
            <w:vAlign w:val="center"/>
          </w:tcPr>
          <w:p w14:paraId="130A1497" w14:textId="77777777" w:rsidR="00D60D5E" w:rsidRDefault="00891EF0">
            <w:pPr>
              <w:spacing w:after="0" w:line="240" w:lineRule="auto"/>
              <w:jc w:val="center"/>
            </w:pPr>
            <w:r>
              <w:rPr>
                <w:rFonts w:eastAsia="Aptos"/>
                <w:b/>
                <w:sz w:val="17"/>
              </w:rPr>
              <w:t>45.99</w:t>
            </w:r>
          </w:p>
        </w:tc>
        <w:tc>
          <w:tcPr>
            <w:tcW w:w="540" w:type="dxa"/>
            <w:tcMar>
              <w:top w:w="28" w:type="dxa"/>
              <w:left w:w="38" w:type="dxa"/>
              <w:bottom w:w="28" w:type="dxa"/>
              <w:right w:w="38" w:type="dxa"/>
            </w:tcMar>
            <w:vAlign w:val="center"/>
          </w:tcPr>
          <w:p w14:paraId="04C48E98"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039F175E" w14:textId="77777777" w:rsidR="00D60D5E" w:rsidRDefault="00D60D5E">
            <w:pPr>
              <w:jc w:val="center"/>
            </w:pPr>
          </w:p>
        </w:tc>
      </w:tr>
      <w:tr w:rsidR="00D60D5E" w14:paraId="2F96AF2B" w14:textId="77777777" w:rsidTr="000617E0">
        <w:trPr>
          <w:cantSplit/>
          <w:jc w:val="center"/>
        </w:trPr>
        <w:tc>
          <w:tcPr>
            <w:tcW w:w="677" w:type="dxa"/>
            <w:tcMar>
              <w:top w:w="28" w:type="dxa"/>
              <w:left w:w="38" w:type="dxa"/>
              <w:bottom w:w="28" w:type="dxa"/>
              <w:right w:w="38" w:type="dxa"/>
            </w:tcMar>
            <w:vAlign w:val="center"/>
          </w:tcPr>
          <w:p w14:paraId="6254E2E6" w14:textId="77777777" w:rsidR="00D60D5E" w:rsidRDefault="00891EF0">
            <w:pPr>
              <w:spacing w:after="0" w:line="240" w:lineRule="auto"/>
              <w:jc w:val="center"/>
            </w:pPr>
            <w:r>
              <w:rPr>
                <w:rFonts w:eastAsia="Aptos"/>
                <w:color w:val="6A7075"/>
                <w:sz w:val="17"/>
              </w:rPr>
              <w:t>315-265</w:t>
            </w:r>
          </w:p>
        </w:tc>
        <w:tc>
          <w:tcPr>
            <w:tcW w:w="2648" w:type="dxa"/>
            <w:tcMar>
              <w:top w:w="28" w:type="dxa"/>
              <w:left w:w="38" w:type="dxa"/>
              <w:bottom w:w="28" w:type="dxa"/>
              <w:right w:w="38" w:type="dxa"/>
            </w:tcMar>
            <w:vAlign w:val="center"/>
          </w:tcPr>
          <w:p w14:paraId="6D91811F" w14:textId="77777777" w:rsidR="00D60D5E" w:rsidRDefault="00891EF0">
            <w:pPr>
              <w:spacing w:after="0" w:line="240" w:lineRule="auto"/>
            </w:pPr>
            <w:r>
              <w:rPr>
                <w:rFonts w:eastAsia="Aptos"/>
                <w:sz w:val="17"/>
              </w:rPr>
              <w:t>Budlight Cans 330ml</w:t>
            </w:r>
          </w:p>
        </w:tc>
        <w:tc>
          <w:tcPr>
            <w:tcW w:w="630" w:type="dxa"/>
            <w:tcMar>
              <w:top w:w="28" w:type="dxa"/>
              <w:left w:w="38" w:type="dxa"/>
              <w:bottom w:w="28" w:type="dxa"/>
              <w:right w:w="38" w:type="dxa"/>
            </w:tcMar>
            <w:vAlign w:val="center"/>
          </w:tcPr>
          <w:p w14:paraId="02136DDD"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3E6A64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9D1761" w14:textId="77777777" w:rsidR="00D60D5E" w:rsidRDefault="00D60D5E">
            <w:pPr>
              <w:jc w:val="center"/>
            </w:pPr>
          </w:p>
        </w:tc>
      </w:tr>
      <w:tr w:rsidR="00D60D5E" w14:paraId="3D84E35A" w14:textId="77777777" w:rsidTr="000617E0">
        <w:trPr>
          <w:cantSplit/>
          <w:jc w:val="center"/>
        </w:trPr>
        <w:tc>
          <w:tcPr>
            <w:tcW w:w="677" w:type="dxa"/>
            <w:tcMar>
              <w:top w:w="28" w:type="dxa"/>
              <w:left w:w="38" w:type="dxa"/>
              <w:bottom w:w="28" w:type="dxa"/>
              <w:right w:w="38" w:type="dxa"/>
            </w:tcMar>
            <w:vAlign w:val="center"/>
          </w:tcPr>
          <w:p w14:paraId="42CAD0AC" w14:textId="77777777" w:rsidR="00D60D5E" w:rsidRDefault="00891EF0">
            <w:pPr>
              <w:spacing w:after="0" w:line="240" w:lineRule="auto"/>
              <w:jc w:val="center"/>
            </w:pPr>
            <w:r>
              <w:rPr>
                <w:rFonts w:eastAsia="Aptos"/>
                <w:color w:val="6A7075"/>
                <w:sz w:val="17"/>
              </w:rPr>
              <w:t>315-270</w:t>
            </w:r>
          </w:p>
        </w:tc>
        <w:tc>
          <w:tcPr>
            <w:tcW w:w="2648" w:type="dxa"/>
            <w:tcMar>
              <w:top w:w="28" w:type="dxa"/>
              <w:left w:w="38" w:type="dxa"/>
              <w:bottom w:w="28" w:type="dxa"/>
              <w:right w:w="38" w:type="dxa"/>
            </w:tcMar>
            <w:vAlign w:val="center"/>
          </w:tcPr>
          <w:p w14:paraId="79B43E55" w14:textId="77777777" w:rsidR="00D60D5E" w:rsidRDefault="00891EF0">
            <w:pPr>
              <w:spacing w:after="0" w:line="240" w:lineRule="auto"/>
            </w:pPr>
            <w:r>
              <w:rPr>
                <w:rFonts w:eastAsia="Aptos"/>
                <w:sz w:val="17"/>
              </w:rPr>
              <w:t>Budlight Cans 24/330ml</w:t>
            </w:r>
          </w:p>
        </w:tc>
        <w:tc>
          <w:tcPr>
            <w:tcW w:w="630" w:type="dxa"/>
            <w:tcMar>
              <w:top w:w="28" w:type="dxa"/>
              <w:left w:w="38" w:type="dxa"/>
              <w:bottom w:w="28" w:type="dxa"/>
              <w:right w:w="38" w:type="dxa"/>
            </w:tcMar>
            <w:vAlign w:val="center"/>
          </w:tcPr>
          <w:p w14:paraId="12C839A5" w14:textId="77777777" w:rsidR="00D60D5E" w:rsidRDefault="00891EF0">
            <w:pPr>
              <w:spacing w:after="0" w:line="240" w:lineRule="auto"/>
              <w:jc w:val="center"/>
            </w:pPr>
            <w:r>
              <w:rPr>
                <w:rFonts w:eastAsia="Aptos"/>
                <w:b/>
                <w:sz w:val="17"/>
              </w:rPr>
              <w:t>36.80</w:t>
            </w:r>
          </w:p>
        </w:tc>
        <w:tc>
          <w:tcPr>
            <w:tcW w:w="540" w:type="dxa"/>
            <w:tcMar>
              <w:top w:w="28" w:type="dxa"/>
              <w:left w:w="38" w:type="dxa"/>
              <w:bottom w:w="28" w:type="dxa"/>
              <w:right w:w="38" w:type="dxa"/>
            </w:tcMar>
            <w:vAlign w:val="center"/>
          </w:tcPr>
          <w:p w14:paraId="26581EAC"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D9D7B03" w14:textId="77777777" w:rsidR="00D60D5E" w:rsidRDefault="00D60D5E">
            <w:pPr>
              <w:jc w:val="center"/>
            </w:pPr>
          </w:p>
        </w:tc>
      </w:tr>
      <w:tr w:rsidR="00D60D5E" w14:paraId="1290E6D5" w14:textId="77777777" w:rsidTr="000617E0">
        <w:trPr>
          <w:cantSplit/>
          <w:jc w:val="center"/>
        </w:trPr>
        <w:tc>
          <w:tcPr>
            <w:tcW w:w="677" w:type="dxa"/>
            <w:tcMar>
              <w:top w:w="28" w:type="dxa"/>
              <w:left w:w="38" w:type="dxa"/>
              <w:bottom w:w="28" w:type="dxa"/>
              <w:right w:w="38" w:type="dxa"/>
            </w:tcMar>
            <w:vAlign w:val="center"/>
          </w:tcPr>
          <w:p w14:paraId="2E12D58E" w14:textId="77777777" w:rsidR="00D60D5E" w:rsidRDefault="00891EF0">
            <w:pPr>
              <w:spacing w:after="0" w:line="240" w:lineRule="auto"/>
              <w:jc w:val="center"/>
            </w:pPr>
            <w:r>
              <w:rPr>
                <w:rFonts w:eastAsia="Aptos"/>
                <w:color w:val="6A7075"/>
                <w:sz w:val="17"/>
              </w:rPr>
              <w:t>315-275</w:t>
            </w:r>
          </w:p>
        </w:tc>
        <w:tc>
          <w:tcPr>
            <w:tcW w:w="2648" w:type="dxa"/>
            <w:tcMar>
              <w:top w:w="28" w:type="dxa"/>
              <w:left w:w="38" w:type="dxa"/>
              <w:bottom w:w="28" w:type="dxa"/>
              <w:right w:w="38" w:type="dxa"/>
            </w:tcMar>
            <w:vAlign w:val="center"/>
          </w:tcPr>
          <w:p w14:paraId="2397649B" w14:textId="77777777" w:rsidR="00D60D5E" w:rsidRDefault="00891EF0">
            <w:pPr>
              <w:spacing w:after="0" w:line="240" w:lineRule="auto"/>
            </w:pPr>
            <w:r>
              <w:rPr>
                <w:rFonts w:eastAsia="Aptos"/>
                <w:sz w:val="17"/>
              </w:rPr>
              <w:t>Busch Light Cans 12 oz</w:t>
            </w:r>
          </w:p>
        </w:tc>
        <w:tc>
          <w:tcPr>
            <w:tcW w:w="630" w:type="dxa"/>
            <w:tcMar>
              <w:top w:w="28" w:type="dxa"/>
              <w:left w:w="38" w:type="dxa"/>
              <w:bottom w:w="28" w:type="dxa"/>
              <w:right w:w="38" w:type="dxa"/>
            </w:tcMar>
            <w:vAlign w:val="center"/>
          </w:tcPr>
          <w:p w14:paraId="01FB54BF" w14:textId="77777777" w:rsidR="00D60D5E" w:rsidRDefault="00891EF0">
            <w:pPr>
              <w:spacing w:after="0" w:line="240" w:lineRule="auto"/>
              <w:jc w:val="center"/>
            </w:pPr>
            <w:r>
              <w:rPr>
                <w:rFonts w:eastAsia="Aptos"/>
                <w:b/>
                <w:sz w:val="17"/>
              </w:rPr>
              <w:t>1.79</w:t>
            </w:r>
          </w:p>
        </w:tc>
        <w:tc>
          <w:tcPr>
            <w:tcW w:w="540" w:type="dxa"/>
            <w:tcMar>
              <w:top w:w="28" w:type="dxa"/>
              <w:left w:w="38" w:type="dxa"/>
              <w:bottom w:w="28" w:type="dxa"/>
              <w:right w:w="38" w:type="dxa"/>
            </w:tcMar>
            <w:vAlign w:val="center"/>
          </w:tcPr>
          <w:p w14:paraId="21EECCF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3A3F07" w14:textId="77777777" w:rsidR="00D60D5E" w:rsidRDefault="00D60D5E">
            <w:pPr>
              <w:jc w:val="center"/>
            </w:pPr>
          </w:p>
        </w:tc>
      </w:tr>
      <w:tr w:rsidR="00D60D5E" w14:paraId="4A5B4F84" w14:textId="77777777" w:rsidTr="000617E0">
        <w:trPr>
          <w:cantSplit/>
          <w:jc w:val="center"/>
        </w:trPr>
        <w:tc>
          <w:tcPr>
            <w:tcW w:w="677" w:type="dxa"/>
            <w:tcMar>
              <w:top w:w="28" w:type="dxa"/>
              <w:left w:w="38" w:type="dxa"/>
              <w:bottom w:w="28" w:type="dxa"/>
              <w:right w:w="38" w:type="dxa"/>
            </w:tcMar>
            <w:vAlign w:val="center"/>
          </w:tcPr>
          <w:p w14:paraId="5BF43372" w14:textId="77777777" w:rsidR="00D60D5E" w:rsidRDefault="00891EF0">
            <w:pPr>
              <w:spacing w:after="0" w:line="240" w:lineRule="auto"/>
              <w:jc w:val="center"/>
            </w:pPr>
            <w:r>
              <w:rPr>
                <w:rFonts w:eastAsia="Aptos"/>
                <w:color w:val="6A7075"/>
                <w:sz w:val="17"/>
              </w:rPr>
              <w:t>315-280</w:t>
            </w:r>
          </w:p>
        </w:tc>
        <w:tc>
          <w:tcPr>
            <w:tcW w:w="2648" w:type="dxa"/>
            <w:tcMar>
              <w:top w:w="28" w:type="dxa"/>
              <w:left w:w="38" w:type="dxa"/>
              <w:bottom w:w="28" w:type="dxa"/>
              <w:right w:w="38" w:type="dxa"/>
            </w:tcMar>
            <w:vAlign w:val="center"/>
          </w:tcPr>
          <w:p w14:paraId="426693DA" w14:textId="77777777" w:rsidR="00D60D5E" w:rsidRDefault="00891EF0">
            <w:pPr>
              <w:spacing w:after="0" w:line="240" w:lineRule="auto"/>
            </w:pPr>
            <w:r>
              <w:rPr>
                <w:rFonts w:eastAsia="Aptos"/>
                <w:sz w:val="17"/>
              </w:rPr>
              <w:t>Busch Light Cans 24/12 oz</w:t>
            </w:r>
          </w:p>
        </w:tc>
        <w:tc>
          <w:tcPr>
            <w:tcW w:w="630" w:type="dxa"/>
            <w:tcMar>
              <w:top w:w="28" w:type="dxa"/>
              <w:left w:w="38" w:type="dxa"/>
              <w:bottom w:w="28" w:type="dxa"/>
              <w:right w:w="38" w:type="dxa"/>
            </w:tcMar>
            <w:vAlign w:val="center"/>
          </w:tcPr>
          <w:p w14:paraId="7442DA33" w14:textId="77777777" w:rsidR="00D60D5E" w:rsidRDefault="00891EF0">
            <w:pPr>
              <w:spacing w:after="0" w:line="240" w:lineRule="auto"/>
              <w:jc w:val="center"/>
            </w:pPr>
            <w:r>
              <w:rPr>
                <w:rFonts w:eastAsia="Aptos"/>
                <w:b/>
                <w:sz w:val="17"/>
              </w:rPr>
              <w:t>39.59</w:t>
            </w:r>
          </w:p>
        </w:tc>
        <w:tc>
          <w:tcPr>
            <w:tcW w:w="540" w:type="dxa"/>
            <w:tcMar>
              <w:top w:w="28" w:type="dxa"/>
              <w:left w:w="38" w:type="dxa"/>
              <w:bottom w:w="28" w:type="dxa"/>
              <w:right w:w="38" w:type="dxa"/>
            </w:tcMar>
            <w:vAlign w:val="center"/>
          </w:tcPr>
          <w:p w14:paraId="43B9C5B9"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8E312F6" w14:textId="77777777" w:rsidR="00D60D5E" w:rsidRDefault="00D60D5E">
            <w:pPr>
              <w:jc w:val="center"/>
            </w:pPr>
          </w:p>
        </w:tc>
      </w:tr>
      <w:tr w:rsidR="00D60D5E" w14:paraId="04BBD3ED" w14:textId="77777777" w:rsidTr="000617E0">
        <w:trPr>
          <w:cantSplit/>
          <w:jc w:val="center"/>
        </w:trPr>
        <w:tc>
          <w:tcPr>
            <w:tcW w:w="677" w:type="dxa"/>
            <w:tcMar>
              <w:top w:w="28" w:type="dxa"/>
              <w:left w:w="38" w:type="dxa"/>
              <w:bottom w:w="28" w:type="dxa"/>
              <w:right w:w="38" w:type="dxa"/>
            </w:tcMar>
            <w:vAlign w:val="center"/>
          </w:tcPr>
          <w:p w14:paraId="2C06673A" w14:textId="77777777" w:rsidR="00D60D5E" w:rsidRDefault="00891EF0">
            <w:pPr>
              <w:spacing w:after="0" w:line="240" w:lineRule="auto"/>
              <w:jc w:val="center"/>
            </w:pPr>
            <w:r>
              <w:rPr>
                <w:rFonts w:eastAsia="Aptos"/>
                <w:color w:val="6A7075"/>
                <w:sz w:val="17"/>
              </w:rPr>
              <w:t>315-285</w:t>
            </w:r>
          </w:p>
        </w:tc>
        <w:tc>
          <w:tcPr>
            <w:tcW w:w="2648" w:type="dxa"/>
            <w:tcMar>
              <w:top w:w="28" w:type="dxa"/>
              <w:left w:w="38" w:type="dxa"/>
              <w:bottom w:w="28" w:type="dxa"/>
              <w:right w:w="38" w:type="dxa"/>
            </w:tcMar>
            <w:vAlign w:val="center"/>
          </w:tcPr>
          <w:p w14:paraId="0CB2E19B" w14:textId="77777777" w:rsidR="00D60D5E" w:rsidRDefault="00891EF0">
            <w:pPr>
              <w:spacing w:after="0" w:line="240" w:lineRule="auto"/>
            </w:pPr>
            <w:r>
              <w:rPr>
                <w:rFonts w:eastAsia="Aptos"/>
                <w:sz w:val="17"/>
              </w:rPr>
              <w:t>Schaefer 330ml</w:t>
            </w:r>
          </w:p>
        </w:tc>
        <w:tc>
          <w:tcPr>
            <w:tcW w:w="630" w:type="dxa"/>
            <w:tcMar>
              <w:top w:w="28" w:type="dxa"/>
              <w:left w:w="38" w:type="dxa"/>
              <w:bottom w:w="28" w:type="dxa"/>
              <w:right w:w="38" w:type="dxa"/>
            </w:tcMar>
            <w:vAlign w:val="center"/>
          </w:tcPr>
          <w:p w14:paraId="4585C05D"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37318D7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30C2A35" w14:textId="77777777" w:rsidR="00D60D5E" w:rsidRDefault="00D60D5E">
            <w:pPr>
              <w:jc w:val="center"/>
            </w:pPr>
          </w:p>
        </w:tc>
      </w:tr>
      <w:tr w:rsidR="00D60D5E" w14:paraId="0B574DD6" w14:textId="77777777" w:rsidTr="000617E0">
        <w:trPr>
          <w:cantSplit/>
          <w:jc w:val="center"/>
        </w:trPr>
        <w:tc>
          <w:tcPr>
            <w:tcW w:w="677" w:type="dxa"/>
            <w:tcMar>
              <w:top w:w="28" w:type="dxa"/>
              <w:left w:w="38" w:type="dxa"/>
              <w:bottom w:w="28" w:type="dxa"/>
              <w:right w:w="38" w:type="dxa"/>
            </w:tcMar>
            <w:vAlign w:val="center"/>
          </w:tcPr>
          <w:p w14:paraId="34BDE612" w14:textId="77777777" w:rsidR="00D60D5E" w:rsidRDefault="00891EF0">
            <w:pPr>
              <w:spacing w:after="0" w:line="240" w:lineRule="auto"/>
              <w:jc w:val="center"/>
            </w:pPr>
            <w:r>
              <w:rPr>
                <w:rFonts w:eastAsia="Aptos"/>
                <w:color w:val="6A7075"/>
                <w:sz w:val="17"/>
              </w:rPr>
              <w:t>315-290</w:t>
            </w:r>
          </w:p>
        </w:tc>
        <w:tc>
          <w:tcPr>
            <w:tcW w:w="2648" w:type="dxa"/>
            <w:tcMar>
              <w:top w:w="28" w:type="dxa"/>
              <w:left w:w="38" w:type="dxa"/>
              <w:bottom w:w="28" w:type="dxa"/>
              <w:right w:w="38" w:type="dxa"/>
            </w:tcMar>
            <w:vAlign w:val="center"/>
          </w:tcPr>
          <w:p w14:paraId="74300922" w14:textId="77777777" w:rsidR="00D60D5E" w:rsidRDefault="00891EF0">
            <w:pPr>
              <w:spacing w:after="0" w:line="240" w:lineRule="auto"/>
            </w:pPr>
            <w:r>
              <w:rPr>
                <w:rFonts w:eastAsia="Aptos"/>
                <w:sz w:val="17"/>
              </w:rPr>
              <w:t>Schaefer Cans 24/330ml</w:t>
            </w:r>
          </w:p>
        </w:tc>
        <w:tc>
          <w:tcPr>
            <w:tcW w:w="630" w:type="dxa"/>
            <w:tcMar>
              <w:top w:w="28" w:type="dxa"/>
              <w:left w:w="38" w:type="dxa"/>
              <w:bottom w:w="28" w:type="dxa"/>
              <w:right w:w="38" w:type="dxa"/>
            </w:tcMar>
            <w:vAlign w:val="center"/>
          </w:tcPr>
          <w:p w14:paraId="71DB4EAE" w14:textId="77777777" w:rsidR="00D60D5E" w:rsidRDefault="00891EF0">
            <w:pPr>
              <w:spacing w:after="0" w:line="240" w:lineRule="auto"/>
              <w:jc w:val="center"/>
            </w:pPr>
            <w:r>
              <w:rPr>
                <w:rFonts w:eastAsia="Aptos"/>
                <w:b/>
                <w:sz w:val="17"/>
              </w:rPr>
              <w:t>40.99</w:t>
            </w:r>
          </w:p>
        </w:tc>
        <w:tc>
          <w:tcPr>
            <w:tcW w:w="540" w:type="dxa"/>
            <w:tcMar>
              <w:top w:w="28" w:type="dxa"/>
              <w:left w:w="38" w:type="dxa"/>
              <w:bottom w:w="28" w:type="dxa"/>
              <w:right w:w="38" w:type="dxa"/>
            </w:tcMar>
            <w:vAlign w:val="center"/>
          </w:tcPr>
          <w:p w14:paraId="05664C0C"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0800BF3" w14:textId="77777777" w:rsidR="00D60D5E" w:rsidRDefault="00D60D5E">
            <w:pPr>
              <w:jc w:val="center"/>
            </w:pPr>
          </w:p>
        </w:tc>
      </w:tr>
      <w:tr w:rsidR="00D60D5E" w14:paraId="2354B64E" w14:textId="77777777" w:rsidTr="000617E0">
        <w:trPr>
          <w:cantSplit/>
          <w:jc w:val="center"/>
        </w:trPr>
        <w:tc>
          <w:tcPr>
            <w:tcW w:w="677" w:type="dxa"/>
            <w:tcMar>
              <w:top w:w="28" w:type="dxa"/>
              <w:left w:w="38" w:type="dxa"/>
              <w:bottom w:w="28" w:type="dxa"/>
              <w:right w:w="38" w:type="dxa"/>
            </w:tcMar>
            <w:vAlign w:val="center"/>
          </w:tcPr>
          <w:p w14:paraId="2F51B514" w14:textId="77777777" w:rsidR="00D60D5E" w:rsidRDefault="00891EF0">
            <w:pPr>
              <w:spacing w:after="0" w:line="240" w:lineRule="auto"/>
              <w:jc w:val="center"/>
            </w:pPr>
            <w:r>
              <w:rPr>
                <w:rFonts w:eastAsia="Aptos"/>
                <w:color w:val="6A7075"/>
                <w:sz w:val="17"/>
              </w:rPr>
              <w:t>315-295</w:t>
            </w:r>
          </w:p>
        </w:tc>
        <w:tc>
          <w:tcPr>
            <w:tcW w:w="2648" w:type="dxa"/>
            <w:tcMar>
              <w:top w:w="28" w:type="dxa"/>
              <w:left w:w="38" w:type="dxa"/>
              <w:bottom w:w="28" w:type="dxa"/>
              <w:right w:w="38" w:type="dxa"/>
            </w:tcMar>
            <w:vAlign w:val="center"/>
          </w:tcPr>
          <w:p w14:paraId="6C9C8BCA" w14:textId="77777777" w:rsidR="00D60D5E" w:rsidRDefault="00891EF0">
            <w:pPr>
              <w:spacing w:after="0" w:line="240" w:lineRule="auto"/>
            </w:pPr>
            <w:r>
              <w:rPr>
                <w:rFonts w:eastAsia="Aptos"/>
                <w:sz w:val="17"/>
              </w:rPr>
              <w:t>Angry Orchard Hard Cider(Crisp Apple) 12 oz</w:t>
            </w:r>
          </w:p>
        </w:tc>
        <w:tc>
          <w:tcPr>
            <w:tcW w:w="630" w:type="dxa"/>
            <w:tcMar>
              <w:top w:w="28" w:type="dxa"/>
              <w:left w:w="38" w:type="dxa"/>
              <w:bottom w:w="28" w:type="dxa"/>
              <w:right w:w="38" w:type="dxa"/>
            </w:tcMar>
            <w:vAlign w:val="center"/>
          </w:tcPr>
          <w:p w14:paraId="4CABC82E" w14:textId="77777777" w:rsidR="00D60D5E" w:rsidRDefault="00891EF0">
            <w:pPr>
              <w:spacing w:after="0" w:line="240" w:lineRule="auto"/>
              <w:jc w:val="center"/>
            </w:pPr>
            <w:r>
              <w:rPr>
                <w:rFonts w:eastAsia="Aptos"/>
                <w:b/>
                <w:sz w:val="17"/>
              </w:rPr>
              <w:t>2.39</w:t>
            </w:r>
          </w:p>
        </w:tc>
        <w:tc>
          <w:tcPr>
            <w:tcW w:w="540" w:type="dxa"/>
            <w:tcMar>
              <w:top w:w="28" w:type="dxa"/>
              <w:left w:w="38" w:type="dxa"/>
              <w:bottom w:w="28" w:type="dxa"/>
              <w:right w:w="38" w:type="dxa"/>
            </w:tcMar>
            <w:vAlign w:val="center"/>
          </w:tcPr>
          <w:p w14:paraId="752B7A0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F55F46" w14:textId="77777777" w:rsidR="00D60D5E" w:rsidRDefault="00D60D5E">
            <w:pPr>
              <w:jc w:val="center"/>
            </w:pPr>
          </w:p>
        </w:tc>
      </w:tr>
      <w:tr w:rsidR="00D60D5E" w14:paraId="2B651ED9" w14:textId="77777777" w:rsidTr="000617E0">
        <w:trPr>
          <w:cantSplit/>
          <w:jc w:val="center"/>
        </w:trPr>
        <w:tc>
          <w:tcPr>
            <w:tcW w:w="677" w:type="dxa"/>
            <w:tcMar>
              <w:top w:w="28" w:type="dxa"/>
              <w:left w:w="38" w:type="dxa"/>
              <w:bottom w:w="28" w:type="dxa"/>
              <w:right w:w="38" w:type="dxa"/>
            </w:tcMar>
            <w:vAlign w:val="center"/>
          </w:tcPr>
          <w:p w14:paraId="03E298D2" w14:textId="77777777" w:rsidR="00D60D5E" w:rsidRDefault="00891EF0">
            <w:pPr>
              <w:spacing w:after="0" w:line="240" w:lineRule="auto"/>
              <w:jc w:val="center"/>
            </w:pPr>
            <w:r>
              <w:rPr>
                <w:rFonts w:eastAsia="Aptos"/>
                <w:color w:val="6A7075"/>
                <w:sz w:val="17"/>
              </w:rPr>
              <w:t>315-300</w:t>
            </w:r>
          </w:p>
        </w:tc>
        <w:tc>
          <w:tcPr>
            <w:tcW w:w="2648" w:type="dxa"/>
            <w:tcMar>
              <w:top w:w="28" w:type="dxa"/>
              <w:left w:w="38" w:type="dxa"/>
              <w:bottom w:w="28" w:type="dxa"/>
              <w:right w:w="38" w:type="dxa"/>
            </w:tcMar>
            <w:vAlign w:val="center"/>
          </w:tcPr>
          <w:p w14:paraId="270D5288" w14:textId="77777777" w:rsidR="00D60D5E" w:rsidRDefault="00891EF0">
            <w:pPr>
              <w:spacing w:after="0" w:line="240" w:lineRule="auto"/>
            </w:pPr>
            <w:r>
              <w:rPr>
                <w:rFonts w:eastAsia="Aptos"/>
                <w:sz w:val="17"/>
              </w:rPr>
              <w:t>Angry Orchard Hard Cider(Crisp Apple) 24/12 oz</w:t>
            </w:r>
          </w:p>
        </w:tc>
        <w:tc>
          <w:tcPr>
            <w:tcW w:w="630" w:type="dxa"/>
            <w:tcMar>
              <w:top w:w="28" w:type="dxa"/>
              <w:left w:w="38" w:type="dxa"/>
              <w:bottom w:w="28" w:type="dxa"/>
              <w:right w:w="38" w:type="dxa"/>
            </w:tcMar>
            <w:vAlign w:val="center"/>
          </w:tcPr>
          <w:p w14:paraId="4524059F" w14:textId="77777777" w:rsidR="00D60D5E" w:rsidRDefault="00891EF0">
            <w:pPr>
              <w:spacing w:after="0" w:line="240" w:lineRule="auto"/>
              <w:jc w:val="center"/>
            </w:pPr>
            <w:r>
              <w:rPr>
                <w:rFonts w:eastAsia="Aptos"/>
                <w:b/>
                <w:sz w:val="17"/>
              </w:rPr>
              <w:t>55.30</w:t>
            </w:r>
          </w:p>
        </w:tc>
        <w:tc>
          <w:tcPr>
            <w:tcW w:w="540" w:type="dxa"/>
            <w:tcMar>
              <w:top w:w="28" w:type="dxa"/>
              <w:left w:w="38" w:type="dxa"/>
              <w:bottom w:w="28" w:type="dxa"/>
              <w:right w:w="38" w:type="dxa"/>
            </w:tcMar>
            <w:vAlign w:val="center"/>
          </w:tcPr>
          <w:p w14:paraId="11F872EA"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035D3FCC" w14:textId="77777777" w:rsidR="00D60D5E" w:rsidRDefault="00D60D5E">
            <w:pPr>
              <w:jc w:val="center"/>
            </w:pPr>
          </w:p>
        </w:tc>
      </w:tr>
      <w:tr w:rsidR="00D60D5E" w14:paraId="37124AD1" w14:textId="77777777" w:rsidTr="000617E0">
        <w:trPr>
          <w:cantSplit/>
          <w:jc w:val="center"/>
        </w:trPr>
        <w:tc>
          <w:tcPr>
            <w:tcW w:w="677" w:type="dxa"/>
            <w:tcMar>
              <w:top w:w="28" w:type="dxa"/>
              <w:left w:w="38" w:type="dxa"/>
              <w:bottom w:w="28" w:type="dxa"/>
              <w:right w:w="38" w:type="dxa"/>
            </w:tcMar>
            <w:vAlign w:val="center"/>
          </w:tcPr>
          <w:p w14:paraId="615D24FA" w14:textId="77777777" w:rsidR="00D60D5E" w:rsidRDefault="00891EF0">
            <w:pPr>
              <w:spacing w:after="0" w:line="240" w:lineRule="auto"/>
              <w:jc w:val="center"/>
            </w:pPr>
            <w:r>
              <w:rPr>
                <w:rFonts w:eastAsia="Aptos"/>
                <w:color w:val="6A7075"/>
                <w:sz w:val="17"/>
              </w:rPr>
              <w:t>315-305</w:t>
            </w:r>
          </w:p>
        </w:tc>
        <w:tc>
          <w:tcPr>
            <w:tcW w:w="2648" w:type="dxa"/>
            <w:tcMar>
              <w:top w:w="28" w:type="dxa"/>
              <w:left w:w="38" w:type="dxa"/>
              <w:bottom w:w="28" w:type="dxa"/>
              <w:right w:w="38" w:type="dxa"/>
            </w:tcMar>
            <w:vAlign w:val="center"/>
          </w:tcPr>
          <w:p w14:paraId="4D6062DC" w14:textId="77777777" w:rsidR="00D60D5E" w:rsidRDefault="00891EF0">
            <w:pPr>
              <w:spacing w:after="0" w:line="240" w:lineRule="auto"/>
            </w:pPr>
            <w:r>
              <w:rPr>
                <w:rFonts w:eastAsia="Aptos"/>
                <w:sz w:val="17"/>
              </w:rPr>
              <w:t>Corona Cero Bottles 12 oz *NEW*</w:t>
            </w:r>
          </w:p>
        </w:tc>
        <w:tc>
          <w:tcPr>
            <w:tcW w:w="630" w:type="dxa"/>
            <w:tcMar>
              <w:top w:w="28" w:type="dxa"/>
              <w:left w:w="38" w:type="dxa"/>
              <w:bottom w:w="28" w:type="dxa"/>
              <w:right w:w="38" w:type="dxa"/>
            </w:tcMar>
            <w:vAlign w:val="center"/>
          </w:tcPr>
          <w:p w14:paraId="05BD7C2D" w14:textId="77777777" w:rsidR="00D60D5E" w:rsidRDefault="00891EF0">
            <w:pPr>
              <w:spacing w:after="0" w:line="240" w:lineRule="auto"/>
              <w:jc w:val="center"/>
            </w:pPr>
            <w:r>
              <w:rPr>
                <w:rFonts w:eastAsia="Aptos"/>
                <w:b/>
                <w:sz w:val="17"/>
              </w:rPr>
              <w:t>2.45</w:t>
            </w:r>
          </w:p>
        </w:tc>
        <w:tc>
          <w:tcPr>
            <w:tcW w:w="540" w:type="dxa"/>
            <w:tcMar>
              <w:top w:w="28" w:type="dxa"/>
              <w:left w:w="38" w:type="dxa"/>
              <w:bottom w:w="28" w:type="dxa"/>
              <w:right w:w="38" w:type="dxa"/>
            </w:tcMar>
            <w:vAlign w:val="center"/>
          </w:tcPr>
          <w:p w14:paraId="51516D3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D6B609" w14:textId="77777777" w:rsidR="00D60D5E" w:rsidRDefault="00D60D5E">
            <w:pPr>
              <w:jc w:val="center"/>
            </w:pPr>
          </w:p>
        </w:tc>
      </w:tr>
      <w:tr w:rsidR="00D60D5E" w14:paraId="7F40A701" w14:textId="77777777" w:rsidTr="000617E0">
        <w:trPr>
          <w:cantSplit/>
          <w:jc w:val="center"/>
        </w:trPr>
        <w:tc>
          <w:tcPr>
            <w:tcW w:w="677" w:type="dxa"/>
            <w:tcMar>
              <w:top w:w="28" w:type="dxa"/>
              <w:left w:w="38" w:type="dxa"/>
              <w:bottom w:w="28" w:type="dxa"/>
              <w:right w:w="38" w:type="dxa"/>
            </w:tcMar>
            <w:vAlign w:val="center"/>
          </w:tcPr>
          <w:p w14:paraId="53CCFBB5" w14:textId="77777777" w:rsidR="00D60D5E" w:rsidRDefault="00891EF0">
            <w:pPr>
              <w:spacing w:after="0" w:line="240" w:lineRule="auto"/>
              <w:jc w:val="center"/>
            </w:pPr>
            <w:r>
              <w:rPr>
                <w:rFonts w:eastAsia="Aptos"/>
                <w:color w:val="6A7075"/>
                <w:sz w:val="17"/>
              </w:rPr>
              <w:t>315-310</w:t>
            </w:r>
          </w:p>
        </w:tc>
        <w:tc>
          <w:tcPr>
            <w:tcW w:w="2648" w:type="dxa"/>
            <w:tcMar>
              <w:top w:w="28" w:type="dxa"/>
              <w:left w:w="38" w:type="dxa"/>
              <w:bottom w:w="28" w:type="dxa"/>
              <w:right w:w="38" w:type="dxa"/>
            </w:tcMar>
            <w:vAlign w:val="center"/>
          </w:tcPr>
          <w:p w14:paraId="79E1290A" w14:textId="77777777" w:rsidR="00D60D5E" w:rsidRDefault="00891EF0">
            <w:pPr>
              <w:spacing w:after="0" w:line="240" w:lineRule="auto"/>
            </w:pPr>
            <w:r>
              <w:rPr>
                <w:rFonts w:eastAsia="Aptos"/>
                <w:sz w:val="17"/>
              </w:rPr>
              <w:t>Corona Cero Bottles 24/12 oz *NEW*</w:t>
            </w:r>
          </w:p>
        </w:tc>
        <w:tc>
          <w:tcPr>
            <w:tcW w:w="630" w:type="dxa"/>
            <w:tcMar>
              <w:top w:w="28" w:type="dxa"/>
              <w:left w:w="38" w:type="dxa"/>
              <w:bottom w:w="28" w:type="dxa"/>
              <w:right w:w="38" w:type="dxa"/>
            </w:tcMar>
            <w:vAlign w:val="center"/>
          </w:tcPr>
          <w:p w14:paraId="4DF0601D" w14:textId="77777777" w:rsidR="00D60D5E" w:rsidRDefault="00891EF0">
            <w:pPr>
              <w:spacing w:after="0" w:line="240" w:lineRule="auto"/>
              <w:jc w:val="center"/>
            </w:pPr>
            <w:r>
              <w:rPr>
                <w:rFonts w:eastAsia="Aptos"/>
                <w:b/>
                <w:sz w:val="17"/>
              </w:rPr>
              <w:t>52.99</w:t>
            </w:r>
          </w:p>
        </w:tc>
        <w:tc>
          <w:tcPr>
            <w:tcW w:w="540" w:type="dxa"/>
            <w:tcMar>
              <w:top w:w="28" w:type="dxa"/>
              <w:left w:w="38" w:type="dxa"/>
              <w:bottom w:w="28" w:type="dxa"/>
              <w:right w:w="38" w:type="dxa"/>
            </w:tcMar>
            <w:vAlign w:val="center"/>
          </w:tcPr>
          <w:p w14:paraId="19A41F90"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85BA7C9" w14:textId="77777777" w:rsidR="00D60D5E" w:rsidRDefault="00D60D5E">
            <w:pPr>
              <w:jc w:val="center"/>
            </w:pPr>
          </w:p>
        </w:tc>
      </w:tr>
      <w:tr w:rsidR="00D60D5E" w14:paraId="44459F6C" w14:textId="77777777" w:rsidTr="000617E0">
        <w:trPr>
          <w:cantSplit/>
          <w:jc w:val="center"/>
        </w:trPr>
        <w:tc>
          <w:tcPr>
            <w:tcW w:w="677" w:type="dxa"/>
            <w:tcMar>
              <w:top w:w="28" w:type="dxa"/>
              <w:left w:w="38" w:type="dxa"/>
              <w:bottom w:w="28" w:type="dxa"/>
              <w:right w:w="38" w:type="dxa"/>
            </w:tcMar>
            <w:vAlign w:val="center"/>
          </w:tcPr>
          <w:p w14:paraId="6E53BB29" w14:textId="77777777" w:rsidR="00D60D5E" w:rsidRDefault="00891EF0">
            <w:pPr>
              <w:spacing w:after="0" w:line="240" w:lineRule="auto"/>
              <w:jc w:val="center"/>
            </w:pPr>
            <w:r>
              <w:rPr>
                <w:rFonts w:eastAsia="Aptos"/>
                <w:color w:val="6A7075"/>
                <w:sz w:val="17"/>
              </w:rPr>
              <w:t>315-315</w:t>
            </w:r>
          </w:p>
        </w:tc>
        <w:tc>
          <w:tcPr>
            <w:tcW w:w="2648" w:type="dxa"/>
            <w:tcMar>
              <w:top w:w="28" w:type="dxa"/>
              <w:left w:w="38" w:type="dxa"/>
              <w:bottom w:w="28" w:type="dxa"/>
              <w:right w:w="38" w:type="dxa"/>
            </w:tcMar>
            <w:vAlign w:val="center"/>
          </w:tcPr>
          <w:p w14:paraId="1D400005" w14:textId="77777777" w:rsidR="00D60D5E" w:rsidRDefault="00891EF0">
            <w:pPr>
              <w:spacing w:after="0" w:line="240" w:lineRule="auto"/>
            </w:pPr>
            <w:r>
              <w:rPr>
                <w:rFonts w:eastAsia="Aptos"/>
                <w:sz w:val="17"/>
              </w:rPr>
              <w:t>Modelo Bottle 12 oz</w:t>
            </w:r>
          </w:p>
        </w:tc>
        <w:tc>
          <w:tcPr>
            <w:tcW w:w="630" w:type="dxa"/>
            <w:tcMar>
              <w:top w:w="28" w:type="dxa"/>
              <w:left w:w="38" w:type="dxa"/>
              <w:bottom w:w="28" w:type="dxa"/>
              <w:right w:w="38" w:type="dxa"/>
            </w:tcMar>
            <w:vAlign w:val="center"/>
          </w:tcPr>
          <w:p w14:paraId="3B4D777D"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25EDCE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1E9BA4" w14:textId="77777777" w:rsidR="00D60D5E" w:rsidRDefault="00D60D5E">
            <w:pPr>
              <w:jc w:val="center"/>
            </w:pPr>
          </w:p>
        </w:tc>
      </w:tr>
      <w:tr w:rsidR="00D60D5E" w14:paraId="16F1E2EC" w14:textId="77777777" w:rsidTr="000617E0">
        <w:trPr>
          <w:cantSplit/>
          <w:jc w:val="center"/>
        </w:trPr>
        <w:tc>
          <w:tcPr>
            <w:tcW w:w="677" w:type="dxa"/>
            <w:tcMar>
              <w:top w:w="28" w:type="dxa"/>
              <w:left w:w="38" w:type="dxa"/>
              <w:bottom w:w="28" w:type="dxa"/>
              <w:right w:w="38" w:type="dxa"/>
            </w:tcMar>
            <w:vAlign w:val="center"/>
          </w:tcPr>
          <w:p w14:paraId="3E01B898" w14:textId="77777777" w:rsidR="00D60D5E" w:rsidRDefault="00891EF0">
            <w:pPr>
              <w:spacing w:after="0" w:line="240" w:lineRule="auto"/>
              <w:jc w:val="center"/>
            </w:pPr>
            <w:r>
              <w:rPr>
                <w:rFonts w:eastAsia="Aptos"/>
                <w:color w:val="6A7075"/>
                <w:sz w:val="17"/>
              </w:rPr>
              <w:t>315-320</w:t>
            </w:r>
          </w:p>
        </w:tc>
        <w:tc>
          <w:tcPr>
            <w:tcW w:w="2648" w:type="dxa"/>
            <w:tcMar>
              <w:top w:w="28" w:type="dxa"/>
              <w:left w:w="38" w:type="dxa"/>
              <w:bottom w:w="28" w:type="dxa"/>
              <w:right w:w="38" w:type="dxa"/>
            </w:tcMar>
            <w:vAlign w:val="center"/>
          </w:tcPr>
          <w:p w14:paraId="63136832" w14:textId="77777777" w:rsidR="00D60D5E" w:rsidRDefault="00891EF0">
            <w:pPr>
              <w:spacing w:after="0" w:line="240" w:lineRule="auto"/>
            </w:pPr>
            <w:r>
              <w:rPr>
                <w:rFonts w:eastAsia="Aptos"/>
                <w:sz w:val="17"/>
              </w:rPr>
              <w:t>Modelo Bottle 24/12 oz</w:t>
            </w:r>
          </w:p>
        </w:tc>
        <w:tc>
          <w:tcPr>
            <w:tcW w:w="630" w:type="dxa"/>
            <w:tcMar>
              <w:top w:w="28" w:type="dxa"/>
              <w:left w:w="38" w:type="dxa"/>
              <w:bottom w:w="28" w:type="dxa"/>
              <w:right w:w="38" w:type="dxa"/>
            </w:tcMar>
            <w:vAlign w:val="center"/>
          </w:tcPr>
          <w:p w14:paraId="7A914337" w14:textId="77777777" w:rsidR="00D60D5E" w:rsidRDefault="00891EF0">
            <w:pPr>
              <w:spacing w:after="0" w:line="240" w:lineRule="auto"/>
              <w:jc w:val="center"/>
            </w:pPr>
            <w:r>
              <w:rPr>
                <w:rFonts w:eastAsia="Aptos"/>
                <w:b/>
                <w:sz w:val="17"/>
              </w:rPr>
              <w:t>44.99</w:t>
            </w:r>
          </w:p>
        </w:tc>
        <w:tc>
          <w:tcPr>
            <w:tcW w:w="540" w:type="dxa"/>
            <w:tcMar>
              <w:top w:w="28" w:type="dxa"/>
              <w:left w:w="38" w:type="dxa"/>
              <w:bottom w:w="28" w:type="dxa"/>
              <w:right w:w="38" w:type="dxa"/>
            </w:tcMar>
            <w:vAlign w:val="center"/>
          </w:tcPr>
          <w:p w14:paraId="31CC9B41"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16CD346" w14:textId="77777777" w:rsidR="00D60D5E" w:rsidRDefault="00D60D5E">
            <w:pPr>
              <w:jc w:val="center"/>
            </w:pPr>
          </w:p>
        </w:tc>
      </w:tr>
      <w:tr w:rsidR="00D60D5E" w14:paraId="2155B45A" w14:textId="77777777" w:rsidTr="000617E0">
        <w:trPr>
          <w:cantSplit/>
          <w:jc w:val="center"/>
        </w:trPr>
        <w:tc>
          <w:tcPr>
            <w:tcW w:w="677" w:type="dxa"/>
            <w:tcMar>
              <w:top w:w="28" w:type="dxa"/>
              <w:left w:w="38" w:type="dxa"/>
              <w:bottom w:w="28" w:type="dxa"/>
              <w:right w:w="38" w:type="dxa"/>
            </w:tcMar>
            <w:vAlign w:val="center"/>
          </w:tcPr>
          <w:p w14:paraId="589B3DF1" w14:textId="77777777" w:rsidR="00D60D5E" w:rsidRDefault="00891EF0">
            <w:pPr>
              <w:spacing w:after="0" w:line="240" w:lineRule="auto"/>
              <w:jc w:val="center"/>
            </w:pPr>
            <w:r>
              <w:rPr>
                <w:rFonts w:eastAsia="Aptos"/>
                <w:color w:val="6A7075"/>
                <w:sz w:val="17"/>
              </w:rPr>
              <w:t>315-325</w:t>
            </w:r>
          </w:p>
        </w:tc>
        <w:tc>
          <w:tcPr>
            <w:tcW w:w="2648" w:type="dxa"/>
            <w:tcMar>
              <w:top w:w="28" w:type="dxa"/>
              <w:left w:w="38" w:type="dxa"/>
              <w:bottom w:w="28" w:type="dxa"/>
              <w:right w:w="38" w:type="dxa"/>
            </w:tcMar>
            <w:vAlign w:val="center"/>
          </w:tcPr>
          <w:p w14:paraId="56A427F5" w14:textId="77777777" w:rsidR="00D60D5E" w:rsidRDefault="00891EF0">
            <w:pPr>
              <w:spacing w:after="0" w:line="240" w:lineRule="auto"/>
            </w:pPr>
            <w:r>
              <w:rPr>
                <w:rFonts w:eastAsia="Aptos"/>
                <w:sz w:val="17"/>
              </w:rPr>
              <w:t>Presidente Cans 12oz</w:t>
            </w:r>
          </w:p>
        </w:tc>
        <w:tc>
          <w:tcPr>
            <w:tcW w:w="630" w:type="dxa"/>
            <w:tcMar>
              <w:top w:w="28" w:type="dxa"/>
              <w:left w:w="38" w:type="dxa"/>
              <w:bottom w:w="28" w:type="dxa"/>
              <w:right w:w="38" w:type="dxa"/>
            </w:tcMar>
            <w:vAlign w:val="center"/>
          </w:tcPr>
          <w:p w14:paraId="729DC0EF"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28FF965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37A22E" w14:textId="77777777" w:rsidR="00D60D5E" w:rsidRDefault="00D60D5E">
            <w:pPr>
              <w:jc w:val="center"/>
            </w:pPr>
          </w:p>
        </w:tc>
      </w:tr>
      <w:tr w:rsidR="00D60D5E" w14:paraId="0CDA1D9E" w14:textId="77777777" w:rsidTr="000617E0">
        <w:trPr>
          <w:cantSplit/>
          <w:jc w:val="center"/>
        </w:trPr>
        <w:tc>
          <w:tcPr>
            <w:tcW w:w="677" w:type="dxa"/>
            <w:tcMar>
              <w:top w:w="28" w:type="dxa"/>
              <w:left w:w="38" w:type="dxa"/>
              <w:bottom w:w="28" w:type="dxa"/>
              <w:right w:w="38" w:type="dxa"/>
            </w:tcMar>
            <w:vAlign w:val="center"/>
          </w:tcPr>
          <w:p w14:paraId="6FF49B10" w14:textId="77777777" w:rsidR="00D60D5E" w:rsidRDefault="00891EF0">
            <w:pPr>
              <w:spacing w:after="0" w:line="240" w:lineRule="auto"/>
              <w:jc w:val="center"/>
            </w:pPr>
            <w:r>
              <w:rPr>
                <w:rFonts w:eastAsia="Aptos"/>
                <w:color w:val="6A7075"/>
                <w:sz w:val="17"/>
              </w:rPr>
              <w:t>315-330</w:t>
            </w:r>
          </w:p>
        </w:tc>
        <w:tc>
          <w:tcPr>
            <w:tcW w:w="2648" w:type="dxa"/>
            <w:tcMar>
              <w:top w:w="28" w:type="dxa"/>
              <w:left w:w="38" w:type="dxa"/>
              <w:bottom w:w="28" w:type="dxa"/>
              <w:right w:w="38" w:type="dxa"/>
            </w:tcMar>
            <w:vAlign w:val="center"/>
          </w:tcPr>
          <w:p w14:paraId="15EDA1C3" w14:textId="77777777" w:rsidR="00D60D5E" w:rsidRDefault="00891EF0">
            <w:pPr>
              <w:spacing w:after="0" w:line="240" w:lineRule="auto"/>
            </w:pPr>
            <w:r>
              <w:rPr>
                <w:rFonts w:eastAsia="Aptos"/>
                <w:sz w:val="17"/>
              </w:rPr>
              <w:t>Presidente Cans 24/12oz</w:t>
            </w:r>
          </w:p>
        </w:tc>
        <w:tc>
          <w:tcPr>
            <w:tcW w:w="630" w:type="dxa"/>
            <w:tcMar>
              <w:top w:w="28" w:type="dxa"/>
              <w:left w:w="38" w:type="dxa"/>
              <w:bottom w:w="28" w:type="dxa"/>
              <w:right w:w="38" w:type="dxa"/>
            </w:tcMar>
            <w:vAlign w:val="center"/>
          </w:tcPr>
          <w:p w14:paraId="58636D83" w14:textId="77777777" w:rsidR="00D60D5E" w:rsidRDefault="00891EF0">
            <w:pPr>
              <w:spacing w:after="0" w:line="240" w:lineRule="auto"/>
              <w:jc w:val="center"/>
            </w:pPr>
            <w:r>
              <w:rPr>
                <w:rFonts w:eastAsia="Aptos"/>
                <w:b/>
                <w:sz w:val="17"/>
              </w:rPr>
              <w:t>42.90</w:t>
            </w:r>
          </w:p>
        </w:tc>
        <w:tc>
          <w:tcPr>
            <w:tcW w:w="540" w:type="dxa"/>
            <w:tcMar>
              <w:top w:w="28" w:type="dxa"/>
              <w:left w:w="38" w:type="dxa"/>
              <w:bottom w:w="28" w:type="dxa"/>
              <w:right w:w="38" w:type="dxa"/>
            </w:tcMar>
            <w:vAlign w:val="center"/>
          </w:tcPr>
          <w:p w14:paraId="796D12DA"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68793459" w14:textId="77777777" w:rsidR="00D60D5E" w:rsidRDefault="00D60D5E">
            <w:pPr>
              <w:jc w:val="center"/>
            </w:pPr>
          </w:p>
        </w:tc>
      </w:tr>
      <w:tr w:rsidR="00D60D5E" w14:paraId="3C955401" w14:textId="77777777" w:rsidTr="000617E0">
        <w:trPr>
          <w:cantSplit/>
          <w:jc w:val="center"/>
        </w:trPr>
        <w:tc>
          <w:tcPr>
            <w:tcW w:w="677" w:type="dxa"/>
            <w:tcMar>
              <w:top w:w="28" w:type="dxa"/>
              <w:left w:w="38" w:type="dxa"/>
              <w:bottom w:w="28" w:type="dxa"/>
              <w:right w:w="38" w:type="dxa"/>
            </w:tcMar>
            <w:vAlign w:val="center"/>
          </w:tcPr>
          <w:p w14:paraId="26AEDD5D" w14:textId="77777777" w:rsidR="00D60D5E" w:rsidRDefault="00891EF0">
            <w:pPr>
              <w:spacing w:after="0" w:line="240" w:lineRule="auto"/>
              <w:jc w:val="center"/>
            </w:pPr>
            <w:r>
              <w:rPr>
                <w:rFonts w:eastAsia="Aptos"/>
                <w:color w:val="6A7075"/>
                <w:sz w:val="17"/>
              </w:rPr>
              <w:t>315-335</w:t>
            </w:r>
          </w:p>
        </w:tc>
        <w:tc>
          <w:tcPr>
            <w:tcW w:w="2648" w:type="dxa"/>
            <w:tcMar>
              <w:top w:w="28" w:type="dxa"/>
              <w:left w:w="38" w:type="dxa"/>
              <w:bottom w:w="28" w:type="dxa"/>
              <w:right w:w="38" w:type="dxa"/>
            </w:tcMar>
            <w:vAlign w:val="center"/>
          </w:tcPr>
          <w:p w14:paraId="1D6EFDA6" w14:textId="77777777" w:rsidR="00D60D5E" w:rsidRDefault="00891EF0">
            <w:pPr>
              <w:spacing w:after="0" w:line="240" w:lineRule="auto"/>
            </w:pPr>
            <w:r>
              <w:rPr>
                <w:rFonts w:eastAsia="Aptos"/>
                <w:sz w:val="17"/>
              </w:rPr>
              <w:t>Amstel Bright Bottles 12 oz</w:t>
            </w:r>
          </w:p>
        </w:tc>
        <w:tc>
          <w:tcPr>
            <w:tcW w:w="630" w:type="dxa"/>
            <w:tcMar>
              <w:top w:w="28" w:type="dxa"/>
              <w:left w:w="38" w:type="dxa"/>
              <w:bottom w:w="28" w:type="dxa"/>
              <w:right w:w="38" w:type="dxa"/>
            </w:tcMar>
            <w:vAlign w:val="center"/>
          </w:tcPr>
          <w:p w14:paraId="46057A02"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5B267B1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E4DDFF3" w14:textId="77777777" w:rsidR="00D60D5E" w:rsidRDefault="00D60D5E">
            <w:pPr>
              <w:jc w:val="center"/>
            </w:pPr>
          </w:p>
        </w:tc>
      </w:tr>
      <w:tr w:rsidR="00D60D5E" w14:paraId="351CB7A6" w14:textId="77777777" w:rsidTr="000617E0">
        <w:trPr>
          <w:cantSplit/>
          <w:jc w:val="center"/>
        </w:trPr>
        <w:tc>
          <w:tcPr>
            <w:tcW w:w="677" w:type="dxa"/>
            <w:tcMar>
              <w:top w:w="28" w:type="dxa"/>
              <w:left w:w="38" w:type="dxa"/>
              <w:bottom w:w="28" w:type="dxa"/>
              <w:right w:w="38" w:type="dxa"/>
            </w:tcMar>
            <w:vAlign w:val="center"/>
          </w:tcPr>
          <w:p w14:paraId="47C48567" w14:textId="77777777" w:rsidR="00D60D5E" w:rsidRDefault="00891EF0">
            <w:pPr>
              <w:spacing w:after="0" w:line="240" w:lineRule="auto"/>
              <w:jc w:val="center"/>
            </w:pPr>
            <w:r>
              <w:rPr>
                <w:rFonts w:eastAsia="Aptos"/>
                <w:color w:val="6A7075"/>
                <w:sz w:val="17"/>
              </w:rPr>
              <w:t>315-340</w:t>
            </w:r>
          </w:p>
        </w:tc>
        <w:tc>
          <w:tcPr>
            <w:tcW w:w="2648" w:type="dxa"/>
            <w:tcMar>
              <w:top w:w="28" w:type="dxa"/>
              <w:left w:w="38" w:type="dxa"/>
              <w:bottom w:w="28" w:type="dxa"/>
              <w:right w:w="38" w:type="dxa"/>
            </w:tcMar>
            <w:vAlign w:val="center"/>
          </w:tcPr>
          <w:p w14:paraId="593E8E7E" w14:textId="77777777" w:rsidR="00D60D5E" w:rsidRDefault="00891EF0">
            <w:pPr>
              <w:spacing w:after="0" w:line="240" w:lineRule="auto"/>
            </w:pPr>
            <w:r>
              <w:rPr>
                <w:rFonts w:eastAsia="Aptos"/>
                <w:sz w:val="17"/>
              </w:rPr>
              <w:t>Amstel Bright Bottles 24/12 oz</w:t>
            </w:r>
          </w:p>
        </w:tc>
        <w:tc>
          <w:tcPr>
            <w:tcW w:w="630" w:type="dxa"/>
            <w:tcMar>
              <w:top w:w="28" w:type="dxa"/>
              <w:left w:w="38" w:type="dxa"/>
              <w:bottom w:w="28" w:type="dxa"/>
              <w:right w:w="38" w:type="dxa"/>
            </w:tcMar>
            <w:vAlign w:val="center"/>
          </w:tcPr>
          <w:p w14:paraId="4FED5BF4" w14:textId="77777777" w:rsidR="00D60D5E" w:rsidRDefault="00891EF0">
            <w:pPr>
              <w:spacing w:after="0" w:line="240" w:lineRule="auto"/>
              <w:jc w:val="center"/>
            </w:pPr>
            <w:r>
              <w:rPr>
                <w:rFonts w:eastAsia="Aptos"/>
                <w:b/>
                <w:sz w:val="17"/>
              </w:rPr>
              <w:t>41.99</w:t>
            </w:r>
          </w:p>
        </w:tc>
        <w:tc>
          <w:tcPr>
            <w:tcW w:w="540" w:type="dxa"/>
            <w:tcMar>
              <w:top w:w="28" w:type="dxa"/>
              <w:left w:w="38" w:type="dxa"/>
              <w:bottom w:w="28" w:type="dxa"/>
              <w:right w:w="38" w:type="dxa"/>
            </w:tcMar>
            <w:vAlign w:val="center"/>
          </w:tcPr>
          <w:p w14:paraId="5FED73DC"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33829F0E" w14:textId="77777777" w:rsidR="00D60D5E" w:rsidRDefault="00D60D5E">
            <w:pPr>
              <w:jc w:val="center"/>
            </w:pPr>
          </w:p>
        </w:tc>
      </w:tr>
      <w:tr w:rsidR="00D60D5E" w14:paraId="2028DC18" w14:textId="77777777" w:rsidTr="000617E0">
        <w:trPr>
          <w:cantSplit/>
          <w:jc w:val="center"/>
        </w:trPr>
        <w:tc>
          <w:tcPr>
            <w:tcW w:w="677" w:type="dxa"/>
            <w:tcMar>
              <w:top w:w="28" w:type="dxa"/>
              <w:left w:w="38" w:type="dxa"/>
              <w:bottom w:w="28" w:type="dxa"/>
              <w:right w:w="38" w:type="dxa"/>
            </w:tcMar>
            <w:vAlign w:val="center"/>
          </w:tcPr>
          <w:p w14:paraId="29BE33CC" w14:textId="77777777" w:rsidR="00D60D5E" w:rsidRDefault="00891EF0">
            <w:pPr>
              <w:spacing w:after="0" w:line="240" w:lineRule="auto"/>
              <w:jc w:val="center"/>
            </w:pPr>
            <w:r>
              <w:rPr>
                <w:rFonts w:eastAsia="Aptos"/>
                <w:color w:val="6A7075"/>
                <w:sz w:val="17"/>
              </w:rPr>
              <w:t>315-345</w:t>
            </w:r>
          </w:p>
        </w:tc>
        <w:tc>
          <w:tcPr>
            <w:tcW w:w="2648" w:type="dxa"/>
            <w:tcMar>
              <w:top w:w="28" w:type="dxa"/>
              <w:left w:w="38" w:type="dxa"/>
              <w:bottom w:w="28" w:type="dxa"/>
              <w:right w:w="38" w:type="dxa"/>
            </w:tcMar>
            <w:vAlign w:val="center"/>
          </w:tcPr>
          <w:p w14:paraId="00D5E072" w14:textId="77777777" w:rsidR="00D60D5E" w:rsidRDefault="00891EF0">
            <w:pPr>
              <w:spacing w:after="0" w:line="240" w:lineRule="auto"/>
            </w:pPr>
            <w:r>
              <w:rPr>
                <w:rFonts w:eastAsia="Aptos"/>
                <w:sz w:val="17"/>
              </w:rPr>
              <w:t>Miller Light Cans 330ml</w:t>
            </w:r>
          </w:p>
        </w:tc>
        <w:tc>
          <w:tcPr>
            <w:tcW w:w="630" w:type="dxa"/>
            <w:tcMar>
              <w:top w:w="28" w:type="dxa"/>
              <w:left w:w="38" w:type="dxa"/>
              <w:bottom w:w="28" w:type="dxa"/>
              <w:right w:w="38" w:type="dxa"/>
            </w:tcMar>
            <w:vAlign w:val="center"/>
          </w:tcPr>
          <w:p w14:paraId="281025E5"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0E8A89A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D07BC3" w14:textId="77777777" w:rsidR="00D60D5E" w:rsidRDefault="00D60D5E">
            <w:pPr>
              <w:jc w:val="center"/>
            </w:pPr>
          </w:p>
        </w:tc>
      </w:tr>
      <w:tr w:rsidR="00D60D5E" w14:paraId="411D7407" w14:textId="77777777" w:rsidTr="000617E0">
        <w:trPr>
          <w:cantSplit/>
          <w:jc w:val="center"/>
        </w:trPr>
        <w:tc>
          <w:tcPr>
            <w:tcW w:w="677" w:type="dxa"/>
            <w:tcMar>
              <w:top w:w="28" w:type="dxa"/>
              <w:left w:w="38" w:type="dxa"/>
              <w:bottom w:w="28" w:type="dxa"/>
              <w:right w:w="38" w:type="dxa"/>
            </w:tcMar>
            <w:vAlign w:val="center"/>
          </w:tcPr>
          <w:p w14:paraId="5A904455" w14:textId="77777777" w:rsidR="00D60D5E" w:rsidRDefault="00891EF0">
            <w:pPr>
              <w:spacing w:after="0" w:line="240" w:lineRule="auto"/>
              <w:jc w:val="center"/>
            </w:pPr>
            <w:r>
              <w:rPr>
                <w:rFonts w:eastAsia="Aptos"/>
                <w:color w:val="6A7075"/>
                <w:sz w:val="17"/>
              </w:rPr>
              <w:t>315-350</w:t>
            </w:r>
          </w:p>
        </w:tc>
        <w:tc>
          <w:tcPr>
            <w:tcW w:w="2648" w:type="dxa"/>
            <w:tcMar>
              <w:top w:w="28" w:type="dxa"/>
              <w:left w:w="38" w:type="dxa"/>
              <w:bottom w:w="28" w:type="dxa"/>
              <w:right w:w="38" w:type="dxa"/>
            </w:tcMar>
            <w:vAlign w:val="center"/>
          </w:tcPr>
          <w:p w14:paraId="6B9A52E2" w14:textId="77777777" w:rsidR="00D60D5E" w:rsidRDefault="00891EF0">
            <w:pPr>
              <w:spacing w:after="0" w:line="240" w:lineRule="auto"/>
            </w:pPr>
            <w:r>
              <w:rPr>
                <w:rFonts w:eastAsia="Aptos"/>
                <w:sz w:val="17"/>
              </w:rPr>
              <w:t>Miller Light Cans 24/330ml</w:t>
            </w:r>
          </w:p>
        </w:tc>
        <w:tc>
          <w:tcPr>
            <w:tcW w:w="630" w:type="dxa"/>
            <w:tcMar>
              <w:top w:w="28" w:type="dxa"/>
              <w:left w:w="38" w:type="dxa"/>
              <w:bottom w:w="28" w:type="dxa"/>
              <w:right w:w="38" w:type="dxa"/>
            </w:tcMar>
            <w:vAlign w:val="center"/>
          </w:tcPr>
          <w:p w14:paraId="1A6A986C" w14:textId="77777777" w:rsidR="00D60D5E" w:rsidRDefault="00891EF0">
            <w:pPr>
              <w:spacing w:after="0" w:line="240" w:lineRule="auto"/>
              <w:jc w:val="center"/>
            </w:pPr>
            <w:r>
              <w:rPr>
                <w:rFonts w:eastAsia="Aptos"/>
                <w:b/>
                <w:sz w:val="17"/>
              </w:rPr>
              <w:t>40.99</w:t>
            </w:r>
          </w:p>
        </w:tc>
        <w:tc>
          <w:tcPr>
            <w:tcW w:w="540" w:type="dxa"/>
            <w:tcMar>
              <w:top w:w="28" w:type="dxa"/>
              <w:left w:w="38" w:type="dxa"/>
              <w:bottom w:w="28" w:type="dxa"/>
              <w:right w:w="38" w:type="dxa"/>
            </w:tcMar>
            <w:vAlign w:val="center"/>
          </w:tcPr>
          <w:p w14:paraId="06662581"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17B9772B" w14:textId="77777777" w:rsidR="00D60D5E" w:rsidRDefault="00D60D5E">
            <w:pPr>
              <w:jc w:val="center"/>
            </w:pPr>
          </w:p>
        </w:tc>
      </w:tr>
      <w:tr w:rsidR="00D60D5E" w14:paraId="225263C6" w14:textId="77777777" w:rsidTr="000617E0">
        <w:trPr>
          <w:cantSplit/>
          <w:jc w:val="center"/>
        </w:trPr>
        <w:tc>
          <w:tcPr>
            <w:tcW w:w="677" w:type="dxa"/>
            <w:tcMar>
              <w:top w:w="28" w:type="dxa"/>
              <w:left w:w="38" w:type="dxa"/>
              <w:bottom w:w="28" w:type="dxa"/>
              <w:right w:w="38" w:type="dxa"/>
            </w:tcMar>
            <w:vAlign w:val="center"/>
          </w:tcPr>
          <w:p w14:paraId="21F90E5B" w14:textId="77777777" w:rsidR="00D60D5E" w:rsidRDefault="00891EF0">
            <w:pPr>
              <w:spacing w:after="0" w:line="240" w:lineRule="auto"/>
              <w:jc w:val="center"/>
            </w:pPr>
            <w:r>
              <w:rPr>
                <w:rFonts w:eastAsia="Aptos"/>
                <w:color w:val="6A7075"/>
                <w:sz w:val="17"/>
              </w:rPr>
              <w:t>315-355</w:t>
            </w:r>
          </w:p>
        </w:tc>
        <w:tc>
          <w:tcPr>
            <w:tcW w:w="2648" w:type="dxa"/>
            <w:tcMar>
              <w:top w:w="28" w:type="dxa"/>
              <w:left w:w="38" w:type="dxa"/>
              <w:bottom w:w="28" w:type="dxa"/>
              <w:right w:w="38" w:type="dxa"/>
            </w:tcMar>
            <w:vAlign w:val="center"/>
          </w:tcPr>
          <w:p w14:paraId="6AA87C6B" w14:textId="77777777" w:rsidR="00D60D5E" w:rsidRDefault="00891EF0">
            <w:pPr>
              <w:spacing w:after="0" w:line="240" w:lineRule="auto"/>
            </w:pPr>
            <w:r>
              <w:rPr>
                <w:rFonts w:eastAsia="Aptos"/>
                <w:sz w:val="17"/>
              </w:rPr>
              <w:t>Heineken 0.0 Alcohol 12 oz</w:t>
            </w:r>
          </w:p>
        </w:tc>
        <w:tc>
          <w:tcPr>
            <w:tcW w:w="630" w:type="dxa"/>
            <w:tcMar>
              <w:top w:w="28" w:type="dxa"/>
              <w:left w:w="38" w:type="dxa"/>
              <w:bottom w:w="28" w:type="dxa"/>
              <w:right w:w="38" w:type="dxa"/>
            </w:tcMar>
            <w:vAlign w:val="center"/>
          </w:tcPr>
          <w:p w14:paraId="5CB9FA06"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65B99A4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C5FCD44" w14:textId="77777777" w:rsidR="00D60D5E" w:rsidRDefault="00D60D5E">
            <w:pPr>
              <w:jc w:val="center"/>
            </w:pPr>
          </w:p>
        </w:tc>
      </w:tr>
      <w:tr w:rsidR="00D60D5E" w14:paraId="519E6F33" w14:textId="77777777" w:rsidTr="000617E0">
        <w:trPr>
          <w:cantSplit/>
          <w:jc w:val="center"/>
        </w:trPr>
        <w:tc>
          <w:tcPr>
            <w:tcW w:w="677" w:type="dxa"/>
            <w:tcMar>
              <w:top w:w="28" w:type="dxa"/>
              <w:left w:w="38" w:type="dxa"/>
              <w:bottom w:w="28" w:type="dxa"/>
              <w:right w:w="38" w:type="dxa"/>
            </w:tcMar>
            <w:vAlign w:val="center"/>
          </w:tcPr>
          <w:p w14:paraId="4DCA7400" w14:textId="77777777" w:rsidR="00D60D5E" w:rsidRDefault="00891EF0">
            <w:pPr>
              <w:spacing w:after="0" w:line="240" w:lineRule="auto"/>
              <w:jc w:val="center"/>
            </w:pPr>
            <w:r>
              <w:rPr>
                <w:rFonts w:eastAsia="Aptos"/>
                <w:color w:val="6A7075"/>
                <w:sz w:val="17"/>
              </w:rPr>
              <w:t>315-360</w:t>
            </w:r>
          </w:p>
        </w:tc>
        <w:tc>
          <w:tcPr>
            <w:tcW w:w="2648" w:type="dxa"/>
            <w:tcMar>
              <w:top w:w="28" w:type="dxa"/>
              <w:left w:w="38" w:type="dxa"/>
              <w:bottom w:w="28" w:type="dxa"/>
              <w:right w:w="38" w:type="dxa"/>
            </w:tcMar>
            <w:vAlign w:val="center"/>
          </w:tcPr>
          <w:p w14:paraId="6AD1125E" w14:textId="77777777" w:rsidR="00D60D5E" w:rsidRDefault="00891EF0">
            <w:pPr>
              <w:spacing w:after="0" w:line="240" w:lineRule="auto"/>
            </w:pPr>
            <w:r>
              <w:rPr>
                <w:rFonts w:eastAsia="Aptos"/>
                <w:sz w:val="17"/>
              </w:rPr>
              <w:t>Heineken 0.0 Alcohol 24 /12 oz</w:t>
            </w:r>
          </w:p>
        </w:tc>
        <w:tc>
          <w:tcPr>
            <w:tcW w:w="630" w:type="dxa"/>
            <w:tcMar>
              <w:top w:w="28" w:type="dxa"/>
              <w:left w:w="38" w:type="dxa"/>
              <w:bottom w:w="28" w:type="dxa"/>
              <w:right w:w="38" w:type="dxa"/>
            </w:tcMar>
            <w:vAlign w:val="center"/>
          </w:tcPr>
          <w:p w14:paraId="71BA8F57" w14:textId="77777777" w:rsidR="00D60D5E" w:rsidRDefault="00891EF0">
            <w:pPr>
              <w:spacing w:after="0" w:line="240" w:lineRule="auto"/>
              <w:jc w:val="center"/>
            </w:pPr>
            <w:r>
              <w:rPr>
                <w:rFonts w:eastAsia="Aptos"/>
                <w:b/>
                <w:sz w:val="17"/>
              </w:rPr>
              <w:t>42.59</w:t>
            </w:r>
          </w:p>
        </w:tc>
        <w:tc>
          <w:tcPr>
            <w:tcW w:w="540" w:type="dxa"/>
            <w:tcMar>
              <w:top w:w="28" w:type="dxa"/>
              <w:left w:w="38" w:type="dxa"/>
              <w:bottom w:w="28" w:type="dxa"/>
              <w:right w:w="38" w:type="dxa"/>
            </w:tcMar>
            <w:vAlign w:val="center"/>
          </w:tcPr>
          <w:p w14:paraId="1D19EBBA"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06750070" w14:textId="77777777" w:rsidR="00D60D5E" w:rsidRDefault="00D60D5E">
            <w:pPr>
              <w:jc w:val="center"/>
            </w:pPr>
          </w:p>
        </w:tc>
      </w:tr>
      <w:tr w:rsidR="00D60D5E" w14:paraId="35FB6DA1" w14:textId="77777777" w:rsidTr="000617E0">
        <w:trPr>
          <w:cantSplit/>
          <w:jc w:val="center"/>
        </w:trPr>
        <w:tc>
          <w:tcPr>
            <w:tcW w:w="677" w:type="dxa"/>
            <w:tcMar>
              <w:top w:w="28" w:type="dxa"/>
              <w:left w:w="38" w:type="dxa"/>
              <w:bottom w:w="28" w:type="dxa"/>
              <w:right w:w="38" w:type="dxa"/>
            </w:tcMar>
            <w:vAlign w:val="center"/>
          </w:tcPr>
          <w:p w14:paraId="461CDF4E" w14:textId="77777777" w:rsidR="00D60D5E" w:rsidRDefault="00891EF0">
            <w:pPr>
              <w:spacing w:after="0" w:line="240" w:lineRule="auto"/>
              <w:jc w:val="center"/>
            </w:pPr>
            <w:r>
              <w:rPr>
                <w:rFonts w:eastAsia="Aptos"/>
                <w:color w:val="6A7075"/>
                <w:sz w:val="17"/>
              </w:rPr>
              <w:t>315-365</w:t>
            </w:r>
          </w:p>
        </w:tc>
        <w:tc>
          <w:tcPr>
            <w:tcW w:w="2648" w:type="dxa"/>
            <w:tcMar>
              <w:top w:w="28" w:type="dxa"/>
              <w:left w:w="38" w:type="dxa"/>
              <w:bottom w:w="28" w:type="dxa"/>
              <w:right w:w="38" w:type="dxa"/>
            </w:tcMar>
            <w:vAlign w:val="center"/>
          </w:tcPr>
          <w:p w14:paraId="5CAF7CC4" w14:textId="77777777" w:rsidR="00D60D5E" w:rsidRDefault="00891EF0">
            <w:pPr>
              <w:spacing w:after="0" w:line="240" w:lineRule="auto"/>
            </w:pPr>
            <w:r>
              <w:rPr>
                <w:rFonts w:eastAsia="Aptos"/>
                <w:sz w:val="17"/>
              </w:rPr>
              <w:t>Truly Hard Seltzer 12pk/12 oz (Variety)</w:t>
            </w:r>
          </w:p>
        </w:tc>
        <w:tc>
          <w:tcPr>
            <w:tcW w:w="630" w:type="dxa"/>
            <w:tcMar>
              <w:top w:w="28" w:type="dxa"/>
              <w:left w:w="38" w:type="dxa"/>
              <w:bottom w:w="28" w:type="dxa"/>
              <w:right w:w="38" w:type="dxa"/>
            </w:tcMar>
            <w:vAlign w:val="center"/>
          </w:tcPr>
          <w:p w14:paraId="53524557" w14:textId="77777777" w:rsidR="00D60D5E" w:rsidRDefault="00891EF0">
            <w:pPr>
              <w:spacing w:after="0" w:line="240" w:lineRule="auto"/>
              <w:jc w:val="center"/>
            </w:pPr>
            <w:r>
              <w:rPr>
                <w:rFonts w:eastAsia="Aptos"/>
                <w:b/>
                <w:sz w:val="17"/>
              </w:rPr>
              <w:t>25.80</w:t>
            </w:r>
          </w:p>
        </w:tc>
        <w:tc>
          <w:tcPr>
            <w:tcW w:w="540" w:type="dxa"/>
            <w:tcMar>
              <w:top w:w="28" w:type="dxa"/>
              <w:left w:w="38" w:type="dxa"/>
              <w:bottom w:w="28" w:type="dxa"/>
              <w:right w:w="38" w:type="dxa"/>
            </w:tcMar>
            <w:vAlign w:val="center"/>
          </w:tcPr>
          <w:p w14:paraId="163B082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71B48912" w14:textId="77777777" w:rsidR="00D60D5E" w:rsidRDefault="00D60D5E">
            <w:pPr>
              <w:jc w:val="center"/>
            </w:pPr>
          </w:p>
        </w:tc>
      </w:tr>
      <w:tr w:rsidR="00D60D5E" w14:paraId="7870C4F2" w14:textId="77777777" w:rsidTr="000617E0">
        <w:trPr>
          <w:cantSplit/>
          <w:jc w:val="center"/>
        </w:trPr>
        <w:tc>
          <w:tcPr>
            <w:tcW w:w="677" w:type="dxa"/>
            <w:tcMar>
              <w:top w:w="28" w:type="dxa"/>
              <w:left w:w="38" w:type="dxa"/>
              <w:bottom w:w="28" w:type="dxa"/>
              <w:right w:w="38" w:type="dxa"/>
            </w:tcMar>
            <w:vAlign w:val="center"/>
          </w:tcPr>
          <w:p w14:paraId="09A97728" w14:textId="77777777" w:rsidR="00D60D5E" w:rsidRDefault="00891EF0">
            <w:pPr>
              <w:spacing w:after="0" w:line="240" w:lineRule="auto"/>
              <w:jc w:val="center"/>
            </w:pPr>
            <w:r>
              <w:rPr>
                <w:rFonts w:eastAsia="Aptos"/>
                <w:color w:val="6A7075"/>
                <w:sz w:val="17"/>
              </w:rPr>
              <w:t>315-370</w:t>
            </w:r>
          </w:p>
        </w:tc>
        <w:tc>
          <w:tcPr>
            <w:tcW w:w="2648" w:type="dxa"/>
            <w:tcMar>
              <w:top w:w="28" w:type="dxa"/>
              <w:left w:w="38" w:type="dxa"/>
              <w:bottom w:w="28" w:type="dxa"/>
              <w:right w:w="38" w:type="dxa"/>
            </w:tcMar>
            <w:vAlign w:val="center"/>
          </w:tcPr>
          <w:p w14:paraId="454CFFD0" w14:textId="77777777" w:rsidR="00D60D5E" w:rsidRDefault="00891EF0">
            <w:pPr>
              <w:spacing w:after="0" w:line="240" w:lineRule="auto"/>
            </w:pPr>
            <w:r>
              <w:rPr>
                <w:rFonts w:eastAsia="Aptos"/>
                <w:sz w:val="17"/>
              </w:rPr>
              <w:t>Elephant Beer 330ml</w:t>
            </w:r>
          </w:p>
        </w:tc>
        <w:tc>
          <w:tcPr>
            <w:tcW w:w="630" w:type="dxa"/>
            <w:tcMar>
              <w:top w:w="28" w:type="dxa"/>
              <w:left w:w="38" w:type="dxa"/>
              <w:bottom w:w="28" w:type="dxa"/>
              <w:right w:w="38" w:type="dxa"/>
            </w:tcMar>
            <w:vAlign w:val="center"/>
          </w:tcPr>
          <w:p w14:paraId="35FEB6F0" w14:textId="77777777" w:rsidR="00D60D5E" w:rsidRDefault="00891EF0">
            <w:pPr>
              <w:spacing w:after="0" w:line="240" w:lineRule="auto"/>
              <w:jc w:val="center"/>
            </w:pPr>
            <w:r>
              <w:rPr>
                <w:rFonts w:eastAsia="Aptos"/>
                <w:b/>
                <w:sz w:val="17"/>
              </w:rPr>
              <w:t>2.25</w:t>
            </w:r>
          </w:p>
        </w:tc>
        <w:tc>
          <w:tcPr>
            <w:tcW w:w="540" w:type="dxa"/>
            <w:tcMar>
              <w:top w:w="28" w:type="dxa"/>
              <w:left w:w="38" w:type="dxa"/>
              <w:bottom w:w="28" w:type="dxa"/>
              <w:right w:w="38" w:type="dxa"/>
            </w:tcMar>
            <w:vAlign w:val="center"/>
          </w:tcPr>
          <w:p w14:paraId="07BCF00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6500F88" w14:textId="77777777" w:rsidR="00D60D5E" w:rsidRDefault="00D60D5E">
            <w:pPr>
              <w:jc w:val="center"/>
            </w:pPr>
          </w:p>
        </w:tc>
      </w:tr>
      <w:tr w:rsidR="00D60D5E" w14:paraId="7C1F0860" w14:textId="77777777" w:rsidTr="000617E0">
        <w:trPr>
          <w:cantSplit/>
          <w:jc w:val="center"/>
        </w:trPr>
        <w:tc>
          <w:tcPr>
            <w:tcW w:w="677" w:type="dxa"/>
            <w:tcMar>
              <w:top w:w="28" w:type="dxa"/>
              <w:left w:w="38" w:type="dxa"/>
              <w:bottom w:w="28" w:type="dxa"/>
              <w:right w:w="38" w:type="dxa"/>
            </w:tcMar>
            <w:vAlign w:val="center"/>
          </w:tcPr>
          <w:p w14:paraId="19407186" w14:textId="77777777" w:rsidR="00D60D5E" w:rsidRDefault="00891EF0">
            <w:pPr>
              <w:spacing w:after="0" w:line="240" w:lineRule="auto"/>
              <w:jc w:val="center"/>
            </w:pPr>
            <w:r>
              <w:rPr>
                <w:rFonts w:eastAsia="Aptos"/>
                <w:color w:val="6A7075"/>
                <w:sz w:val="17"/>
              </w:rPr>
              <w:t>315-375</w:t>
            </w:r>
          </w:p>
        </w:tc>
        <w:tc>
          <w:tcPr>
            <w:tcW w:w="2648" w:type="dxa"/>
            <w:tcMar>
              <w:top w:w="28" w:type="dxa"/>
              <w:left w:w="38" w:type="dxa"/>
              <w:bottom w:w="28" w:type="dxa"/>
              <w:right w:w="38" w:type="dxa"/>
            </w:tcMar>
            <w:vAlign w:val="center"/>
          </w:tcPr>
          <w:p w14:paraId="584FF406" w14:textId="77777777" w:rsidR="00D60D5E" w:rsidRDefault="00891EF0">
            <w:pPr>
              <w:spacing w:after="0" w:line="240" w:lineRule="auto"/>
            </w:pPr>
            <w:r>
              <w:rPr>
                <w:rFonts w:eastAsia="Aptos"/>
                <w:sz w:val="17"/>
              </w:rPr>
              <w:t>Elephant Beer 24/330ml</w:t>
            </w:r>
          </w:p>
        </w:tc>
        <w:tc>
          <w:tcPr>
            <w:tcW w:w="630" w:type="dxa"/>
            <w:tcMar>
              <w:top w:w="28" w:type="dxa"/>
              <w:left w:w="38" w:type="dxa"/>
              <w:bottom w:w="28" w:type="dxa"/>
              <w:right w:w="38" w:type="dxa"/>
            </w:tcMar>
            <w:vAlign w:val="center"/>
          </w:tcPr>
          <w:p w14:paraId="0E517BED" w14:textId="77777777" w:rsidR="00D60D5E" w:rsidRDefault="00891EF0">
            <w:pPr>
              <w:spacing w:after="0" w:line="240" w:lineRule="auto"/>
              <w:jc w:val="center"/>
            </w:pPr>
            <w:r>
              <w:rPr>
                <w:rFonts w:eastAsia="Aptos"/>
                <w:b/>
                <w:sz w:val="17"/>
              </w:rPr>
              <w:t>58.79</w:t>
            </w:r>
          </w:p>
        </w:tc>
        <w:tc>
          <w:tcPr>
            <w:tcW w:w="540" w:type="dxa"/>
            <w:tcMar>
              <w:top w:w="28" w:type="dxa"/>
              <w:left w:w="38" w:type="dxa"/>
              <w:bottom w:w="28" w:type="dxa"/>
              <w:right w:w="38" w:type="dxa"/>
            </w:tcMar>
            <w:vAlign w:val="center"/>
          </w:tcPr>
          <w:p w14:paraId="670BDC3B"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4D0CB8EC" w14:textId="77777777" w:rsidR="00D60D5E" w:rsidRDefault="00D60D5E">
            <w:pPr>
              <w:jc w:val="center"/>
            </w:pPr>
          </w:p>
        </w:tc>
      </w:tr>
      <w:tr w:rsidR="00D60D5E" w14:paraId="285B9D83" w14:textId="77777777" w:rsidTr="000617E0">
        <w:trPr>
          <w:cantSplit/>
          <w:jc w:val="center"/>
        </w:trPr>
        <w:tc>
          <w:tcPr>
            <w:tcW w:w="677" w:type="dxa"/>
            <w:tcMar>
              <w:top w:w="28" w:type="dxa"/>
              <w:left w:w="38" w:type="dxa"/>
              <w:bottom w:w="28" w:type="dxa"/>
              <w:right w:w="38" w:type="dxa"/>
            </w:tcMar>
            <w:vAlign w:val="center"/>
          </w:tcPr>
          <w:p w14:paraId="4D91587D" w14:textId="77777777" w:rsidR="00D60D5E" w:rsidRDefault="00891EF0">
            <w:pPr>
              <w:spacing w:after="0" w:line="240" w:lineRule="auto"/>
              <w:jc w:val="center"/>
            </w:pPr>
            <w:r>
              <w:rPr>
                <w:rFonts w:eastAsia="Aptos"/>
                <w:color w:val="6A7075"/>
                <w:sz w:val="17"/>
              </w:rPr>
              <w:t>315-380</w:t>
            </w:r>
          </w:p>
        </w:tc>
        <w:tc>
          <w:tcPr>
            <w:tcW w:w="2648" w:type="dxa"/>
            <w:tcMar>
              <w:top w:w="28" w:type="dxa"/>
              <w:left w:w="38" w:type="dxa"/>
              <w:bottom w:w="28" w:type="dxa"/>
              <w:right w:w="38" w:type="dxa"/>
            </w:tcMar>
            <w:vAlign w:val="center"/>
          </w:tcPr>
          <w:p w14:paraId="5BFC98F0" w14:textId="77777777" w:rsidR="00D60D5E" w:rsidRDefault="00891EF0">
            <w:pPr>
              <w:spacing w:after="0" w:line="240" w:lineRule="auto"/>
            </w:pPr>
            <w:r>
              <w:rPr>
                <w:rFonts w:eastAsia="Aptos"/>
                <w:sz w:val="17"/>
              </w:rPr>
              <w:t>Heineken Silver Bottles 12 oz</w:t>
            </w:r>
          </w:p>
        </w:tc>
        <w:tc>
          <w:tcPr>
            <w:tcW w:w="630" w:type="dxa"/>
            <w:tcMar>
              <w:top w:w="28" w:type="dxa"/>
              <w:left w:w="38" w:type="dxa"/>
              <w:bottom w:w="28" w:type="dxa"/>
              <w:right w:w="38" w:type="dxa"/>
            </w:tcMar>
            <w:vAlign w:val="center"/>
          </w:tcPr>
          <w:p w14:paraId="04840DC0" w14:textId="77777777" w:rsidR="00D60D5E" w:rsidRDefault="00891EF0">
            <w:pPr>
              <w:spacing w:after="0" w:line="240" w:lineRule="auto"/>
              <w:jc w:val="center"/>
            </w:pPr>
            <w:r>
              <w:rPr>
                <w:rFonts w:eastAsia="Aptos"/>
                <w:b/>
                <w:sz w:val="17"/>
              </w:rPr>
              <w:t>1.89</w:t>
            </w:r>
          </w:p>
        </w:tc>
        <w:tc>
          <w:tcPr>
            <w:tcW w:w="540" w:type="dxa"/>
            <w:tcMar>
              <w:top w:w="28" w:type="dxa"/>
              <w:left w:w="38" w:type="dxa"/>
              <w:bottom w:w="28" w:type="dxa"/>
              <w:right w:w="38" w:type="dxa"/>
            </w:tcMar>
            <w:vAlign w:val="center"/>
          </w:tcPr>
          <w:p w14:paraId="59103B1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B6DD7B" w14:textId="77777777" w:rsidR="00D60D5E" w:rsidRDefault="00D60D5E">
            <w:pPr>
              <w:jc w:val="center"/>
            </w:pPr>
          </w:p>
        </w:tc>
      </w:tr>
      <w:tr w:rsidR="00D60D5E" w14:paraId="529A16EA" w14:textId="77777777" w:rsidTr="000617E0">
        <w:trPr>
          <w:cantSplit/>
          <w:jc w:val="center"/>
        </w:trPr>
        <w:tc>
          <w:tcPr>
            <w:tcW w:w="677" w:type="dxa"/>
            <w:tcMar>
              <w:top w:w="28" w:type="dxa"/>
              <w:left w:w="38" w:type="dxa"/>
              <w:bottom w:w="28" w:type="dxa"/>
              <w:right w:w="38" w:type="dxa"/>
            </w:tcMar>
            <w:vAlign w:val="center"/>
          </w:tcPr>
          <w:p w14:paraId="5DB67EA8" w14:textId="77777777" w:rsidR="00D60D5E" w:rsidRDefault="00891EF0">
            <w:pPr>
              <w:spacing w:after="0" w:line="240" w:lineRule="auto"/>
              <w:jc w:val="center"/>
            </w:pPr>
            <w:r>
              <w:rPr>
                <w:rFonts w:eastAsia="Aptos"/>
                <w:color w:val="6A7075"/>
                <w:sz w:val="17"/>
              </w:rPr>
              <w:t>315-385</w:t>
            </w:r>
          </w:p>
        </w:tc>
        <w:tc>
          <w:tcPr>
            <w:tcW w:w="2648" w:type="dxa"/>
            <w:tcMar>
              <w:top w:w="28" w:type="dxa"/>
              <w:left w:w="38" w:type="dxa"/>
              <w:bottom w:w="28" w:type="dxa"/>
              <w:right w:w="38" w:type="dxa"/>
            </w:tcMar>
            <w:vAlign w:val="center"/>
          </w:tcPr>
          <w:p w14:paraId="3D25EB97" w14:textId="77777777" w:rsidR="00D60D5E" w:rsidRDefault="00891EF0">
            <w:pPr>
              <w:spacing w:after="0" w:line="240" w:lineRule="auto"/>
            </w:pPr>
            <w:r>
              <w:rPr>
                <w:rFonts w:eastAsia="Aptos"/>
                <w:sz w:val="17"/>
              </w:rPr>
              <w:t>Heineken Silver Bottles 12 oz 24 pk</w:t>
            </w:r>
          </w:p>
        </w:tc>
        <w:tc>
          <w:tcPr>
            <w:tcW w:w="630" w:type="dxa"/>
            <w:tcMar>
              <w:top w:w="28" w:type="dxa"/>
              <w:left w:w="38" w:type="dxa"/>
              <w:bottom w:w="28" w:type="dxa"/>
              <w:right w:w="38" w:type="dxa"/>
            </w:tcMar>
            <w:vAlign w:val="center"/>
          </w:tcPr>
          <w:p w14:paraId="72CBE3A8" w14:textId="77777777" w:rsidR="00D60D5E" w:rsidRDefault="00891EF0">
            <w:pPr>
              <w:spacing w:after="0" w:line="240" w:lineRule="auto"/>
              <w:jc w:val="center"/>
            </w:pPr>
            <w:r>
              <w:rPr>
                <w:rFonts w:eastAsia="Aptos"/>
                <w:b/>
                <w:sz w:val="17"/>
              </w:rPr>
              <w:t>39.89</w:t>
            </w:r>
          </w:p>
        </w:tc>
        <w:tc>
          <w:tcPr>
            <w:tcW w:w="540" w:type="dxa"/>
            <w:tcMar>
              <w:top w:w="28" w:type="dxa"/>
              <w:left w:w="38" w:type="dxa"/>
              <w:bottom w:w="28" w:type="dxa"/>
              <w:right w:w="38" w:type="dxa"/>
            </w:tcMar>
            <w:vAlign w:val="center"/>
          </w:tcPr>
          <w:p w14:paraId="12E9A223"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27FDE72B" w14:textId="77777777" w:rsidR="00D60D5E" w:rsidRDefault="00D60D5E">
            <w:pPr>
              <w:jc w:val="center"/>
            </w:pPr>
          </w:p>
        </w:tc>
      </w:tr>
      <w:tr w:rsidR="00D60D5E" w14:paraId="7355F87B" w14:textId="77777777" w:rsidTr="000617E0">
        <w:trPr>
          <w:cantSplit/>
          <w:jc w:val="center"/>
        </w:trPr>
        <w:tc>
          <w:tcPr>
            <w:tcW w:w="677" w:type="dxa"/>
            <w:tcMar>
              <w:top w:w="28" w:type="dxa"/>
              <w:left w:w="38" w:type="dxa"/>
              <w:bottom w:w="28" w:type="dxa"/>
              <w:right w:w="38" w:type="dxa"/>
            </w:tcMar>
            <w:vAlign w:val="center"/>
          </w:tcPr>
          <w:p w14:paraId="7C6DF4FB" w14:textId="77777777" w:rsidR="00D60D5E" w:rsidRDefault="00891EF0">
            <w:pPr>
              <w:spacing w:after="0" w:line="240" w:lineRule="auto"/>
              <w:jc w:val="center"/>
            </w:pPr>
            <w:r>
              <w:rPr>
                <w:rFonts w:eastAsia="Aptos"/>
                <w:color w:val="6A7075"/>
                <w:sz w:val="17"/>
              </w:rPr>
              <w:t>315-386</w:t>
            </w:r>
          </w:p>
        </w:tc>
        <w:tc>
          <w:tcPr>
            <w:tcW w:w="2648" w:type="dxa"/>
            <w:tcMar>
              <w:top w:w="28" w:type="dxa"/>
              <w:left w:w="38" w:type="dxa"/>
              <w:bottom w:w="28" w:type="dxa"/>
              <w:right w:w="38" w:type="dxa"/>
            </w:tcMar>
            <w:vAlign w:val="center"/>
          </w:tcPr>
          <w:p w14:paraId="215C498E" w14:textId="77777777" w:rsidR="00D60D5E" w:rsidRDefault="00891EF0">
            <w:pPr>
              <w:spacing w:after="0" w:line="240" w:lineRule="auto"/>
            </w:pPr>
            <w:r>
              <w:rPr>
                <w:rFonts w:eastAsia="Aptos"/>
                <w:sz w:val="17"/>
              </w:rPr>
              <w:t>White Claw Hard Seltzer 12 oz x 6 pk</w:t>
            </w:r>
          </w:p>
        </w:tc>
        <w:tc>
          <w:tcPr>
            <w:tcW w:w="630" w:type="dxa"/>
            <w:tcMar>
              <w:top w:w="28" w:type="dxa"/>
              <w:left w:w="38" w:type="dxa"/>
              <w:bottom w:w="28" w:type="dxa"/>
              <w:right w:w="38" w:type="dxa"/>
            </w:tcMar>
            <w:vAlign w:val="center"/>
          </w:tcPr>
          <w:p w14:paraId="6C7E968A"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4F6210B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2700CA" w14:textId="77777777" w:rsidR="00D60D5E" w:rsidRDefault="00D60D5E">
            <w:pPr>
              <w:jc w:val="center"/>
            </w:pPr>
          </w:p>
        </w:tc>
      </w:tr>
      <w:tr w:rsidR="00D60D5E" w14:paraId="7B91B32C" w14:textId="77777777" w:rsidTr="000617E0">
        <w:trPr>
          <w:cantSplit/>
          <w:jc w:val="center"/>
        </w:trPr>
        <w:tc>
          <w:tcPr>
            <w:tcW w:w="677" w:type="dxa"/>
            <w:tcMar>
              <w:top w:w="28" w:type="dxa"/>
              <w:left w:w="38" w:type="dxa"/>
              <w:bottom w:w="28" w:type="dxa"/>
              <w:right w:w="38" w:type="dxa"/>
            </w:tcMar>
            <w:vAlign w:val="center"/>
          </w:tcPr>
          <w:p w14:paraId="442A823E" w14:textId="77777777" w:rsidR="00D60D5E" w:rsidRDefault="00891EF0">
            <w:pPr>
              <w:spacing w:after="0" w:line="240" w:lineRule="auto"/>
              <w:jc w:val="center"/>
            </w:pPr>
            <w:r>
              <w:rPr>
                <w:rFonts w:eastAsia="Aptos"/>
                <w:color w:val="6A7075"/>
                <w:sz w:val="17"/>
              </w:rPr>
              <w:t>315-387</w:t>
            </w:r>
          </w:p>
        </w:tc>
        <w:tc>
          <w:tcPr>
            <w:tcW w:w="2648" w:type="dxa"/>
            <w:tcMar>
              <w:top w:w="28" w:type="dxa"/>
              <w:left w:w="38" w:type="dxa"/>
              <w:bottom w:w="28" w:type="dxa"/>
              <w:right w:w="38" w:type="dxa"/>
            </w:tcMar>
            <w:vAlign w:val="center"/>
          </w:tcPr>
          <w:p w14:paraId="2DD35A9E" w14:textId="77777777" w:rsidR="00D60D5E" w:rsidRDefault="00891EF0">
            <w:pPr>
              <w:spacing w:after="0" w:line="240" w:lineRule="auto"/>
            </w:pPr>
            <w:r>
              <w:rPr>
                <w:rFonts w:eastAsia="Aptos"/>
                <w:sz w:val="17"/>
              </w:rPr>
              <w:t>White Claw Hard Seltzer 12oz x 24 pk</w:t>
            </w:r>
          </w:p>
        </w:tc>
        <w:tc>
          <w:tcPr>
            <w:tcW w:w="630" w:type="dxa"/>
            <w:tcMar>
              <w:top w:w="28" w:type="dxa"/>
              <w:left w:w="38" w:type="dxa"/>
              <w:bottom w:w="28" w:type="dxa"/>
              <w:right w:w="38" w:type="dxa"/>
            </w:tcMar>
            <w:vAlign w:val="center"/>
          </w:tcPr>
          <w:p w14:paraId="20482DED" w14:textId="77777777" w:rsidR="00D60D5E" w:rsidRDefault="00891EF0">
            <w:pPr>
              <w:spacing w:after="0" w:line="240" w:lineRule="auto"/>
              <w:jc w:val="center"/>
            </w:pPr>
            <w:r>
              <w:rPr>
                <w:rFonts w:eastAsia="Aptos"/>
                <w:b/>
                <w:sz w:val="17"/>
              </w:rPr>
              <w:t>64.99</w:t>
            </w:r>
          </w:p>
        </w:tc>
        <w:tc>
          <w:tcPr>
            <w:tcW w:w="540" w:type="dxa"/>
            <w:tcMar>
              <w:top w:w="28" w:type="dxa"/>
              <w:left w:w="38" w:type="dxa"/>
              <w:bottom w:w="28" w:type="dxa"/>
              <w:right w:w="38" w:type="dxa"/>
            </w:tcMar>
            <w:vAlign w:val="center"/>
          </w:tcPr>
          <w:p w14:paraId="0C169E5D"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AC61147" w14:textId="77777777" w:rsidR="00D60D5E" w:rsidRDefault="00D60D5E">
            <w:pPr>
              <w:jc w:val="center"/>
            </w:pPr>
          </w:p>
        </w:tc>
      </w:tr>
      <w:tr w:rsidR="00D60D5E" w14:paraId="01A4B776" w14:textId="77777777" w:rsidTr="000617E0">
        <w:trPr>
          <w:cantSplit/>
          <w:jc w:val="center"/>
        </w:trPr>
        <w:tc>
          <w:tcPr>
            <w:tcW w:w="677" w:type="dxa"/>
            <w:tcMar>
              <w:top w:w="28" w:type="dxa"/>
              <w:left w:w="38" w:type="dxa"/>
              <w:bottom w:w="28" w:type="dxa"/>
              <w:right w:w="38" w:type="dxa"/>
            </w:tcMar>
            <w:vAlign w:val="center"/>
          </w:tcPr>
          <w:p w14:paraId="1F938BC8" w14:textId="77777777" w:rsidR="00D60D5E" w:rsidRDefault="00891EF0">
            <w:pPr>
              <w:spacing w:after="0" w:line="240" w:lineRule="auto"/>
              <w:jc w:val="center"/>
            </w:pPr>
            <w:r>
              <w:rPr>
                <w:rFonts w:eastAsia="Aptos"/>
                <w:color w:val="6A7075"/>
                <w:sz w:val="17"/>
              </w:rPr>
              <w:t>315-390</w:t>
            </w:r>
          </w:p>
        </w:tc>
        <w:tc>
          <w:tcPr>
            <w:tcW w:w="2648" w:type="dxa"/>
            <w:tcMar>
              <w:top w:w="28" w:type="dxa"/>
              <w:left w:w="38" w:type="dxa"/>
              <w:bottom w:w="28" w:type="dxa"/>
              <w:right w:w="38" w:type="dxa"/>
            </w:tcMar>
            <w:vAlign w:val="center"/>
          </w:tcPr>
          <w:p w14:paraId="7A66479A" w14:textId="77777777" w:rsidR="00D60D5E" w:rsidRDefault="00891EF0">
            <w:pPr>
              <w:spacing w:after="0" w:line="240" w:lineRule="auto"/>
            </w:pPr>
            <w:r>
              <w:rPr>
                <w:rFonts w:eastAsia="Aptos"/>
                <w:sz w:val="17"/>
              </w:rPr>
              <w:t>Red Stripe Cans 11.2oz/484 ml</w:t>
            </w:r>
          </w:p>
        </w:tc>
        <w:tc>
          <w:tcPr>
            <w:tcW w:w="630" w:type="dxa"/>
            <w:tcMar>
              <w:top w:w="28" w:type="dxa"/>
              <w:left w:w="38" w:type="dxa"/>
              <w:bottom w:w="28" w:type="dxa"/>
              <w:right w:w="38" w:type="dxa"/>
            </w:tcMar>
            <w:vAlign w:val="center"/>
          </w:tcPr>
          <w:p w14:paraId="40D5D7E1" w14:textId="77777777" w:rsidR="00D60D5E" w:rsidRDefault="00891EF0">
            <w:pPr>
              <w:spacing w:after="0" w:line="240" w:lineRule="auto"/>
              <w:jc w:val="center"/>
            </w:pPr>
            <w:r>
              <w:rPr>
                <w:rFonts w:eastAsia="Aptos"/>
                <w:b/>
                <w:sz w:val="17"/>
              </w:rPr>
              <w:t>2.15</w:t>
            </w:r>
          </w:p>
        </w:tc>
        <w:tc>
          <w:tcPr>
            <w:tcW w:w="540" w:type="dxa"/>
            <w:tcMar>
              <w:top w:w="28" w:type="dxa"/>
              <w:left w:w="38" w:type="dxa"/>
              <w:bottom w:w="28" w:type="dxa"/>
              <w:right w:w="38" w:type="dxa"/>
            </w:tcMar>
            <w:vAlign w:val="center"/>
          </w:tcPr>
          <w:p w14:paraId="66C7B32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631700F" w14:textId="77777777" w:rsidR="00D60D5E" w:rsidRDefault="00D60D5E">
            <w:pPr>
              <w:jc w:val="center"/>
            </w:pPr>
          </w:p>
        </w:tc>
      </w:tr>
      <w:tr w:rsidR="00D60D5E" w14:paraId="59BD0DE4" w14:textId="77777777" w:rsidTr="000617E0">
        <w:trPr>
          <w:cantSplit/>
          <w:jc w:val="center"/>
        </w:trPr>
        <w:tc>
          <w:tcPr>
            <w:tcW w:w="677" w:type="dxa"/>
            <w:tcMar>
              <w:top w:w="28" w:type="dxa"/>
              <w:left w:w="38" w:type="dxa"/>
              <w:bottom w:w="28" w:type="dxa"/>
              <w:right w:w="38" w:type="dxa"/>
            </w:tcMar>
            <w:vAlign w:val="center"/>
          </w:tcPr>
          <w:p w14:paraId="271ECC56" w14:textId="77777777" w:rsidR="00D60D5E" w:rsidRDefault="00891EF0">
            <w:pPr>
              <w:spacing w:after="0" w:line="240" w:lineRule="auto"/>
              <w:jc w:val="center"/>
            </w:pPr>
            <w:r>
              <w:rPr>
                <w:rFonts w:eastAsia="Aptos"/>
                <w:color w:val="6A7075"/>
                <w:sz w:val="17"/>
              </w:rPr>
              <w:t>315-395</w:t>
            </w:r>
          </w:p>
        </w:tc>
        <w:tc>
          <w:tcPr>
            <w:tcW w:w="2648" w:type="dxa"/>
            <w:tcMar>
              <w:top w:w="28" w:type="dxa"/>
              <w:left w:w="38" w:type="dxa"/>
              <w:bottom w:w="28" w:type="dxa"/>
              <w:right w:w="38" w:type="dxa"/>
            </w:tcMar>
            <w:vAlign w:val="center"/>
          </w:tcPr>
          <w:p w14:paraId="6391C7FF" w14:textId="77777777" w:rsidR="00D60D5E" w:rsidRDefault="00891EF0">
            <w:pPr>
              <w:spacing w:after="0" w:line="240" w:lineRule="auto"/>
            </w:pPr>
            <w:r>
              <w:rPr>
                <w:rFonts w:eastAsia="Aptos"/>
                <w:sz w:val="17"/>
              </w:rPr>
              <w:t>Red Stripe Cans 24/11.2oz/484 ml</w:t>
            </w:r>
          </w:p>
        </w:tc>
        <w:tc>
          <w:tcPr>
            <w:tcW w:w="630" w:type="dxa"/>
            <w:tcMar>
              <w:top w:w="28" w:type="dxa"/>
              <w:left w:w="38" w:type="dxa"/>
              <w:bottom w:w="28" w:type="dxa"/>
              <w:right w:w="38" w:type="dxa"/>
            </w:tcMar>
            <w:vAlign w:val="center"/>
          </w:tcPr>
          <w:p w14:paraId="6AB27549" w14:textId="77777777" w:rsidR="00D60D5E" w:rsidRDefault="00891EF0">
            <w:pPr>
              <w:spacing w:after="0" w:line="240" w:lineRule="auto"/>
              <w:jc w:val="center"/>
            </w:pPr>
            <w:r>
              <w:rPr>
                <w:rFonts w:eastAsia="Aptos"/>
                <w:b/>
                <w:sz w:val="17"/>
              </w:rPr>
              <w:t>49.99</w:t>
            </w:r>
          </w:p>
        </w:tc>
        <w:tc>
          <w:tcPr>
            <w:tcW w:w="540" w:type="dxa"/>
            <w:tcMar>
              <w:top w:w="28" w:type="dxa"/>
              <w:left w:w="38" w:type="dxa"/>
              <w:bottom w:w="28" w:type="dxa"/>
              <w:right w:w="38" w:type="dxa"/>
            </w:tcMar>
            <w:vAlign w:val="center"/>
          </w:tcPr>
          <w:p w14:paraId="5B4A6C67" w14:textId="77777777" w:rsidR="00D60D5E" w:rsidRDefault="00891EF0">
            <w:pPr>
              <w:spacing w:after="0" w:line="240" w:lineRule="auto"/>
              <w:jc w:val="center"/>
            </w:pPr>
            <w:r>
              <w:rPr>
                <w:rFonts w:eastAsia="Aptos"/>
                <w:sz w:val="17"/>
              </w:rPr>
              <w:t>CS</w:t>
            </w:r>
          </w:p>
        </w:tc>
        <w:tc>
          <w:tcPr>
            <w:tcW w:w="646" w:type="dxa"/>
            <w:tcMar>
              <w:top w:w="28" w:type="dxa"/>
              <w:left w:w="38" w:type="dxa"/>
              <w:bottom w:w="28" w:type="dxa"/>
              <w:right w:w="38" w:type="dxa"/>
            </w:tcMar>
            <w:vAlign w:val="center"/>
          </w:tcPr>
          <w:p w14:paraId="512D810F" w14:textId="77777777" w:rsidR="00D60D5E" w:rsidRDefault="00D60D5E">
            <w:pPr>
              <w:jc w:val="center"/>
            </w:pPr>
          </w:p>
        </w:tc>
      </w:tr>
      <w:tr w:rsidR="00D60D5E" w14:paraId="565DA633" w14:textId="77777777" w:rsidTr="000617E0">
        <w:trPr>
          <w:cantSplit/>
          <w:jc w:val="center"/>
        </w:trPr>
        <w:tc>
          <w:tcPr>
            <w:tcW w:w="677" w:type="dxa"/>
            <w:shd w:val="clear" w:color="auto" w:fill="D9EAF7"/>
            <w:tcMar>
              <w:top w:w="28" w:type="dxa"/>
              <w:left w:w="38" w:type="dxa"/>
              <w:bottom w:w="28" w:type="dxa"/>
              <w:right w:w="38" w:type="dxa"/>
            </w:tcMar>
            <w:vAlign w:val="center"/>
          </w:tcPr>
          <w:p w14:paraId="44CABDD1" w14:textId="77777777" w:rsidR="00D60D5E" w:rsidRDefault="00891EF0">
            <w:pPr>
              <w:spacing w:after="0" w:line="240" w:lineRule="auto"/>
              <w:jc w:val="center"/>
            </w:pPr>
            <w:r>
              <w:rPr>
                <w:rFonts w:eastAsia="Aptos"/>
                <w:b/>
                <w:color w:val="2F4F8F"/>
                <w:sz w:val="18"/>
              </w:rPr>
              <w:t>320-</w:t>
            </w:r>
          </w:p>
        </w:tc>
        <w:tc>
          <w:tcPr>
            <w:tcW w:w="2648" w:type="dxa"/>
            <w:shd w:val="clear" w:color="auto" w:fill="D9EAF7"/>
            <w:tcMar>
              <w:top w:w="28" w:type="dxa"/>
              <w:left w:w="38" w:type="dxa"/>
              <w:bottom w:w="28" w:type="dxa"/>
              <w:right w:w="38" w:type="dxa"/>
            </w:tcMar>
            <w:vAlign w:val="center"/>
          </w:tcPr>
          <w:p w14:paraId="30E0DA89" w14:textId="77777777" w:rsidR="00D60D5E" w:rsidRDefault="00891EF0">
            <w:pPr>
              <w:spacing w:after="0" w:line="240" w:lineRule="auto"/>
            </w:pPr>
            <w:r>
              <w:rPr>
                <w:rFonts w:eastAsia="Aptos"/>
                <w:b/>
                <w:color w:val="2F4F8F"/>
                <w:sz w:val="18"/>
              </w:rPr>
              <w:t>APERITIF</w:t>
            </w:r>
          </w:p>
        </w:tc>
        <w:tc>
          <w:tcPr>
            <w:tcW w:w="630" w:type="dxa"/>
            <w:shd w:val="clear" w:color="auto" w:fill="D9EAF7"/>
            <w:tcMar>
              <w:top w:w="28" w:type="dxa"/>
              <w:left w:w="38" w:type="dxa"/>
              <w:bottom w:w="28" w:type="dxa"/>
              <w:right w:w="38" w:type="dxa"/>
            </w:tcMar>
            <w:vAlign w:val="center"/>
          </w:tcPr>
          <w:p w14:paraId="3D2C8AE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70DA2858"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C4AA30A" w14:textId="77777777" w:rsidR="00D60D5E" w:rsidRDefault="00D60D5E">
            <w:pPr>
              <w:jc w:val="center"/>
            </w:pPr>
          </w:p>
        </w:tc>
      </w:tr>
      <w:tr w:rsidR="00D60D5E" w14:paraId="511D63D6" w14:textId="77777777" w:rsidTr="000617E0">
        <w:trPr>
          <w:cantSplit/>
          <w:jc w:val="center"/>
        </w:trPr>
        <w:tc>
          <w:tcPr>
            <w:tcW w:w="677" w:type="dxa"/>
            <w:tcMar>
              <w:top w:w="28" w:type="dxa"/>
              <w:left w:w="38" w:type="dxa"/>
              <w:bottom w:w="28" w:type="dxa"/>
              <w:right w:w="38" w:type="dxa"/>
            </w:tcMar>
            <w:vAlign w:val="center"/>
          </w:tcPr>
          <w:p w14:paraId="61BDDE33" w14:textId="77777777" w:rsidR="00D60D5E" w:rsidRDefault="00891EF0">
            <w:pPr>
              <w:spacing w:after="0" w:line="240" w:lineRule="auto"/>
              <w:jc w:val="center"/>
            </w:pPr>
            <w:r>
              <w:rPr>
                <w:rFonts w:eastAsia="Aptos"/>
                <w:color w:val="6A7075"/>
                <w:sz w:val="17"/>
              </w:rPr>
              <w:t>320-105</w:t>
            </w:r>
          </w:p>
        </w:tc>
        <w:tc>
          <w:tcPr>
            <w:tcW w:w="2648" w:type="dxa"/>
            <w:tcMar>
              <w:top w:w="28" w:type="dxa"/>
              <w:left w:w="38" w:type="dxa"/>
              <w:bottom w:w="28" w:type="dxa"/>
              <w:right w:w="38" w:type="dxa"/>
            </w:tcMar>
            <w:vAlign w:val="center"/>
          </w:tcPr>
          <w:p w14:paraId="4C02250A" w14:textId="77777777" w:rsidR="00D60D5E" w:rsidRDefault="00891EF0">
            <w:pPr>
              <w:spacing w:after="0" w:line="240" w:lineRule="auto"/>
            </w:pPr>
            <w:r>
              <w:rPr>
                <w:rFonts w:eastAsia="Aptos"/>
                <w:sz w:val="17"/>
              </w:rPr>
              <w:t>Vermouth Dry 750ml</w:t>
            </w:r>
          </w:p>
        </w:tc>
        <w:tc>
          <w:tcPr>
            <w:tcW w:w="630" w:type="dxa"/>
            <w:tcMar>
              <w:top w:w="28" w:type="dxa"/>
              <w:left w:w="38" w:type="dxa"/>
              <w:bottom w:w="28" w:type="dxa"/>
              <w:right w:w="38" w:type="dxa"/>
            </w:tcMar>
            <w:vAlign w:val="center"/>
          </w:tcPr>
          <w:p w14:paraId="0953DAA9"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70F839B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CA3342" w14:textId="77777777" w:rsidR="00D60D5E" w:rsidRDefault="00D60D5E">
            <w:pPr>
              <w:jc w:val="center"/>
            </w:pPr>
          </w:p>
        </w:tc>
      </w:tr>
      <w:tr w:rsidR="00D60D5E" w14:paraId="00229396" w14:textId="77777777" w:rsidTr="000617E0">
        <w:trPr>
          <w:cantSplit/>
          <w:jc w:val="center"/>
        </w:trPr>
        <w:tc>
          <w:tcPr>
            <w:tcW w:w="677" w:type="dxa"/>
            <w:tcMar>
              <w:top w:w="28" w:type="dxa"/>
              <w:left w:w="38" w:type="dxa"/>
              <w:bottom w:w="28" w:type="dxa"/>
              <w:right w:w="38" w:type="dxa"/>
            </w:tcMar>
            <w:vAlign w:val="center"/>
          </w:tcPr>
          <w:p w14:paraId="6F8BE221" w14:textId="77777777" w:rsidR="00D60D5E" w:rsidRDefault="00891EF0">
            <w:pPr>
              <w:spacing w:after="0" w:line="240" w:lineRule="auto"/>
              <w:jc w:val="center"/>
            </w:pPr>
            <w:r>
              <w:rPr>
                <w:rFonts w:eastAsia="Aptos"/>
                <w:color w:val="6A7075"/>
                <w:sz w:val="17"/>
              </w:rPr>
              <w:t>320-110</w:t>
            </w:r>
          </w:p>
        </w:tc>
        <w:tc>
          <w:tcPr>
            <w:tcW w:w="2648" w:type="dxa"/>
            <w:tcMar>
              <w:top w:w="28" w:type="dxa"/>
              <w:left w:w="38" w:type="dxa"/>
              <w:bottom w:w="28" w:type="dxa"/>
              <w:right w:w="38" w:type="dxa"/>
            </w:tcMar>
            <w:vAlign w:val="center"/>
          </w:tcPr>
          <w:p w14:paraId="646F0093" w14:textId="77777777" w:rsidR="00D60D5E" w:rsidRDefault="00891EF0">
            <w:pPr>
              <w:spacing w:after="0" w:line="240" w:lineRule="auto"/>
            </w:pPr>
            <w:r>
              <w:rPr>
                <w:rFonts w:eastAsia="Aptos"/>
                <w:sz w:val="17"/>
              </w:rPr>
              <w:t>Vermouth Red 750ml</w:t>
            </w:r>
          </w:p>
        </w:tc>
        <w:tc>
          <w:tcPr>
            <w:tcW w:w="630" w:type="dxa"/>
            <w:tcMar>
              <w:top w:w="28" w:type="dxa"/>
              <w:left w:w="38" w:type="dxa"/>
              <w:bottom w:w="28" w:type="dxa"/>
              <w:right w:w="38" w:type="dxa"/>
            </w:tcMar>
            <w:vAlign w:val="center"/>
          </w:tcPr>
          <w:p w14:paraId="1175F985" w14:textId="77777777" w:rsidR="00D60D5E" w:rsidRDefault="00891EF0">
            <w:pPr>
              <w:spacing w:after="0" w:line="240" w:lineRule="auto"/>
              <w:jc w:val="center"/>
            </w:pPr>
            <w:r>
              <w:rPr>
                <w:rFonts w:eastAsia="Aptos"/>
                <w:b/>
                <w:sz w:val="17"/>
              </w:rPr>
              <w:t>13.99</w:t>
            </w:r>
          </w:p>
        </w:tc>
        <w:tc>
          <w:tcPr>
            <w:tcW w:w="540" w:type="dxa"/>
            <w:tcMar>
              <w:top w:w="28" w:type="dxa"/>
              <w:left w:w="38" w:type="dxa"/>
              <w:bottom w:w="28" w:type="dxa"/>
              <w:right w:w="38" w:type="dxa"/>
            </w:tcMar>
            <w:vAlign w:val="center"/>
          </w:tcPr>
          <w:p w14:paraId="75F22F4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0D3120" w14:textId="77777777" w:rsidR="00D60D5E" w:rsidRDefault="00D60D5E">
            <w:pPr>
              <w:jc w:val="center"/>
            </w:pPr>
          </w:p>
        </w:tc>
      </w:tr>
      <w:tr w:rsidR="00D60D5E" w14:paraId="4FA0A4D9" w14:textId="77777777" w:rsidTr="000617E0">
        <w:trPr>
          <w:cantSplit/>
          <w:jc w:val="center"/>
        </w:trPr>
        <w:tc>
          <w:tcPr>
            <w:tcW w:w="677" w:type="dxa"/>
            <w:tcMar>
              <w:top w:w="28" w:type="dxa"/>
              <w:left w:w="38" w:type="dxa"/>
              <w:bottom w:w="28" w:type="dxa"/>
              <w:right w:w="38" w:type="dxa"/>
            </w:tcMar>
            <w:vAlign w:val="center"/>
          </w:tcPr>
          <w:p w14:paraId="498497BD" w14:textId="77777777" w:rsidR="00D60D5E" w:rsidRDefault="00891EF0">
            <w:pPr>
              <w:spacing w:after="0" w:line="240" w:lineRule="auto"/>
              <w:jc w:val="center"/>
            </w:pPr>
            <w:r>
              <w:rPr>
                <w:rFonts w:eastAsia="Aptos"/>
                <w:color w:val="6A7075"/>
                <w:sz w:val="17"/>
              </w:rPr>
              <w:t>320-115</w:t>
            </w:r>
          </w:p>
        </w:tc>
        <w:tc>
          <w:tcPr>
            <w:tcW w:w="2648" w:type="dxa"/>
            <w:tcMar>
              <w:top w:w="28" w:type="dxa"/>
              <w:left w:w="38" w:type="dxa"/>
              <w:bottom w:w="28" w:type="dxa"/>
              <w:right w:w="38" w:type="dxa"/>
            </w:tcMar>
            <w:vAlign w:val="center"/>
          </w:tcPr>
          <w:p w14:paraId="7EBE1AFA" w14:textId="77777777" w:rsidR="00D60D5E" w:rsidRDefault="00891EF0">
            <w:pPr>
              <w:spacing w:after="0" w:line="240" w:lineRule="auto"/>
            </w:pPr>
            <w:r>
              <w:rPr>
                <w:rFonts w:eastAsia="Aptos"/>
                <w:sz w:val="17"/>
              </w:rPr>
              <w:t>Pernod 750ml</w:t>
            </w:r>
          </w:p>
        </w:tc>
        <w:tc>
          <w:tcPr>
            <w:tcW w:w="630" w:type="dxa"/>
            <w:tcMar>
              <w:top w:w="28" w:type="dxa"/>
              <w:left w:w="38" w:type="dxa"/>
              <w:bottom w:w="28" w:type="dxa"/>
              <w:right w:w="38" w:type="dxa"/>
            </w:tcMar>
            <w:vAlign w:val="center"/>
          </w:tcPr>
          <w:p w14:paraId="5E1DF7EF" w14:textId="77777777" w:rsidR="00D60D5E" w:rsidRDefault="00891EF0">
            <w:pPr>
              <w:spacing w:after="0" w:line="240" w:lineRule="auto"/>
              <w:jc w:val="center"/>
            </w:pPr>
            <w:r>
              <w:rPr>
                <w:rFonts w:eastAsia="Aptos"/>
                <w:b/>
                <w:sz w:val="17"/>
              </w:rPr>
              <w:t>29.80</w:t>
            </w:r>
          </w:p>
        </w:tc>
        <w:tc>
          <w:tcPr>
            <w:tcW w:w="540" w:type="dxa"/>
            <w:tcMar>
              <w:top w:w="28" w:type="dxa"/>
              <w:left w:w="38" w:type="dxa"/>
              <w:bottom w:w="28" w:type="dxa"/>
              <w:right w:w="38" w:type="dxa"/>
            </w:tcMar>
            <w:vAlign w:val="center"/>
          </w:tcPr>
          <w:p w14:paraId="3EBD634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2960092" w14:textId="77777777" w:rsidR="00D60D5E" w:rsidRDefault="00D60D5E">
            <w:pPr>
              <w:jc w:val="center"/>
            </w:pPr>
          </w:p>
        </w:tc>
      </w:tr>
      <w:tr w:rsidR="00D60D5E" w14:paraId="064EB118" w14:textId="77777777" w:rsidTr="000617E0">
        <w:trPr>
          <w:cantSplit/>
          <w:jc w:val="center"/>
        </w:trPr>
        <w:tc>
          <w:tcPr>
            <w:tcW w:w="677" w:type="dxa"/>
            <w:tcMar>
              <w:top w:w="28" w:type="dxa"/>
              <w:left w:w="38" w:type="dxa"/>
              <w:bottom w:w="28" w:type="dxa"/>
              <w:right w:w="38" w:type="dxa"/>
            </w:tcMar>
            <w:vAlign w:val="center"/>
          </w:tcPr>
          <w:p w14:paraId="60E1016F" w14:textId="77777777" w:rsidR="00D60D5E" w:rsidRDefault="00891EF0">
            <w:pPr>
              <w:spacing w:after="0" w:line="240" w:lineRule="auto"/>
              <w:jc w:val="center"/>
            </w:pPr>
            <w:r>
              <w:rPr>
                <w:rFonts w:eastAsia="Aptos"/>
                <w:color w:val="6A7075"/>
                <w:sz w:val="17"/>
              </w:rPr>
              <w:t>320-120</w:t>
            </w:r>
          </w:p>
        </w:tc>
        <w:tc>
          <w:tcPr>
            <w:tcW w:w="2648" w:type="dxa"/>
            <w:tcMar>
              <w:top w:w="28" w:type="dxa"/>
              <w:left w:w="38" w:type="dxa"/>
              <w:bottom w:w="28" w:type="dxa"/>
              <w:right w:w="38" w:type="dxa"/>
            </w:tcMar>
            <w:vAlign w:val="center"/>
          </w:tcPr>
          <w:p w14:paraId="3300DFAF" w14:textId="77777777" w:rsidR="00D60D5E" w:rsidRDefault="00891EF0">
            <w:pPr>
              <w:spacing w:after="0" w:line="240" w:lineRule="auto"/>
            </w:pPr>
            <w:r>
              <w:rPr>
                <w:rFonts w:eastAsia="Aptos"/>
                <w:sz w:val="17"/>
              </w:rPr>
              <w:t>Campari 750ml</w:t>
            </w:r>
          </w:p>
        </w:tc>
        <w:tc>
          <w:tcPr>
            <w:tcW w:w="630" w:type="dxa"/>
            <w:tcMar>
              <w:top w:w="28" w:type="dxa"/>
              <w:left w:w="38" w:type="dxa"/>
              <w:bottom w:w="28" w:type="dxa"/>
              <w:right w:w="38" w:type="dxa"/>
            </w:tcMar>
            <w:vAlign w:val="center"/>
          </w:tcPr>
          <w:p w14:paraId="439206AE" w14:textId="77777777" w:rsidR="00D60D5E" w:rsidRDefault="00891EF0">
            <w:pPr>
              <w:spacing w:after="0" w:line="240" w:lineRule="auto"/>
              <w:jc w:val="center"/>
            </w:pPr>
            <w:r>
              <w:rPr>
                <w:rFonts w:eastAsia="Aptos"/>
                <w:b/>
                <w:sz w:val="17"/>
              </w:rPr>
              <w:t>22.99</w:t>
            </w:r>
          </w:p>
        </w:tc>
        <w:tc>
          <w:tcPr>
            <w:tcW w:w="540" w:type="dxa"/>
            <w:tcMar>
              <w:top w:w="28" w:type="dxa"/>
              <w:left w:w="38" w:type="dxa"/>
              <w:bottom w:w="28" w:type="dxa"/>
              <w:right w:w="38" w:type="dxa"/>
            </w:tcMar>
            <w:vAlign w:val="center"/>
          </w:tcPr>
          <w:p w14:paraId="54170D5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678B10" w14:textId="77777777" w:rsidR="00D60D5E" w:rsidRDefault="00D60D5E">
            <w:pPr>
              <w:jc w:val="center"/>
            </w:pPr>
          </w:p>
        </w:tc>
      </w:tr>
      <w:tr w:rsidR="00D60D5E" w14:paraId="4DC8E47D" w14:textId="77777777" w:rsidTr="000617E0">
        <w:trPr>
          <w:cantSplit/>
          <w:jc w:val="center"/>
        </w:trPr>
        <w:tc>
          <w:tcPr>
            <w:tcW w:w="677" w:type="dxa"/>
            <w:tcMar>
              <w:top w:w="28" w:type="dxa"/>
              <w:left w:w="38" w:type="dxa"/>
              <w:bottom w:w="28" w:type="dxa"/>
              <w:right w:w="38" w:type="dxa"/>
            </w:tcMar>
            <w:vAlign w:val="center"/>
          </w:tcPr>
          <w:p w14:paraId="13EC95C0" w14:textId="77777777" w:rsidR="00D60D5E" w:rsidRDefault="00891EF0">
            <w:pPr>
              <w:spacing w:after="0" w:line="240" w:lineRule="auto"/>
              <w:jc w:val="center"/>
            </w:pPr>
            <w:r>
              <w:rPr>
                <w:rFonts w:eastAsia="Aptos"/>
                <w:color w:val="6A7075"/>
                <w:sz w:val="17"/>
              </w:rPr>
              <w:t>320-125</w:t>
            </w:r>
          </w:p>
        </w:tc>
        <w:tc>
          <w:tcPr>
            <w:tcW w:w="2648" w:type="dxa"/>
            <w:tcMar>
              <w:top w:w="28" w:type="dxa"/>
              <w:left w:w="38" w:type="dxa"/>
              <w:bottom w:w="28" w:type="dxa"/>
              <w:right w:w="38" w:type="dxa"/>
            </w:tcMar>
            <w:vAlign w:val="center"/>
          </w:tcPr>
          <w:p w14:paraId="7639AAC8" w14:textId="77777777" w:rsidR="00D60D5E" w:rsidRDefault="00891EF0">
            <w:pPr>
              <w:spacing w:after="0" w:line="240" w:lineRule="auto"/>
            </w:pPr>
            <w:r>
              <w:rPr>
                <w:rFonts w:eastAsia="Aptos"/>
                <w:sz w:val="17"/>
              </w:rPr>
              <w:t>Pimms</w:t>
            </w:r>
          </w:p>
        </w:tc>
        <w:tc>
          <w:tcPr>
            <w:tcW w:w="630" w:type="dxa"/>
            <w:tcMar>
              <w:top w:w="28" w:type="dxa"/>
              <w:left w:w="38" w:type="dxa"/>
              <w:bottom w:w="28" w:type="dxa"/>
              <w:right w:w="38" w:type="dxa"/>
            </w:tcMar>
            <w:vAlign w:val="center"/>
          </w:tcPr>
          <w:p w14:paraId="1D59B82A" w14:textId="77777777" w:rsidR="00D60D5E" w:rsidRDefault="00891EF0">
            <w:pPr>
              <w:spacing w:after="0" w:line="240" w:lineRule="auto"/>
              <w:jc w:val="center"/>
            </w:pPr>
            <w:r>
              <w:rPr>
                <w:rFonts w:eastAsia="Aptos"/>
                <w:b/>
                <w:sz w:val="17"/>
              </w:rPr>
              <w:t>27.00</w:t>
            </w:r>
          </w:p>
        </w:tc>
        <w:tc>
          <w:tcPr>
            <w:tcW w:w="540" w:type="dxa"/>
            <w:tcMar>
              <w:top w:w="28" w:type="dxa"/>
              <w:left w:w="38" w:type="dxa"/>
              <w:bottom w:w="28" w:type="dxa"/>
              <w:right w:w="38" w:type="dxa"/>
            </w:tcMar>
            <w:vAlign w:val="center"/>
          </w:tcPr>
          <w:p w14:paraId="15FAE05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7CAB6A" w14:textId="77777777" w:rsidR="00D60D5E" w:rsidRDefault="00D60D5E">
            <w:pPr>
              <w:jc w:val="center"/>
            </w:pPr>
          </w:p>
        </w:tc>
      </w:tr>
      <w:tr w:rsidR="00D60D5E" w14:paraId="7FC956C7" w14:textId="77777777" w:rsidTr="000617E0">
        <w:trPr>
          <w:cantSplit/>
          <w:jc w:val="center"/>
        </w:trPr>
        <w:tc>
          <w:tcPr>
            <w:tcW w:w="677" w:type="dxa"/>
            <w:shd w:val="clear" w:color="auto" w:fill="D9EAF7"/>
            <w:tcMar>
              <w:top w:w="28" w:type="dxa"/>
              <w:left w:w="38" w:type="dxa"/>
              <w:bottom w:w="28" w:type="dxa"/>
              <w:right w:w="38" w:type="dxa"/>
            </w:tcMar>
            <w:vAlign w:val="center"/>
          </w:tcPr>
          <w:p w14:paraId="2EF2673A" w14:textId="77777777" w:rsidR="00D60D5E" w:rsidRDefault="00891EF0">
            <w:pPr>
              <w:spacing w:after="0" w:line="240" w:lineRule="auto"/>
              <w:jc w:val="center"/>
            </w:pPr>
            <w:r>
              <w:rPr>
                <w:rFonts w:eastAsia="Aptos"/>
                <w:b/>
                <w:color w:val="76A943"/>
                <w:sz w:val="18"/>
              </w:rPr>
              <w:t>325-</w:t>
            </w:r>
          </w:p>
        </w:tc>
        <w:tc>
          <w:tcPr>
            <w:tcW w:w="2648" w:type="dxa"/>
            <w:shd w:val="clear" w:color="auto" w:fill="D9EAF7"/>
            <w:tcMar>
              <w:top w:w="28" w:type="dxa"/>
              <w:left w:w="38" w:type="dxa"/>
              <w:bottom w:w="28" w:type="dxa"/>
              <w:right w:w="38" w:type="dxa"/>
            </w:tcMar>
            <w:vAlign w:val="center"/>
          </w:tcPr>
          <w:p w14:paraId="246EF16A" w14:textId="77777777" w:rsidR="00D60D5E" w:rsidRDefault="00891EF0">
            <w:pPr>
              <w:spacing w:after="0" w:line="240" w:lineRule="auto"/>
            </w:pPr>
            <w:r>
              <w:rPr>
                <w:rFonts w:eastAsia="Aptos"/>
                <w:b/>
                <w:color w:val="76A943"/>
                <w:sz w:val="18"/>
              </w:rPr>
              <w:t>GIN</w:t>
            </w:r>
          </w:p>
        </w:tc>
        <w:tc>
          <w:tcPr>
            <w:tcW w:w="630" w:type="dxa"/>
            <w:shd w:val="clear" w:color="auto" w:fill="D9EAF7"/>
            <w:tcMar>
              <w:top w:w="28" w:type="dxa"/>
              <w:left w:w="38" w:type="dxa"/>
              <w:bottom w:w="28" w:type="dxa"/>
              <w:right w:w="38" w:type="dxa"/>
            </w:tcMar>
            <w:vAlign w:val="center"/>
          </w:tcPr>
          <w:p w14:paraId="4F30451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9D6D461"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19E44FD" w14:textId="77777777" w:rsidR="00D60D5E" w:rsidRDefault="00D60D5E">
            <w:pPr>
              <w:jc w:val="center"/>
            </w:pPr>
          </w:p>
        </w:tc>
      </w:tr>
      <w:tr w:rsidR="00D60D5E" w14:paraId="6CAFF88D" w14:textId="77777777" w:rsidTr="000617E0">
        <w:trPr>
          <w:cantSplit/>
          <w:jc w:val="center"/>
        </w:trPr>
        <w:tc>
          <w:tcPr>
            <w:tcW w:w="677" w:type="dxa"/>
            <w:tcMar>
              <w:top w:w="28" w:type="dxa"/>
              <w:left w:w="38" w:type="dxa"/>
              <w:bottom w:w="28" w:type="dxa"/>
              <w:right w:w="38" w:type="dxa"/>
            </w:tcMar>
            <w:vAlign w:val="center"/>
          </w:tcPr>
          <w:p w14:paraId="6A130B53" w14:textId="77777777" w:rsidR="00D60D5E" w:rsidRDefault="00891EF0">
            <w:pPr>
              <w:spacing w:after="0" w:line="240" w:lineRule="auto"/>
              <w:jc w:val="center"/>
            </w:pPr>
            <w:r>
              <w:rPr>
                <w:rFonts w:eastAsia="Aptos"/>
                <w:color w:val="6A7075"/>
                <w:sz w:val="17"/>
              </w:rPr>
              <w:t>325-105</w:t>
            </w:r>
          </w:p>
        </w:tc>
        <w:tc>
          <w:tcPr>
            <w:tcW w:w="2648" w:type="dxa"/>
            <w:tcMar>
              <w:top w:w="28" w:type="dxa"/>
              <w:left w:w="38" w:type="dxa"/>
              <w:bottom w:w="28" w:type="dxa"/>
              <w:right w:w="38" w:type="dxa"/>
            </w:tcMar>
            <w:vAlign w:val="center"/>
          </w:tcPr>
          <w:p w14:paraId="77A652E1" w14:textId="77777777" w:rsidR="00D60D5E" w:rsidRDefault="00891EF0">
            <w:pPr>
              <w:spacing w:after="0" w:line="240" w:lineRule="auto"/>
            </w:pPr>
            <w:r>
              <w:rPr>
                <w:rFonts w:eastAsia="Aptos"/>
                <w:sz w:val="17"/>
              </w:rPr>
              <w:t>Beefeater 750ml</w:t>
            </w:r>
          </w:p>
        </w:tc>
        <w:tc>
          <w:tcPr>
            <w:tcW w:w="630" w:type="dxa"/>
            <w:tcMar>
              <w:top w:w="28" w:type="dxa"/>
              <w:left w:w="38" w:type="dxa"/>
              <w:bottom w:w="28" w:type="dxa"/>
              <w:right w:w="38" w:type="dxa"/>
            </w:tcMar>
            <w:vAlign w:val="center"/>
          </w:tcPr>
          <w:p w14:paraId="42C678E0" w14:textId="77777777" w:rsidR="00D60D5E" w:rsidRDefault="00891EF0">
            <w:pPr>
              <w:spacing w:after="0" w:line="240" w:lineRule="auto"/>
              <w:jc w:val="center"/>
            </w:pPr>
            <w:r>
              <w:rPr>
                <w:rFonts w:eastAsia="Aptos"/>
                <w:b/>
                <w:sz w:val="17"/>
              </w:rPr>
              <w:t>17.49</w:t>
            </w:r>
          </w:p>
        </w:tc>
        <w:tc>
          <w:tcPr>
            <w:tcW w:w="540" w:type="dxa"/>
            <w:tcMar>
              <w:top w:w="28" w:type="dxa"/>
              <w:left w:w="38" w:type="dxa"/>
              <w:bottom w:w="28" w:type="dxa"/>
              <w:right w:w="38" w:type="dxa"/>
            </w:tcMar>
            <w:vAlign w:val="center"/>
          </w:tcPr>
          <w:p w14:paraId="5317FC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A2C3311" w14:textId="77777777" w:rsidR="00D60D5E" w:rsidRDefault="00D60D5E">
            <w:pPr>
              <w:jc w:val="center"/>
            </w:pPr>
          </w:p>
        </w:tc>
      </w:tr>
      <w:tr w:rsidR="00D60D5E" w14:paraId="1726E54C" w14:textId="77777777" w:rsidTr="000617E0">
        <w:trPr>
          <w:cantSplit/>
          <w:jc w:val="center"/>
        </w:trPr>
        <w:tc>
          <w:tcPr>
            <w:tcW w:w="677" w:type="dxa"/>
            <w:tcMar>
              <w:top w:w="28" w:type="dxa"/>
              <w:left w:w="38" w:type="dxa"/>
              <w:bottom w:w="28" w:type="dxa"/>
              <w:right w:w="38" w:type="dxa"/>
            </w:tcMar>
            <w:vAlign w:val="center"/>
          </w:tcPr>
          <w:p w14:paraId="35DF3036" w14:textId="77777777" w:rsidR="00D60D5E" w:rsidRDefault="00891EF0">
            <w:pPr>
              <w:spacing w:after="0" w:line="240" w:lineRule="auto"/>
              <w:jc w:val="center"/>
            </w:pPr>
            <w:r>
              <w:rPr>
                <w:rFonts w:eastAsia="Aptos"/>
                <w:color w:val="6A7075"/>
                <w:sz w:val="17"/>
              </w:rPr>
              <w:t>325-110</w:t>
            </w:r>
          </w:p>
        </w:tc>
        <w:tc>
          <w:tcPr>
            <w:tcW w:w="2648" w:type="dxa"/>
            <w:tcMar>
              <w:top w:w="28" w:type="dxa"/>
              <w:left w:w="38" w:type="dxa"/>
              <w:bottom w:w="28" w:type="dxa"/>
              <w:right w:w="38" w:type="dxa"/>
            </w:tcMar>
            <w:vAlign w:val="center"/>
          </w:tcPr>
          <w:p w14:paraId="4E494C2D" w14:textId="77777777" w:rsidR="00D60D5E" w:rsidRDefault="00891EF0">
            <w:pPr>
              <w:spacing w:after="0" w:line="240" w:lineRule="auto"/>
            </w:pPr>
            <w:r>
              <w:rPr>
                <w:rFonts w:eastAsia="Aptos"/>
                <w:sz w:val="17"/>
              </w:rPr>
              <w:t>Bombay 750ml</w:t>
            </w:r>
          </w:p>
        </w:tc>
        <w:tc>
          <w:tcPr>
            <w:tcW w:w="630" w:type="dxa"/>
            <w:tcMar>
              <w:top w:w="28" w:type="dxa"/>
              <w:left w:w="38" w:type="dxa"/>
              <w:bottom w:w="28" w:type="dxa"/>
              <w:right w:w="38" w:type="dxa"/>
            </w:tcMar>
            <w:vAlign w:val="center"/>
          </w:tcPr>
          <w:p w14:paraId="6CFC3BE7" w14:textId="77777777" w:rsidR="00D60D5E" w:rsidRDefault="00891EF0">
            <w:pPr>
              <w:spacing w:after="0" w:line="240" w:lineRule="auto"/>
              <w:jc w:val="center"/>
            </w:pPr>
            <w:r>
              <w:rPr>
                <w:rFonts w:eastAsia="Aptos"/>
                <w:b/>
                <w:sz w:val="17"/>
              </w:rPr>
              <w:t>20.82</w:t>
            </w:r>
          </w:p>
        </w:tc>
        <w:tc>
          <w:tcPr>
            <w:tcW w:w="540" w:type="dxa"/>
            <w:tcMar>
              <w:top w:w="28" w:type="dxa"/>
              <w:left w:w="38" w:type="dxa"/>
              <w:bottom w:w="28" w:type="dxa"/>
              <w:right w:w="38" w:type="dxa"/>
            </w:tcMar>
            <w:vAlign w:val="center"/>
          </w:tcPr>
          <w:p w14:paraId="2392F9C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859160" w14:textId="77777777" w:rsidR="00D60D5E" w:rsidRDefault="00D60D5E">
            <w:pPr>
              <w:jc w:val="center"/>
            </w:pPr>
          </w:p>
        </w:tc>
      </w:tr>
      <w:tr w:rsidR="00D60D5E" w14:paraId="6ECF4200" w14:textId="77777777" w:rsidTr="000617E0">
        <w:trPr>
          <w:cantSplit/>
          <w:jc w:val="center"/>
        </w:trPr>
        <w:tc>
          <w:tcPr>
            <w:tcW w:w="677" w:type="dxa"/>
            <w:tcMar>
              <w:top w:w="28" w:type="dxa"/>
              <w:left w:w="38" w:type="dxa"/>
              <w:bottom w:w="28" w:type="dxa"/>
              <w:right w:w="38" w:type="dxa"/>
            </w:tcMar>
            <w:vAlign w:val="center"/>
          </w:tcPr>
          <w:p w14:paraId="4A374AC8" w14:textId="77777777" w:rsidR="00D60D5E" w:rsidRDefault="00891EF0">
            <w:pPr>
              <w:spacing w:after="0" w:line="240" w:lineRule="auto"/>
              <w:jc w:val="center"/>
            </w:pPr>
            <w:r>
              <w:rPr>
                <w:rFonts w:eastAsia="Aptos"/>
                <w:color w:val="6A7075"/>
                <w:sz w:val="17"/>
              </w:rPr>
              <w:t>325-115</w:t>
            </w:r>
          </w:p>
        </w:tc>
        <w:tc>
          <w:tcPr>
            <w:tcW w:w="2648" w:type="dxa"/>
            <w:tcMar>
              <w:top w:w="28" w:type="dxa"/>
              <w:left w:w="38" w:type="dxa"/>
              <w:bottom w:w="28" w:type="dxa"/>
              <w:right w:w="38" w:type="dxa"/>
            </w:tcMar>
            <w:vAlign w:val="center"/>
          </w:tcPr>
          <w:p w14:paraId="463CC102" w14:textId="77777777" w:rsidR="00D60D5E" w:rsidRDefault="00891EF0">
            <w:pPr>
              <w:spacing w:after="0" w:line="240" w:lineRule="auto"/>
            </w:pPr>
            <w:r>
              <w:rPr>
                <w:rFonts w:eastAsia="Aptos"/>
                <w:sz w:val="17"/>
              </w:rPr>
              <w:t>Bombay Sapphire 750ml</w:t>
            </w:r>
          </w:p>
        </w:tc>
        <w:tc>
          <w:tcPr>
            <w:tcW w:w="630" w:type="dxa"/>
            <w:tcMar>
              <w:top w:w="28" w:type="dxa"/>
              <w:left w:w="38" w:type="dxa"/>
              <w:bottom w:w="28" w:type="dxa"/>
              <w:right w:w="38" w:type="dxa"/>
            </w:tcMar>
            <w:vAlign w:val="center"/>
          </w:tcPr>
          <w:p w14:paraId="23C54837" w14:textId="77777777" w:rsidR="00D60D5E" w:rsidRDefault="00891EF0">
            <w:pPr>
              <w:spacing w:after="0" w:line="240" w:lineRule="auto"/>
              <w:jc w:val="center"/>
            </w:pPr>
            <w:r>
              <w:rPr>
                <w:rFonts w:eastAsia="Aptos"/>
                <w:b/>
                <w:sz w:val="17"/>
              </w:rPr>
              <w:t>24.87</w:t>
            </w:r>
          </w:p>
        </w:tc>
        <w:tc>
          <w:tcPr>
            <w:tcW w:w="540" w:type="dxa"/>
            <w:tcMar>
              <w:top w:w="28" w:type="dxa"/>
              <w:left w:w="38" w:type="dxa"/>
              <w:bottom w:w="28" w:type="dxa"/>
              <w:right w:w="38" w:type="dxa"/>
            </w:tcMar>
            <w:vAlign w:val="center"/>
          </w:tcPr>
          <w:p w14:paraId="62701B5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1D54BF2" w14:textId="77777777" w:rsidR="00D60D5E" w:rsidRDefault="00D60D5E">
            <w:pPr>
              <w:jc w:val="center"/>
            </w:pPr>
          </w:p>
        </w:tc>
      </w:tr>
      <w:tr w:rsidR="00D60D5E" w14:paraId="44A7363C" w14:textId="77777777" w:rsidTr="000617E0">
        <w:trPr>
          <w:cantSplit/>
          <w:jc w:val="center"/>
        </w:trPr>
        <w:tc>
          <w:tcPr>
            <w:tcW w:w="677" w:type="dxa"/>
            <w:tcMar>
              <w:top w:w="28" w:type="dxa"/>
              <w:left w:w="38" w:type="dxa"/>
              <w:bottom w:w="28" w:type="dxa"/>
              <w:right w:w="38" w:type="dxa"/>
            </w:tcMar>
            <w:vAlign w:val="center"/>
          </w:tcPr>
          <w:p w14:paraId="2023F7F6" w14:textId="77777777" w:rsidR="00D60D5E" w:rsidRDefault="00891EF0">
            <w:pPr>
              <w:spacing w:after="0" w:line="240" w:lineRule="auto"/>
              <w:jc w:val="center"/>
            </w:pPr>
            <w:r>
              <w:rPr>
                <w:rFonts w:eastAsia="Aptos"/>
                <w:color w:val="6A7075"/>
                <w:sz w:val="17"/>
              </w:rPr>
              <w:t>325-120</w:t>
            </w:r>
          </w:p>
        </w:tc>
        <w:tc>
          <w:tcPr>
            <w:tcW w:w="2648" w:type="dxa"/>
            <w:tcMar>
              <w:top w:w="28" w:type="dxa"/>
              <w:left w:w="38" w:type="dxa"/>
              <w:bottom w:w="28" w:type="dxa"/>
              <w:right w:w="38" w:type="dxa"/>
            </w:tcMar>
            <w:vAlign w:val="center"/>
          </w:tcPr>
          <w:p w14:paraId="1EEC4973" w14:textId="77777777" w:rsidR="00D60D5E" w:rsidRDefault="00891EF0">
            <w:pPr>
              <w:spacing w:after="0" w:line="240" w:lineRule="auto"/>
            </w:pPr>
            <w:r>
              <w:rPr>
                <w:rFonts w:eastAsia="Aptos"/>
                <w:sz w:val="17"/>
              </w:rPr>
              <w:t>Tanqueray 750ml</w:t>
            </w:r>
          </w:p>
        </w:tc>
        <w:tc>
          <w:tcPr>
            <w:tcW w:w="630" w:type="dxa"/>
            <w:tcMar>
              <w:top w:w="28" w:type="dxa"/>
              <w:left w:w="38" w:type="dxa"/>
              <w:bottom w:w="28" w:type="dxa"/>
              <w:right w:w="38" w:type="dxa"/>
            </w:tcMar>
            <w:vAlign w:val="center"/>
          </w:tcPr>
          <w:p w14:paraId="69CA7347" w14:textId="77777777" w:rsidR="00D60D5E" w:rsidRDefault="00891EF0">
            <w:pPr>
              <w:spacing w:after="0" w:line="240" w:lineRule="auto"/>
              <w:jc w:val="center"/>
            </w:pPr>
            <w:r>
              <w:rPr>
                <w:rFonts w:eastAsia="Aptos"/>
                <w:b/>
                <w:sz w:val="17"/>
              </w:rPr>
              <w:t>29.80</w:t>
            </w:r>
          </w:p>
        </w:tc>
        <w:tc>
          <w:tcPr>
            <w:tcW w:w="540" w:type="dxa"/>
            <w:tcMar>
              <w:top w:w="28" w:type="dxa"/>
              <w:left w:w="38" w:type="dxa"/>
              <w:bottom w:w="28" w:type="dxa"/>
              <w:right w:w="38" w:type="dxa"/>
            </w:tcMar>
            <w:vAlign w:val="center"/>
          </w:tcPr>
          <w:p w14:paraId="16B554F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897055" w14:textId="77777777" w:rsidR="00D60D5E" w:rsidRDefault="00D60D5E">
            <w:pPr>
              <w:jc w:val="center"/>
            </w:pPr>
          </w:p>
        </w:tc>
      </w:tr>
      <w:tr w:rsidR="00D60D5E" w14:paraId="61642E1A" w14:textId="77777777" w:rsidTr="000617E0">
        <w:trPr>
          <w:cantSplit/>
          <w:jc w:val="center"/>
        </w:trPr>
        <w:tc>
          <w:tcPr>
            <w:tcW w:w="677" w:type="dxa"/>
            <w:tcMar>
              <w:top w:w="28" w:type="dxa"/>
              <w:left w:w="38" w:type="dxa"/>
              <w:bottom w:w="28" w:type="dxa"/>
              <w:right w:w="38" w:type="dxa"/>
            </w:tcMar>
            <w:vAlign w:val="center"/>
          </w:tcPr>
          <w:p w14:paraId="5DD86EF7" w14:textId="77777777" w:rsidR="00D60D5E" w:rsidRDefault="00891EF0">
            <w:pPr>
              <w:spacing w:after="0" w:line="240" w:lineRule="auto"/>
              <w:jc w:val="center"/>
            </w:pPr>
            <w:r>
              <w:rPr>
                <w:rFonts w:eastAsia="Aptos"/>
                <w:color w:val="6A7075"/>
                <w:sz w:val="17"/>
              </w:rPr>
              <w:t>325-125</w:t>
            </w:r>
          </w:p>
        </w:tc>
        <w:tc>
          <w:tcPr>
            <w:tcW w:w="2648" w:type="dxa"/>
            <w:tcMar>
              <w:top w:w="28" w:type="dxa"/>
              <w:left w:w="38" w:type="dxa"/>
              <w:bottom w:w="28" w:type="dxa"/>
              <w:right w:w="38" w:type="dxa"/>
            </w:tcMar>
            <w:vAlign w:val="center"/>
          </w:tcPr>
          <w:p w14:paraId="5325EB65" w14:textId="77777777" w:rsidR="00D60D5E" w:rsidRDefault="00891EF0">
            <w:pPr>
              <w:spacing w:after="0" w:line="240" w:lineRule="auto"/>
            </w:pPr>
            <w:r>
              <w:rPr>
                <w:rFonts w:eastAsia="Aptos"/>
                <w:sz w:val="17"/>
              </w:rPr>
              <w:t>Gordon's 1 ltr</w:t>
            </w:r>
          </w:p>
        </w:tc>
        <w:tc>
          <w:tcPr>
            <w:tcW w:w="630" w:type="dxa"/>
            <w:tcMar>
              <w:top w:w="28" w:type="dxa"/>
              <w:left w:w="38" w:type="dxa"/>
              <w:bottom w:w="28" w:type="dxa"/>
              <w:right w:w="38" w:type="dxa"/>
            </w:tcMar>
            <w:vAlign w:val="center"/>
          </w:tcPr>
          <w:p w14:paraId="70C47095" w14:textId="77777777" w:rsidR="00D60D5E" w:rsidRDefault="00891EF0">
            <w:pPr>
              <w:spacing w:after="0" w:line="240" w:lineRule="auto"/>
              <w:jc w:val="center"/>
            </w:pPr>
            <w:r>
              <w:rPr>
                <w:rFonts w:eastAsia="Aptos"/>
                <w:b/>
                <w:sz w:val="17"/>
              </w:rPr>
              <w:t>14.89</w:t>
            </w:r>
          </w:p>
        </w:tc>
        <w:tc>
          <w:tcPr>
            <w:tcW w:w="540" w:type="dxa"/>
            <w:tcMar>
              <w:top w:w="28" w:type="dxa"/>
              <w:left w:w="38" w:type="dxa"/>
              <w:bottom w:w="28" w:type="dxa"/>
              <w:right w:w="38" w:type="dxa"/>
            </w:tcMar>
            <w:vAlign w:val="center"/>
          </w:tcPr>
          <w:p w14:paraId="3B1FFDB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5560E01" w14:textId="77777777" w:rsidR="00D60D5E" w:rsidRDefault="00D60D5E">
            <w:pPr>
              <w:jc w:val="center"/>
            </w:pPr>
          </w:p>
        </w:tc>
      </w:tr>
      <w:tr w:rsidR="00D60D5E" w14:paraId="5882E4AB" w14:textId="77777777" w:rsidTr="000617E0">
        <w:trPr>
          <w:cantSplit/>
          <w:jc w:val="center"/>
        </w:trPr>
        <w:tc>
          <w:tcPr>
            <w:tcW w:w="677" w:type="dxa"/>
            <w:tcMar>
              <w:top w:w="28" w:type="dxa"/>
              <w:left w:w="38" w:type="dxa"/>
              <w:bottom w:w="28" w:type="dxa"/>
              <w:right w:w="38" w:type="dxa"/>
            </w:tcMar>
            <w:vAlign w:val="center"/>
          </w:tcPr>
          <w:p w14:paraId="5B49914E" w14:textId="77777777" w:rsidR="00D60D5E" w:rsidRDefault="00891EF0">
            <w:pPr>
              <w:spacing w:after="0" w:line="240" w:lineRule="auto"/>
              <w:jc w:val="center"/>
            </w:pPr>
            <w:r>
              <w:rPr>
                <w:rFonts w:eastAsia="Aptos"/>
                <w:color w:val="6A7075"/>
                <w:sz w:val="17"/>
              </w:rPr>
              <w:t>325-130</w:t>
            </w:r>
          </w:p>
        </w:tc>
        <w:tc>
          <w:tcPr>
            <w:tcW w:w="2648" w:type="dxa"/>
            <w:tcMar>
              <w:top w:w="28" w:type="dxa"/>
              <w:left w:w="38" w:type="dxa"/>
              <w:bottom w:w="28" w:type="dxa"/>
              <w:right w:w="38" w:type="dxa"/>
            </w:tcMar>
            <w:vAlign w:val="center"/>
          </w:tcPr>
          <w:p w14:paraId="305852D3" w14:textId="77777777" w:rsidR="00D60D5E" w:rsidRDefault="00891EF0">
            <w:pPr>
              <w:spacing w:after="0" w:line="240" w:lineRule="auto"/>
            </w:pPr>
            <w:r>
              <w:rPr>
                <w:rFonts w:eastAsia="Aptos"/>
                <w:sz w:val="17"/>
              </w:rPr>
              <w:t>Beefeater 1Litre</w:t>
            </w:r>
          </w:p>
        </w:tc>
        <w:tc>
          <w:tcPr>
            <w:tcW w:w="630" w:type="dxa"/>
            <w:tcMar>
              <w:top w:w="28" w:type="dxa"/>
              <w:left w:w="38" w:type="dxa"/>
              <w:bottom w:w="28" w:type="dxa"/>
              <w:right w:w="38" w:type="dxa"/>
            </w:tcMar>
            <w:vAlign w:val="center"/>
          </w:tcPr>
          <w:p w14:paraId="476E3B4C" w14:textId="77777777" w:rsidR="00D60D5E" w:rsidRDefault="00891EF0">
            <w:pPr>
              <w:spacing w:after="0" w:line="240" w:lineRule="auto"/>
              <w:jc w:val="center"/>
            </w:pPr>
            <w:r>
              <w:rPr>
                <w:rFonts w:eastAsia="Aptos"/>
                <w:b/>
                <w:sz w:val="17"/>
              </w:rPr>
              <w:t>20.99</w:t>
            </w:r>
          </w:p>
        </w:tc>
        <w:tc>
          <w:tcPr>
            <w:tcW w:w="540" w:type="dxa"/>
            <w:tcMar>
              <w:top w:w="28" w:type="dxa"/>
              <w:left w:w="38" w:type="dxa"/>
              <w:bottom w:w="28" w:type="dxa"/>
              <w:right w:w="38" w:type="dxa"/>
            </w:tcMar>
            <w:vAlign w:val="center"/>
          </w:tcPr>
          <w:p w14:paraId="6AE5B9D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18124E" w14:textId="77777777" w:rsidR="00D60D5E" w:rsidRDefault="00D60D5E">
            <w:pPr>
              <w:jc w:val="center"/>
            </w:pPr>
          </w:p>
        </w:tc>
      </w:tr>
      <w:tr w:rsidR="00D60D5E" w14:paraId="338E827F" w14:textId="77777777" w:rsidTr="000617E0">
        <w:trPr>
          <w:cantSplit/>
          <w:jc w:val="center"/>
        </w:trPr>
        <w:tc>
          <w:tcPr>
            <w:tcW w:w="677" w:type="dxa"/>
            <w:tcMar>
              <w:top w:w="28" w:type="dxa"/>
              <w:left w:w="38" w:type="dxa"/>
              <w:bottom w:w="28" w:type="dxa"/>
              <w:right w:w="38" w:type="dxa"/>
            </w:tcMar>
            <w:vAlign w:val="center"/>
          </w:tcPr>
          <w:p w14:paraId="308B6603" w14:textId="77777777" w:rsidR="00D60D5E" w:rsidRDefault="00891EF0">
            <w:pPr>
              <w:spacing w:after="0" w:line="240" w:lineRule="auto"/>
              <w:jc w:val="center"/>
            </w:pPr>
            <w:r>
              <w:rPr>
                <w:rFonts w:eastAsia="Aptos"/>
                <w:color w:val="6A7075"/>
                <w:sz w:val="17"/>
              </w:rPr>
              <w:lastRenderedPageBreak/>
              <w:t>325-135</w:t>
            </w:r>
          </w:p>
        </w:tc>
        <w:tc>
          <w:tcPr>
            <w:tcW w:w="2648" w:type="dxa"/>
            <w:tcMar>
              <w:top w:w="28" w:type="dxa"/>
              <w:left w:w="38" w:type="dxa"/>
              <w:bottom w:w="28" w:type="dxa"/>
              <w:right w:w="38" w:type="dxa"/>
            </w:tcMar>
            <w:vAlign w:val="center"/>
          </w:tcPr>
          <w:p w14:paraId="6ED55E86" w14:textId="77777777" w:rsidR="00D60D5E" w:rsidRDefault="00891EF0">
            <w:pPr>
              <w:spacing w:after="0" w:line="240" w:lineRule="auto"/>
            </w:pPr>
            <w:r>
              <w:rPr>
                <w:rFonts w:eastAsia="Aptos"/>
                <w:sz w:val="17"/>
              </w:rPr>
              <w:t>BVI Gin 700 ml</w:t>
            </w:r>
          </w:p>
        </w:tc>
        <w:tc>
          <w:tcPr>
            <w:tcW w:w="630" w:type="dxa"/>
            <w:tcMar>
              <w:top w:w="28" w:type="dxa"/>
              <w:left w:w="38" w:type="dxa"/>
              <w:bottom w:w="28" w:type="dxa"/>
              <w:right w:w="38" w:type="dxa"/>
            </w:tcMar>
            <w:vAlign w:val="center"/>
          </w:tcPr>
          <w:p w14:paraId="0A9827EE" w14:textId="77777777" w:rsidR="00D60D5E" w:rsidRDefault="00891EF0">
            <w:pPr>
              <w:spacing w:after="0" w:line="240" w:lineRule="auto"/>
              <w:jc w:val="center"/>
            </w:pPr>
            <w:r>
              <w:rPr>
                <w:rFonts w:eastAsia="Aptos"/>
                <w:b/>
                <w:sz w:val="17"/>
              </w:rPr>
              <w:t>42.99</w:t>
            </w:r>
          </w:p>
        </w:tc>
        <w:tc>
          <w:tcPr>
            <w:tcW w:w="540" w:type="dxa"/>
            <w:tcMar>
              <w:top w:w="28" w:type="dxa"/>
              <w:left w:w="38" w:type="dxa"/>
              <w:bottom w:w="28" w:type="dxa"/>
              <w:right w:w="38" w:type="dxa"/>
            </w:tcMar>
            <w:vAlign w:val="center"/>
          </w:tcPr>
          <w:p w14:paraId="0A4082A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E0BBB8" w14:textId="77777777" w:rsidR="00D60D5E" w:rsidRDefault="00D60D5E">
            <w:pPr>
              <w:jc w:val="center"/>
            </w:pPr>
          </w:p>
        </w:tc>
      </w:tr>
      <w:tr w:rsidR="00D60D5E" w14:paraId="046C580D" w14:textId="77777777" w:rsidTr="000617E0">
        <w:trPr>
          <w:cantSplit/>
          <w:jc w:val="center"/>
        </w:trPr>
        <w:tc>
          <w:tcPr>
            <w:tcW w:w="677" w:type="dxa"/>
            <w:shd w:val="clear" w:color="auto" w:fill="D9EAF7"/>
            <w:tcMar>
              <w:top w:w="28" w:type="dxa"/>
              <w:left w:w="38" w:type="dxa"/>
              <w:bottom w:w="28" w:type="dxa"/>
              <w:right w:w="38" w:type="dxa"/>
            </w:tcMar>
            <w:vAlign w:val="center"/>
          </w:tcPr>
          <w:p w14:paraId="7D311740" w14:textId="77777777" w:rsidR="00D60D5E" w:rsidRDefault="00891EF0">
            <w:pPr>
              <w:spacing w:after="0" w:line="240" w:lineRule="auto"/>
              <w:jc w:val="center"/>
            </w:pPr>
            <w:r>
              <w:rPr>
                <w:rFonts w:eastAsia="Aptos"/>
                <w:b/>
                <w:color w:val="2F4F8F"/>
                <w:sz w:val="18"/>
              </w:rPr>
              <w:t>330-</w:t>
            </w:r>
          </w:p>
        </w:tc>
        <w:tc>
          <w:tcPr>
            <w:tcW w:w="2648" w:type="dxa"/>
            <w:shd w:val="clear" w:color="auto" w:fill="D9EAF7"/>
            <w:tcMar>
              <w:top w:w="28" w:type="dxa"/>
              <w:left w:w="38" w:type="dxa"/>
              <w:bottom w:w="28" w:type="dxa"/>
              <w:right w:w="38" w:type="dxa"/>
            </w:tcMar>
            <w:vAlign w:val="center"/>
          </w:tcPr>
          <w:p w14:paraId="5F55FFA3" w14:textId="77777777" w:rsidR="00D60D5E" w:rsidRDefault="00891EF0">
            <w:pPr>
              <w:spacing w:after="0" w:line="240" w:lineRule="auto"/>
            </w:pPr>
            <w:r>
              <w:rPr>
                <w:rFonts w:eastAsia="Aptos"/>
                <w:b/>
                <w:color w:val="2F4F8F"/>
                <w:sz w:val="18"/>
              </w:rPr>
              <w:t>LIQUEUR</w:t>
            </w:r>
          </w:p>
        </w:tc>
        <w:tc>
          <w:tcPr>
            <w:tcW w:w="630" w:type="dxa"/>
            <w:shd w:val="clear" w:color="auto" w:fill="D9EAF7"/>
            <w:tcMar>
              <w:top w:w="28" w:type="dxa"/>
              <w:left w:w="38" w:type="dxa"/>
              <w:bottom w:w="28" w:type="dxa"/>
              <w:right w:w="38" w:type="dxa"/>
            </w:tcMar>
            <w:vAlign w:val="center"/>
          </w:tcPr>
          <w:p w14:paraId="013D0721"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1D473A95"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09F2572" w14:textId="77777777" w:rsidR="00D60D5E" w:rsidRDefault="00D60D5E">
            <w:pPr>
              <w:jc w:val="center"/>
            </w:pPr>
          </w:p>
        </w:tc>
      </w:tr>
      <w:tr w:rsidR="00D60D5E" w14:paraId="2CCEEC3B" w14:textId="77777777" w:rsidTr="000617E0">
        <w:trPr>
          <w:cantSplit/>
          <w:jc w:val="center"/>
        </w:trPr>
        <w:tc>
          <w:tcPr>
            <w:tcW w:w="677" w:type="dxa"/>
            <w:tcMar>
              <w:top w:w="28" w:type="dxa"/>
              <w:left w:w="38" w:type="dxa"/>
              <w:bottom w:w="28" w:type="dxa"/>
              <w:right w:w="38" w:type="dxa"/>
            </w:tcMar>
            <w:vAlign w:val="center"/>
          </w:tcPr>
          <w:p w14:paraId="4B7AAD69" w14:textId="77777777" w:rsidR="00D60D5E" w:rsidRDefault="00891EF0">
            <w:pPr>
              <w:spacing w:after="0" w:line="240" w:lineRule="auto"/>
              <w:jc w:val="center"/>
            </w:pPr>
            <w:r>
              <w:rPr>
                <w:rFonts w:eastAsia="Aptos"/>
                <w:color w:val="6A7075"/>
                <w:sz w:val="17"/>
              </w:rPr>
              <w:t>330-105</w:t>
            </w:r>
          </w:p>
        </w:tc>
        <w:tc>
          <w:tcPr>
            <w:tcW w:w="2648" w:type="dxa"/>
            <w:tcMar>
              <w:top w:w="28" w:type="dxa"/>
              <w:left w:w="38" w:type="dxa"/>
              <w:bottom w:w="28" w:type="dxa"/>
              <w:right w:w="38" w:type="dxa"/>
            </w:tcMar>
            <w:vAlign w:val="center"/>
          </w:tcPr>
          <w:p w14:paraId="3C5B61F2" w14:textId="77777777" w:rsidR="00D60D5E" w:rsidRDefault="00891EF0">
            <w:pPr>
              <w:spacing w:after="0" w:line="240" w:lineRule="auto"/>
            </w:pPr>
            <w:r>
              <w:rPr>
                <w:rFonts w:eastAsia="Aptos"/>
                <w:sz w:val="17"/>
              </w:rPr>
              <w:t>Alize (Passion Fruit &amp; Cognac)750ml</w:t>
            </w:r>
          </w:p>
        </w:tc>
        <w:tc>
          <w:tcPr>
            <w:tcW w:w="630" w:type="dxa"/>
            <w:tcMar>
              <w:top w:w="28" w:type="dxa"/>
              <w:left w:w="38" w:type="dxa"/>
              <w:bottom w:w="28" w:type="dxa"/>
              <w:right w:w="38" w:type="dxa"/>
            </w:tcMar>
            <w:vAlign w:val="center"/>
          </w:tcPr>
          <w:p w14:paraId="18C961B9" w14:textId="77777777" w:rsidR="00D60D5E" w:rsidRDefault="00891EF0">
            <w:pPr>
              <w:spacing w:after="0" w:line="240" w:lineRule="auto"/>
              <w:jc w:val="center"/>
            </w:pPr>
            <w:r>
              <w:rPr>
                <w:rFonts w:eastAsia="Aptos"/>
                <w:b/>
                <w:sz w:val="17"/>
              </w:rPr>
              <w:t>35.99</w:t>
            </w:r>
          </w:p>
        </w:tc>
        <w:tc>
          <w:tcPr>
            <w:tcW w:w="540" w:type="dxa"/>
            <w:tcMar>
              <w:top w:w="28" w:type="dxa"/>
              <w:left w:w="38" w:type="dxa"/>
              <w:bottom w:w="28" w:type="dxa"/>
              <w:right w:w="38" w:type="dxa"/>
            </w:tcMar>
            <w:vAlign w:val="center"/>
          </w:tcPr>
          <w:p w14:paraId="00B6C3C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80C33D" w14:textId="77777777" w:rsidR="00D60D5E" w:rsidRDefault="00D60D5E">
            <w:pPr>
              <w:jc w:val="center"/>
            </w:pPr>
          </w:p>
        </w:tc>
      </w:tr>
      <w:tr w:rsidR="00D60D5E" w14:paraId="232107A1" w14:textId="77777777" w:rsidTr="000617E0">
        <w:trPr>
          <w:cantSplit/>
          <w:jc w:val="center"/>
        </w:trPr>
        <w:tc>
          <w:tcPr>
            <w:tcW w:w="677" w:type="dxa"/>
            <w:tcMar>
              <w:top w:w="28" w:type="dxa"/>
              <w:left w:w="38" w:type="dxa"/>
              <w:bottom w:w="28" w:type="dxa"/>
              <w:right w:w="38" w:type="dxa"/>
            </w:tcMar>
            <w:vAlign w:val="center"/>
          </w:tcPr>
          <w:p w14:paraId="19495633" w14:textId="77777777" w:rsidR="00D60D5E" w:rsidRDefault="00891EF0">
            <w:pPr>
              <w:spacing w:after="0" w:line="240" w:lineRule="auto"/>
              <w:jc w:val="center"/>
            </w:pPr>
            <w:r>
              <w:rPr>
                <w:rFonts w:eastAsia="Aptos"/>
                <w:color w:val="6A7075"/>
                <w:sz w:val="17"/>
              </w:rPr>
              <w:t>330-110</w:t>
            </w:r>
          </w:p>
        </w:tc>
        <w:tc>
          <w:tcPr>
            <w:tcW w:w="2648" w:type="dxa"/>
            <w:tcMar>
              <w:top w:w="28" w:type="dxa"/>
              <w:left w:w="38" w:type="dxa"/>
              <w:bottom w:w="28" w:type="dxa"/>
              <w:right w:w="38" w:type="dxa"/>
            </w:tcMar>
            <w:vAlign w:val="center"/>
          </w:tcPr>
          <w:p w14:paraId="2D7C8FEF" w14:textId="77777777" w:rsidR="00D60D5E" w:rsidRDefault="00891EF0">
            <w:pPr>
              <w:spacing w:after="0" w:line="240" w:lineRule="auto"/>
            </w:pPr>
            <w:r>
              <w:rPr>
                <w:rFonts w:eastAsia="Aptos"/>
                <w:sz w:val="17"/>
              </w:rPr>
              <w:t>Amaretto Di Saronno 1 ltr</w:t>
            </w:r>
          </w:p>
        </w:tc>
        <w:tc>
          <w:tcPr>
            <w:tcW w:w="630" w:type="dxa"/>
            <w:tcMar>
              <w:top w:w="28" w:type="dxa"/>
              <w:left w:w="38" w:type="dxa"/>
              <w:bottom w:w="28" w:type="dxa"/>
              <w:right w:w="38" w:type="dxa"/>
            </w:tcMar>
            <w:vAlign w:val="center"/>
          </w:tcPr>
          <w:p w14:paraId="1EAAA083" w14:textId="77777777" w:rsidR="00D60D5E" w:rsidRDefault="00891EF0">
            <w:pPr>
              <w:spacing w:after="0" w:line="240" w:lineRule="auto"/>
              <w:jc w:val="center"/>
            </w:pPr>
            <w:r>
              <w:rPr>
                <w:rFonts w:eastAsia="Aptos"/>
                <w:b/>
                <w:sz w:val="17"/>
              </w:rPr>
              <w:t>45.99</w:t>
            </w:r>
          </w:p>
        </w:tc>
        <w:tc>
          <w:tcPr>
            <w:tcW w:w="540" w:type="dxa"/>
            <w:tcMar>
              <w:top w:w="28" w:type="dxa"/>
              <w:left w:w="38" w:type="dxa"/>
              <w:bottom w:w="28" w:type="dxa"/>
              <w:right w:w="38" w:type="dxa"/>
            </w:tcMar>
            <w:vAlign w:val="center"/>
          </w:tcPr>
          <w:p w14:paraId="12DC8F8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7A9132" w14:textId="77777777" w:rsidR="00D60D5E" w:rsidRDefault="00D60D5E">
            <w:pPr>
              <w:jc w:val="center"/>
            </w:pPr>
          </w:p>
        </w:tc>
      </w:tr>
      <w:tr w:rsidR="00D60D5E" w14:paraId="277E5A7E" w14:textId="77777777" w:rsidTr="000617E0">
        <w:trPr>
          <w:cantSplit/>
          <w:jc w:val="center"/>
        </w:trPr>
        <w:tc>
          <w:tcPr>
            <w:tcW w:w="677" w:type="dxa"/>
            <w:tcMar>
              <w:top w:w="28" w:type="dxa"/>
              <w:left w:w="38" w:type="dxa"/>
              <w:bottom w:w="28" w:type="dxa"/>
              <w:right w:w="38" w:type="dxa"/>
            </w:tcMar>
            <w:vAlign w:val="center"/>
          </w:tcPr>
          <w:p w14:paraId="452E6482" w14:textId="77777777" w:rsidR="00D60D5E" w:rsidRDefault="00891EF0">
            <w:pPr>
              <w:spacing w:after="0" w:line="240" w:lineRule="auto"/>
              <w:jc w:val="center"/>
            </w:pPr>
            <w:r>
              <w:rPr>
                <w:rFonts w:eastAsia="Aptos"/>
                <w:color w:val="6A7075"/>
                <w:sz w:val="17"/>
              </w:rPr>
              <w:t>330-115</w:t>
            </w:r>
          </w:p>
        </w:tc>
        <w:tc>
          <w:tcPr>
            <w:tcW w:w="2648" w:type="dxa"/>
            <w:tcMar>
              <w:top w:w="28" w:type="dxa"/>
              <w:left w:w="38" w:type="dxa"/>
              <w:bottom w:w="28" w:type="dxa"/>
              <w:right w:w="38" w:type="dxa"/>
            </w:tcMar>
            <w:vAlign w:val="center"/>
          </w:tcPr>
          <w:p w14:paraId="1FD2B1D6" w14:textId="77777777" w:rsidR="00D60D5E" w:rsidRDefault="00891EF0">
            <w:pPr>
              <w:spacing w:after="0" w:line="240" w:lineRule="auto"/>
            </w:pPr>
            <w:r>
              <w:rPr>
                <w:rFonts w:eastAsia="Aptos"/>
                <w:sz w:val="17"/>
              </w:rPr>
              <w:t>Bailey's Irish Cream 750ml</w:t>
            </w:r>
          </w:p>
        </w:tc>
        <w:tc>
          <w:tcPr>
            <w:tcW w:w="630" w:type="dxa"/>
            <w:tcMar>
              <w:top w:w="28" w:type="dxa"/>
              <w:left w:w="38" w:type="dxa"/>
              <w:bottom w:w="28" w:type="dxa"/>
              <w:right w:w="38" w:type="dxa"/>
            </w:tcMar>
            <w:vAlign w:val="center"/>
          </w:tcPr>
          <w:p w14:paraId="70FD13B7" w14:textId="77777777" w:rsidR="00D60D5E" w:rsidRDefault="00891EF0">
            <w:pPr>
              <w:spacing w:after="0" w:line="240" w:lineRule="auto"/>
              <w:jc w:val="center"/>
            </w:pPr>
            <w:r>
              <w:rPr>
                <w:rFonts w:eastAsia="Aptos"/>
                <w:b/>
                <w:sz w:val="17"/>
              </w:rPr>
              <w:t>34.29</w:t>
            </w:r>
          </w:p>
        </w:tc>
        <w:tc>
          <w:tcPr>
            <w:tcW w:w="540" w:type="dxa"/>
            <w:tcMar>
              <w:top w:w="28" w:type="dxa"/>
              <w:left w:w="38" w:type="dxa"/>
              <w:bottom w:w="28" w:type="dxa"/>
              <w:right w:w="38" w:type="dxa"/>
            </w:tcMar>
            <w:vAlign w:val="center"/>
          </w:tcPr>
          <w:p w14:paraId="37EA3D6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4378CF" w14:textId="77777777" w:rsidR="00D60D5E" w:rsidRDefault="00D60D5E">
            <w:pPr>
              <w:jc w:val="center"/>
            </w:pPr>
          </w:p>
        </w:tc>
      </w:tr>
      <w:tr w:rsidR="00D60D5E" w14:paraId="6A34CD5F" w14:textId="77777777" w:rsidTr="000617E0">
        <w:trPr>
          <w:cantSplit/>
          <w:jc w:val="center"/>
        </w:trPr>
        <w:tc>
          <w:tcPr>
            <w:tcW w:w="677" w:type="dxa"/>
            <w:tcMar>
              <w:top w:w="28" w:type="dxa"/>
              <w:left w:w="38" w:type="dxa"/>
              <w:bottom w:w="28" w:type="dxa"/>
              <w:right w:w="38" w:type="dxa"/>
            </w:tcMar>
            <w:vAlign w:val="center"/>
          </w:tcPr>
          <w:p w14:paraId="35625D94" w14:textId="77777777" w:rsidR="00D60D5E" w:rsidRDefault="00891EF0">
            <w:pPr>
              <w:spacing w:after="0" w:line="240" w:lineRule="auto"/>
              <w:jc w:val="center"/>
            </w:pPr>
            <w:r>
              <w:rPr>
                <w:rFonts w:eastAsia="Aptos"/>
                <w:color w:val="6A7075"/>
                <w:sz w:val="17"/>
              </w:rPr>
              <w:t>330-120</w:t>
            </w:r>
          </w:p>
        </w:tc>
        <w:tc>
          <w:tcPr>
            <w:tcW w:w="2648" w:type="dxa"/>
            <w:tcMar>
              <w:top w:w="28" w:type="dxa"/>
              <w:left w:w="38" w:type="dxa"/>
              <w:bottom w:w="28" w:type="dxa"/>
              <w:right w:w="38" w:type="dxa"/>
            </w:tcMar>
            <w:vAlign w:val="center"/>
          </w:tcPr>
          <w:p w14:paraId="19ACCD63" w14:textId="77777777" w:rsidR="00D60D5E" w:rsidRDefault="00891EF0">
            <w:pPr>
              <w:spacing w:after="0" w:line="240" w:lineRule="auto"/>
            </w:pPr>
            <w:r>
              <w:rPr>
                <w:rFonts w:eastAsia="Aptos"/>
                <w:sz w:val="17"/>
              </w:rPr>
              <w:t>Chambord 750ml</w:t>
            </w:r>
          </w:p>
        </w:tc>
        <w:tc>
          <w:tcPr>
            <w:tcW w:w="630" w:type="dxa"/>
            <w:tcMar>
              <w:top w:w="28" w:type="dxa"/>
              <w:left w:w="38" w:type="dxa"/>
              <w:bottom w:w="28" w:type="dxa"/>
              <w:right w:w="38" w:type="dxa"/>
            </w:tcMar>
            <w:vAlign w:val="center"/>
          </w:tcPr>
          <w:p w14:paraId="1550018B" w14:textId="77777777" w:rsidR="00D60D5E" w:rsidRDefault="00891EF0">
            <w:pPr>
              <w:spacing w:after="0" w:line="240" w:lineRule="auto"/>
              <w:jc w:val="center"/>
            </w:pPr>
            <w:r>
              <w:rPr>
                <w:rFonts w:eastAsia="Aptos"/>
                <w:b/>
                <w:sz w:val="17"/>
              </w:rPr>
              <w:t>32.50</w:t>
            </w:r>
          </w:p>
        </w:tc>
        <w:tc>
          <w:tcPr>
            <w:tcW w:w="540" w:type="dxa"/>
            <w:tcMar>
              <w:top w:w="28" w:type="dxa"/>
              <w:left w:w="38" w:type="dxa"/>
              <w:bottom w:w="28" w:type="dxa"/>
              <w:right w:w="38" w:type="dxa"/>
            </w:tcMar>
            <w:vAlign w:val="center"/>
          </w:tcPr>
          <w:p w14:paraId="3957FC4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F75EDE8" w14:textId="77777777" w:rsidR="00D60D5E" w:rsidRDefault="00D60D5E">
            <w:pPr>
              <w:jc w:val="center"/>
            </w:pPr>
          </w:p>
        </w:tc>
      </w:tr>
      <w:tr w:rsidR="00D60D5E" w14:paraId="01F00827" w14:textId="77777777" w:rsidTr="000617E0">
        <w:trPr>
          <w:cantSplit/>
          <w:jc w:val="center"/>
        </w:trPr>
        <w:tc>
          <w:tcPr>
            <w:tcW w:w="677" w:type="dxa"/>
            <w:tcMar>
              <w:top w:w="28" w:type="dxa"/>
              <w:left w:w="38" w:type="dxa"/>
              <w:bottom w:w="28" w:type="dxa"/>
              <w:right w:w="38" w:type="dxa"/>
            </w:tcMar>
            <w:vAlign w:val="center"/>
          </w:tcPr>
          <w:p w14:paraId="06B7AB87" w14:textId="77777777" w:rsidR="00D60D5E" w:rsidRDefault="00891EF0">
            <w:pPr>
              <w:spacing w:after="0" w:line="240" w:lineRule="auto"/>
              <w:jc w:val="center"/>
            </w:pPr>
            <w:r>
              <w:rPr>
                <w:rFonts w:eastAsia="Aptos"/>
                <w:color w:val="6A7075"/>
                <w:sz w:val="17"/>
              </w:rPr>
              <w:t>330-125</w:t>
            </w:r>
          </w:p>
        </w:tc>
        <w:tc>
          <w:tcPr>
            <w:tcW w:w="2648" w:type="dxa"/>
            <w:tcMar>
              <w:top w:w="28" w:type="dxa"/>
              <w:left w:w="38" w:type="dxa"/>
              <w:bottom w:w="28" w:type="dxa"/>
              <w:right w:w="38" w:type="dxa"/>
            </w:tcMar>
            <w:vAlign w:val="center"/>
          </w:tcPr>
          <w:p w14:paraId="4F3C10BD" w14:textId="77777777" w:rsidR="00D60D5E" w:rsidRDefault="00891EF0">
            <w:pPr>
              <w:spacing w:after="0" w:line="240" w:lineRule="auto"/>
            </w:pPr>
            <w:r>
              <w:rPr>
                <w:rFonts w:eastAsia="Aptos"/>
                <w:sz w:val="17"/>
              </w:rPr>
              <w:t>Creme De Menthe Green 750ml</w:t>
            </w:r>
          </w:p>
        </w:tc>
        <w:tc>
          <w:tcPr>
            <w:tcW w:w="630" w:type="dxa"/>
            <w:tcMar>
              <w:top w:w="28" w:type="dxa"/>
              <w:left w:w="38" w:type="dxa"/>
              <w:bottom w:w="28" w:type="dxa"/>
              <w:right w:w="38" w:type="dxa"/>
            </w:tcMar>
            <w:vAlign w:val="center"/>
          </w:tcPr>
          <w:p w14:paraId="4E5B136D" w14:textId="77777777" w:rsidR="00D60D5E" w:rsidRDefault="00891EF0">
            <w:pPr>
              <w:spacing w:after="0" w:line="240" w:lineRule="auto"/>
              <w:jc w:val="center"/>
            </w:pPr>
            <w:r>
              <w:rPr>
                <w:rFonts w:eastAsia="Aptos"/>
                <w:b/>
                <w:sz w:val="17"/>
              </w:rPr>
              <w:t>12.50</w:t>
            </w:r>
          </w:p>
        </w:tc>
        <w:tc>
          <w:tcPr>
            <w:tcW w:w="540" w:type="dxa"/>
            <w:tcMar>
              <w:top w:w="28" w:type="dxa"/>
              <w:left w:w="38" w:type="dxa"/>
              <w:bottom w:w="28" w:type="dxa"/>
              <w:right w:w="38" w:type="dxa"/>
            </w:tcMar>
            <w:vAlign w:val="center"/>
          </w:tcPr>
          <w:p w14:paraId="1705249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59DFEB" w14:textId="77777777" w:rsidR="00D60D5E" w:rsidRDefault="00D60D5E">
            <w:pPr>
              <w:jc w:val="center"/>
            </w:pPr>
          </w:p>
        </w:tc>
      </w:tr>
      <w:tr w:rsidR="00D60D5E" w14:paraId="0482871B" w14:textId="77777777" w:rsidTr="000617E0">
        <w:trPr>
          <w:cantSplit/>
          <w:jc w:val="center"/>
        </w:trPr>
        <w:tc>
          <w:tcPr>
            <w:tcW w:w="677" w:type="dxa"/>
            <w:tcMar>
              <w:top w:w="28" w:type="dxa"/>
              <w:left w:w="38" w:type="dxa"/>
              <w:bottom w:w="28" w:type="dxa"/>
              <w:right w:w="38" w:type="dxa"/>
            </w:tcMar>
            <w:vAlign w:val="center"/>
          </w:tcPr>
          <w:p w14:paraId="7075621C" w14:textId="77777777" w:rsidR="00D60D5E" w:rsidRDefault="00891EF0">
            <w:pPr>
              <w:spacing w:after="0" w:line="240" w:lineRule="auto"/>
              <w:jc w:val="center"/>
            </w:pPr>
            <w:r>
              <w:rPr>
                <w:rFonts w:eastAsia="Aptos"/>
                <w:color w:val="6A7075"/>
                <w:sz w:val="17"/>
              </w:rPr>
              <w:t>330-130</w:t>
            </w:r>
          </w:p>
        </w:tc>
        <w:tc>
          <w:tcPr>
            <w:tcW w:w="2648" w:type="dxa"/>
            <w:tcMar>
              <w:top w:w="28" w:type="dxa"/>
              <w:left w:w="38" w:type="dxa"/>
              <w:bottom w:w="28" w:type="dxa"/>
              <w:right w:w="38" w:type="dxa"/>
            </w:tcMar>
            <w:vAlign w:val="center"/>
          </w:tcPr>
          <w:p w14:paraId="6241B0E0" w14:textId="77777777" w:rsidR="00D60D5E" w:rsidRDefault="00891EF0">
            <w:pPr>
              <w:spacing w:after="0" w:line="240" w:lineRule="auto"/>
            </w:pPr>
            <w:r>
              <w:rPr>
                <w:rFonts w:eastAsia="Aptos"/>
                <w:sz w:val="17"/>
              </w:rPr>
              <w:t>Cointreau 1 ltr</w:t>
            </w:r>
          </w:p>
        </w:tc>
        <w:tc>
          <w:tcPr>
            <w:tcW w:w="630" w:type="dxa"/>
            <w:tcMar>
              <w:top w:w="28" w:type="dxa"/>
              <w:left w:w="38" w:type="dxa"/>
              <w:bottom w:w="28" w:type="dxa"/>
              <w:right w:w="38" w:type="dxa"/>
            </w:tcMar>
            <w:vAlign w:val="center"/>
          </w:tcPr>
          <w:p w14:paraId="0D2B7717" w14:textId="77777777" w:rsidR="00D60D5E" w:rsidRDefault="00891EF0">
            <w:pPr>
              <w:spacing w:after="0" w:line="240" w:lineRule="auto"/>
              <w:jc w:val="center"/>
            </w:pPr>
            <w:r>
              <w:rPr>
                <w:rFonts w:eastAsia="Aptos"/>
                <w:b/>
                <w:sz w:val="17"/>
              </w:rPr>
              <w:t>51.99</w:t>
            </w:r>
          </w:p>
        </w:tc>
        <w:tc>
          <w:tcPr>
            <w:tcW w:w="540" w:type="dxa"/>
            <w:tcMar>
              <w:top w:w="28" w:type="dxa"/>
              <w:left w:w="38" w:type="dxa"/>
              <w:bottom w:w="28" w:type="dxa"/>
              <w:right w:w="38" w:type="dxa"/>
            </w:tcMar>
            <w:vAlign w:val="center"/>
          </w:tcPr>
          <w:p w14:paraId="57846E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E91A563" w14:textId="77777777" w:rsidR="00D60D5E" w:rsidRDefault="00D60D5E">
            <w:pPr>
              <w:jc w:val="center"/>
            </w:pPr>
          </w:p>
        </w:tc>
      </w:tr>
      <w:tr w:rsidR="00D60D5E" w14:paraId="0974A763" w14:textId="77777777" w:rsidTr="000617E0">
        <w:trPr>
          <w:cantSplit/>
          <w:jc w:val="center"/>
        </w:trPr>
        <w:tc>
          <w:tcPr>
            <w:tcW w:w="677" w:type="dxa"/>
            <w:tcMar>
              <w:top w:w="28" w:type="dxa"/>
              <w:left w:w="38" w:type="dxa"/>
              <w:bottom w:w="28" w:type="dxa"/>
              <w:right w:w="38" w:type="dxa"/>
            </w:tcMar>
            <w:vAlign w:val="center"/>
          </w:tcPr>
          <w:p w14:paraId="1E85DCDE" w14:textId="77777777" w:rsidR="00D60D5E" w:rsidRDefault="00891EF0">
            <w:pPr>
              <w:spacing w:after="0" w:line="240" w:lineRule="auto"/>
              <w:jc w:val="center"/>
            </w:pPr>
            <w:r>
              <w:rPr>
                <w:rFonts w:eastAsia="Aptos"/>
                <w:color w:val="6A7075"/>
                <w:sz w:val="17"/>
              </w:rPr>
              <w:t>330-135</w:t>
            </w:r>
          </w:p>
        </w:tc>
        <w:tc>
          <w:tcPr>
            <w:tcW w:w="2648" w:type="dxa"/>
            <w:tcMar>
              <w:top w:w="28" w:type="dxa"/>
              <w:left w:w="38" w:type="dxa"/>
              <w:bottom w:w="28" w:type="dxa"/>
              <w:right w:w="38" w:type="dxa"/>
            </w:tcMar>
            <w:vAlign w:val="center"/>
          </w:tcPr>
          <w:p w14:paraId="1077041F" w14:textId="77777777" w:rsidR="00D60D5E" w:rsidRDefault="00891EF0">
            <w:pPr>
              <w:spacing w:after="0" w:line="240" w:lineRule="auto"/>
            </w:pPr>
            <w:r>
              <w:rPr>
                <w:rFonts w:eastAsia="Aptos"/>
                <w:sz w:val="17"/>
              </w:rPr>
              <w:t>Drambuie Cream Liqueur 750ml</w:t>
            </w:r>
          </w:p>
        </w:tc>
        <w:tc>
          <w:tcPr>
            <w:tcW w:w="630" w:type="dxa"/>
            <w:tcMar>
              <w:top w:w="28" w:type="dxa"/>
              <w:left w:w="38" w:type="dxa"/>
              <w:bottom w:w="28" w:type="dxa"/>
              <w:right w:w="38" w:type="dxa"/>
            </w:tcMar>
            <w:vAlign w:val="center"/>
          </w:tcPr>
          <w:p w14:paraId="40E5DA13" w14:textId="77777777" w:rsidR="00D60D5E" w:rsidRDefault="00891EF0">
            <w:pPr>
              <w:spacing w:after="0" w:line="240" w:lineRule="auto"/>
              <w:jc w:val="center"/>
            </w:pPr>
            <w:r>
              <w:rPr>
                <w:rFonts w:eastAsia="Aptos"/>
                <w:b/>
                <w:sz w:val="17"/>
              </w:rPr>
              <w:t>43.19</w:t>
            </w:r>
          </w:p>
        </w:tc>
        <w:tc>
          <w:tcPr>
            <w:tcW w:w="540" w:type="dxa"/>
            <w:tcMar>
              <w:top w:w="28" w:type="dxa"/>
              <w:left w:w="38" w:type="dxa"/>
              <w:bottom w:w="28" w:type="dxa"/>
              <w:right w:w="38" w:type="dxa"/>
            </w:tcMar>
            <w:vAlign w:val="center"/>
          </w:tcPr>
          <w:p w14:paraId="4CEBE9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16276CF" w14:textId="77777777" w:rsidR="00D60D5E" w:rsidRDefault="00D60D5E">
            <w:pPr>
              <w:jc w:val="center"/>
            </w:pPr>
          </w:p>
        </w:tc>
      </w:tr>
      <w:tr w:rsidR="00D60D5E" w14:paraId="2D96B1A9" w14:textId="77777777" w:rsidTr="000617E0">
        <w:trPr>
          <w:cantSplit/>
          <w:jc w:val="center"/>
        </w:trPr>
        <w:tc>
          <w:tcPr>
            <w:tcW w:w="677" w:type="dxa"/>
            <w:tcMar>
              <w:top w:w="28" w:type="dxa"/>
              <w:left w:w="38" w:type="dxa"/>
              <w:bottom w:w="28" w:type="dxa"/>
              <w:right w:w="38" w:type="dxa"/>
            </w:tcMar>
            <w:vAlign w:val="center"/>
          </w:tcPr>
          <w:p w14:paraId="5B463FAE" w14:textId="77777777" w:rsidR="00D60D5E" w:rsidRDefault="00891EF0">
            <w:pPr>
              <w:spacing w:after="0" w:line="240" w:lineRule="auto"/>
              <w:jc w:val="center"/>
            </w:pPr>
            <w:r>
              <w:rPr>
                <w:rFonts w:eastAsia="Aptos"/>
                <w:color w:val="6A7075"/>
                <w:sz w:val="17"/>
              </w:rPr>
              <w:t>330-140</w:t>
            </w:r>
          </w:p>
        </w:tc>
        <w:tc>
          <w:tcPr>
            <w:tcW w:w="2648" w:type="dxa"/>
            <w:tcMar>
              <w:top w:w="28" w:type="dxa"/>
              <w:left w:w="38" w:type="dxa"/>
              <w:bottom w:w="28" w:type="dxa"/>
              <w:right w:w="38" w:type="dxa"/>
            </w:tcMar>
            <w:vAlign w:val="center"/>
          </w:tcPr>
          <w:p w14:paraId="3105D153" w14:textId="77777777" w:rsidR="00D60D5E" w:rsidRDefault="00891EF0">
            <w:pPr>
              <w:spacing w:after="0" w:line="240" w:lineRule="auto"/>
            </w:pPr>
            <w:r>
              <w:rPr>
                <w:rFonts w:eastAsia="Aptos"/>
                <w:sz w:val="17"/>
              </w:rPr>
              <w:t>Frangelico 750ml</w:t>
            </w:r>
          </w:p>
        </w:tc>
        <w:tc>
          <w:tcPr>
            <w:tcW w:w="630" w:type="dxa"/>
            <w:tcMar>
              <w:top w:w="28" w:type="dxa"/>
              <w:left w:w="38" w:type="dxa"/>
              <w:bottom w:w="28" w:type="dxa"/>
              <w:right w:w="38" w:type="dxa"/>
            </w:tcMar>
            <w:vAlign w:val="center"/>
          </w:tcPr>
          <w:p w14:paraId="473C3232" w14:textId="77777777" w:rsidR="00D60D5E" w:rsidRDefault="00891EF0">
            <w:pPr>
              <w:spacing w:after="0" w:line="240" w:lineRule="auto"/>
              <w:jc w:val="center"/>
            </w:pPr>
            <w:r>
              <w:rPr>
                <w:rFonts w:eastAsia="Aptos"/>
                <w:b/>
                <w:sz w:val="17"/>
              </w:rPr>
              <w:t>43.69</w:t>
            </w:r>
          </w:p>
        </w:tc>
        <w:tc>
          <w:tcPr>
            <w:tcW w:w="540" w:type="dxa"/>
            <w:tcMar>
              <w:top w:w="28" w:type="dxa"/>
              <w:left w:w="38" w:type="dxa"/>
              <w:bottom w:w="28" w:type="dxa"/>
              <w:right w:w="38" w:type="dxa"/>
            </w:tcMar>
            <w:vAlign w:val="center"/>
          </w:tcPr>
          <w:p w14:paraId="6B5E883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9CC74E" w14:textId="77777777" w:rsidR="00D60D5E" w:rsidRDefault="00D60D5E">
            <w:pPr>
              <w:jc w:val="center"/>
            </w:pPr>
          </w:p>
        </w:tc>
      </w:tr>
      <w:tr w:rsidR="00D60D5E" w14:paraId="64B7A06D" w14:textId="77777777" w:rsidTr="000617E0">
        <w:trPr>
          <w:cantSplit/>
          <w:jc w:val="center"/>
        </w:trPr>
        <w:tc>
          <w:tcPr>
            <w:tcW w:w="677" w:type="dxa"/>
            <w:tcMar>
              <w:top w:w="28" w:type="dxa"/>
              <w:left w:w="38" w:type="dxa"/>
              <w:bottom w:w="28" w:type="dxa"/>
              <w:right w:w="38" w:type="dxa"/>
            </w:tcMar>
            <w:vAlign w:val="center"/>
          </w:tcPr>
          <w:p w14:paraId="092A6E53" w14:textId="77777777" w:rsidR="00D60D5E" w:rsidRDefault="00891EF0">
            <w:pPr>
              <w:spacing w:after="0" w:line="240" w:lineRule="auto"/>
              <w:jc w:val="center"/>
            </w:pPr>
            <w:r>
              <w:rPr>
                <w:rFonts w:eastAsia="Aptos"/>
                <w:color w:val="6A7075"/>
                <w:sz w:val="17"/>
              </w:rPr>
              <w:t>330-145</w:t>
            </w:r>
          </w:p>
        </w:tc>
        <w:tc>
          <w:tcPr>
            <w:tcW w:w="2648" w:type="dxa"/>
            <w:tcMar>
              <w:top w:w="28" w:type="dxa"/>
              <w:left w:w="38" w:type="dxa"/>
              <w:bottom w:w="28" w:type="dxa"/>
              <w:right w:w="38" w:type="dxa"/>
            </w:tcMar>
            <w:vAlign w:val="center"/>
          </w:tcPr>
          <w:p w14:paraId="3BD71608" w14:textId="77777777" w:rsidR="00D60D5E" w:rsidRDefault="00891EF0">
            <w:pPr>
              <w:spacing w:after="0" w:line="240" w:lineRule="auto"/>
            </w:pPr>
            <w:r>
              <w:rPr>
                <w:rFonts w:eastAsia="Aptos"/>
                <w:sz w:val="17"/>
              </w:rPr>
              <w:t>Baileys Espresso Crème 750 ml</w:t>
            </w:r>
          </w:p>
        </w:tc>
        <w:tc>
          <w:tcPr>
            <w:tcW w:w="630" w:type="dxa"/>
            <w:tcMar>
              <w:top w:w="28" w:type="dxa"/>
              <w:left w:w="38" w:type="dxa"/>
              <w:bottom w:w="28" w:type="dxa"/>
              <w:right w:w="38" w:type="dxa"/>
            </w:tcMar>
            <w:vAlign w:val="center"/>
          </w:tcPr>
          <w:p w14:paraId="45750D5E" w14:textId="77777777" w:rsidR="00D60D5E" w:rsidRDefault="00891EF0">
            <w:pPr>
              <w:spacing w:after="0" w:line="240" w:lineRule="auto"/>
              <w:jc w:val="center"/>
            </w:pPr>
            <w:r>
              <w:rPr>
                <w:rFonts w:eastAsia="Aptos"/>
                <w:b/>
                <w:sz w:val="17"/>
              </w:rPr>
              <w:t>35.00</w:t>
            </w:r>
          </w:p>
        </w:tc>
        <w:tc>
          <w:tcPr>
            <w:tcW w:w="540" w:type="dxa"/>
            <w:tcMar>
              <w:top w:w="28" w:type="dxa"/>
              <w:left w:w="38" w:type="dxa"/>
              <w:bottom w:w="28" w:type="dxa"/>
              <w:right w:w="38" w:type="dxa"/>
            </w:tcMar>
            <w:vAlign w:val="center"/>
          </w:tcPr>
          <w:p w14:paraId="368EAE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ACA7A04" w14:textId="77777777" w:rsidR="00D60D5E" w:rsidRDefault="00D60D5E">
            <w:pPr>
              <w:jc w:val="center"/>
            </w:pPr>
          </w:p>
        </w:tc>
      </w:tr>
      <w:tr w:rsidR="00D60D5E" w14:paraId="0D7440C8" w14:textId="77777777" w:rsidTr="000617E0">
        <w:trPr>
          <w:cantSplit/>
          <w:jc w:val="center"/>
        </w:trPr>
        <w:tc>
          <w:tcPr>
            <w:tcW w:w="677" w:type="dxa"/>
            <w:tcMar>
              <w:top w:w="28" w:type="dxa"/>
              <w:left w:w="38" w:type="dxa"/>
              <w:bottom w:w="28" w:type="dxa"/>
              <w:right w:w="38" w:type="dxa"/>
            </w:tcMar>
            <w:vAlign w:val="center"/>
          </w:tcPr>
          <w:p w14:paraId="73925F8B" w14:textId="77777777" w:rsidR="00D60D5E" w:rsidRDefault="00891EF0">
            <w:pPr>
              <w:spacing w:after="0" w:line="240" w:lineRule="auto"/>
              <w:jc w:val="center"/>
            </w:pPr>
            <w:r>
              <w:rPr>
                <w:rFonts w:eastAsia="Aptos"/>
                <w:color w:val="6A7075"/>
                <w:sz w:val="17"/>
              </w:rPr>
              <w:t>330-150</w:t>
            </w:r>
          </w:p>
        </w:tc>
        <w:tc>
          <w:tcPr>
            <w:tcW w:w="2648" w:type="dxa"/>
            <w:tcMar>
              <w:top w:w="28" w:type="dxa"/>
              <w:left w:w="38" w:type="dxa"/>
              <w:bottom w:w="28" w:type="dxa"/>
              <w:right w:w="38" w:type="dxa"/>
            </w:tcMar>
            <w:vAlign w:val="center"/>
          </w:tcPr>
          <w:p w14:paraId="5168518E" w14:textId="77777777" w:rsidR="00D60D5E" w:rsidRDefault="00891EF0">
            <w:pPr>
              <w:spacing w:after="0" w:line="240" w:lineRule="auto"/>
            </w:pPr>
            <w:r>
              <w:rPr>
                <w:rFonts w:eastAsia="Aptos"/>
                <w:sz w:val="17"/>
              </w:rPr>
              <w:t>Grand Marnier 750 ml</w:t>
            </w:r>
          </w:p>
        </w:tc>
        <w:tc>
          <w:tcPr>
            <w:tcW w:w="630" w:type="dxa"/>
            <w:tcMar>
              <w:top w:w="28" w:type="dxa"/>
              <w:left w:w="38" w:type="dxa"/>
              <w:bottom w:w="28" w:type="dxa"/>
              <w:right w:w="38" w:type="dxa"/>
            </w:tcMar>
            <w:vAlign w:val="center"/>
          </w:tcPr>
          <w:p w14:paraId="2A0D8A61" w14:textId="77777777" w:rsidR="00D60D5E" w:rsidRDefault="00891EF0">
            <w:pPr>
              <w:spacing w:after="0" w:line="240" w:lineRule="auto"/>
              <w:jc w:val="center"/>
            </w:pPr>
            <w:r>
              <w:rPr>
                <w:rFonts w:eastAsia="Aptos"/>
                <w:b/>
                <w:sz w:val="17"/>
              </w:rPr>
              <w:t>49.70</w:t>
            </w:r>
          </w:p>
        </w:tc>
        <w:tc>
          <w:tcPr>
            <w:tcW w:w="540" w:type="dxa"/>
            <w:tcMar>
              <w:top w:w="28" w:type="dxa"/>
              <w:left w:w="38" w:type="dxa"/>
              <w:bottom w:w="28" w:type="dxa"/>
              <w:right w:w="38" w:type="dxa"/>
            </w:tcMar>
            <w:vAlign w:val="center"/>
          </w:tcPr>
          <w:p w14:paraId="6482844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18835B" w14:textId="77777777" w:rsidR="00D60D5E" w:rsidRDefault="00D60D5E">
            <w:pPr>
              <w:jc w:val="center"/>
            </w:pPr>
          </w:p>
        </w:tc>
      </w:tr>
      <w:tr w:rsidR="00D60D5E" w14:paraId="677265EE" w14:textId="77777777" w:rsidTr="000617E0">
        <w:trPr>
          <w:cantSplit/>
          <w:jc w:val="center"/>
        </w:trPr>
        <w:tc>
          <w:tcPr>
            <w:tcW w:w="677" w:type="dxa"/>
            <w:tcMar>
              <w:top w:w="28" w:type="dxa"/>
              <w:left w:w="38" w:type="dxa"/>
              <w:bottom w:w="28" w:type="dxa"/>
              <w:right w:w="38" w:type="dxa"/>
            </w:tcMar>
            <w:vAlign w:val="center"/>
          </w:tcPr>
          <w:p w14:paraId="3FE602E9" w14:textId="77777777" w:rsidR="00D60D5E" w:rsidRDefault="00891EF0">
            <w:pPr>
              <w:spacing w:after="0" w:line="240" w:lineRule="auto"/>
              <w:jc w:val="center"/>
            </w:pPr>
            <w:r>
              <w:rPr>
                <w:rFonts w:eastAsia="Aptos"/>
                <w:color w:val="6A7075"/>
                <w:sz w:val="17"/>
              </w:rPr>
              <w:t>330-155</w:t>
            </w:r>
          </w:p>
        </w:tc>
        <w:tc>
          <w:tcPr>
            <w:tcW w:w="2648" w:type="dxa"/>
            <w:tcMar>
              <w:top w:w="28" w:type="dxa"/>
              <w:left w:w="38" w:type="dxa"/>
              <w:bottom w:w="28" w:type="dxa"/>
              <w:right w:w="38" w:type="dxa"/>
            </w:tcMar>
            <w:vAlign w:val="center"/>
          </w:tcPr>
          <w:p w14:paraId="760A7EB5" w14:textId="77777777" w:rsidR="00D60D5E" w:rsidRDefault="00891EF0">
            <w:pPr>
              <w:spacing w:after="0" w:line="240" w:lineRule="auto"/>
            </w:pPr>
            <w:r>
              <w:rPr>
                <w:rFonts w:eastAsia="Aptos"/>
                <w:sz w:val="17"/>
              </w:rPr>
              <w:t>Kahlua 750ml</w:t>
            </w:r>
          </w:p>
        </w:tc>
        <w:tc>
          <w:tcPr>
            <w:tcW w:w="630" w:type="dxa"/>
            <w:tcMar>
              <w:top w:w="28" w:type="dxa"/>
              <w:left w:w="38" w:type="dxa"/>
              <w:bottom w:w="28" w:type="dxa"/>
              <w:right w:w="38" w:type="dxa"/>
            </w:tcMar>
            <w:vAlign w:val="center"/>
          </w:tcPr>
          <w:p w14:paraId="0BABCC56" w14:textId="77777777" w:rsidR="00D60D5E" w:rsidRDefault="00891EF0">
            <w:pPr>
              <w:spacing w:after="0" w:line="240" w:lineRule="auto"/>
              <w:jc w:val="center"/>
            </w:pPr>
            <w:r>
              <w:rPr>
                <w:rFonts w:eastAsia="Aptos"/>
                <w:b/>
                <w:sz w:val="17"/>
              </w:rPr>
              <w:t>34.60</w:t>
            </w:r>
          </w:p>
        </w:tc>
        <w:tc>
          <w:tcPr>
            <w:tcW w:w="540" w:type="dxa"/>
            <w:tcMar>
              <w:top w:w="28" w:type="dxa"/>
              <w:left w:w="38" w:type="dxa"/>
              <w:bottom w:w="28" w:type="dxa"/>
              <w:right w:w="38" w:type="dxa"/>
            </w:tcMar>
            <w:vAlign w:val="center"/>
          </w:tcPr>
          <w:p w14:paraId="58CAA5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4E6480" w14:textId="77777777" w:rsidR="00D60D5E" w:rsidRDefault="00D60D5E">
            <w:pPr>
              <w:jc w:val="center"/>
            </w:pPr>
          </w:p>
        </w:tc>
      </w:tr>
      <w:tr w:rsidR="00D60D5E" w14:paraId="50FE136B" w14:textId="77777777" w:rsidTr="000617E0">
        <w:trPr>
          <w:cantSplit/>
          <w:jc w:val="center"/>
        </w:trPr>
        <w:tc>
          <w:tcPr>
            <w:tcW w:w="677" w:type="dxa"/>
            <w:tcMar>
              <w:top w:w="28" w:type="dxa"/>
              <w:left w:w="38" w:type="dxa"/>
              <w:bottom w:w="28" w:type="dxa"/>
              <w:right w:w="38" w:type="dxa"/>
            </w:tcMar>
            <w:vAlign w:val="center"/>
          </w:tcPr>
          <w:p w14:paraId="2ABD36CD" w14:textId="77777777" w:rsidR="00D60D5E" w:rsidRDefault="00891EF0">
            <w:pPr>
              <w:spacing w:after="0" w:line="240" w:lineRule="auto"/>
              <w:jc w:val="center"/>
            </w:pPr>
            <w:r>
              <w:rPr>
                <w:rFonts w:eastAsia="Aptos"/>
                <w:color w:val="6A7075"/>
                <w:sz w:val="17"/>
              </w:rPr>
              <w:t>330-160</w:t>
            </w:r>
          </w:p>
        </w:tc>
        <w:tc>
          <w:tcPr>
            <w:tcW w:w="2648" w:type="dxa"/>
            <w:tcMar>
              <w:top w:w="28" w:type="dxa"/>
              <w:left w:w="38" w:type="dxa"/>
              <w:bottom w:w="28" w:type="dxa"/>
              <w:right w:w="38" w:type="dxa"/>
            </w:tcMar>
            <w:vAlign w:val="center"/>
          </w:tcPr>
          <w:p w14:paraId="37EC1A0F" w14:textId="77777777" w:rsidR="00D60D5E" w:rsidRDefault="00891EF0">
            <w:pPr>
              <w:spacing w:after="0" w:line="240" w:lineRule="auto"/>
            </w:pPr>
            <w:r>
              <w:rPr>
                <w:rFonts w:eastAsia="Aptos"/>
                <w:sz w:val="17"/>
              </w:rPr>
              <w:t>Malibu 70cl</w:t>
            </w:r>
          </w:p>
        </w:tc>
        <w:tc>
          <w:tcPr>
            <w:tcW w:w="630" w:type="dxa"/>
            <w:tcMar>
              <w:top w:w="28" w:type="dxa"/>
              <w:left w:w="38" w:type="dxa"/>
              <w:bottom w:w="28" w:type="dxa"/>
              <w:right w:w="38" w:type="dxa"/>
            </w:tcMar>
            <w:vAlign w:val="center"/>
          </w:tcPr>
          <w:p w14:paraId="77B08524" w14:textId="77777777" w:rsidR="00D60D5E" w:rsidRDefault="00891EF0">
            <w:pPr>
              <w:spacing w:after="0" w:line="240" w:lineRule="auto"/>
              <w:jc w:val="center"/>
            </w:pPr>
            <w:r>
              <w:rPr>
                <w:rFonts w:eastAsia="Aptos"/>
                <w:b/>
                <w:sz w:val="17"/>
              </w:rPr>
              <w:t>18.49</w:t>
            </w:r>
          </w:p>
        </w:tc>
        <w:tc>
          <w:tcPr>
            <w:tcW w:w="540" w:type="dxa"/>
            <w:tcMar>
              <w:top w:w="28" w:type="dxa"/>
              <w:left w:w="38" w:type="dxa"/>
              <w:bottom w:w="28" w:type="dxa"/>
              <w:right w:w="38" w:type="dxa"/>
            </w:tcMar>
            <w:vAlign w:val="center"/>
          </w:tcPr>
          <w:p w14:paraId="49F0B2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1EFA0F1" w14:textId="77777777" w:rsidR="00D60D5E" w:rsidRDefault="00D60D5E">
            <w:pPr>
              <w:jc w:val="center"/>
            </w:pPr>
          </w:p>
        </w:tc>
      </w:tr>
      <w:tr w:rsidR="00D60D5E" w14:paraId="634CC8D3" w14:textId="77777777" w:rsidTr="000617E0">
        <w:trPr>
          <w:cantSplit/>
          <w:jc w:val="center"/>
        </w:trPr>
        <w:tc>
          <w:tcPr>
            <w:tcW w:w="677" w:type="dxa"/>
            <w:tcMar>
              <w:top w:w="28" w:type="dxa"/>
              <w:left w:w="38" w:type="dxa"/>
              <w:bottom w:w="28" w:type="dxa"/>
              <w:right w:w="38" w:type="dxa"/>
            </w:tcMar>
            <w:vAlign w:val="center"/>
          </w:tcPr>
          <w:p w14:paraId="3E3BCFDB" w14:textId="77777777" w:rsidR="00D60D5E" w:rsidRDefault="00891EF0">
            <w:pPr>
              <w:spacing w:after="0" w:line="240" w:lineRule="auto"/>
              <w:jc w:val="center"/>
            </w:pPr>
            <w:r>
              <w:rPr>
                <w:rFonts w:eastAsia="Aptos"/>
                <w:color w:val="6A7075"/>
                <w:sz w:val="17"/>
              </w:rPr>
              <w:t>330-165</w:t>
            </w:r>
          </w:p>
        </w:tc>
        <w:tc>
          <w:tcPr>
            <w:tcW w:w="2648" w:type="dxa"/>
            <w:tcMar>
              <w:top w:w="28" w:type="dxa"/>
              <w:left w:w="38" w:type="dxa"/>
              <w:bottom w:w="28" w:type="dxa"/>
              <w:right w:w="38" w:type="dxa"/>
            </w:tcMar>
            <w:vAlign w:val="center"/>
          </w:tcPr>
          <w:p w14:paraId="17A1D230" w14:textId="77777777" w:rsidR="00D60D5E" w:rsidRDefault="00891EF0">
            <w:pPr>
              <w:spacing w:after="0" w:line="240" w:lineRule="auto"/>
            </w:pPr>
            <w:r>
              <w:rPr>
                <w:rFonts w:eastAsia="Aptos"/>
                <w:sz w:val="17"/>
              </w:rPr>
              <w:t>Ponche Kuba 700ml</w:t>
            </w:r>
          </w:p>
        </w:tc>
        <w:tc>
          <w:tcPr>
            <w:tcW w:w="630" w:type="dxa"/>
            <w:tcMar>
              <w:top w:w="28" w:type="dxa"/>
              <w:left w:w="38" w:type="dxa"/>
              <w:bottom w:w="28" w:type="dxa"/>
              <w:right w:w="38" w:type="dxa"/>
            </w:tcMar>
            <w:vAlign w:val="center"/>
          </w:tcPr>
          <w:p w14:paraId="360935CF" w14:textId="77777777" w:rsidR="00D60D5E" w:rsidRDefault="00891EF0">
            <w:pPr>
              <w:spacing w:after="0" w:line="240" w:lineRule="auto"/>
              <w:jc w:val="center"/>
            </w:pPr>
            <w:r>
              <w:rPr>
                <w:rFonts w:eastAsia="Aptos"/>
                <w:b/>
                <w:sz w:val="17"/>
              </w:rPr>
              <w:t>22.39</w:t>
            </w:r>
          </w:p>
        </w:tc>
        <w:tc>
          <w:tcPr>
            <w:tcW w:w="540" w:type="dxa"/>
            <w:tcMar>
              <w:top w:w="28" w:type="dxa"/>
              <w:left w:w="38" w:type="dxa"/>
              <w:bottom w:w="28" w:type="dxa"/>
              <w:right w:w="38" w:type="dxa"/>
            </w:tcMar>
            <w:vAlign w:val="center"/>
          </w:tcPr>
          <w:p w14:paraId="1A620CC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91328B" w14:textId="77777777" w:rsidR="00D60D5E" w:rsidRDefault="00D60D5E">
            <w:pPr>
              <w:jc w:val="center"/>
            </w:pPr>
          </w:p>
        </w:tc>
      </w:tr>
      <w:tr w:rsidR="00D60D5E" w14:paraId="2349F26F" w14:textId="77777777" w:rsidTr="000617E0">
        <w:trPr>
          <w:cantSplit/>
          <w:jc w:val="center"/>
        </w:trPr>
        <w:tc>
          <w:tcPr>
            <w:tcW w:w="677" w:type="dxa"/>
            <w:tcMar>
              <w:top w:w="28" w:type="dxa"/>
              <w:left w:w="38" w:type="dxa"/>
              <w:bottom w:w="28" w:type="dxa"/>
              <w:right w:w="38" w:type="dxa"/>
            </w:tcMar>
            <w:vAlign w:val="center"/>
          </w:tcPr>
          <w:p w14:paraId="13C127B0" w14:textId="77777777" w:rsidR="00D60D5E" w:rsidRDefault="00891EF0">
            <w:pPr>
              <w:spacing w:after="0" w:line="240" w:lineRule="auto"/>
              <w:jc w:val="center"/>
            </w:pPr>
            <w:r>
              <w:rPr>
                <w:rFonts w:eastAsia="Aptos"/>
                <w:color w:val="6A7075"/>
                <w:sz w:val="17"/>
              </w:rPr>
              <w:t>330-170</w:t>
            </w:r>
          </w:p>
        </w:tc>
        <w:tc>
          <w:tcPr>
            <w:tcW w:w="2648" w:type="dxa"/>
            <w:tcMar>
              <w:top w:w="28" w:type="dxa"/>
              <w:left w:w="38" w:type="dxa"/>
              <w:bottom w:w="28" w:type="dxa"/>
              <w:right w:w="38" w:type="dxa"/>
            </w:tcMar>
            <w:vAlign w:val="center"/>
          </w:tcPr>
          <w:p w14:paraId="741C4707" w14:textId="77777777" w:rsidR="00D60D5E" w:rsidRDefault="00891EF0">
            <w:pPr>
              <w:spacing w:after="0" w:line="240" w:lineRule="auto"/>
            </w:pPr>
            <w:r>
              <w:rPr>
                <w:rFonts w:eastAsia="Aptos"/>
                <w:sz w:val="17"/>
              </w:rPr>
              <w:t>Romano Sambuca</w:t>
            </w:r>
          </w:p>
        </w:tc>
        <w:tc>
          <w:tcPr>
            <w:tcW w:w="630" w:type="dxa"/>
            <w:tcMar>
              <w:top w:w="28" w:type="dxa"/>
              <w:left w:w="38" w:type="dxa"/>
              <w:bottom w:w="28" w:type="dxa"/>
              <w:right w:w="38" w:type="dxa"/>
            </w:tcMar>
            <w:vAlign w:val="center"/>
          </w:tcPr>
          <w:p w14:paraId="7BDDCB4E" w14:textId="77777777" w:rsidR="00D60D5E" w:rsidRDefault="00891EF0">
            <w:pPr>
              <w:spacing w:after="0" w:line="240" w:lineRule="auto"/>
              <w:jc w:val="center"/>
            </w:pPr>
            <w:r>
              <w:rPr>
                <w:rFonts w:eastAsia="Aptos"/>
                <w:b/>
                <w:sz w:val="17"/>
              </w:rPr>
              <w:t>23.59</w:t>
            </w:r>
          </w:p>
        </w:tc>
        <w:tc>
          <w:tcPr>
            <w:tcW w:w="540" w:type="dxa"/>
            <w:tcMar>
              <w:top w:w="28" w:type="dxa"/>
              <w:left w:w="38" w:type="dxa"/>
              <w:bottom w:w="28" w:type="dxa"/>
              <w:right w:w="38" w:type="dxa"/>
            </w:tcMar>
            <w:vAlign w:val="center"/>
          </w:tcPr>
          <w:p w14:paraId="06CD619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262AF0" w14:textId="77777777" w:rsidR="00D60D5E" w:rsidRDefault="00D60D5E">
            <w:pPr>
              <w:jc w:val="center"/>
            </w:pPr>
          </w:p>
        </w:tc>
      </w:tr>
      <w:tr w:rsidR="00D60D5E" w14:paraId="1FE510BE" w14:textId="77777777" w:rsidTr="000617E0">
        <w:trPr>
          <w:cantSplit/>
          <w:jc w:val="center"/>
        </w:trPr>
        <w:tc>
          <w:tcPr>
            <w:tcW w:w="677" w:type="dxa"/>
            <w:tcMar>
              <w:top w:w="28" w:type="dxa"/>
              <w:left w:w="38" w:type="dxa"/>
              <w:bottom w:w="28" w:type="dxa"/>
              <w:right w:w="38" w:type="dxa"/>
            </w:tcMar>
            <w:vAlign w:val="center"/>
          </w:tcPr>
          <w:p w14:paraId="66E65D78" w14:textId="77777777" w:rsidR="00D60D5E" w:rsidRDefault="00891EF0">
            <w:pPr>
              <w:spacing w:after="0" w:line="240" w:lineRule="auto"/>
              <w:jc w:val="center"/>
            </w:pPr>
            <w:r>
              <w:rPr>
                <w:rFonts w:eastAsia="Aptos"/>
                <w:color w:val="6A7075"/>
                <w:sz w:val="17"/>
              </w:rPr>
              <w:t>330-175</w:t>
            </w:r>
          </w:p>
        </w:tc>
        <w:tc>
          <w:tcPr>
            <w:tcW w:w="2648" w:type="dxa"/>
            <w:tcMar>
              <w:top w:w="28" w:type="dxa"/>
              <w:left w:w="38" w:type="dxa"/>
              <w:bottom w:w="28" w:type="dxa"/>
              <w:right w:w="38" w:type="dxa"/>
            </w:tcMar>
            <w:vAlign w:val="center"/>
          </w:tcPr>
          <w:p w14:paraId="2E9CB9EF" w14:textId="77777777" w:rsidR="00D60D5E" w:rsidRDefault="00891EF0">
            <w:pPr>
              <w:spacing w:after="0" w:line="240" w:lineRule="auto"/>
            </w:pPr>
            <w:r>
              <w:rPr>
                <w:rFonts w:eastAsia="Aptos"/>
                <w:sz w:val="17"/>
              </w:rPr>
              <w:t>Tia Maria 700ml</w:t>
            </w:r>
          </w:p>
        </w:tc>
        <w:tc>
          <w:tcPr>
            <w:tcW w:w="630" w:type="dxa"/>
            <w:tcMar>
              <w:top w:w="28" w:type="dxa"/>
              <w:left w:w="38" w:type="dxa"/>
              <w:bottom w:w="28" w:type="dxa"/>
              <w:right w:w="38" w:type="dxa"/>
            </w:tcMar>
            <w:vAlign w:val="center"/>
          </w:tcPr>
          <w:p w14:paraId="4D95CA88" w14:textId="77777777" w:rsidR="00D60D5E" w:rsidRDefault="00891EF0">
            <w:pPr>
              <w:spacing w:after="0" w:line="240" w:lineRule="auto"/>
              <w:jc w:val="center"/>
            </w:pPr>
            <w:r>
              <w:rPr>
                <w:rFonts w:eastAsia="Aptos"/>
                <w:b/>
                <w:sz w:val="17"/>
              </w:rPr>
              <w:t>24.99</w:t>
            </w:r>
          </w:p>
        </w:tc>
        <w:tc>
          <w:tcPr>
            <w:tcW w:w="540" w:type="dxa"/>
            <w:tcMar>
              <w:top w:w="28" w:type="dxa"/>
              <w:left w:w="38" w:type="dxa"/>
              <w:bottom w:w="28" w:type="dxa"/>
              <w:right w:w="38" w:type="dxa"/>
            </w:tcMar>
            <w:vAlign w:val="center"/>
          </w:tcPr>
          <w:p w14:paraId="0687B2E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E70630" w14:textId="77777777" w:rsidR="00D60D5E" w:rsidRDefault="00D60D5E">
            <w:pPr>
              <w:jc w:val="center"/>
            </w:pPr>
          </w:p>
        </w:tc>
      </w:tr>
      <w:tr w:rsidR="00D60D5E" w14:paraId="42C83C9E" w14:textId="77777777" w:rsidTr="000617E0">
        <w:trPr>
          <w:cantSplit/>
          <w:jc w:val="center"/>
        </w:trPr>
        <w:tc>
          <w:tcPr>
            <w:tcW w:w="677" w:type="dxa"/>
            <w:tcMar>
              <w:top w:w="28" w:type="dxa"/>
              <w:left w:w="38" w:type="dxa"/>
              <w:bottom w:w="28" w:type="dxa"/>
              <w:right w:w="38" w:type="dxa"/>
            </w:tcMar>
            <w:vAlign w:val="center"/>
          </w:tcPr>
          <w:p w14:paraId="31C0106E" w14:textId="77777777" w:rsidR="00D60D5E" w:rsidRDefault="00891EF0">
            <w:pPr>
              <w:spacing w:after="0" w:line="240" w:lineRule="auto"/>
              <w:jc w:val="center"/>
            </w:pPr>
            <w:r>
              <w:rPr>
                <w:rFonts w:eastAsia="Aptos"/>
                <w:color w:val="6A7075"/>
                <w:sz w:val="17"/>
              </w:rPr>
              <w:t>330-180</w:t>
            </w:r>
          </w:p>
        </w:tc>
        <w:tc>
          <w:tcPr>
            <w:tcW w:w="2648" w:type="dxa"/>
            <w:tcMar>
              <w:top w:w="28" w:type="dxa"/>
              <w:left w:w="38" w:type="dxa"/>
              <w:bottom w:w="28" w:type="dxa"/>
              <w:right w:w="38" w:type="dxa"/>
            </w:tcMar>
            <w:vAlign w:val="center"/>
          </w:tcPr>
          <w:p w14:paraId="304329C6" w14:textId="77777777" w:rsidR="00D60D5E" w:rsidRDefault="00891EF0">
            <w:pPr>
              <w:spacing w:after="0" w:line="240" w:lineRule="auto"/>
            </w:pPr>
            <w:r>
              <w:rPr>
                <w:rFonts w:eastAsia="Aptos"/>
                <w:sz w:val="17"/>
              </w:rPr>
              <w:t>Triple Sec 1 Ltr</w:t>
            </w:r>
          </w:p>
        </w:tc>
        <w:tc>
          <w:tcPr>
            <w:tcW w:w="630" w:type="dxa"/>
            <w:tcMar>
              <w:top w:w="28" w:type="dxa"/>
              <w:left w:w="38" w:type="dxa"/>
              <w:bottom w:w="28" w:type="dxa"/>
              <w:right w:w="38" w:type="dxa"/>
            </w:tcMar>
            <w:vAlign w:val="center"/>
          </w:tcPr>
          <w:p w14:paraId="1BA6544B" w14:textId="77777777" w:rsidR="00D60D5E" w:rsidRDefault="00891EF0">
            <w:pPr>
              <w:spacing w:after="0" w:line="240" w:lineRule="auto"/>
              <w:jc w:val="center"/>
            </w:pPr>
            <w:r>
              <w:rPr>
                <w:rFonts w:eastAsia="Aptos"/>
                <w:b/>
                <w:sz w:val="17"/>
              </w:rPr>
              <w:t>14.60</w:t>
            </w:r>
          </w:p>
        </w:tc>
        <w:tc>
          <w:tcPr>
            <w:tcW w:w="540" w:type="dxa"/>
            <w:tcMar>
              <w:top w:w="28" w:type="dxa"/>
              <w:left w:w="38" w:type="dxa"/>
              <w:bottom w:w="28" w:type="dxa"/>
              <w:right w:w="38" w:type="dxa"/>
            </w:tcMar>
            <w:vAlign w:val="center"/>
          </w:tcPr>
          <w:p w14:paraId="56FC800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FC8BB5A" w14:textId="77777777" w:rsidR="00D60D5E" w:rsidRDefault="00D60D5E">
            <w:pPr>
              <w:jc w:val="center"/>
            </w:pPr>
          </w:p>
        </w:tc>
      </w:tr>
      <w:tr w:rsidR="00D60D5E" w14:paraId="6DAF3A22" w14:textId="77777777" w:rsidTr="000617E0">
        <w:trPr>
          <w:cantSplit/>
          <w:jc w:val="center"/>
        </w:trPr>
        <w:tc>
          <w:tcPr>
            <w:tcW w:w="677" w:type="dxa"/>
            <w:tcMar>
              <w:top w:w="28" w:type="dxa"/>
              <w:left w:w="38" w:type="dxa"/>
              <w:bottom w:w="28" w:type="dxa"/>
              <w:right w:w="38" w:type="dxa"/>
            </w:tcMar>
            <w:vAlign w:val="center"/>
          </w:tcPr>
          <w:p w14:paraId="16CA59D6" w14:textId="77777777" w:rsidR="00D60D5E" w:rsidRDefault="00891EF0">
            <w:pPr>
              <w:spacing w:after="0" w:line="240" w:lineRule="auto"/>
              <w:jc w:val="center"/>
            </w:pPr>
            <w:r>
              <w:rPr>
                <w:rFonts w:eastAsia="Aptos"/>
                <w:color w:val="6A7075"/>
                <w:sz w:val="17"/>
              </w:rPr>
              <w:t>330-185</w:t>
            </w:r>
          </w:p>
        </w:tc>
        <w:tc>
          <w:tcPr>
            <w:tcW w:w="2648" w:type="dxa"/>
            <w:tcMar>
              <w:top w:w="28" w:type="dxa"/>
              <w:left w:w="38" w:type="dxa"/>
              <w:bottom w:w="28" w:type="dxa"/>
              <w:right w:w="38" w:type="dxa"/>
            </w:tcMar>
            <w:vAlign w:val="center"/>
          </w:tcPr>
          <w:p w14:paraId="6BE51173" w14:textId="77777777" w:rsidR="00D60D5E" w:rsidRDefault="00891EF0">
            <w:pPr>
              <w:spacing w:after="0" w:line="240" w:lineRule="auto"/>
            </w:pPr>
            <w:r>
              <w:rPr>
                <w:rFonts w:eastAsia="Aptos"/>
                <w:sz w:val="17"/>
              </w:rPr>
              <w:t>Jägermeister 750ml</w:t>
            </w:r>
          </w:p>
        </w:tc>
        <w:tc>
          <w:tcPr>
            <w:tcW w:w="630" w:type="dxa"/>
            <w:tcMar>
              <w:top w:w="28" w:type="dxa"/>
              <w:left w:w="38" w:type="dxa"/>
              <w:bottom w:w="28" w:type="dxa"/>
              <w:right w:w="38" w:type="dxa"/>
            </w:tcMar>
            <w:vAlign w:val="center"/>
          </w:tcPr>
          <w:p w14:paraId="4DDB5725" w14:textId="77777777" w:rsidR="00D60D5E" w:rsidRDefault="00891EF0">
            <w:pPr>
              <w:spacing w:after="0" w:line="240" w:lineRule="auto"/>
              <w:jc w:val="center"/>
            </w:pPr>
            <w:r>
              <w:rPr>
                <w:rFonts w:eastAsia="Aptos"/>
                <w:b/>
                <w:sz w:val="17"/>
              </w:rPr>
              <w:t>36.99</w:t>
            </w:r>
          </w:p>
        </w:tc>
        <w:tc>
          <w:tcPr>
            <w:tcW w:w="540" w:type="dxa"/>
            <w:tcMar>
              <w:top w:w="28" w:type="dxa"/>
              <w:left w:w="38" w:type="dxa"/>
              <w:bottom w:w="28" w:type="dxa"/>
              <w:right w:w="38" w:type="dxa"/>
            </w:tcMar>
            <w:vAlign w:val="center"/>
          </w:tcPr>
          <w:p w14:paraId="72AB15B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6CB6D8" w14:textId="77777777" w:rsidR="00D60D5E" w:rsidRDefault="00D60D5E">
            <w:pPr>
              <w:jc w:val="center"/>
            </w:pPr>
          </w:p>
        </w:tc>
      </w:tr>
      <w:tr w:rsidR="00D60D5E" w14:paraId="6D372A90" w14:textId="77777777" w:rsidTr="000617E0">
        <w:trPr>
          <w:cantSplit/>
          <w:jc w:val="center"/>
        </w:trPr>
        <w:tc>
          <w:tcPr>
            <w:tcW w:w="677" w:type="dxa"/>
            <w:shd w:val="clear" w:color="auto" w:fill="D9EAF7"/>
            <w:tcMar>
              <w:top w:w="28" w:type="dxa"/>
              <w:left w:w="38" w:type="dxa"/>
              <w:bottom w:w="28" w:type="dxa"/>
              <w:right w:w="38" w:type="dxa"/>
            </w:tcMar>
            <w:vAlign w:val="center"/>
          </w:tcPr>
          <w:p w14:paraId="765616FF" w14:textId="77777777" w:rsidR="00D60D5E" w:rsidRDefault="00891EF0">
            <w:pPr>
              <w:spacing w:after="0" w:line="240" w:lineRule="auto"/>
              <w:jc w:val="center"/>
            </w:pPr>
            <w:r>
              <w:rPr>
                <w:rFonts w:eastAsia="Aptos"/>
                <w:b/>
                <w:color w:val="76A943"/>
                <w:sz w:val="18"/>
              </w:rPr>
              <w:t>335-</w:t>
            </w:r>
          </w:p>
        </w:tc>
        <w:tc>
          <w:tcPr>
            <w:tcW w:w="2648" w:type="dxa"/>
            <w:shd w:val="clear" w:color="auto" w:fill="D9EAF7"/>
            <w:tcMar>
              <w:top w:w="28" w:type="dxa"/>
              <w:left w:w="38" w:type="dxa"/>
              <w:bottom w:w="28" w:type="dxa"/>
              <w:right w:w="38" w:type="dxa"/>
            </w:tcMar>
            <w:vAlign w:val="center"/>
          </w:tcPr>
          <w:p w14:paraId="5FBD1D29" w14:textId="77777777" w:rsidR="00D60D5E" w:rsidRDefault="00891EF0">
            <w:pPr>
              <w:spacing w:after="0" w:line="240" w:lineRule="auto"/>
            </w:pPr>
            <w:r>
              <w:rPr>
                <w:rFonts w:eastAsia="Aptos"/>
                <w:b/>
                <w:color w:val="76A943"/>
                <w:sz w:val="18"/>
              </w:rPr>
              <w:t>RUM</w:t>
            </w:r>
          </w:p>
        </w:tc>
        <w:tc>
          <w:tcPr>
            <w:tcW w:w="630" w:type="dxa"/>
            <w:shd w:val="clear" w:color="auto" w:fill="D9EAF7"/>
            <w:tcMar>
              <w:top w:w="28" w:type="dxa"/>
              <w:left w:w="38" w:type="dxa"/>
              <w:bottom w:w="28" w:type="dxa"/>
              <w:right w:w="38" w:type="dxa"/>
            </w:tcMar>
            <w:vAlign w:val="center"/>
          </w:tcPr>
          <w:p w14:paraId="751496B7"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1E6EF1B"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36FA5C5" w14:textId="77777777" w:rsidR="00D60D5E" w:rsidRDefault="00D60D5E">
            <w:pPr>
              <w:jc w:val="center"/>
            </w:pPr>
          </w:p>
        </w:tc>
      </w:tr>
      <w:tr w:rsidR="00D60D5E" w14:paraId="2B947BF9" w14:textId="77777777" w:rsidTr="000617E0">
        <w:trPr>
          <w:cantSplit/>
          <w:jc w:val="center"/>
        </w:trPr>
        <w:tc>
          <w:tcPr>
            <w:tcW w:w="677" w:type="dxa"/>
            <w:tcMar>
              <w:top w:w="28" w:type="dxa"/>
              <w:left w:w="38" w:type="dxa"/>
              <w:bottom w:w="28" w:type="dxa"/>
              <w:right w:w="38" w:type="dxa"/>
            </w:tcMar>
            <w:vAlign w:val="center"/>
          </w:tcPr>
          <w:p w14:paraId="7868D8C2" w14:textId="77777777" w:rsidR="00D60D5E" w:rsidRDefault="00891EF0">
            <w:pPr>
              <w:spacing w:after="0" w:line="240" w:lineRule="auto"/>
              <w:jc w:val="center"/>
            </w:pPr>
            <w:r>
              <w:rPr>
                <w:rFonts w:eastAsia="Aptos"/>
                <w:color w:val="6A7075"/>
                <w:sz w:val="17"/>
              </w:rPr>
              <w:t>335-105</w:t>
            </w:r>
          </w:p>
        </w:tc>
        <w:tc>
          <w:tcPr>
            <w:tcW w:w="2648" w:type="dxa"/>
            <w:tcMar>
              <w:top w:w="28" w:type="dxa"/>
              <w:left w:w="38" w:type="dxa"/>
              <w:bottom w:w="28" w:type="dxa"/>
              <w:right w:w="38" w:type="dxa"/>
            </w:tcMar>
            <w:vAlign w:val="center"/>
          </w:tcPr>
          <w:p w14:paraId="695093D1" w14:textId="77777777" w:rsidR="00D60D5E" w:rsidRDefault="00891EF0">
            <w:pPr>
              <w:spacing w:after="0" w:line="240" w:lineRule="auto"/>
            </w:pPr>
            <w:r>
              <w:rPr>
                <w:rFonts w:eastAsia="Aptos"/>
                <w:sz w:val="17"/>
              </w:rPr>
              <w:t>Mount Gay Gold 750ml</w:t>
            </w:r>
          </w:p>
        </w:tc>
        <w:tc>
          <w:tcPr>
            <w:tcW w:w="630" w:type="dxa"/>
            <w:tcMar>
              <w:top w:w="28" w:type="dxa"/>
              <w:left w:w="38" w:type="dxa"/>
              <w:bottom w:w="28" w:type="dxa"/>
              <w:right w:w="38" w:type="dxa"/>
            </w:tcMar>
            <w:vAlign w:val="center"/>
          </w:tcPr>
          <w:p w14:paraId="5343B72E" w14:textId="77777777" w:rsidR="00D60D5E" w:rsidRDefault="00891EF0">
            <w:pPr>
              <w:spacing w:after="0" w:line="240" w:lineRule="auto"/>
              <w:jc w:val="center"/>
            </w:pPr>
            <w:r>
              <w:rPr>
                <w:rFonts w:eastAsia="Aptos"/>
                <w:b/>
                <w:sz w:val="17"/>
              </w:rPr>
              <w:t>19.29</w:t>
            </w:r>
          </w:p>
        </w:tc>
        <w:tc>
          <w:tcPr>
            <w:tcW w:w="540" w:type="dxa"/>
            <w:tcMar>
              <w:top w:w="28" w:type="dxa"/>
              <w:left w:w="38" w:type="dxa"/>
              <w:bottom w:w="28" w:type="dxa"/>
              <w:right w:w="38" w:type="dxa"/>
            </w:tcMar>
            <w:vAlign w:val="center"/>
          </w:tcPr>
          <w:p w14:paraId="67D73C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2683A0" w14:textId="77777777" w:rsidR="00D60D5E" w:rsidRDefault="00D60D5E">
            <w:pPr>
              <w:jc w:val="center"/>
            </w:pPr>
          </w:p>
        </w:tc>
      </w:tr>
      <w:tr w:rsidR="00D60D5E" w14:paraId="0DF38D6F" w14:textId="77777777" w:rsidTr="000617E0">
        <w:trPr>
          <w:cantSplit/>
          <w:jc w:val="center"/>
        </w:trPr>
        <w:tc>
          <w:tcPr>
            <w:tcW w:w="677" w:type="dxa"/>
            <w:tcMar>
              <w:top w:w="28" w:type="dxa"/>
              <w:left w:w="38" w:type="dxa"/>
              <w:bottom w:w="28" w:type="dxa"/>
              <w:right w:w="38" w:type="dxa"/>
            </w:tcMar>
            <w:vAlign w:val="center"/>
          </w:tcPr>
          <w:p w14:paraId="7A64DA0B" w14:textId="77777777" w:rsidR="00D60D5E" w:rsidRDefault="00891EF0">
            <w:pPr>
              <w:spacing w:after="0" w:line="240" w:lineRule="auto"/>
              <w:jc w:val="center"/>
            </w:pPr>
            <w:r>
              <w:rPr>
                <w:rFonts w:eastAsia="Aptos"/>
                <w:color w:val="6A7075"/>
                <w:sz w:val="17"/>
              </w:rPr>
              <w:t>335-106</w:t>
            </w:r>
          </w:p>
        </w:tc>
        <w:tc>
          <w:tcPr>
            <w:tcW w:w="2648" w:type="dxa"/>
            <w:tcMar>
              <w:top w:w="28" w:type="dxa"/>
              <w:left w:w="38" w:type="dxa"/>
              <w:bottom w:w="28" w:type="dxa"/>
              <w:right w:w="38" w:type="dxa"/>
            </w:tcMar>
            <w:vAlign w:val="center"/>
          </w:tcPr>
          <w:p w14:paraId="0A0DC8FE" w14:textId="77777777" w:rsidR="00D60D5E" w:rsidRDefault="00891EF0">
            <w:pPr>
              <w:spacing w:after="0" w:line="240" w:lineRule="auto"/>
            </w:pPr>
            <w:r>
              <w:rPr>
                <w:rFonts w:eastAsia="Aptos"/>
                <w:sz w:val="17"/>
              </w:rPr>
              <w:t>Mount Gay Gold 1.75ltr</w:t>
            </w:r>
          </w:p>
        </w:tc>
        <w:tc>
          <w:tcPr>
            <w:tcW w:w="630" w:type="dxa"/>
            <w:tcMar>
              <w:top w:w="28" w:type="dxa"/>
              <w:left w:w="38" w:type="dxa"/>
              <w:bottom w:w="28" w:type="dxa"/>
              <w:right w:w="38" w:type="dxa"/>
            </w:tcMar>
            <w:vAlign w:val="center"/>
          </w:tcPr>
          <w:p w14:paraId="4DE46874" w14:textId="77777777" w:rsidR="00D60D5E" w:rsidRDefault="00891EF0">
            <w:pPr>
              <w:spacing w:after="0" w:line="240" w:lineRule="auto"/>
              <w:jc w:val="center"/>
            </w:pPr>
            <w:r>
              <w:rPr>
                <w:rFonts w:eastAsia="Aptos"/>
                <w:b/>
                <w:sz w:val="17"/>
              </w:rPr>
              <w:t>27.99</w:t>
            </w:r>
          </w:p>
        </w:tc>
        <w:tc>
          <w:tcPr>
            <w:tcW w:w="540" w:type="dxa"/>
            <w:tcMar>
              <w:top w:w="28" w:type="dxa"/>
              <w:left w:w="38" w:type="dxa"/>
              <w:bottom w:w="28" w:type="dxa"/>
              <w:right w:w="38" w:type="dxa"/>
            </w:tcMar>
            <w:vAlign w:val="center"/>
          </w:tcPr>
          <w:p w14:paraId="4E87FC1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DFB36F" w14:textId="77777777" w:rsidR="00D60D5E" w:rsidRDefault="00D60D5E">
            <w:pPr>
              <w:jc w:val="center"/>
            </w:pPr>
          </w:p>
        </w:tc>
      </w:tr>
      <w:tr w:rsidR="00D60D5E" w14:paraId="5E19CC95" w14:textId="77777777" w:rsidTr="000617E0">
        <w:trPr>
          <w:cantSplit/>
          <w:jc w:val="center"/>
        </w:trPr>
        <w:tc>
          <w:tcPr>
            <w:tcW w:w="677" w:type="dxa"/>
            <w:tcMar>
              <w:top w:w="28" w:type="dxa"/>
              <w:left w:w="38" w:type="dxa"/>
              <w:bottom w:w="28" w:type="dxa"/>
              <w:right w:w="38" w:type="dxa"/>
            </w:tcMar>
            <w:vAlign w:val="center"/>
          </w:tcPr>
          <w:p w14:paraId="53858236" w14:textId="77777777" w:rsidR="00D60D5E" w:rsidRDefault="00891EF0">
            <w:pPr>
              <w:spacing w:after="0" w:line="240" w:lineRule="auto"/>
              <w:jc w:val="center"/>
            </w:pPr>
            <w:r>
              <w:rPr>
                <w:rFonts w:eastAsia="Aptos"/>
                <w:color w:val="6A7075"/>
                <w:sz w:val="17"/>
              </w:rPr>
              <w:t>335-110</w:t>
            </w:r>
          </w:p>
        </w:tc>
        <w:tc>
          <w:tcPr>
            <w:tcW w:w="2648" w:type="dxa"/>
            <w:tcMar>
              <w:top w:w="28" w:type="dxa"/>
              <w:left w:w="38" w:type="dxa"/>
              <w:bottom w:w="28" w:type="dxa"/>
              <w:right w:w="38" w:type="dxa"/>
            </w:tcMar>
            <w:vAlign w:val="center"/>
          </w:tcPr>
          <w:p w14:paraId="43E135DF" w14:textId="77777777" w:rsidR="00D60D5E" w:rsidRDefault="00891EF0">
            <w:pPr>
              <w:spacing w:after="0" w:line="240" w:lineRule="auto"/>
            </w:pPr>
            <w:r>
              <w:rPr>
                <w:rFonts w:eastAsia="Aptos"/>
                <w:sz w:val="17"/>
              </w:rPr>
              <w:t>Mount Gay white 1.0Ltr</w:t>
            </w:r>
          </w:p>
        </w:tc>
        <w:tc>
          <w:tcPr>
            <w:tcW w:w="630" w:type="dxa"/>
            <w:tcMar>
              <w:top w:w="28" w:type="dxa"/>
              <w:left w:w="38" w:type="dxa"/>
              <w:bottom w:w="28" w:type="dxa"/>
              <w:right w:w="38" w:type="dxa"/>
            </w:tcMar>
            <w:vAlign w:val="center"/>
          </w:tcPr>
          <w:p w14:paraId="31DC8733" w14:textId="77777777" w:rsidR="00D60D5E" w:rsidRDefault="00891EF0">
            <w:pPr>
              <w:spacing w:after="0" w:line="240" w:lineRule="auto"/>
              <w:jc w:val="center"/>
            </w:pPr>
            <w:r>
              <w:rPr>
                <w:rFonts w:eastAsia="Aptos"/>
                <w:b/>
                <w:sz w:val="17"/>
              </w:rPr>
              <w:t>27.20</w:t>
            </w:r>
          </w:p>
        </w:tc>
        <w:tc>
          <w:tcPr>
            <w:tcW w:w="540" w:type="dxa"/>
            <w:tcMar>
              <w:top w:w="28" w:type="dxa"/>
              <w:left w:w="38" w:type="dxa"/>
              <w:bottom w:w="28" w:type="dxa"/>
              <w:right w:w="38" w:type="dxa"/>
            </w:tcMar>
            <w:vAlign w:val="center"/>
          </w:tcPr>
          <w:p w14:paraId="743B8B8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B650912" w14:textId="77777777" w:rsidR="00D60D5E" w:rsidRDefault="00D60D5E">
            <w:pPr>
              <w:jc w:val="center"/>
            </w:pPr>
          </w:p>
        </w:tc>
      </w:tr>
      <w:tr w:rsidR="00D60D5E" w14:paraId="24AC40D6" w14:textId="77777777" w:rsidTr="000617E0">
        <w:trPr>
          <w:cantSplit/>
          <w:jc w:val="center"/>
        </w:trPr>
        <w:tc>
          <w:tcPr>
            <w:tcW w:w="677" w:type="dxa"/>
            <w:tcMar>
              <w:top w:w="28" w:type="dxa"/>
              <w:left w:w="38" w:type="dxa"/>
              <w:bottom w:w="28" w:type="dxa"/>
              <w:right w:w="38" w:type="dxa"/>
            </w:tcMar>
            <w:vAlign w:val="center"/>
          </w:tcPr>
          <w:p w14:paraId="1ECA5030" w14:textId="77777777" w:rsidR="00D60D5E" w:rsidRDefault="00891EF0">
            <w:pPr>
              <w:spacing w:after="0" w:line="240" w:lineRule="auto"/>
              <w:jc w:val="center"/>
            </w:pPr>
            <w:r>
              <w:rPr>
                <w:rFonts w:eastAsia="Aptos"/>
                <w:color w:val="6A7075"/>
                <w:sz w:val="17"/>
              </w:rPr>
              <w:t>335-115</w:t>
            </w:r>
          </w:p>
        </w:tc>
        <w:tc>
          <w:tcPr>
            <w:tcW w:w="2648" w:type="dxa"/>
            <w:tcMar>
              <w:top w:w="28" w:type="dxa"/>
              <w:left w:w="38" w:type="dxa"/>
              <w:bottom w:w="28" w:type="dxa"/>
              <w:right w:w="38" w:type="dxa"/>
            </w:tcMar>
            <w:vAlign w:val="center"/>
          </w:tcPr>
          <w:p w14:paraId="52731608" w14:textId="77777777" w:rsidR="00D60D5E" w:rsidRDefault="00891EF0">
            <w:pPr>
              <w:spacing w:after="0" w:line="240" w:lineRule="auto"/>
            </w:pPr>
            <w:r>
              <w:rPr>
                <w:rFonts w:eastAsia="Aptos"/>
                <w:sz w:val="17"/>
              </w:rPr>
              <w:t>Goslings Black Seal Rum 750 ml</w:t>
            </w:r>
          </w:p>
        </w:tc>
        <w:tc>
          <w:tcPr>
            <w:tcW w:w="630" w:type="dxa"/>
            <w:tcMar>
              <w:top w:w="28" w:type="dxa"/>
              <w:left w:w="38" w:type="dxa"/>
              <w:bottom w:w="28" w:type="dxa"/>
              <w:right w:w="38" w:type="dxa"/>
            </w:tcMar>
            <w:vAlign w:val="center"/>
          </w:tcPr>
          <w:p w14:paraId="24210D85" w14:textId="77777777" w:rsidR="00D60D5E" w:rsidRDefault="00891EF0">
            <w:pPr>
              <w:spacing w:after="0" w:line="240" w:lineRule="auto"/>
              <w:jc w:val="center"/>
            </w:pPr>
            <w:r>
              <w:rPr>
                <w:rFonts w:eastAsia="Aptos"/>
                <w:b/>
                <w:sz w:val="17"/>
              </w:rPr>
              <w:t>26.50</w:t>
            </w:r>
          </w:p>
        </w:tc>
        <w:tc>
          <w:tcPr>
            <w:tcW w:w="540" w:type="dxa"/>
            <w:tcMar>
              <w:top w:w="28" w:type="dxa"/>
              <w:left w:w="38" w:type="dxa"/>
              <w:bottom w:w="28" w:type="dxa"/>
              <w:right w:w="38" w:type="dxa"/>
            </w:tcMar>
            <w:vAlign w:val="center"/>
          </w:tcPr>
          <w:p w14:paraId="23106E4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634DCB" w14:textId="77777777" w:rsidR="00D60D5E" w:rsidRDefault="00D60D5E">
            <w:pPr>
              <w:jc w:val="center"/>
            </w:pPr>
          </w:p>
        </w:tc>
      </w:tr>
      <w:tr w:rsidR="00D60D5E" w14:paraId="2F27D9BB" w14:textId="77777777" w:rsidTr="000617E0">
        <w:trPr>
          <w:cantSplit/>
          <w:jc w:val="center"/>
        </w:trPr>
        <w:tc>
          <w:tcPr>
            <w:tcW w:w="677" w:type="dxa"/>
            <w:tcMar>
              <w:top w:w="28" w:type="dxa"/>
              <w:left w:w="38" w:type="dxa"/>
              <w:bottom w:w="28" w:type="dxa"/>
              <w:right w:w="38" w:type="dxa"/>
            </w:tcMar>
            <w:vAlign w:val="center"/>
          </w:tcPr>
          <w:p w14:paraId="7F400E48" w14:textId="77777777" w:rsidR="00D60D5E" w:rsidRDefault="00891EF0">
            <w:pPr>
              <w:spacing w:after="0" w:line="240" w:lineRule="auto"/>
              <w:jc w:val="center"/>
            </w:pPr>
            <w:r>
              <w:rPr>
                <w:rFonts w:eastAsia="Aptos"/>
                <w:color w:val="6A7075"/>
                <w:sz w:val="17"/>
              </w:rPr>
              <w:t>335-116</w:t>
            </w:r>
          </w:p>
        </w:tc>
        <w:tc>
          <w:tcPr>
            <w:tcW w:w="2648" w:type="dxa"/>
            <w:tcMar>
              <w:top w:w="28" w:type="dxa"/>
              <w:left w:w="38" w:type="dxa"/>
              <w:bottom w:w="28" w:type="dxa"/>
              <w:right w:w="38" w:type="dxa"/>
            </w:tcMar>
            <w:vAlign w:val="center"/>
          </w:tcPr>
          <w:p w14:paraId="5770D75E" w14:textId="77777777" w:rsidR="00D60D5E" w:rsidRDefault="00891EF0">
            <w:pPr>
              <w:spacing w:after="0" w:line="240" w:lineRule="auto"/>
            </w:pPr>
            <w:r>
              <w:rPr>
                <w:rFonts w:eastAsia="Aptos"/>
                <w:sz w:val="17"/>
              </w:rPr>
              <w:t>Cruzan Gold/White 1.75ltr</w:t>
            </w:r>
          </w:p>
        </w:tc>
        <w:tc>
          <w:tcPr>
            <w:tcW w:w="630" w:type="dxa"/>
            <w:tcMar>
              <w:top w:w="28" w:type="dxa"/>
              <w:left w:w="38" w:type="dxa"/>
              <w:bottom w:w="28" w:type="dxa"/>
              <w:right w:w="38" w:type="dxa"/>
            </w:tcMar>
            <w:vAlign w:val="center"/>
          </w:tcPr>
          <w:p w14:paraId="1F030AB1" w14:textId="77777777" w:rsidR="00D60D5E" w:rsidRDefault="00891EF0">
            <w:pPr>
              <w:spacing w:after="0" w:line="240" w:lineRule="auto"/>
              <w:jc w:val="center"/>
            </w:pPr>
            <w:r>
              <w:rPr>
                <w:rFonts w:eastAsia="Aptos"/>
                <w:b/>
                <w:sz w:val="17"/>
              </w:rPr>
              <w:t>25.99</w:t>
            </w:r>
          </w:p>
        </w:tc>
        <w:tc>
          <w:tcPr>
            <w:tcW w:w="540" w:type="dxa"/>
            <w:tcMar>
              <w:top w:w="28" w:type="dxa"/>
              <w:left w:w="38" w:type="dxa"/>
              <w:bottom w:w="28" w:type="dxa"/>
              <w:right w:w="38" w:type="dxa"/>
            </w:tcMar>
            <w:vAlign w:val="center"/>
          </w:tcPr>
          <w:p w14:paraId="52BDDE1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FE4EF4" w14:textId="77777777" w:rsidR="00D60D5E" w:rsidRDefault="00D60D5E">
            <w:pPr>
              <w:jc w:val="center"/>
            </w:pPr>
          </w:p>
        </w:tc>
      </w:tr>
      <w:tr w:rsidR="00D60D5E" w14:paraId="1D50B850" w14:textId="77777777" w:rsidTr="000617E0">
        <w:trPr>
          <w:cantSplit/>
          <w:jc w:val="center"/>
        </w:trPr>
        <w:tc>
          <w:tcPr>
            <w:tcW w:w="677" w:type="dxa"/>
            <w:tcMar>
              <w:top w:w="28" w:type="dxa"/>
              <w:left w:w="38" w:type="dxa"/>
              <w:bottom w:w="28" w:type="dxa"/>
              <w:right w:w="38" w:type="dxa"/>
            </w:tcMar>
            <w:vAlign w:val="center"/>
          </w:tcPr>
          <w:p w14:paraId="26D8B4C6" w14:textId="77777777" w:rsidR="00D60D5E" w:rsidRDefault="00891EF0">
            <w:pPr>
              <w:spacing w:after="0" w:line="240" w:lineRule="auto"/>
              <w:jc w:val="center"/>
            </w:pPr>
            <w:r>
              <w:rPr>
                <w:rFonts w:eastAsia="Aptos"/>
                <w:color w:val="6A7075"/>
                <w:sz w:val="17"/>
              </w:rPr>
              <w:t>335-120</w:t>
            </w:r>
          </w:p>
        </w:tc>
        <w:tc>
          <w:tcPr>
            <w:tcW w:w="2648" w:type="dxa"/>
            <w:tcMar>
              <w:top w:w="28" w:type="dxa"/>
              <w:left w:w="38" w:type="dxa"/>
              <w:bottom w:w="28" w:type="dxa"/>
              <w:right w:w="38" w:type="dxa"/>
            </w:tcMar>
            <w:vAlign w:val="center"/>
          </w:tcPr>
          <w:p w14:paraId="629BE19A" w14:textId="77777777" w:rsidR="00D60D5E" w:rsidRDefault="00891EF0">
            <w:pPr>
              <w:spacing w:after="0" w:line="240" w:lineRule="auto"/>
            </w:pPr>
            <w:r>
              <w:rPr>
                <w:rFonts w:eastAsia="Aptos"/>
                <w:sz w:val="17"/>
              </w:rPr>
              <w:t>Cruzan white 750ml</w:t>
            </w:r>
          </w:p>
        </w:tc>
        <w:tc>
          <w:tcPr>
            <w:tcW w:w="630" w:type="dxa"/>
            <w:tcMar>
              <w:top w:w="28" w:type="dxa"/>
              <w:left w:w="38" w:type="dxa"/>
              <w:bottom w:w="28" w:type="dxa"/>
              <w:right w:w="38" w:type="dxa"/>
            </w:tcMar>
            <w:vAlign w:val="center"/>
          </w:tcPr>
          <w:p w14:paraId="112AAA57" w14:textId="77777777" w:rsidR="00D60D5E" w:rsidRDefault="00891EF0">
            <w:pPr>
              <w:spacing w:after="0" w:line="240" w:lineRule="auto"/>
              <w:jc w:val="center"/>
            </w:pPr>
            <w:r>
              <w:rPr>
                <w:rFonts w:eastAsia="Aptos"/>
                <w:b/>
                <w:sz w:val="17"/>
              </w:rPr>
              <w:t>11.86</w:t>
            </w:r>
          </w:p>
        </w:tc>
        <w:tc>
          <w:tcPr>
            <w:tcW w:w="540" w:type="dxa"/>
            <w:tcMar>
              <w:top w:w="28" w:type="dxa"/>
              <w:left w:w="38" w:type="dxa"/>
              <w:bottom w:w="28" w:type="dxa"/>
              <w:right w:w="38" w:type="dxa"/>
            </w:tcMar>
            <w:vAlign w:val="center"/>
          </w:tcPr>
          <w:p w14:paraId="2CD5737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BB8E59" w14:textId="77777777" w:rsidR="00D60D5E" w:rsidRDefault="00D60D5E">
            <w:pPr>
              <w:jc w:val="center"/>
            </w:pPr>
          </w:p>
        </w:tc>
      </w:tr>
      <w:tr w:rsidR="00D60D5E" w14:paraId="40096241" w14:textId="77777777" w:rsidTr="000617E0">
        <w:trPr>
          <w:cantSplit/>
          <w:jc w:val="center"/>
        </w:trPr>
        <w:tc>
          <w:tcPr>
            <w:tcW w:w="677" w:type="dxa"/>
            <w:tcMar>
              <w:top w:w="28" w:type="dxa"/>
              <w:left w:w="38" w:type="dxa"/>
              <w:bottom w:w="28" w:type="dxa"/>
              <w:right w:w="38" w:type="dxa"/>
            </w:tcMar>
            <w:vAlign w:val="center"/>
          </w:tcPr>
          <w:p w14:paraId="3CBB8F95" w14:textId="77777777" w:rsidR="00D60D5E" w:rsidRDefault="00891EF0">
            <w:pPr>
              <w:spacing w:after="0" w:line="240" w:lineRule="auto"/>
              <w:jc w:val="center"/>
            </w:pPr>
            <w:r>
              <w:rPr>
                <w:rFonts w:eastAsia="Aptos"/>
                <w:color w:val="6A7075"/>
                <w:sz w:val="17"/>
              </w:rPr>
              <w:t>335-121</w:t>
            </w:r>
          </w:p>
        </w:tc>
        <w:tc>
          <w:tcPr>
            <w:tcW w:w="2648" w:type="dxa"/>
            <w:tcMar>
              <w:top w:w="28" w:type="dxa"/>
              <w:left w:w="38" w:type="dxa"/>
              <w:bottom w:w="28" w:type="dxa"/>
              <w:right w:w="38" w:type="dxa"/>
            </w:tcMar>
            <w:vAlign w:val="center"/>
          </w:tcPr>
          <w:p w14:paraId="02801BA7" w14:textId="77777777" w:rsidR="00D60D5E" w:rsidRDefault="00891EF0">
            <w:pPr>
              <w:spacing w:after="0" w:line="240" w:lineRule="auto"/>
            </w:pPr>
            <w:r>
              <w:rPr>
                <w:rFonts w:eastAsia="Aptos"/>
                <w:sz w:val="17"/>
              </w:rPr>
              <w:t>Appleton Estate Reserve Rum 750 ml</w:t>
            </w:r>
          </w:p>
        </w:tc>
        <w:tc>
          <w:tcPr>
            <w:tcW w:w="630" w:type="dxa"/>
            <w:tcMar>
              <w:top w:w="28" w:type="dxa"/>
              <w:left w:w="38" w:type="dxa"/>
              <w:bottom w:w="28" w:type="dxa"/>
              <w:right w:w="38" w:type="dxa"/>
            </w:tcMar>
            <w:vAlign w:val="center"/>
          </w:tcPr>
          <w:p w14:paraId="07B184F4" w14:textId="77777777" w:rsidR="00D60D5E" w:rsidRDefault="00891EF0">
            <w:pPr>
              <w:spacing w:after="0" w:line="240" w:lineRule="auto"/>
              <w:jc w:val="center"/>
            </w:pPr>
            <w:r>
              <w:rPr>
                <w:rFonts w:eastAsia="Aptos"/>
                <w:b/>
                <w:sz w:val="17"/>
              </w:rPr>
              <w:t>27.79</w:t>
            </w:r>
          </w:p>
        </w:tc>
        <w:tc>
          <w:tcPr>
            <w:tcW w:w="540" w:type="dxa"/>
            <w:tcMar>
              <w:top w:w="28" w:type="dxa"/>
              <w:left w:w="38" w:type="dxa"/>
              <w:bottom w:w="28" w:type="dxa"/>
              <w:right w:w="38" w:type="dxa"/>
            </w:tcMar>
            <w:vAlign w:val="center"/>
          </w:tcPr>
          <w:p w14:paraId="404629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AD790A" w14:textId="77777777" w:rsidR="00D60D5E" w:rsidRDefault="00D60D5E">
            <w:pPr>
              <w:jc w:val="center"/>
            </w:pPr>
          </w:p>
        </w:tc>
      </w:tr>
      <w:tr w:rsidR="00D60D5E" w14:paraId="1AC12AD7" w14:textId="77777777" w:rsidTr="000617E0">
        <w:trPr>
          <w:cantSplit/>
          <w:jc w:val="center"/>
        </w:trPr>
        <w:tc>
          <w:tcPr>
            <w:tcW w:w="677" w:type="dxa"/>
            <w:tcMar>
              <w:top w:w="28" w:type="dxa"/>
              <w:left w:w="38" w:type="dxa"/>
              <w:bottom w:w="28" w:type="dxa"/>
              <w:right w:w="38" w:type="dxa"/>
            </w:tcMar>
            <w:vAlign w:val="center"/>
          </w:tcPr>
          <w:p w14:paraId="430B277D" w14:textId="77777777" w:rsidR="00D60D5E" w:rsidRDefault="00891EF0">
            <w:pPr>
              <w:spacing w:after="0" w:line="240" w:lineRule="auto"/>
              <w:jc w:val="center"/>
            </w:pPr>
            <w:r>
              <w:rPr>
                <w:rFonts w:eastAsia="Aptos"/>
                <w:color w:val="6A7075"/>
                <w:sz w:val="17"/>
              </w:rPr>
              <w:t>335-122</w:t>
            </w:r>
          </w:p>
        </w:tc>
        <w:tc>
          <w:tcPr>
            <w:tcW w:w="2648" w:type="dxa"/>
            <w:tcMar>
              <w:top w:w="28" w:type="dxa"/>
              <w:left w:w="38" w:type="dxa"/>
              <w:bottom w:w="28" w:type="dxa"/>
              <w:right w:w="38" w:type="dxa"/>
            </w:tcMar>
            <w:vAlign w:val="center"/>
          </w:tcPr>
          <w:p w14:paraId="1DF6B204" w14:textId="77777777" w:rsidR="00D60D5E" w:rsidRDefault="00891EF0">
            <w:pPr>
              <w:spacing w:after="0" w:line="240" w:lineRule="auto"/>
            </w:pPr>
            <w:r>
              <w:rPr>
                <w:rFonts w:eastAsia="Aptos"/>
                <w:sz w:val="17"/>
              </w:rPr>
              <w:t>Cruzan 1ltr BlackChry/Mngo/Bnana/Pine/Coco/Guava</w:t>
            </w:r>
          </w:p>
        </w:tc>
        <w:tc>
          <w:tcPr>
            <w:tcW w:w="630" w:type="dxa"/>
            <w:tcMar>
              <w:top w:w="28" w:type="dxa"/>
              <w:left w:w="38" w:type="dxa"/>
              <w:bottom w:w="28" w:type="dxa"/>
              <w:right w:w="38" w:type="dxa"/>
            </w:tcMar>
            <w:vAlign w:val="center"/>
          </w:tcPr>
          <w:p w14:paraId="1C18017F" w14:textId="77777777" w:rsidR="00D60D5E" w:rsidRDefault="00891EF0">
            <w:pPr>
              <w:spacing w:after="0" w:line="240" w:lineRule="auto"/>
              <w:jc w:val="center"/>
            </w:pPr>
            <w:r>
              <w:rPr>
                <w:rFonts w:eastAsia="Aptos"/>
                <w:b/>
                <w:sz w:val="17"/>
              </w:rPr>
              <w:t>22.65</w:t>
            </w:r>
          </w:p>
        </w:tc>
        <w:tc>
          <w:tcPr>
            <w:tcW w:w="540" w:type="dxa"/>
            <w:tcMar>
              <w:top w:w="28" w:type="dxa"/>
              <w:left w:w="38" w:type="dxa"/>
              <w:bottom w:w="28" w:type="dxa"/>
              <w:right w:w="38" w:type="dxa"/>
            </w:tcMar>
            <w:vAlign w:val="center"/>
          </w:tcPr>
          <w:p w14:paraId="5FFE27E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44D7653" w14:textId="77777777" w:rsidR="00D60D5E" w:rsidRDefault="00D60D5E">
            <w:pPr>
              <w:jc w:val="center"/>
            </w:pPr>
          </w:p>
        </w:tc>
      </w:tr>
      <w:tr w:rsidR="00D60D5E" w14:paraId="30852633" w14:textId="77777777" w:rsidTr="000617E0">
        <w:trPr>
          <w:cantSplit/>
          <w:jc w:val="center"/>
        </w:trPr>
        <w:tc>
          <w:tcPr>
            <w:tcW w:w="677" w:type="dxa"/>
            <w:tcMar>
              <w:top w:w="28" w:type="dxa"/>
              <w:left w:w="38" w:type="dxa"/>
              <w:bottom w:w="28" w:type="dxa"/>
              <w:right w:w="38" w:type="dxa"/>
            </w:tcMar>
            <w:vAlign w:val="center"/>
          </w:tcPr>
          <w:p w14:paraId="7F954807" w14:textId="77777777" w:rsidR="00D60D5E" w:rsidRDefault="00891EF0">
            <w:pPr>
              <w:spacing w:after="0" w:line="240" w:lineRule="auto"/>
              <w:jc w:val="center"/>
            </w:pPr>
            <w:r>
              <w:rPr>
                <w:rFonts w:eastAsia="Aptos"/>
                <w:color w:val="6A7075"/>
                <w:sz w:val="17"/>
              </w:rPr>
              <w:t>335-125</w:t>
            </w:r>
          </w:p>
        </w:tc>
        <w:tc>
          <w:tcPr>
            <w:tcW w:w="2648" w:type="dxa"/>
            <w:tcMar>
              <w:top w:w="28" w:type="dxa"/>
              <w:left w:w="38" w:type="dxa"/>
              <w:bottom w:w="28" w:type="dxa"/>
              <w:right w:w="38" w:type="dxa"/>
            </w:tcMar>
            <w:vAlign w:val="center"/>
          </w:tcPr>
          <w:p w14:paraId="1CF93127" w14:textId="77777777" w:rsidR="00D60D5E" w:rsidRDefault="00891EF0">
            <w:pPr>
              <w:spacing w:after="0" w:line="240" w:lineRule="auto"/>
            </w:pPr>
            <w:r>
              <w:rPr>
                <w:rFonts w:eastAsia="Aptos"/>
                <w:sz w:val="17"/>
              </w:rPr>
              <w:t>Bacardi Gold 750ml</w:t>
            </w:r>
          </w:p>
        </w:tc>
        <w:tc>
          <w:tcPr>
            <w:tcW w:w="630" w:type="dxa"/>
            <w:tcMar>
              <w:top w:w="28" w:type="dxa"/>
              <w:left w:w="38" w:type="dxa"/>
              <w:bottom w:w="28" w:type="dxa"/>
              <w:right w:w="38" w:type="dxa"/>
            </w:tcMar>
            <w:vAlign w:val="center"/>
          </w:tcPr>
          <w:p w14:paraId="1EDF5B58" w14:textId="77777777" w:rsidR="00D60D5E" w:rsidRDefault="00891EF0">
            <w:pPr>
              <w:spacing w:after="0" w:line="240" w:lineRule="auto"/>
              <w:jc w:val="center"/>
            </w:pPr>
            <w:r>
              <w:rPr>
                <w:rFonts w:eastAsia="Aptos"/>
                <w:b/>
                <w:sz w:val="17"/>
              </w:rPr>
              <w:t>23.59</w:t>
            </w:r>
          </w:p>
        </w:tc>
        <w:tc>
          <w:tcPr>
            <w:tcW w:w="540" w:type="dxa"/>
            <w:tcMar>
              <w:top w:w="28" w:type="dxa"/>
              <w:left w:w="38" w:type="dxa"/>
              <w:bottom w:w="28" w:type="dxa"/>
              <w:right w:w="38" w:type="dxa"/>
            </w:tcMar>
            <w:vAlign w:val="center"/>
          </w:tcPr>
          <w:p w14:paraId="79BFFEF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5A4DB7D" w14:textId="77777777" w:rsidR="00D60D5E" w:rsidRDefault="00D60D5E">
            <w:pPr>
              <w:jc w:val="center"/>
            </w:pPr>
          </w:p>
        </w:tc>
      </w:tr>
      <w:tr w:rsidR="00D60D5E" w14:paraId="6EEF66B6" w14:textId="77777777" w:rsidTr="000617E0">
        <w:trPr>
          <w:cantSplit/>
          <w:jc w:val="center"/>
        </w:trPr>
        <w:tc>
          <w:tcPr>
            <w:tcW w:w="677" w:type="dxa"/>
            <w:tcMar>
              <w:top w:w="28" w:type="dxa"/>
              <w:left w:w="38" w:type="dxa"/>
              <w:bottom w:w="28" w:type="dxa"/>
              <w:right w:w="38" w:type="dxa"/>
            </w:tcMar>
            <w:vAlign w:val="center"/>
          </w:tcPr>
          <w:p w14:paraId="7F17398E" w14:textId="77777777" w:rsidR="00D60D5E" w:rsidRDefault="00891EF0">
            <w:pPr>
              <w:spacing w:after="0" w:line="240" w:lineRule="auto"/>
              <w:jc w:val="center"/>
            </w:pPr>
            <w:r>
              <w:rPr>
                <w:rFonts w:eastAsia="Aptos"/>
                <w:color w:val="6A7075"/>
                <w:sz w:val="17"/>
              </w:rPr>
              <w:t>335-130</w:t>
            </w:r>
          </w:p>
        </w:tc>
        <w:tc>
          <w:tcPr>
            <w:tcW w:w="2648" w:type="dxa"/>
            <w:tcMar>
              <w:top w:w="28" w:type="dxa"/>
              <w:left w:w="38" w:type="dxa"/>
              <w:bottom w:w="28" w:type="dxa"/>
              <w:right w:w="38" w:type="dxa"/>
            </w:tcMar>
            <w:vAlign w:val="center"/>
          </w:tcPr>
          <w:p w14:paraId="39080448" w14:textId="77777777" w:rsidR="00D60D5E" w:rsidRDefault="00891EF0">
            <w:pPr>
              <w:spacing w:after="0" w:line="240" w:lineRule="auto"/>
            </w:pPr>
            <w:r>
              <w:rPr>
                <w:rFonts w:eastAsia="Aptos"/>
                <w:sz w:val="17"/>
              </w:rPr>
              <w:t>Bacardi white 750ml</w:t>
            </w:r>
          </w:p>
        </w:tc>
        <w:tc>
          <w:tcPr>
            <w:tcW w:w="630" w:type="dxa"/>
            <w:tcMar>
              <w:top w:w="28" w:type="dxa"/>
              <w:left w:w="38" w:type="dxa"/>
              <w:bottom w:w="28" w:type="dxa"/>
              <w:right w:w="38" w:type="dxa"/>
            </w:tcMar>
            <w:vAlign w:val="center"/>
          </w:tcPr>
          <w:p w14:paraId="03991633" w14:textId="77777777" w:rsidR="00D60D5E" w:rsidRDefault="00891EF0">
            <w:pPr>
              <w:spacing w:after="0" w:line="240" w:lineRule="auto"/>
              <w:jc w:val="center"/>
            </w:pPr>
            <w:r>
              <w:rPr>
                <w:rFonts w:eastAsia="Aptos"/>
                <w:b/>
                <w:sz w:val="17"/>
              </w:rPr>
              <w:t>24.75</w:t>
            </w:r>
          </w:p>
        </w:tc>
        <w:tc>
          <w:tcPr>
            <w:tcW w:w="540" w:type="dxa"/>
            <w:tcMar>
              <w:top w:w="28" w:type="dxa"/>
              <w:left w:w="38" w:type="dxa"/>
              <w:bottom w:w="28" w:type="dxa"/>
              <w:right w:w="38" w:type="dxa"/>
            </w:tcMar>
            <w:vAlign w:val="center"/>
          </w:tcPr>
          <w:p w14:paraId="22F566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66B9B7" w14:textId="77777777" w:rsidR="00D60D5E" w:rsidRDefault="00D60D5E">
            <w:pPr>
              <w:jc w:val="center"/>
            </w:pPr>
          </w:p>
        </w:tc>
      </w:tr>
      <w:tr w:rsidR="00D60D5E" w14:paraId="51A57059" w14:textId="77777777" w:rsidTr="000617E0">
        <w:trPr>
          <w:cantSplit/>
          <w:jc w:val="center"/>
        </w:trPr>
        <w:tc>
          <w:tcPr>
            <w:tcW w:w="677" w:type="dxa"/>
            <w:tcMar>
              <w:top w:w="28" w:type="dxa"/>
              <w:left w:w="38" w:type="dxa"/>
              <w:bottom w:w="28" w:type="dxa"/>
              <w:right w:w="38" w:type="dxa"/>
            </w:tcMar>
            <w:vAlign w:val="center"/>
          </w:tcPr>
          <w:p w14:paraId="71444E06" w14:textId="77777777" w:rsidR="00D60D5E" w:rsidRDefault="00891EF0">
            <w:pPr>
              <w:spacing w:after="0" w:line="240" w:lineRule="auto"/>
              <w:jc w:val="center"/>
            </w:pPr>
            <w:r>
              <w:rPr>
                <w:rFonts w:eastAsia="Aptos"/>
                <w:color w:val="6A7075"/>
                <w:sz w:val="17"/>
              </w:rPr>
              <w:t>335-131</w:t>
            </w:r>
          </w:p>
        </w:tc>
        <w:tc>
          <w:tcPr>
            <w:tcW w:w="2648" w:type="dxa"/>
            <w:tcMar>
              <w:top w:w="28" w:type="dxa"/>
              <w:left w:w="38" w:type="dxa"/>
              <w:bottom w:w="28" w:type="dxa"/>
              <w:right w:w="38" w:type="dxa"/>
            </w:tcMar>
            <w:vAlign w:val="center"/>
          </w:tcPr>
          <w:p w14:paraId="64722A66" w14:textId="77777777" w:rsidR="00D60D5E" w:rsidRDefault="00891EF0">
            <w:pPr>
              <w:spacing w:after="0" w:line="240" w:lineRule="auto"/>
            </w:pPr>
            <w:r>
              <w:rPr>
                <w:rFonts w:eastAsia="Aptos"/>
                <w:sz w:val="17"/>
              </w:rPr>
              <w:t>Sunset Rum * 750 ml</w:t>
            </w:r>
          </w:p>
        </w:tc>
        <w:tc>
          <w:tcPr>
            <w:tcW w:w="630" w:type="dxa"/>
            <w:tcMar>
              <w:top w:w="28" w:type="dxa"/>
              <w:left w:w="38" w:type="dxa"/>
              <w:bottom w:w="28" w:type="dxa"/>
              <w:right w:w="38" w:type="dxa"/>
            </w:tcMar>
            <w:vAlign w:val="center"/>
          </w:tcPr>
          <w:p w14:paraId="0AD16C64" w14:textId="77777777" w:rsidR="00D60D5E" w:rsidRDefault="00891EF0">
            <w:pPr>
              <w:spacing w:after="0" w:line="240" w:lineRule="auto"/>
              <w:jc w:val="center"/>
            </w:pPr>
            <w:r>
              <w:rPr>
                <w:rFonts w:eastAsia="Aptos"/>
                <w:b/>
                <w:sz w:val="17"/>
              </w:rPr>
              <w:t>26.59</w:t>
            </w:r>
          </w:p>
        </w:tc>
        <w:tc>
          <w:tcPr>
            <w:tcW w:w="540" w:type="dxa"/>
            <w:tcMar>
              <w:top w:w="28" w:type="dxa"/>
              <w:left w:w="38" w:type="dxa"/>
              <w:bottom w:w="28" w:type="dxa"/>
              <w:right w:w="38" w:type="dxa"/>
            </w:tcMar>
            <w:vAlign w:val="center"/>
          </w:tcPr>
          <w:p w14:paraId="1F37E9E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F1632BE" w14:textId="77777777" w:rsidR="00D60D5E" w:rsidRDefault="00D60D5E">
            <w:pPr>
              <w:jc w:val="center"/>
            </w:pPr>
          </w:p>
        </w:tc>
      </w:tr>
      <w:tr w:rsidR="00D60D5E" w14:paraId="4AB77008" w14:textId="77777777" w:rsidTr="000617E0">
        <w:trPr>
          <w:cantSplit/>
          <w:jc w:val="center"/>
        </w:trPr>
        <w:tc>
          <w:tcPr>
            <w:tcW w:w="677" w:type="dxa"/>
            <w:tcMar>
              <w:top w:w="28" w:type="dxa"/>
              <w:left w:w="38" w:type="dxa"/>
              <w:bottom w:w="28" w:type="dxa"/>
              <w:right w:w="38" w:type="dxa"/>
            </w:tcMar>
            <w:vAlign w:val="center"/>
          </w:tcPr>
          <w:p w14:paraId="52D3F18E" w14:textId="77777777" w:rsidR="00D60D5E" w:rsidRDefault="00891EF0">
            <w:pPr>
              <w:spacing w:after="0" w:line="240" w:lineRule="auto"/>
              <w:jc w:val="center"/>
            </w:pPr>
            <w:r>
              <w:rPr>
                <w:rFonts w:eastAsia="Aptos"/>
                <w:color w:val="6A7075"/>
                <w:sz w:val="17"/>
              </w:rPr>
              <w:t>335-135</w:t>
            </w:r>
          </w:p>
        </w:tc>
        <w:tc>
          <w:tcPr>
            <w:tcW w:w="2648" w:type="dxa"/>
            <w:tcMar>
              <w:top w:w="28" w:type="dxa"/>
              <w:left w:w="38" w:type="dxa"/>
              <w:bottom w:w="28" w:type="dxa"/>
              <w:right w:w="38" w:type="dxa"/>
            </w:tcMar>
            <w:vAlign w:val="center"/>
          </w:tcPr>
          <w:p w14:paraId="27E6ABA8" w14:textId="77777777" w:rsidR="00D60D5E" w:rsidRDefault="00891EF0">
            <w:pPr>
              <w:spacing w:after="0" w:line="240" w:lineRule="auto"/>
            </w:pPr>
            <w:r>
              <w:rPr>
                <w:rFonts w:eastAsia="Aptos"/>
                <w:sz w:val="17"/>
              </w:rPr>
              <w:t>Myers Jamaican 750ml</w:t>
            </w:r>
          </w:p>
        </w:tc>
        <w:tc>
          <w:tcPr>
            <w:tcW w:w="630" w:type="dxa"/>
            <w:tcMar>
              <w:top w:w="28" w:type="dxa"/>
              <w:left w:w="38" w:type="dxa"/>
              <w:bottom w:w="28" w:type="dxa"/>
              <w:right w:w="38" w:type="dxa"/>
            </w:tcMar>
            <w:vAlign w:val="center"/>
          </w:tcPr>
          <w:p w14:paraId="5754020E" w14:textId="77777777" w:rsidR="00D60D5E" w:rsidRDefault="00891EF0">
            <w:pPr>
              <w:spacing w:after="0" w:line="240" w:lineRule="auto"/>
              <w:jc w:val="center"/>
            </w:pPr>
            <w:r>
              <w:rPr>
                <w:rFonts w:eastAsia="Aptos"/>
                <w:b/>
                <w:sz w:val="17"/>
              </w:rPr>
              <w:t>26.99</w:t>
            </w:r>
          </w:p>
        </w:tc>
        <w:tc>
          <w:tcPr>
            <w:tcW w:w="540" w:type="dxa"/>
            <w:tcMar>
              <w:top w:w="28" w:type="dxa"/>
              <w:left w:w="38" w:type="dxa"/>
              <w:bottom w:w="28" w:type="dxa"/>
              <w:right w:w="38" w:type="dxa"/>
            </w:tcMar>
            <w:vAlign w:val="center"/>
          </w:tcPr>
          <w:p w14:paraId="4CDFAB8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C3343A" w14:textId="77777777" w:rsidR="00D60D5E" w:rsidRDefault="00D60D5E">
            <w:pPr>
              <w:jc w:val="center"/>
            </w:pPr>
          </w:p>
        </w:tc>
      </w:tr>
      <w:tr w:rsidR="00D60D5E" w14:paraId="031E6F65" w14:textId="77777777" w:rsidTr="000617E0">
        <w:trPr>
          <w:cantSplit/>
          <w:jc w:val="center"/>
        </w:trPr>
        <w:tc>
          <w:tcPr>
            <w:tcW w:w="677" w:type="dxa"/>
            <w:tcMar>
              <w:top w:w="28" w:type="dxa"/>
              <w:left w:w="38" w:type="dxa"/>
              <w:bottom w:w="28" w:type="dxa"/>
              <w:right w:w="38" w:type="dxa"/>
            </w:tcMar>
            <w:vAlign w:val="center"/>
          </w:tcPr>
          <w:p w14:paraId="7A51D060" w14:textId="77777777" w:rsidR="00D60D5E" w:rsidRDefault="00891EF0">
            <w:pPr>
              <w:spacing w:after="0" w:line="240" w:lineRule="auto"/>
              <w:jc w:val="center"/>
            </w:pPr>
            <w:r>
              <w:rPr>
                <w:rFonts w:eastAsia="Aptos"/>
                <w:color w:val="6A7075"/>
                <w:sz w:val="17"/>
              </w:rPr>
              <w:t>335-140</w:t>
            </w:r>
          </w:p>
        </w:tc>
        <w:tc>
          <w:tcPr>
            <w:tcW w:w="2648" w:type="dxa"/>
            <w:tcMar>
              <w:top w:w="28" w:type="dxa"/>
              <w:left w:w="38" w:type="dxa"/>
              <w:bottom w:w="28" w:type="dxa"/>
              <w:right w:w="38" w:type="dxa"/>
            </w:tcMar>
            <w:vAlign w:val="center"/>
          </w:tcPr>
          <w:p w14:paraId="2FB3DB2D" w14:textId="77777777" w:rsidR="00D60D5E" w:rsidRDefault="00891EF0">
            <w:pPr>
              <w:spacing w:after="0" w:line="240" w:lineRule="auto"/>
            </w:pPr>
            <w:r>
              <w:rPr>
                <w:rFonts w:eastAsia="Aptos"/>
                <w:sz w:val="17"/>
              </w:rPr>
              <w:t>Pussers 750ml</w:t>
            </w:r>
          </w:p>
        </w:tc>
        <w:tc>
          <w:tcPr>
            <w:tcW w:w="630" w:type="dxa"/>
            <w:tcMar>
              <w:top w:w="28" w:type="dxa"/>
              <w:left w:w="38" w:type="dxa"/>
              <w:bottom w:w="28" w:type="dxa"/>
              <w:right w:w="38" w:type="dxa"/>
            </w:tcMar>
            <w:vAlign w:val="center"/>
          </w:tcPr>
          <w:p w14:paraId="21EC2132" w14:textId="77777777" w:rsidR="00D60D5E" w:rsidRDefault="00891EF0">
            <w:pPr>
              <w:spacing w:after="0" w:line="240" w:lineRule="auto"/>
              <w:jc w:val="center"/>
            </w:pPr>
            <w:r>
              <w:rPr>
                <w:rFonts w:eastAsia="Aptos"/>
                <w:b/>
                <w:sz w:val="17"/>
              </w:rPr>
              <w:t>23.99</w:t>
            </w:r>
          </w:p>
        </w:tc>
        <w:tc>
          <w:tcPr>
            <w:tcW w:w="540" w:type="dxa"/>
            <w:tcMar>
              <w:top w:w="28" w:type="dxa"/>
              <w:left w:w="38" w:type="dxa"/>
              <w:bottom w:w="28" w:type="dxa"/>
              <w:right w:w="38" w:type="dxa"/>
            </w:tcMar>
            <w:vAlign w:val="center"/>
          </w:tcPr>
          <w:p w14:paraId="7AC2387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FCAA50" w14:textId="77777777" w:rsidR="00D60D5E" w:rsidRDefault="00D60D5E">
            <w:pPr>
              <w:jc w:val="center"/>
            </w:pPr>
          </w:p>
        </w:tc>
      </w:tr>
      <w:tr w:rsidR="00D60D5E" w14:paraId="73AAFF7B" w14:textId="77777777" w:rsidTr="000617E0">
        <w:trPr>
          <w:cantSplit/>
          <w:jc w:val="center"/>
        </w:trPr>
        <w:tc>
          <w:tcPr>
            <w:tcW w:w="677" w:type="dxa"/>
            <w:tcMar>
              <w:top w:w="28" w:type="dxa"/>
              <w:left w:w="38" w:type="dxa"/>
              <w:bottom w:w="28" w:type="dxa"/>
              <w:right w:w="38" w:type="dxa"/>
            </w:tcMar>
            <w:vAlign w:val="center"/>
          </w:tcPr>
          <w:p w14:paraId="41A42F3D" w14:textId="77777777" w:rsidR="00D60D5E" w:rsidRDefault="00891EF0">
            <w:pPr>
              <w:spacing w:after="0" w:line="240" w:lineRule="auto"/>
              <w:jc w:val="center"/>
            </w:pPr>
            <w:r>
              <w:rPr>
                <w:rFonts w:eastAsia="Aptos"/>
                <w:color w:val="6A7075"/>
                <w:sz w:val="17"/>
              </w:rPr>
              <w:t>335-145</w:t>
            </w:r>
          </w:p>
        </w:tc>
        <w:tc>
          <w:tcPr>
            <w:tcW w:w="2648" w:type="dxa"/>
            <w:tcMar>
              <w:top w:w="28" w:type="dxa"/>
              <w:left w:w="38" w:type="dxa"/>
              <w:bottom w:w="28" w:type="dxa"/>
              <w:right w:w="38" w:type="dxa"/>
            </w:tcMar>
            <w:vAlign w:val="center"/>
          </w:tcPr>
          <w:p w14:paraId="52B4FDD2" w14:textId="77777777" w:rsidR="00D60D5E" w:rsidRDefault="00891EF0">
            <w:pPr>
              <w:spacing w:after="0" w:line="240" w:lineRule="auto"/>
            </w:pPr>
            <w:r>
              <w:rPr>
                <w:rFonts w:eastAsia="Aptos"/>
                <w:sz w:val="17"/>
              </w:rPr>
              <w:t>Callwood Spice Rum 750ml (Local BVI Blend)</w:t>
            </w:r>
          </w:p>
        </w:tc>
        <w:tc>
          <w:tcPr>
            <w:tcW w:w="630" w:type="dxa"/>
            <w:tcMar>
              <w:top w:w="28" w:type="dxa"/>
              <w:left w:w="38" w:type="dxa"/>
              <w:bottom w:w="28" w:type="dxa"/>
              <w:right w:w="38" w:type="dxa"/>
            </w:tcMar>
            <w:vAlign w:val="center"/>
          </w:tcPr>
          <w:p w14:paraId="047A36C9" w14:textId="77777777" w:rsidR="00D60D5E" w:rsidRDefault="00891EF0">
            <w:pPr>
              <w:spacing w:after="0" w:line="240" w:lineRule="auto"/>
              <w:jc w:val="center"/>
            </w:pPr>
            <w:r>
              <w:rPr>
                <w:rFonts w:eastAsia="Aptos"/>
                <w:b/>
                <w:sz w:val="17"/>
              </w:rPr>
              <w:t>33.00</w:t>
            </w:r>
          </w:p>
        </w:tc>
        <w:tc>
          <w:tcPr>
            <w:tcW w:w="540" w:type="dxa"/>
            <w:tcMar>
              <w:top w:w="28" w:type="dxa"/>
              <w:left w:w="38" w:type="dxa"/>
              <w:bottom w:w="28" w:type="dxa"/>
              <w:right w:w="38" w:type="dxa"/>
            </w:tcMar>
            <w:vAlign w:val="center"/>
          </w:tcPr>
          <w:p w14:paraId="5F947A2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1F5920" w14:textId="77777777" w:rsidR="00D60D5E" w:rsidRDefault="00D60D5E">
            <w:pPr>
              <w:jc w:val="center"/>
            </w:pPr>
          </w:p>
        </w:tc>
      </w:tr>
      <w:tr w:rsidR="00D60D5E" w14:paraId="409FB5E9" w14:textId="77777777" w:rsidTr="000617E0">
        <w:trPr>
          <w:cantSplit/>
          <w:jc w:val="center"/>
        </w:trPr>
        <w:tc>
          <w:tcPr>
            <w:tcW w:w="677" w:type="dxa"/>
            <w:tcMar>
              <w:top w:w="28" w:type="dxa"/>
              <w:left w:w="38" w:type="dxa"/>
              <w:bottom w:w="28" w:type="dxa"/>
              <w:right w:w="38" w:type="dxa"/>
            </w:tcMar>
            <w:vAlign w:val="center"/>
          </w:tcPr>
          <w:p w14:paraId="0218103E" w14:textId="77777777" w:rsidR="00D60D5E" w:rsidRDefault="00891EF0">
            <w:pPr>
              <w:spacing w:after="0" w:line="240" w:lineRule="auto"/>
              <w:jc w:val="center"/>
            </w:pPr>
            <w:r>
              <w:rPr>
                <w:rFonts w:eastAsia="Aptos"/>
                <w:color w:val="6A7075"/>
                <w:sz w:val="17"/>
              </w:rPr>
              <w:t>335-150</w:t>
            </w:r>
          </w:p>
        </w:tc>
        <w:tc>
          <w:tcPr>
            <w:tcW w:w="2648" w:type="dxa"/>
            <w:tcMar>
              <w:top w:w="28" w:type="dxa"/>
              <w:left w:w="38" w:type="dxa"/>
              <w:bottom w:w="28" w:type="dxa"/>
              <w:right w:w="38" w:type="dxa"/>
            </w:tcMar>
            <w:vAlign w:val="center"/>
          </w:tcPr>
          <w:p w14:paraId="7033C60E" w14:textId="77777777" w:rsidR="00D60D5E" w:rsidRDefault="00891EF0">
            <w:pPr>
              <w:spacing w:after="0" w:line="240" w:lineRule="auto"/>
            </w:pPr>
            <w:r>
              <w:rPr>
                <w:rFonts w:eastAsia="Aptos"/>
                <w:sz w:val="17"/>
              </w:rPr>
              <w:t>Captain Morgan Spice Rum 750ml</w:t>
            </w:r>
          </w:p>
        </w:tc>
        <w:tc>
          <w:tcPr>
            <w:tcW w:w="630" w:type="dxa"/>
            <w:tcMar>
              <w:top w:w="28" w:type="dxa"/>
              <w:left w:w="38" w:type="dxa"/>
              <w:bottom w:w="28" w:type="dxa"/>
              <w:right w:w="38" w:type="dxa"/>
            </w:tcMar>
            <w:vAlign w:val="center"/>
          </w:tcPr>
          <w:p w14:paraId="0D41F563" w14:textId="77777777" w:rsidR="00D60D5E" w:rsidRDefault="00891EF0">
            <w:pPr>
              <w:spacing w:after="0" w:line="240" w:lineRule="auto"/>
              <w:jc w:val="center"/>
            </w:pPr>
            <w:r>
              <w:rPr>
                <w:rFonts w:eastAsia="Aptos"/>
                <w:b/>
                <w:sz w:val="17"/>
              </w:rPr>
              <w:t>25.39</w:t>
            </w:r>
          </w:p>
        </w:tc>
        <w:tc>
          <w:tcPr>
            <w:tcW w:w="540" w:type="dxa"/>
            <w:tcMar>
              <w:top w:w="28" w:type="dxa"/>
              <w:left w:w="38" w:type="dxa"/>
              <w:bottom w:w="28" w:type="dxa"/>
              <w:right w:w="38" w:type="dxa"/>
            </w:tcMar>
            <w:vAlign w:val="center"/>
          </w:tcPr>
          <w:p w14:paraId="366F89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FC6446" w14:textId="77777777" w:rsidR="00D60D5E" w:rsidRDefault="00D60D5E">
            <w:pPr>
              <w:jc w:val="center"/>
            </w:pPr>
          </w:p>
        </w:tc>
      </w:tr>
      <w:tr w:rsidR="00D60D5E" w14:paraId="3B5A6A91" w14:textId="77777777" w:rsidTr="000617E0">
        <w:trPr>
          <w:cantSplit/>
          <w:jc w:val="center"/>
        </w:trPr>
        <w:tc>
          <w:tcPr>
            <w:tcW w:w="677" w:type="dxa"/>
            <w:tcMar>
              <w:top w:w="28" w:type="dxa"/>
              <w:left w:w="38" w:type="dxa"/>
              <w:bottom w:w="28" w:type="dxa"/>
              <w:right w:w="38" w:type="dxa"/>
            </w:tcMar>
            <w:vAlign w:val="center"/>
          </w:tcPr>
          <w:p w14:paraId="4A127573" w14:textId="77777777" w:rsidR="00D60D5E" w:rsidRDefault="00891EF0">
            <w:pPr>
              <w:spacing w:after="0" w:line="240" w:lineRule="auto"/>
              <w:jc w:val="center"/>
            </w:pPr>
            <w:r>
              <w:rPr>
                <w:rFonts w:eastAsia="Aptos"/>
                <w:color w:val="6A7075"/>
                <w:sz w:val="17"/>
              </w:rPr>
              <w:t>335-151</w:t>
            </w:r>
          </w:p>
        </w:tc>
        <w:tc>
          <w:tcPr>
            <w:tcW w:w="2648" w:type="dxa"/>
            <w:tcMar>
              <w:top w:w="28" w:type="dxa"/>
              <w:left w:w="38" w:type="dxa"/>
              <w:bottom w:w="28" w:type="dxa"/>
              <w:right w:w="38" w:type="dxa"/>
            </w:tcMar>
            <w:vAlign w:val="center"/>
          </w:tcPr>
          <w:p w14:paraId="41309365" w14:textId="77777777" w:rsidR="00D60D5E" w:rsidRDefault="00891EF0">
            <w:pPr>
              <w:spacing w:after="0" w:line="240" w:lineRule="auto"/>
            </w:pPr>
            <w:r>
              <w:rPr>
                <w:rFonts w:eastAsia="Aptos"/>
                <w:sz w:val="17"/>
              </w:rPr>
              <w:t>Sebastians Rum *LOCAL* 750 ml (Local)</w:t>
            </w:r>
          </w:p>
        </w:tc>
        <w:tc>
          <w:tcPr>
            <w:tcW w:w="630" w:type="dxa"/>
            <w:tcMar>
              <w:top w:w="28" w:type="dxa"/>
              <w:left w:w="38" w:type="dxa"/>
              <w:bottom w:w="28" w:type="dxa"/>
              <w:right w:w="38" w:type="dxa"/>
            </w:tcMar>
            <w:vAlign w:val="center"/>
          </w:tcPr>
          <w:p w14:paraId="7F9362A1" w14:textId="77777777" w:rsidR="00D60D5E" w:rsidRDefault="00891EF0">
            <w:pPr>
              <w:spacing w:after="0" w:line="240" w:lineRule="auto"/>
              <w:jc w:val="center"/>
            </w:pPr>
            <w:r>
              <w:rPr>
                <w:rFonts w:eastAsia="Aptos"/>
                <w:b/>
                <w:sz w:val="17"/>
              </w:rPr>
              <w:t>35.99</w:t>
            </w:r>
          </w:p>
        </w:tc>
        <w:tc>
          <w:tcPr>
            <w:tcW w:w="540" w:type="dxa"/>
            <w:tcMar>
              <w:top w:w="28" w:type="dxa"/>
              <w:left w:w="38" w:type="dxa"/>
              <w:bottom w:w="28" w:type="dxa"/>
              <w:right w:w="38" w:type="dxa"/>
            </w:tcMar>
            <w:vAlign w:val="center"/>
          </w:tcPr>
          <w:p w14:paraId="543BABA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034241F" w14:textId="77777777" w:rsidR="00D60D5E" w:rsidRDefault="00D60D5E">
            <w:pPr>
              <w:jc w:val="center"/>
            </w:pPr>
          </w:p>
        </w:tc>
      </w:tr>
      <w:tr w:rsidR="00D60D5E" w14:paraId="18D8723A" w14:textId="77777777" w:rsidTr="000617E0">
        <w:trPr>
          <w:cantSplit/>
          <w:jc w:val="center"/>
        </w:trPr>
        <w:tc>
          <w:tcPr>
            <w:tcW w:w="677" w:type="dxa"/>
            <w:shd w:val="clear" w:color="auto" w:fill="D9EAF7"/>
            <w:tcMar>
              <w:top w:w="28" w:type="dxa"/>
              <w:left w:w="38" w:type="dxa"/>
              <w:bottom w:w="28" w:type="dxa"/>
              <w:right w:w="38" w:type="dxa"/>
            </w:tcMar>
            <w:vAlign w:val="center"/>
          </w:tcPr>
          <w:p w14:paraId="16B70416" w14:textId="77777777" w:rsidR="00D60D5E" w:rsidRDefault="00891EF0">
            <w:pPr>
              <w:spacing w:after="0" w:line="240" w:lineRule="auto"/>
              <w:jc w:val="center"/>
            </w:pPr>
            <w:r>
              <w:rPr>
                <w:rFonts w:eastAsia="Aptos"/>
                <w:b/>
                <w:color w:val="2F4F8F"/>
                <w:sz w:val="18"/>
              </w:rPr>
              <w:t>340-</w:t>
            </w:r>
          </w:p>
        </w:tc>
        <w:tc>
          <w:tcPr>
            <w:tcW w:w="2648" w:type="dxa"/>
            <w:shd w:val="clear" w:color="auto" w:fill="D9EAF7"/>
            <w:tcMar>
              <w:top w:w="28" w:type="dxa"/>
              <w:left w:w="38" w:type="dxa"/>
              <w:bottom w:w="28" w:type="dxa"/>
              <w:right w:w="38" w:type="dxa"/>
            </w:tcMar>
            <w:vAlign w:val="center"/>
          </w:tcPr>
          <w:p w14:paraId="06247771" w14:textId="77777777" w:rsidR="00D60D5E" w:rsidRDefault="00891EF0">
            <w:pPr>
              <w:spacing w:after="0" w:line="240" w:lineRule="auto"/>
            </w:pPr>
            <w:r>
              <w:rPr>
                <w:rFonts w:eastAsia="Aptos"/>
                <w:b/>
                <w:color w:val="2F4F8F"/>
                <w:sz w:val="18"/>
              </w:rPr>
              <w:t>VODKA</w:t>
            </w:r>
          </w:p>
        </w:tc>
        <w:tc>
          <w:tcPr>
            <w:tcW w:w="630" w:type="dxa"/>
            <w:shd w:val="clear" w:color="auto" w:fill="D9EAF7"/>
            <w:tcMar>
              <w:top w:w="28" w:type="dxa"/>
              <w:left w:w="38" w:type="dxa"/>
              <w:bottom w:w="28" w:type="dxa"/>
              <w:right w:w="38" w:type="dxa"/>
            </w:tcMar>
            <w:vAlign w:val="center"/>
          </w:tcPr>
          <w:p w14:paraId="4006ED69"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4CEBA4C"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69CDD7B0" w14:textId="77777777" w:rsidR="00D60D5E" w:rsidRDefault="00D60D5E">
            <w:pPr>
              <w:jc w:val="center"/>
            </w:pPr>
          </w:p>
        </w:tc>
      </w:tr>
      <w:tr w:rsidR="00D60D5E" w14:paraId="5E596645" w14:textId="77777777" w:rsidTr="000617E0">
        <w:trPr>
          <w:cantSplit/>
          <w:jc w:val="center"/>
        </w:trPr>
        <w:tc>
          <w:tcPr>
            <w:tcW w:w="677" w:type="dxa"/>
            <w:tcMar>
              <w:top w:w="28" w:type="dxa"/>
              <w:left w:w="38" w:type="dxa"/>
              <w:bottom w:w="28" w:type="dxa"/>
              <w:right w:w="38" w:type="dxa"/>
            </w:tcMar>
            <w:vAlign w:val="center"/>
          </w:tcPr>
          <w:p w14:paraId="42A2D524" w14:textId="77777777" w:rsidR="00D60D5E" w:rsidRDefault="00891EF0">
            <w:pPr>
              <w:spacing w:after="0" w:line="240" w:lineRule="auto"/>
              <w:jc w:val="center"/>
            </w:pPr>
            <w:r>
              <w:rPr>
                <w:rFonts w:eastAsia="Aptos"/>
                <w:color w:val="6A7075"/>
                <w:sz w:val="17"/>
              </w:rPr>
              <w:t>340-105</w:t>
            </w:r>
          </w:p>
        </w:tc>
        <w:tc>
          <w:tcPr>
            <w:tcW w:w="2648" w:type="dxa"/>
            <w:tcMar>
              <w:top w:w="28" w:type="dxa"/>
              <w:left w:w="38" w:type="dxa"/>
              <w:bottom w:w="28" w:type="dxa"/>
              <w:right w:w="38" w:type="dxa"/>
            </w:tcMar>
            <w:vAlign w:val="center"/>
          </w:tcPr>
          <w:p w14:paraId="7BD79726" w14:textId="77777777" w:rsidR="00D60D5E" w:rsidRDefault="00891EF0">
            <w:pPr>
              <w:spacing w:after="0" w:line="240" w:lineRule="auto"/>
            </w:pPr>
            <w:r>
              <w:rPr>
                <w:rFonts w:eastAsia="Aptos"/>
                <w:sz w:val="17"/>
              </w:rPr>
              <w:t>Smirnoff 750ml</w:t>
            </w:r>
          </w:p>
        </w:tc>
        <w:tc>
          <w:tcPr>
            <w:tcW w:w="630" w:type="dxa"/>
            <w:tcMar>
              <w:top w:w="28" w:type="dxa"/>
              <w:left w:w="38" w:type="dxa"/>
              <w:bottom w:w="28" w:type="dxa"/>
              <w:right w:w="38" w:type="dxa"/>
            </w:tcMar>
            <w:vAlign w:val="center"/>
          </w:tcPr>
          <w:p w14:paraId="18CE7B2D" w14:textId="77777777" w:rsidR="00D60D5E" w:rsidRDefault="00891EF0">
            <w:pPr>
              <w:spacing w:after="0" w:line="240" w:lineRule="auto"/>
              <w:jc w:val="center"/>
            </w:pPr>
            <w:r>
              <w:rPr>
                <w:rFonts w:eastAsia="Aptos"/>
                <w:b/>
                <w:sz w:val="17"/>
              </w:rPr>
              <w:t>15.89</w:t>
            </w:r>
          </w:p>
        </w:tc>
        <w:tc>
          <w:tcPr>
            <w:tcW w:w="540" w:type="dxa"/>
            <w:tcMar>
              <w:top w:w="28" w:type="dxa"/>
              <w:left w:w="38" w:type="dxa"/>
              <w:bottom w:w="28" w:type="dxa"/>
              <w:right w:w="38" w:type="dxa"/>
            </w:tcMar>
            <w:vAlign w:val="center"/>
          </w:tcPr>
          <w:p w14:paraId="4458364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262B57" w14:textId="77777777" w:rsidR="00D60D5E" w:rsidRDefault="00D60D5E">
            <w:pPr>
              <w:jc w:val="center"/>
            </w:pPr>
          </w:p>
        </w:tc>
      </w:tr>
      <w:tr w:rsidR="00D60D5E" w14:paraId="734D2B4D" w14:textId="77777777" w:rsidTr="000617E0">
        <w:trPr>
          <w:cantSplit/>
          <w:jc w:val="center"/>
        </w:trPr>
        <w:tc>
          <w:tcPr>
            <w:tcW w:w="677" w:type="dxa"/>
            <w:tcMar>
              <w:top w:w="28" w:type="dxa"/>
              <w:left w:w="38" w:type="dxa"/>
              <w:bottom w:w="28" w:type="dxa"/>
              <w:right w:w="38" w:type="dxa"/>
            </w:tcMar>
            <w:vAlign w:val="center"/>
          </w:tcPr>
          <w:p w14:paraId="26B551B7" w14:textId="77777777" w:rsidR="00D60D5E" w:rsidRDefault="00891EF0">
            <w:pPr>
              <w:spacing w:after="0" w:line="240" w:lineRule="auto"/>
              <w:jc w:val="center"/>
            </w:pPr>
            <w:r>
              <w:rPr>
                <w:rFonts w:eastAsia="Aptos"/>
                <w:color w:val="6A7075"/>
                <w:sz w:val="17"/>
              </w:rPr>
              <w:t>340-110</w:t>
            </w:r>
          </w:p>
        </w:tc>
        <w:tc>
          <w:tcPr>
            <w:tcW w:w="2648" w:type="dxa"/>
            <w:tcMar>
              <w:top w:w="28" w:type="dxa"/>
              <w:left w:w="38" w:type="dxa"/>
              <w:bottom w:w="28" w:type="dxa"/>
              <w:right w:w="38" w:type="dxa"/>
            </w:tcMar>
            <w:vAlign w:val="center"/>
          </w:tcPr>
          <w:p w14:paraId="150C9B7F" w14:textId="77777777" w:rsidR="00D60D5E" w:rsidRDefault="00891EF0">
            <w:pPr>
              <w:spacing w:after="0" w:line="240" w:lineRule="auto"/>
            </w:pPr>
            <w:r>
              <w:rPr>
                <w:rFonts w:eastAsia="Aptos"/>
                <w:sz w:val="17"/>
              </w:rPr>
              <w:t>Stolichnaya 1 ltr</w:t>
            </w:r>
          </w:p>
        </w:tc>
        <w:tc>
          <w:tcPr>
            <w:tcW w:w="630" w:type="dxa"/>
            <w:tcMar>
              <w:top w:w="28" w:type="dxa"/>
              <w:left w:w="38" w:type="dxa"/>
              <w:bottom w:w="28" w:type="dxa"/>
              <w:right w:w="38" w:type="dxa"/>
            </w:tcMar>
            <w:vAlign w:val="center"/>
          </w:tcPr>
          <w:p w14:paraId="1FB60B97" w14:textId="77777777" w:rsidR="00D60D5E" w:rsidRDefault="00891EF0">
            <w:pPr>
              <w:spacing w:after="0" w:line="240" w:lineRule="auto"/>
              <w:jc w:val="center"/>
            </w:pPr>
            <w:r>
              <w:rPr>
                <w:rFonts w:eastAsia="Aptos"/>
                <w:b/>
                <w:sz w:val="17"/>
              </w:rPr>
              <w:t>19.95</w:t>
            </w:r>
          </w:p>
        </w:tc>
        <w:tc>
          <w:tcPr>
            <w:tcW w:w="540" w:type="dxa"/>
            <w:tcMar>
              <w:top w:w="28" w:type="dxa"/>
              <w:left w:w="38" w:type="dxa"/>
              <w:bottom w:w="28" w:type="dxa"/>
              <w:right w:w="38" w:type="dxa"/>
            </w:tcMar>
            <w:vAlign w:val="center"/>
          </w:tcPr>
          <w:p w14:paraId="25E7590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4F2BB9" w14:textId="77777777" w:rsidR="00D60D5E" w:rsidRDefault="00D60D5E">
            <w:pPr>
              <w:jc w:val="center"/>
            </w:pPr>
          </w:p>
        </w:tc>
      </w:tr>
      <w:tr w:rsidR="00D60D5E" w14:paraId="75436DB7" w14:textId="77777777" w:rsidTr="000617E0">
        <w:trPr>
          <w:cantSplit/>
          <w:jc w:val="center"/>
        </w:trPr>
        <w:tc>
          <w:tcPr>
            <w:tcW w:w="677" w:type="dxa"/>
            <w:tcMar>
              <w:top w:w="28" w:type="dxa"/>
              <w:left w:w="38" w:type="dxa"/>
              <w:bottom w:w="28" w:type="dxa"/>
              <w:right w:w="38" w:type="dxa"/>
            </w:tcMar>
            <w:vAlign w:val="center"/>
          </w:tcPr>
          <w:p w14:paraId="728313AB" w14:textId="77777777" w:rsidR="00D60D5E" w:rsidRDefault="00891EF0">
            <w:pPr>
              <w:spacing w:after="0" w:line="240" w:lineRule="auto"/>
              <w:jc w:val="center"/>
            </w:pPr>
            <w:r>
              <w:rPr>
                <w:rFonts w:eastAsia="Aptos"/>
                <w:color w:val="6A7075"/>
                <w:sz w:val="17"/>
              </w:rPr>
              <w:t>340-111</w:t>
            </w:r>
          </w:p>
        </w:tc>
        <w:tc>
          <w:tcPr>
            <w:tcW w:w="2648" w:type="dxa"/>
            <w:tcMar>
              <w:top w:w="28" w:type="dxa"/>
              <w:left w:w="38" w:type="dxa"/>
              <w:bottom w:w="28" w:type="dxa"/>
              <w:right w:w="38" w:type="dxa"/>
            </w:tcMar>
            <w:vAlign w:val="center"/>
          </w:tcPr>
          <w:p w14:paraId="29967A23" w14:textId="77777777" w:rsidR="00D60D5E" w:rsidRDefault="00891EF0">
            <w:pPr>
              <w:spacing w:after="0" w:line="240" w:lineRule="auto"/>
            </w:pPr>
            <w:r>
              <w:rPr>
                <w:rFonts w:eastAsia="Aptos"/>
                <w:sz w:val="17"/>
              </w:rPr>
              <w:t>Titos Vodka 750 ml</w:t>
            </w:r>
          </w:p>
        </w:tc>
        <w:tc>
          <w:tcPr>
            <w:tcW w:w="630" w:type="dxa"/>
            <w:tcMar>
              <w:top w:w="28" w:type="dxa"/>
              <w:left w:w="38" w:type="dxa"/>
              <w:bottom w:w="28" w:type="dxa"/>
              <w:right w:w="38" w:type="dxa"/>
            </w:tcMar>
            <w:vAlign w:val="center"/>
          </w:tcPr>
          <w:p w14:paraId="0CD863AA" w14:textId="77777777" w:rsidR="00D60D5E" w:rsidRDefault="00891EF0">
            <w:pPr>
              <w:spacing w:after="0" w:line="240" w:lineRule="auto"/>
              <w:jc w:val="center"/>
            </w:pPr>
            <w:r>
              <w:rPr>
                <w:rFonts w:eastAsia="Aptos"/>
                <w:b/>
                <w:sz w:val="17"/>
              </w:rPr>
              <w:t>32.99</w:t>
            </w:r>
          </w:p>
        </w:tc>
        <w:tc>
          <w:tcPr>
            <w:tcW w:w="540" w:type="dxa"/>
            <w:tcMar>
              <w:top w:w="28" w:type="dxa"/>
              <w:left w:w="38" w:type="dxa"/>
              <w:bottom w:w="28" w:type="dxa"/>
              <w:right w:w="38" w:type="dxa"/>
            </w:tcMar>
            <w:vAlign w:val="center"/>
          </w:tcPr>
          <w:p w14:paraId="6474272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0EFE6D" w14:textId="77777777" w:rsidR="00D60D5E" w:rsidRDefault="00D60D5E">
            <w:pPr>
              <w:jc w:val="center"/>
            </w:pPr>
          </w:p>
        </w:tc>
      </w:tr>
      <w:tr w:rsidR="00D60D5E" w14:paraId="334C07A5" w14:textId="77777777" w:rsidTr="000617E0">
        <w:trPr>
          <w:cantSplit/>
          <w:jc w:val="center"/>
        </w:trPr>
        <w:tc>
          <w:tcPr>
            <w:tcW w:w="677" w:type="dxa"/>
            <w:tcMar>
              <w:top w:w="28" w:type="dxa"/>
              <w:left w:w="38" w:type="dxa"/>
              <w:bottom w:w="28" w:type="dxa"/>
              <w:right w:w="38" w:type="dxa"/>
            </w:tcMar>
            <w:vAlign w:val="center"/>
          </w:tcPr>
          <w:p w14:paraId="36D508AE" w14:textId="77777777" w:rsidR="00D60D5E" w:rsidRDefault="00891EF0">
            <w:pPr>
              <w:spacing w:after="0" w:line="240" w:lineRule="auto"/>
              <w:jc w:val="center"/>
            </w:pPr>
            <w:r>
              <w:rPr>
                <w:rFonts w:eastAsia="Aptos"/>
                <w:color w:val="6A7075"/>
                <w:sz w:val="17"/>
              </w:rPr>
              <w:t>340-115</w:t>
            </w:r>
          </w:p>
        </w:tc>
        <w:tc>
          <w:tcPr>
            <w:tcW w:w="2648" w:type="dxa"/>
            <w:tcMar>
              <w:top w:w="28" w:type="dxa"/>
              <w:left w:w="38" w:type="dxa"/>
              <w:bottom w:w="28" w:type="dxa"/>
              <w:right w:w="38" w:type="dxa"/>
            </w:tcMar>
            <w:vAlign w:val="center"/>
          </w:tcPr>
          <w:p w14:paraId="25BAD726" w14:textId="77777777" w:rsidR="00D60D5E" w:rsidRDefault="00891EF0">
            <w:pPr>
              <w:spacing w:after="0" w:line="240" w:lineRule="auto"/>
            </w:pPr>
            <w:r>
              <w:rPr>
                <w:rFonts w:eastAsia="Aptos"/>
                <w:sz w:val="17"/>
              </w:rPr>
              <w:t>Absolute 750ml</w:t>
            </w:r>
          </w:p>
        </w:tc>
        <w:tc>
          <w:tcPr>
            <w:tcW w:w="630" w:type="dxa"/>
            <w:tcMar>
              <w:top w:w="28" w:type="dxa"/>
              <w:left w:w="38" w:type="dxa"/>
              <w:bottom w:w="28" w:type="dxa"/>
              <w:right w:w="38" w:type="dxa"/>
            </w:tcMar>
            <w:vAlign w:val="center"/>
          </w:tcPr>
          <w:p w14:paraId="0BDCA1C7" w14:textId="77777777" w:rsidR="00D60D5E" w:rsidRDefault="00891EF0">
            <w:pPr>
              <w:spacing w:after="0" w:line="240" w:lineRule="auto"/>
              <w:jc w:val="center"/>
            </w:pPr>
            <w:r>
              <w:rPr>
                <w:rFonts w:eastAsia="Aptos"/>
                <w:b/>
                <w:sz w:val="17"/>
              </w:rPr>
              <w:t>17.69</w:t>
            </w:r>
          </w:p>
        </w:tc>
        <w:tc>
          <w:tcPr>
            <w:tcW w:w="540" w:type="dxa"/>
            <w:tcMar>
              <w:top w:w="28" w:type="dxa"/>
              <w:left w:w="38" w:type="dxa"/>
              <w:bottom w:w="28" w:type="dxa"/>
              <w:right w:w="38" w:type="dxa"/>
            </w:tcMar>
            <w:vAlign w:val="center"/>
          </w:tcPr>
          <w:p w14:paraId="2A3702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B555289" w14:textId="77777777" w:rsidR="00D60D5E" w:rsidRDefault="00D60D5E">
            <w:pPr>
              <w:jc w:val="center"/>
            </w:pPr>
          </w:p>
        </w:tc>
      </w:tr>
      <w:tr w:rsidR="00D60D5E" w14:paraId="42D8A036" w14:textId="77777777" w:rsidTr="000617E0">
        <w:trPr>
          <w:cantSplit/>
          <w:jc w:val="center"/>
        </w:trPr>
        <w:tc>
          <w:tcPr>
            <w:tcW w:w="677" w:type="dxa"/>
            <w:tcMar>
              <w:top w:w="28" w:type="dxa"/>
              <w:left w:w="38" w:type="dxa"/>
              <w:bottom w:w="28" w:type="dxa"/>
              <w:right w:w="38" w:type="dxa"/>
            </w:tcMar>
            <w:vAlign w:val="center"/>
          </w:tcPr>
          <w:p w14:paraId="06CE0F6D" w14:textId="77777777" w:rsidR="00D60D5E" w:rsidRDefault="00891EF0">
            <w:pPr>
              <w:spacing w:after="0" w:line="240" w:lineRule="auto"/>
              <w:jc w:val="center"/>
            </w:pPr>
            <w:r>
              <w:rPr>
                <w:rFonts w:eastAsia="Aptos"/>
                <w:color w:val="6A7075"/>
                <w:sz w:val="17"/>
              </w:rPr>
              <w:t>340-120</w:t>
            </w:r>
          </w:p>
        </w:tc>
        <w:tc>
          <w:tcPr>
            <w:tcW w:w="2648" w:type="dxa"/>
            <w:tcMar>
              <w:top w:w="28" w:type="dxa"/>
              <w:left w:w="38" w:type="dxa"/>
              <w:bottom w:w="28" w:type="dxa"/>
              <w:right w:w="38" w:type="dxa"/>
            </w:tcMar>
            <w:vAlign w:val="center"/>
          </w:tcPr>
          <w:p w14:paraId="2A326AD7" w14:textId="77777777" w:rsidR="00D60D5E" w:rsidRDefault="00891EF0">
            <w:pPr>
              <w:spacing w:after="0" w:line="240" w:lineRule="auto"/>
            </w:pPr>
            <w:r>
              <w:rPr>
                <w:rFonts w:eastAsia="Aptos"/>
                <w:sz w:val="17"/>
              </w:rPr>
              <w:t>Finlandia 1 LTR</w:t>
            </w:r>
          </w:p>
        </w:tc>
        <w:tc>
          <w:tcPr>
            <w:tcW w:w="630" w:type="dxa"/>
            <w:tcMar>
              <w:top w:w="28" w:type="dxa"/>
              <w:left w:w="38" w:type="dxa"/>
              <w:bottom w:w="28" w:type="dxa"/>
              <w:right w:w="38" w:type="dxa"/>
            </w:tcMar>
            <w:vAlign w:val="center"/>
          </w:tcPr>
          <w:p w14:paraId="6B399451" w14:textId="77777777" w:rsidR="00D60D5E" w:rsidRDefault="00891EF0">
            <w:pPr>
              <w:spacing w:after="0" w:line="240" w:lineRule="auto"/>
              <w:jc w:val="center"/>
            </w:pPr>
            <w:r>
              <w:rPr>
                <w:rFonts w:eastAsia="Aptos"/>
                <w:b/>
                <w:sz w:val="17"/>
              </w:rPr>
              <w:t>19.85</w:t>
            </w:r>
          </w:p>
        </w:tc>
        <w:tc>
          <w:tcPr>
            <w:tcW w:w="540" w:type="dxa"/>
            <w:tcMar>
              <w:top w:w="28" w:type="dxa"/>
              <w:left w:w="38" w:type="dxa"/>
              <w:bottom w:w="28" w:type="dxa"/>
              <w:right w:w="38" w:type="dxa"/>
            </w:tcMar>
            <w:vAlign w:val="center"/>
          </w:tcPr>
          <w:p w14:paraId="1AFBDB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B317169" w14:textId="77777777" w:rsidR="00D60D5E" w:rsidRDefault="00D60D5E">
            <w:pPr>
              <w:jc w:val="center"/>
            </w:pPr>
          </w:p>
        </w:tc>
      </w:tr>
      <w:tr w:rsidR="00D60D5E" w14:paraId="6A53ED23" w14:textId="77777777" w:rsidTr="000617E0">
        <w:trPr>
          <w:cantSplit/>
          <w:jc w:val="center"/>
        </w:trPr>
        <w:tc>
          <w:tcPr>
            <w:tcW w:w="677" w:type="dxa"/>
            <w:tcMar>
              <w:top w:w="28" w:type="dxa"/>
              <w:left w:w="38" w:type="dxa"/>
              <w:bottom w:w="28" w:type="dxa"/>
              <w:right w:w="38" w:type="dxa"/>
            </w:tcMar>
            <w:vAlign w:val="center"/>
          </w:tcPr>
          <w:p w14:paraId="0B871402" w14:textId="77777777" w:rsidR="00D60D5E" w:rsidRDefault="00891EF0">
            <w:pPr>
              <w:spacing w:after="0" w:line="240" w:lineRule="auto"/>
              <w:jc w:val="center"/>
            </w:pPr>
            <w:r>
              <w:rPr>
                <w:rFonts w:eastAsia="Aptos"/>
                <w:color w:val="6A7075"/>
                <w:sz w:val="17"/>
              </w:rPr>
              <w:t>340-125</w:t>
            </w:r>
          </w:p>
        </w:tc>
        <w:tc>
          <w:tcPr>
            <w:tcW w:w="2648" w:type="dxa"/>
            <w:tcMar>
              <w:top w:w="28" w:type="dxa"/>
              <w:left w:w="38" w:type="dxa"/>
              <w:bottom w:w="28" w:type="dxa"/>
              <w:right w:w="38" w:type="dxa"/>
            </w:tcMar>
            <w:vAlign w:val="center"/>
          </w:tcPr>
          <w:p w14:paraId="581742C7" w14:textId="77777777" w:rsidR="00D60D5E" w:rsidRDefault="00891EF0">
            <w:pPr>
              <w:spacing w:after="0" w:line="240" w:lineRule="auto"/>
            </w:pPr>
            <w:r>
              <w:rPr>
                <w:rFonts w:eastAsia="Aptos"/>
                <w:sz w:val="17"/>
              </w:rPr>
              <w:t>Gordons 750ml</w:t>
            </w:r>
          </w:p>
        </w:tc>
        <w:tc>
          <w:tcPr>
            <w:tcW w:w="630" w:type="dxa"/>
            <w:tcMar>
              <w:top w:w="28" w:type="dxa"/>
              <w:left w:w="38" w:type="dxa"/>
              <w:bottom w:w="28" w:type="dxa"/>
              <w:right w:w="38" w:type="dxa"/>
            </w:tcMar>
            <w:vAlign w:val="center"/>
          </w:tcPr>
          <w:p w14:paraId="0F69B306" w14:textId="77777777" w:rsidR="00D60D5E" w:rsidRDefault="00891EF0">
            <w:pPr>
              <w:spacing w:after="0" w:line="240" w:lineRule="auto"/>
              <w:jc w:val="center"/>
            </w:pPr>
            <w:r>
              <w:rPr>
                <w:rFonts w:eastAsia="Aptos"/>
                <w:b/>
                <w:sz w:val="17"/>
              </w:rPr>
              <w:t>14.95</w:t>
            </w:r>
          </w:p>
        </w:tc>
        <w:tc>
          <w:tcPr>
            <w:tcW w:w="540" w:type="dxa"/>
            <w:tcMar>
              <w:top w:w="28" w:type="dxa"/>
              <w:left w:w="38" w:type="dxa"/>
              <w:bottom w:w="28" w:type="dxa"/>
              <w:right w:w="38" w:type="dxa"/>
            </w:tcMar>
            <w:vAlign w:val="center"/>
          </w:tcPr>
          <w:p w14:paraId="6505A1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1C3CC4" w14:textId="77777777" w:rsidR="00D60D5E" w:rsidRDefault="00D60D5E">
            <w:pPr>
              <w:jc w:val="center"/>
            </w:pPr>
          </w:p>
        </w:tc>
      </w:tr>
      <w:tr w:rsidR="00D60D5E" w14:paraId="55FC050C" w14:textId="77777777" w:rsidTr="000617E0">
        <w:trPr>
          <w:cantSplit/>
          <w:jc w:val="center"/>
        </w:trPr>
        <w:tc>
          <w:tcPr>
            <w:tcW w:w="677" w:type="dxa"/>
            <w:tcMar>
              <w:top w:w="28" w:type="dxa"/>
              <w:left w:w="38" w:type="dxa"/>
              <w:bottom w:w="28" w:type="dxa"/>
              <w:right w:w="38" w:type="dxa"/>
            </w:tcMar>
            <w:vAlign w:val="center"/>
          </w:tcPr>
          <w:p w14:paraId="30BD51ED" w14:textId="77777777" w:rsidR="00D60D5E" w:rsidRDefault="00891EF0">
            <w:pPr>
              <w:spacing w:after="0" w:line="240" w:lineRule="auto"/>
              <w:jc w:val="center"/>
            </w:pPr>
            <w:r>
              <w:rPr>
                <w:rFonts w:eastAsia="Aptos"/>
                <w:color w:val="6A7075"/>
                <w:sz w:val="17"/>
              </w:rPr>
              <w:t>340-126</w:t>
            </w:r>
          </w:p>
        </w:tc>
        <w:tc>
          <w:tcPr>
            <w:tcW w:w="2648" w:type="dxa"/>
            <w:tcMar>
              <w:top w:w="28" w:type="dxa"/>
              <w:left w:w="38" w:type="dxa"/>
              <w:bottom w:w="28" w:type="dxa"/>
              <w:right w:w="38" w:type="dxa"/>
            </w:tcMar>
            <w:vAlign w:val="center"/>
          </w:tcPr>
          <w:p w14:paraId="69FCAE63" w14:textId="77777777" w:rsidR="00D60D5E" w:rsidRDefault="00891EF0">
            <w:pPr>
              <w:spacing w:after="0" w:line="240" w:lineRule="auto"/>
            </w:pPr>
            <w:r>
              <w:rPr>
                <w:rFonts w:eastAsia="Aptos"/>
                <w:sz w:val="17"/>
              </w:rPr>
              <w:t>Titos Vodka 1 litr</w:t>
            </w:r>
          </w:p>
        </w:tc>
        <w:tc>
          <w:tcPr>
            <w:tcW w:w="630" w:type="dxa"/>
            <w:tcMar>
              <w:top w:w="28" w:type="dxa"/>
              <w:left w:w="38" w:type="dxa"/>
              <w:bottom w:w="28" w:type="dxa"/>
              <w:right w:w="38" w:type="dxa"/>
            </w:tcMar>
            <w:vAlign w:val="center"/>
          </w:tcPr>
          <w:p w14:paraId="1DBAFC23" w14:textId="77777777" w:rsidR="00D60D5E" w:rsidRDefault="00891EF0">
            <w:pPr>
              <w:spacing w:after="0" w:line="240" w:lineRule="auto"/>
              <w:jc w:val="center"/>
            </w:pPr>
            <w:r>
              <w:rPr>
                <w:rFonts w:eastAsia="Aptos"/>
                <w:b/>
                <w:sz w:val="17"/>
              </w:rPr>
              <w:t>39.99</w:t>
            </w:r>
          </w:p>
        </w:tc>
        <w:tc>
          <w:tcPr>
            <w:tcW w:w="540" w:type="dxa"/>
            <w:tcMar>
              <w:top w:w="28" w:type="dxa"/>
              <w:left w:w="38" w:type="dxa"/>
              <w:bottom w:w="28" w:type="dxa"/>
              <w:right w:w="38" w:type="dxa"/>
            </w:tcMar>
            <w:vAlign w:val="center"/>
          </w:tcPr>
          <w:p w14:paraId="29677AF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1E5550A" w14:textId="77777777" w:rsidR="00D60D5E" w:rsidRDefault="00D60D5E">
            <w:pPr>
              <w:jc w:val="center"/>
            </w:pPr>
          </w:p>
        </w:tc>
      </w:tr>
      <w:tr w:rsidR="00D60D5E" w14:paraId="5077FA25" w14:textId="77777777" w:rsidTr="000617E0">
        <w:trPr>
          <w:cantSplit/>
          <w:jc w:val="center"/>
        </w:trPr>
        <w:tc>
          <w:tcPr>
            <w:tcW w:w="677" w:type="dxa"/>
            <w:tcMar>
              <w:top w:w="28" w:type="dxa"/>
              <w:left w:w="38" w:type="dxa"/>
              <w:bottom w:w="28" w:type="dxa"/>
              <w:right w:w="38" w:type="dxa"/>
            </w:tcMar>
            <w:vAlign w:val="center"/>
          </w:tcPr>
          <w:p w14:paraId="405A81D7" w14:textId="77777777" w:rsidR="00D60D5E" w:rsidRDefault="00891EF0">
            <w:pPr>
              <w:spacing w:after="0" w:line="240" w:lineRule="auto"/>
              <w:jc w:val="center"/>
            </w:pPr>
            <w:r>
              <w:rPr>
                <w:rFonts w:eastAsia="Aptos"/>
                <w:color w:val="6A7075"/>
                <w:sz w:val="17"/>
              </w:rPr>
              <w:t>340-130</w:t>
            </w:r>
          </w:p>
        </w:tc>
        <w:tc>
          <w:tcPr>
            <w:tcW w:w="2648" w:type="dxa"/>
            <w:tcMar>
              <w:top w:w="28" w:type="dxa"/>
              <w:left w:w="38" w:type="dxa"/>
              <w:bottom w:w="28" w:type="dxa"/>
              <w:right w:w="38" w:type="dxa"/>
            </w:tcMar>
            <w:vAlign w:val="center"/>
          </w:tcPr>
          <w:p w14:paraId="6B33F5D6" w14:textId="77777777" w:rsidR="00D60D5E" w:rsidRDefault="00891EF0">
            <w:pPr>
              <w:spacing w:after="0" w:line="240" w:lineRule="auto"/>
            </w:pPr>
            <w:r>
              <w:rPr>
                <w:rFonts w:eastAsia="Aptos"/>
                <w:sz w:val="17"/>
              </w:rPr>
              <w:t>Grey Goose 750ml</w:t>
            </w:r>
          </w:p>
        </w:tc>
        <w:tc>
          <w:tcPr>
            <w:tcW w:w="630" w:type="dxa"/>
            <w:tcMar>
              <w:top w:w="28" w:type="dxa"/>
              <w:left w:w="38" w:type="dxa"/>
              <w:bottom w:w="28" w:type="dxa"/>
              <w:right w:w="38" w:type="dxa"/>
            </w:tcMar>
            <w:vAlign w:val="center"/>
          </w:tcPr>
          <w:p w14:paraId="436AFFB0" w14:textId="77777777" w:rsidR="00D60D5E" w:rsidRDefault="00891EF0">
            <w:pPr>
              <w:spacing w:after="0" w:line="240" w:lineRule="auto"/>
              <w:jc w:val="center"/>
            </w:pPr>
            <w:r>
              <w:rPr>
                <w:rFonts w:eastAsia="Aptos"/>
                <w:b/>
                <w:sz w:val="17"/>
              </w:rPr>
              <w:t>61.99</w:t>
            </w:r>
          </w:p>
        </w:tc>
        <w:tc>
          <w:tcPr>
            <w:tcW w:w="540" w:type="dxa"/>
            <w:tcMar>
              <w:top w:w="28" w:type="dxa"/>
              <w:left w:w="38" w:type="dxa"/>
              <w:bottom w:w="28" w:type="dxa"/>
              <w:right w:w="38" w:type="dxa"/>
            </w:tcMar>
            <w:vAlign w:val="center"/>
          </w:tcPr>
          <w:p w14:paraId="7ADFE0F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C688B8" w14:textId="77777777" w:rsidR="00D60D5E" w:rsidRDefault="00D60D5E">
            <w:pPr>
              <w:jc w:val="center"/>
            </w:pPr>
          </w:p>
        </w:tc>
      </w:tr>
      <w:tr w:rsidR="00D60D5E" w14:paraId="7273F75C" w14:textId="77777777" w:rsidTr="000617E0">
        <w:trPr>
          <w:cantSplit/>
          <w:jc w:val="center"/>
        </w:trPr>
        <w:tc>
          <w:tcPr>
            <w:tcW w:w="677" w:type="dxa"/>
            <w:tcMar>
              <w:top w:w="28" w:type="dxa"/>
              <w:left w:w="38" w:type="dxa"/>
              <w:bottom w:w="28" w:type="dxa"/>
              <w:right w:w="38" w:type="dxa"/>
            </w:tcMar>
            <w:vAlign w:val="center"/>
          </w:tcPr>
          <w:p w14:paraId="25C44EA9" w14:textId="77777777" w:rsidR="00D60D5E" w:rsidRDefault="00891EF0">
            <w:pPr>
              <w:spacing w:after="0" w:line="240" w:lineRule="auto"/>
              <w:jc w:val="center"/>
            </w:pPr>
            <w:r>
              <w:rPr>
                <w:rFonts w:eastAsia="Aptos"/>
                <w:color w:val="6A7075"/>
                <w:sz w:val="17"/>
              </w:rPr>
              <w:t>340-140</w:t>
            </w:r>
          </w:p>
        </w:tc>
        <w:tc>
          <w:tcPr>
            <w:tcW w:w="2648" w:type="dxa"/>
            <w:tcMar>
              <w:top w:w="28" w:type="dxa"/>
              <w:left w:w="38" w:type="dxa"/>
              <w:bottom w:w="28" w:type="dxa"/>
              <w:right w:w="38" w:type="dxa"/>
            </w:tcMar>
            <w:vAlign w:val="center"/>
          </w:tcPr>
          <w:p w14:paraId="770A6E7A" w14:textId="77777777" w:rsidR="00D60D5E" w:rsidRDefault="00891EF0">
            <w:pPr>
              <w:spacing w:after="0" w:line="240" w:lineRule="auto"/>
            </w:pPr>
            <w:r>
              <w:rPr>
                <w:rFonts w:eastAsia="Aptos"/>
                <w:sz w:val="17"/>
              </w:rPr>
              <w:t>Ciroc Vodka 750ml (Apple/Pine/Peach/RedBerry/Coconut)</w:t>
            </w:r>
          </w:p>
        </w:tc>
        <w:tc>
          <w:tcPr>
            <w:tcW w:w="630" w:type="dxa"/>
            <w:tcMar>
              <w:top w:w="28" w:type="dxa"/>
              <w:left w:w="38" w:type="dxa"/>
              <w:bottom w:w="28" w:type="dxa"/>
              <w:right w:w="38" w:type="dxa"/>
            </w:tcMar>
            <w:vAlign w:val="center"/>
          </w:tcPr>
          <w:p w14:paraId="663D2A4A" w14:textId="77777777" w:rsidR="00D60D5E" w:rsidRDefault="00891EF0">
            <w:pPr>
              <w:spacing w:after="0" w:line="240" w:lineRule="auto"/>
              <w:jc w:val="center"/>
            </w:pPr>
            <w:r>
              <w:rPr>
                <w:rFonts w:eastAsia="Aptos"/>
                <w:b/>
                <w:sz w:val="17"/>
              </w:rPr>
              <w:t>75.80</w:t>
            </w:r>
          </w:p>
        </w:tc>
        <w:tc>
          <w:tcPr>
            <w:tcW w:w="540" w:type="dxa"/>
            <w:tcMar>
              <w:top w:w="28" w:type="dxa"/>
              <w:left w:w="38" w:type="dxa"/>
              <w:bottom w:w="28" w:type="dxa"/>
              <w:right w:w="38" w:type="dxa"/>
            </w:tcMar>
            <w:vAlign w:val="center"/>
          </w:tcPr>
          <w:p w14:paraId="538C4F5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8CCC37A" w14:textId="77777777" w:rsidR="00D60D5E" w:rsidRDefault="00D60D5E">
            <w:pPr>
              <w:jc w:val="center"/>
            </w:pPr>
          </w:p>
        </w:tc>
      </w:tr>
      <w:tr w:rsidR="00D60D5E" w14:paraId="35345848" w14:textId="77777777" w:rsidTr="000617E0">
        <w:trPr>
          <w:cantSplit/>
          <w:jc w:val="center"/>
        </w:trPr>
        <w:tc>
          <w:tcPr>
            <w:tcW w:w="677" w:type="dxa"/>
            <w:tcMar>
              <w:top w:w="28" w:type="dxa"/>
              <w:left w:w="38" w:type="dxa"/>
              <w:bottom w:w="28" w:type="dxa"/>
              <w:right w:w="38" w:type="dxa"/>
            </w:tcMar>
            <w:vAlign w:val="center"/>
          </w:tcPr>
          <w:p w14:paraId="65E56EAB" w14:textId="77777777" w:rsidR="00D60D5E" w:rsidRDefault="00891EF0">
            <w:pPr>
              <w:spacing w:after="0" w:line="240" w:lineRule="auto"/>
              <w:jc w:val="center"/>
            </w:pPr>
            <w:r>
              <w:rPr>
                <w:rFonts w:eastAsia="Aptos"/>
                <w:color w:val="6A7075"/>
                <w:sz w:val="17"/>
              </w:rPr>
              <w:t>340-145</w:t>
            </w:r>
          </w:p>
        </w:tc>
        <w:tc>
          <w:tcPr>
            <w:tcW w:w="2648" w:type="dxa"/>
            <w:tcMar>
              <w:top w:w="28" w:type="dxa"/>
              <w:left w:w="38" w:type="dxa"/>
              <w:bottom w:w="28" w:type="dxa"/>
              <w:right w:w="38" w:type="dxa"/>
            </w:tcMar>
            <w:vAlign w:val="center"/>
          </w:tcPr>
          <w:p w14:paraId="2DD385D7" w14:textId="77777777" w:rsidR="00D60D5E" w:rsidRDefault="00891EF0">
            <w:pPr>
              <w:spacing w:after="0" w:line="240" w:lineRule="auto"/>
            </w:pPr>
            <w:r>
              <w:rPr>
                <w:rFonts w:eastAsia="Aptos"/>
                <w:sz w:val="17"/>
              </w:rPr>
              <w:t>Ketel One 1 ltr</w:t>
            </w:r>
          </w:p>
        </w:tc>
        <w:tc>
          <w:tcPr>
            <w:tcW w:w="630" w:type="dxa"/>
            <w:tcMar>
              <w:top w:w="28" w:type="dxa"/>
              <w:left w:w="38" w:type="dxa"/>
              <w:bottom w:w="28" w:type="dxa"/>
              <w:right w:w="38" w:type="dxa"/>
            </w:tcMar>
            <w:vAlign w:val="center"/>
          </w:tcPr>
          <w:p w14:paraId="26C25C47" w14:textId="77777777" w:rsidR="00D60D5E" w:rsidRDefault="00891EF0">
            <w:pPr>
              <w:spacing w:after="0" w:line="240" w:lineRule="auto"/>
              <w:jc w:val="center"/>
            </w:pPr>
            <w:r>
              <w:rPr>
                <w:rFonts w:eastAsia="Aptos"/>
                <w:b/>
                <w:sz w:val="17"/>
              </w:rPr>
              <w:t>40.79</w:t>
            </w:r>
          </w:p>
        </w:tc>
        <w:tc>
          <w:tcPr>
            <w:tcW w:w="540" w:type="dxa"/>
            <w:tcMar>
              <w:top w:w="28" w:type="dxa"/>
              <w:left w:w="38" w:type="dxa"/>
              <w:bottom w:w="28" w:type="dxa"/>
              <w:right w:w="38" w:type="dxa"/>
            </w:tcMar>
            <w:vAlign w:val="center"/>
          </w:tcPr>
          <w:p w14:paraId="095ADB1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94169C" w14:textId="77777777" w:rsidR="00D60D5E" w:rsidRDefault="00D60D5E">
            <w:pPr>
              <w:jc w:val="center"/>
            </w:pPr>
          </w:p>
        </w:tc>
      </w:tr>
      <w:tr w:rsidR="00D60D5E" w14:paraId="2EAA8170" w14:textId="77777777" w:rsidTr="000617E0">
        <w:trPr>
          <w:cantSplit/>
          <w:jc w:val="center"/>
        </w:trPr>
        <w:tc>
          <w:tcPr>
            <w:tcW w:w="677" w:type="dxa"/>
            <w:shd w:val="clear" w:color="auto" w:fill="D9EAF7"/>
            <w:tcMar>
              <w:top w:w="28" w:type="dxa"/>
              <w:left w:w="38" w:type="dxa"/>
              <w:bottom w:w="28" w:type="dxa"/>
              <w:right w:w="38" w:type="dxa"/>
            </w:tcMar>
            <w:vAlign w:val="center"/>
          </w:tcPr>
          <w:p w14:paraId="342B9481" w14:textId="77777777" w:rsidR="00D60D5E" w:rsidRDefault="00891EF0">
            <w:pPr>
              <w:spacing w:after="0" w:line="240" w:lineRule="auto"/>
              <w:jc w:val="center"/>
            </w:pPr>
            <w:r>
              <w:rPr>
                <w:rFonts w:eastAsia="Aptos"/>
                <w:b/>
                <w:color w:val="76A943"/>
                <w:sz w:val="18"/>
              </w:rPr>
              <w:t>345-</w:t>
            </w:r>
          </w:p>
        </w:tc>
        <w:tc>
          <w:tcPr>
            <w:tcW w:w="2648" w:type="dxa"/>
            <w:shd w:val="clear" w:color="auto" w:fill="D9EAF7"/>
            <w:tcMar>
              <w:top w:w="28" w:type="dxa"/>
              <w:left w:w="38" w:type="dxa"/>
              <w:bottom w:w="28" w:type="dxa"/>
              <w:right w:w="38" w:type="dxa"/>
            </w:tcMar>
            <w:vAlign w:val="center"/>
          </w:tcPr>
          <w:p w14:paraId="06ECE43F" w14:textId="77777777" w:rsidR="00D60D5E" w:rsidRDefault="00891EF0">
            <w:pPr>
              <w:spacing w:after="0" w:line="240" w:lineRule="auto"/>
            </w:pPr>
            <w:r>
              <w:rPr>
                <w:rFonts w:eastAsia="Aptos"/>
                <w:b/>
                <w:color w:val="76A943"/>
                <w:sz w:val="18"/>
              </w:rPr>
              <w:t>WINES</w:t>
            </w:r>
          </w:p>
        </w:tc>
        <w:tc>
          <w:tcPr>
            <w:tcW w:w="630" w:type="dxa"/>
            <w:shd w:val="clear" w:color="auto" w:fill="D9EAF7"/>
            <w:tcMar>
              <w:top w:w="28" w:type="dxa"/>
              <w:left w:w="38" w:type="dxa"/>
              <w:bottom w:w="28" w:type="dxa"/>
              <w:right w:w="38" w:type="dxa"/>
            </w:tcMar>
            <w:vAlign w:val="center"/>
          </w:tcPr>
          <w:p w14:paraId="48FCEE06"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A442B4E"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43E21FC" w14:textId="77777777" w:rsidR="00D60D5E" w:rsidRDefault="00D60D5E">
            <w:pPr>
              <w:jc w:val="center"/>
            </w:pPr>
          </w:p>
        </w:tc>
      </w:tr>
      <w:tr w:rsidR="00D60D5E" w14:paraId="575D987A" w14:textId="77777777" w:rsidTr="000617E0">
        <w:trPr>
          <w:cantSplit/>
          <w:jc w:val="center"/>
        </w:trPr>
        <w:tc>
          <w:tcPr>
            <w:tcW w:w="677" w:type="dxa"/>
            <w:tcMar>
              <w:top w:w="28" w:type="dxa"/>
              <w:left w:w="38" w:type="dxa"/>
              <w:bottom w:w="28" w:type="dxa"/>
              <w:right w:w="38" w:type="dxa"/>
            </w:tcMar>
            <w:vAlign w:val="center"/>
          </w:tcPr>
          <w:p w14:paraId="5E3464B3" w14:textId="77777777" w:rsidR="00D60D5E" w:rsidRDefault="00891EF0">
            <w:pPr>
              <w:spacing w:after="0" w:line="240" w:lineRule="auto"/>
              <w:jc w:val="center"/>
            </w:pPr>
            <w:r>
              <w:rPr>
                <w:rFonts w:eastAsia="Aptos"/>
                <w:color w:val="6A7075"/>
                <w:sz w:val="17"/>
              </w:rPr>
              <w:t>345-105</w:t>
            </w:r>
          </w:p>
        </w:tc>
        <w:tc>
          <w:tcPr>
            <w:tcW w:w="2648" w:type="dxa"/>
            <w:tcMar>
              <w:top w:w="28" w:type="dxa"/>
              <w:left w:w="38" w:type="dxa"/>
              <w:bottom w:w="28" w:type="dxa"/>
              <w:right w:w="38" w:type="dxa"/>
            </w:tcMar>
            <w:vAlign w:val="center"/>
          </w:tcPr>
          <w:p w14:paraId="1B081E04" w14:textId="77777777" w:rsidR="00D60D5E" w:rsidRDefault="00891EF0">
            <w:pPr>
              <w:spacing w:after="0" w:line="240" w:lineRule="auto"/>
            </w:pPr>
            <w:r>
              <w:rPr>
                <w:rFonts w:eastAsia="Aptos"/>
                <w:sz w:val="17"/>
              </w:rPr>
              <w:t>Kim Crawford Sauvignon Blanc 750 ml</w:t>
            </w:r>
          </w:p>
        </w:tc>
        <w:tc>
          <w:tcPr>
            <w:tcW w:w="630" w:type="dxa"/>
            <w:tcMar>
              <w:top w:w="28" w:type="dxa"/>
              <w:left w:w="38" w:type="dxa"/>
              <w:bottom w:w="28" w:type="dxa"/>
              <w:right w:w="38" w:type="dxa"/>
            </w:tcMar>
            <w:vAlign w:val="center"/>
          </w:tcPr>
          <w:p w14:paraId="21744404" w14:textId="77777777" w:rsidR="00D60D5E" w:rsidRDefault="00891EF0">
            <w:pPr>
              <w:spacing w:after="0" w:line="240" w:lineRule="auto"/>
              <w:jc w:val="center"/>
            </w:pPr>
            <w:r>
              <w:rPr>
                <w:rFonts w:eastAsia="Aptos"/>
                <w:b/>
                <w:sz w:val="17"/>
              </w:rPr>
              <w:t>35.97</w:t>
            </w:r>
          </w:p>
        </w:tc>
        <w:tc>
          <w:tcPr>
            <w:tcW w:w="540" w:type="dxa"/>
            <w:tcMar>
              <w:top w:w="28" w:type="dxa"/>
              <w:left w:w="38" w:type="dxa"/>
              <w:bottom w:w="28" w:type="dxa"/>
              <w:right w:w="38" w:type="dxa"/>
            </w:tcMar>
            <w:vAlign w:val="center"/>
          </w:tcPr>
          <w:p w14:paraId="046208A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FF28ED0" w14:textId="77777777" w:rsidR="00D60D5E" w:rsidRDefault="00D60D5E">
            <w:pPr>
              <w:jc w:val="center"/>
            </w:pPr>
          </w:p>
        </w:tc>
      </w:tr>
      <w:tr w:rsidR="00D60D5E" w14:paraId="52949F48" w14:textId="77777777" w:rsidTr="000617E0">
        <w:trPr>
          <w:cantSplit/>
          <w:jc w:val="center"/>
        </w:trPr>
        <w:tc>
          <w:tcPr>
            <w:tcW w:w="677" w:type="dxa"/>
            <w:tcMar>
              <w:top w:w="28" w:type="dxa"/>
              <w:left w:w="38" w:type="dxa"/>
              <w:bottom w:w="28" w:type="dxa"/>
              <w:right w:w="38" w:type="dxa"/>
            </w:tcMar>
            <w:vAlign w:val="center"/>
          </w:tcPr>
          <w:p w14:paraId="3CAF7522" w14:textId="77777777" w:rsidR="00D60D5E" w:rsidRDefault="00891EF0">
            <w:pPr>
              <w:spacing w:after="0" w:line="240" w:lineRule="auto"/>
              <w:jc w:val="center"/>
            </w:pPr>
            <w:r>
              <w:rPr>
                <w:rFonts w:eastAsia="Aptos"/>
                <w:color w:val="6A7075"/>
                <w:sz w:val="17"/>
              </w:rPr>
              <w:t>345-110</w:t>
            </w:r>
          </w:p>
        </w:tc>
        <w:tc>
          <w:tcPr>
            <w:tcW w:w="2648" w:type="dxa"/>
            <w:tcMar>
              <w:top w:w="28" w:type="dxa"/>
              <w:left w:w="38" w:type="dxa"/>
              <w:bottom w:w="28" w:type="dxa"/>
              <w:right w:w="38" w:type="dxa"/>
            </w:tcMar>
            <w:vAlign w:val="center"/>
          </w:tcPr>
          <w:p w14:paraId="322D7A03" w14:textId="77777777" w:rsidR="00D60D5E" w:rsidRDefault="00891EF0">
            <w:pPr>
              <w:spacing w:after="0" w:line="240" w:lineRule="auto"/>
            </w:pPr>
            <w:r>
              <w:rPr>
                <w:rFonts w:eastAsia="Aptos"/>
                <w:sz w:val="17"/>
              </w:rPr>
              <w:t>Lindeman Semilliion/Chardonnay 750ml (Aus-Wht)</w:t>
            </w:r>
          </w:p>
        </w:tc>
        <w:tc>
          <w:tcPr>
            <w:tcW w:w="630" w:type="dxa"/>
            <w:tcMar>
              <w:top w:w="28" w:type="dxa"/>
              <w:left w:w="38" w:type="dxa"/>
              <w:bottom w:w="28" w:type="dxa"/>
              <w:right w:w="38" w:type="dxa"/>
            </w:tcMar>
            <w:vAlign w:val="center"/>
          </w:tcPr>
          <w:p w14:paraId="15AE84B5" w14:textId="77777777" w:rsidR="00D60D5E" w:rsidRDefault="00891EF0">
            <w:pPr>
              <w:spacing w:after="0" w:line="240" w:lineRule="auto"/>
              <w:jc w:val="center"/>
            </w:pPr>
            <w:r>
              <w:rPr>
                <w:rFonts w:eastAsia="Aptos"/>
                <w:b/>
                <w:sz w:val="17"/>
              </w:rPr>
              <w:t>17.12</w:t>
            </w:r>
          </w:p>
        </w:tc>
        <w:tc>
          <w:tcPr>
            <w:tcW w:w="540" w:type="dxa"/>
            <w:tcMar>
              <w:top w:w="28" w:type="dxa"/>
              <w:left w:w="38" w:type="dxa"/>
              <w:bottom w:w="28" w:type="dxa"/>
              <w:right w:w="38" w:type="dxa"/>
            </w:tcMar>
            <w:vAlign w:val="center"/>
          </w:tcPr>
          <w:p w14:paraId="6325CF6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924602" w14:textId="77777777" w:rsidR="00D60D5E" w:rsidRDefault="00D60D5E">
            <w:pPr>
              <w:jc w:val="center"/>
            </w:pPr>
          </w:p>
        </w:tc>
      </w:tr>
      <w:tr w:rsidR="00D60D5E" w14:paraId="70F7B091" w14:textId="77777777" w:rsidTr="000617E0">
        <w:trPr>
          <w:cantSplit/>
          <w:jc w:val="center"/>
        </w:trPr>
        <w:tc>
          <w:tcPr>
            <w:tcW w:w="677" w:type="dxa"/>
            <w:tcMar>
              <w:top w:w="28" w:type="dxa"/>
              <w:left w:w="38" w:type="dxa"/>
              <w:bottom w:w="28" w:type="dxa"/>
              <w:right w:w="38" w:type="dxa"/>
            </w:tcMar>
            <w:vAlign w:val="center"/>
          </w:tcPr>
          <w:p w14:paraId="2AAF5DDB" w14:textId="77777777" w:rsidR="00D60D5E" w:rsidRDefault="00891EF0">
            <w:pPr>
              <w:spacing w:after="0" w:line="240" w:lineRule="auto"/>
              <w:jc w:val="center"/>
            </w:pPr>
            <w:r>
              <w:rPr>
                <w:rFonts w:eastAsia="Aptos"/>
                <w:color w:val="6A7075"/>
                <w:sz w:val="17"/>
              </w:rPr>
              <w:t>345-115</w:t>
            </w:r>
          </w:p>
        </w:tc>
        <w:tc>
          <w:tcPr>
            <w:tcW w:w="2648" w:type="dxa"/>
            <w:tcMar>
              <w:top w:w="28" w:type="dxa"/>
              <w:left w:w="38" w:type="dxa"/>
              <w:bottom w:w="28" w:type="dxa"/>
              <w:right w:w="38" w:type="dxa"/>
            </w:tcMar>
            <w:vAlign w:val="center"/>
          </w:tcPr>
          <w:p w14:paraId="24B06617" w14:textId="77777777" w:rsidR="00D60D5E" w:rsidRDefault="00891EF0">
            <w:pPr>
              <w:spacing w:after="0" w:line="240" w:lineRule="auto"/>
            </w:pPr>
            <w:r>
              <w:rPr>
                <w:rFonts w:eastAsia="Aptos"/>
                <w:sz w:val="17"/>
              </w:rPr>
              <w:t>Lindemans Bin 65 Chardonnay (Aus-white)</w:t>
            </w:r>
          </w:p>
        </w:tc>
        <w:tc>
          <w:tcPr>
            <w:tcW w:w="630" w:type="dxa"/>
            <w:tcMar>
              <w:top w:w="28" w:type="dxa"/>
              <w:left w:w="38" w:type="dxa"/>
              <w:bottom w:w="28" w:type="dxa"/>
              <w:right w:w="38" w:type="dxa"/>
            </w:tcMar>
            <w:vAlign w:val="center"/>
          </w:tcPr>
          <w:p w14:paraId="1E49376E" w14:textId="77777777" w:rsidR="00D60D5E" w:rsidRDefault="00891EF0">
            <w:pPr>
              <w:spacing w:after="0" w:line="240" w:lineRule="auto"/>
              <w:jc w:val="center"/>
            </w:pPr>
            <w:r>
              <w:rPr>
                <w:rFonts w:eastAsia="Aptos"/>
                <w:b/>
                <w:sz w:val="17"/>
              </w:rPr>
              <w:t>16.55</w:t>
            </w:r>
          </w:p>
        </w:tc>
        <w:tc>
          <w:tcPr>
            <w:tcW w:w="540" w:type="dxa"/>
            <w:tcMar>
              <w:top w:w="28" w:type="dxa"/>
              <w:left w:w="38" w:type="dxa"/>
              <w:bottom w:w="28" w:type="dxa"/>
              <w:right w:w="38" w:type="dxa"/>
            </w:tcMar>
            <w:vAlign w:val="center"/>
          </w:tcPr>
          <w:p w14:paraId="79E03DD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AB15ADE" w14:textId="77777777" w:rsidR="00D60D5E" w:rsidRDefault="00D60D5E">
            <w:pPr>
              <w:jc w:val="center"/>
            </w:pPr>
          </w:p>
        </w:tc>
      </w:tr>
      <w:tr w:rsidR="00D60D5E" w14:paraId="06620670" w14:textId="77777777" w:rsidTr="000617E0">
        <w:trPr>
          <w:cantSplit/>
          <w:jc w:val="center"/>
        </w:trPr>
        <w:tc>
          <w:tcPr>
            <w:tcW w:w="677" w:type="dxa"/>
            <w:tcMar>
              <w:top w:w="28" w:type="dxa"/>
              <w:left w:w="38" w:type="dxa"/>
              <w:bottom w:w="28" w:type="dxa"/>
              <w:right w:w="38" w:type="dxa"/>
            </w:tcMar>
            <w:vAlign w:val="center"/>
          </w:tcPr>
          <w:p w14:paraId="693D942C" w14:textId="77777777" w:rsidR="00D60D5E" w:rsidRDefault="00891EF0">
            <w:pPr>
              <w:spacing w:after="0" w:line="240" w:lineRule="auto"/>
              <w:jc w:val="center"/>
            </w:pPr>
            <w:r>
              <w:rPr>
                <w:rFonts w:eastAsia="Aptos"/>
                <w:color w:val="6A7075"/>
                <w:sz w:val="17"/>
              </w:rPr>
              <w:t>345-120</w:t>
            </w:r>
          </w:p>
        </w:tc>
        <w:tc>
          <w:tcPr>
            <w:tcW w:w="2648" w:type="dxa"/>
            <w:tcMar>
              <w:top w:w="28" w:type="dxa"/>
              <w:left w:w="38" w:type="dxa"/>
              <w:bottom w:w="28" w:type="dxa"/>
              <w:right w:w="38" w:type="dxa"/>
            </w:tcMar>
            <w:vAlign w:val="center"/>
          </w:tcPr>
          <w:p w14:paraId="7A6A5298" w14:textId="77777777" w:rsidR="00D60D5E" w:rsidRDefault="00891EF0">
            <w:pPr>
              <w:spacing w:after="0" w:line="240" w:lineRule="auto"/>
            </w:pPr>
            <w:r>
              <w:rPr>
                <w:rFonts w:eastAsia="Aptos"/>
                <w:sz w:val="17"/>
              </w:rPr>
              <w:t>Penfolds Semillion/Chardonnay (Aus-white)</w:t>
            </w:r>
          </w:p>
        </w:tc>
        <w:tc>
          <w:tcPr>
            <w:tcW w:w="630" w:type="dxa"/>
            <w:tcMar>
              <w:top w:w="28" w:type="dxa"/>
              <w:left w:w="38" w:type="dxa"/>
              <w:bottom w:w="28" w:type="dxa"/>
              <w:right w:w="38" w:type="dxa"/>
            </w:tcMar>
            <w:vAlign w:val="center"/>
          </w:tcPr>
          <w:p w14:paraId="5BEF7FA9" w14:textId="77777777" w:rsidR="00D60D5E" w:rsidRDefault="00891EF0">
            <w:pPr>
              <w:spacing w:after="0" w:line="240" w:lineRule="auto"/>
              <w:jc w:val="center"/>
            </w:pPr>
            <w:r>
              <w:rPr>
                <w:rFonts w:eastAsia="Aptos"/>
                <w:b/>
                <w:sz w:val="17"/>
              </w:rPr>
              <w:t>18.99</w:t>
            </w:r>
          </w:p>
        </w:tc>
        <w:tc>
          <w:tcPr>
            <w:tcW w:w="540" w:type="dxa"/>
            <w:tcMar>
              <w:top w:w="28" w:type="dxa"/>
              <w:left w:w="38" w:type="dxa"/>
              <w:bottom w:w="28" w:type="dxa"/>
              <w:right w:w="38" w:type="dxa"/>
            </w:tcMar>
            <w:vAlign w:val="center"/>
          </w:tcPr>
          <w:p w14:paraId="0E016CB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7B42E53" w14:textId="77777777" w:rsidR="00D60D5E" w:rsidRDefault="00D60D5E">
            <w:pPr>
              <w:jc w:val="center"/>
            </w:pPr>
          </w:p>
        </w:tc>
      </w:tr>
      <w:tr w:rsidR="00D60D5E" w14:paraId="2E9E458A" w14:textId="77777777" w:rsidTr="000617E0">
        <w:trPr>
          <w:cantSplit/>
          <w:jc w:val="center"/>
        </w:trPr>
        <w:tc>
          <w:tcPr>
            <w:tcW w:w="677" w:type="dxa"/>
            <w:tcMar>
              <w:top w:w="28" w:type="dxa"/>
              <w:left w:w="38" w:type="dxa"/>
              <w:bottom w:w="28" w:type="dxa"/>
              <w:right w:w="38" w:type="dxa"/>
            </w:tcMar>
            <w:vAlign w:val="center"/>
          </w:tcPr>
          <w:p w14:paraId="799DB9D2" w14:textId="77777777" w:rsidR="00D60D5E" w:rsidRDefault="00891EF0">
            <w:pPr>
              <w:spacing w:after="0" w:line="240" w:lineRule="auto"/>
              <w:jc w:val="center"/>
            </w:pPr>
            <w:r>
              <w:rPr>
                <w:rFonts w:eastAsia="Aptos"/>
                <w:color w:val="6A7075"/>
                <w:sz w:val="17"/>
              </w:rPr>
              <w:t>345-125</w:t>
            </w:r>
          </w:p>
        </w:tc>
        <w:tc>
          <w:tcPr>
            <w:tcW w:w="2648" w:type="dxa"/>
            <w:tcMar>
              <w:top w:w="28" w:type="dxa"/>
              <w:left w:w="38" w:type="dxa"/>
              <w:bottom w:w="28" w:type="dxa"/>
              <w:right w:w="38" w:type="dxa"/>
            </w:tcMar>
            <w:vAlign w:val="center"/>
          </w:tcPr>
          <w:p w14:paraId="32EEA3E7" w14:textId="77777777" w:rsidR="00D60D5E" w:rsidRDefault="00891EF0">
            <w:pPr>
              <w:spacing w:after="0" w:line="240" w:lineRule="auto"/>
            </w:pPr>
            <w:r>
              <w:rPr>
                <w:rFonts w:eastAsia="Aptos"/>
                <w:sz w:val="17"/>
              </w:rPr>
              <w:t>Sonoma Cutrer Chardonnay ( Cali-white)</w:t>
            </w:r>
          </w:p>
        </w:tc>
        <w:tc>
          <w:tcPr>
            <w:tcW w:w="630" w:type="dxa"/>
            <w:tcMar>
              <w:top w:w="28" w:type="dxa"/>
              <w:left w:w="38" w:type="dxa"/>
              <w:bottom w:w="28" w:type="dxa"/>
              <w:right w:w="38" w:type="dxa"/>
            </w:tcMar>
            <w:vAlign w:val="center"/>
          </w:tcPr>
          <w:p w14:paraId="08129D14" w14:textId="77777777" w:rsidR="00D60D5E" w:rsidRDefault="00891EF0">
            <w:pPr>
              <w:spacing w:after="0" w:line="240" w:lineRule="auto"/>
              <w:jc w:val="center"/>
            </w:pPr>
            <w:r>
              <w:rPr>
                <w:rFonts w:eastAsia="Aptos"/>
                <w:b/>
                <w:sz w:val="17"/>
              </w:rPr>
              <w:t>40.95</w:t>
            </w:r>
          </w:p>
        </w:tc>
        <w:tc>
          <w:tcPr>
            <w:tcW w:w="540" w:type="dxa"/>
            <w:tcMar>
              <w:top w:w="28" w:type="dxa"/>
              <w:left w:w="38" w:type="dxa"/>
              <w:bottom w:w="28" w:type="dxa"/>
              <w:right w:w="38" w:type="dxa"/>
            </w:tcMar>
            <w:vAlign w:val="center"/>
          </w:tcPr>
          <w:p w14:paraId="4D20B8A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595EFF" w14:textId="77777777" w:rsidR="00D60D5E" w:rsidRDefault="00D60D5E">
            <w:pPr>
              <w:jc w:val="center"/>
            </w:pPr>
          </w:p>
        </w:tc>
      </w:tr>
      <w:tr w:rsidR="00D60D5E" w14:paraId="6E365934" w14:textId="77777777" w:rsidTr="000617E0">
        <w:trPr>
          <w:cantSplit/>
          <w:jc w:val="center"/>
        </w:trPr>
        <w:tc>
          <w:tcPr>
            <w:tcW w:w="677" w:type="dxa"/>
            <w:tcMar>
              <w:top w:w="28" w:type="dxa"/>
              <w:left w:w="38" w:type="dxa"/>
              <w:bottom w:w="28" w:type="dxa"/>
              <w:right w:w="38" w:type="dxa"/>
            </w:tcMar>
            <w:vAlign w:val="center"/>
          </w:tcPr>
          <w:p w14:paraId="08DE7E00" w14:textId="77777777" w:rsidR="00D60D5E" w:rsidRDefault="00891EF0">
            <w:pPr>
              <w:spacing w:after="0" w:line="240" w:lineRule="auto"/>
              <w:jc w:val="center"/>
            </w:pPr>
            <w:r>
              <w:rPr>
                <w:rFonts w:eastAsia="Aptos"/>
                <w:color w:val="6A7075"/>
                <w:sz w:val="17"/>
              </w:rPr>
              <w:t>345-130</w:t>
            </w:r>
          </w:p>
        </w:tc>
        <w:tc>
          <w:tcPr>
            <w:tcW w:w="2648" w:type="dxa"/>
            <w:tcMar>
              <w:top w:w="28" w:type="dxa"/>
              <w:left w:w="38" w:type="dxa"/>
              <w:bottom w:w="28" w:type="dxa"/>
              <w:right w:w="38" w:type="dxa"/>
            </w:tcMar>
            <w:vAlign w:val="center"/>
          </w:tcPr>
          <w:p w14:paraId="5A9488AF" w14:textId="77777777" w:rsidR="00D60D5E" w:rsidRDefault="00891EF0">
            <w:pPr>
              <w:spacing w:after="0" w:line="240" w:lineRule="auto"/>
            </w:pPr>
            <w:r>
              <w:rPr>
                <w:rFonts w:eastAsia="Aptos"/>
                <w:sz w:val="17"/>
              </w:rPr>
              <w:t>Lindemans Cabernet Sauvignon (Aus-Red)</w:t>
            </w:r>
          </w:p>
        </w:tc>
        <w:tc>
          <w:tcPr>
            <w:tcW w:w="630" w:type="dxa"/>
            <w:tcMar>
              <w:top w:w="28" w:type="dxa"/>
              <w:left w:w="38" w:type="dxa"/>
              <w:bottom w:w="28" w:type="dxa"/>
              <w:right w:w="38" w:type="dxa"/>
            </w:tcMar>
            <w:vAlign w:val="center"/>
          </w:tcPr>
          <w:p w14:paraId="0F4C94BE" w14:textId="77777777" w:rsidR="00D60D5E" w:rsidRDefault="00891EF0">
            <w:pPr>
              <w:spacing w:after="0" w:line="240" w:lineRule="auto"/>
              <w:jc w:val="center"/>
            </w:pPr>
            <w:r>
              <w:rPr>
                <w:rFonts w:eastAsia="Aptos"/>
                <w:b/>
                <w:sz w:val="17"/>
              </w:rPr>
              <w:t>17.39</w:t>
            </w:r>
          </w:p>
        </w:tc>
        <w:tc>
          <w:tcPr>
            <w:tcW w:w="540" w:type="dxa"/>
            <w:tcMar>
              <w:top w:w="28" w:type="dxa"/>
              <w:left w:w="38" w:type="dxa"/>
              <w:bottom w:w="28" w:type="dxa"/>
              <w:right w:w="38" w:type="dxa"/>
            </w:tcMar>
            <w:vAlign w:val="center"/>
          </w:tcPr>
          <w:p w14:paraId="07F2F77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0C8426" w14:textId="77777777" w:rsidR="00D60D5E" w:rsidRDefault="00D60D5E">
            <w:pPr>
              <w:jc w:val="center"/>
            </w:pPr>
          </w:p>
        </w:tc>
      </w:tr>
      <w:tr w:rsidR="00D60D5E" w14:paraId="65A057A4" w14:textId="77777777" w:rsidTr="000617E0">
        <w:trPr>
          <w:cantSplit/>
          <w:jc w:val="center"/>
        </w:trPr>
        <w:tc>
          <w:tcPr>
            <w:tcW w:w="677" w:type="dxa"/>
            <w:tcMar>
              <w:top w:w="28" w:type="dxa"/>
              <w:left w:w="38" w:type="dxa"/>
              <w:bottom w:w="28" w:type="dxa"/>
              <w:right w:w="38" w:type="dxa"/>
            </w:tcMar>
            <w:vAlign w:val="center"/>
          </w:tcPr>
          <w:p w14:paraId="360910F5" w14:textId="77777777" w:rsidR="00D60D5E" w:rsidRDefault="00891EF0">
            <w:pPr>
              <w:spacing w:after="0" w:line="240" w:lineRule="auto"/>
              <w:jc w:val="center"/>
            </w:pPr>
            <w:r>
              <w:rPr>
                <w:rFonts w:eastAsia="Aptos"/>
                <w:color w:val="6A7075"/>
                <w:sz w:val="17"/>
              </w:rPr>
              <w:t>345-135</w:t>
            </w:r>
          </w:p>
        </w:tc>
        <w:tc>
          <w:tcPr>
            <w:tcW w:w="2648" w:type="dxa"/>
            <w:tcMar>
              <w:top w:w="28" w:type="dxa"/>
              <w:left w:w="38" w:type="dxa"/>
              <w:bottom w:w="28" w:type="dxa"/>
              <w:right w:w="38" w:type="dxa"/>
            </w:tcMar>
            <w:vAlign w:val="center"/>
          </w:tcPr>
          <w:p w14:paraId="14DC6498" w14:textId="77777777" w:rsidR="00D60D5E" w:rsidRDefault="00891EF0">
            <w:pPr>
              <w:spacing w:after="0" w:line="240" w:lineRule="auto"/>
            </w:pPr>
            <w:r>
              <w:rPr>
                <w:rFonts w:eastAsia="Aptos"/>
                <w:sz w:val="17"/>
              </w:rPr>
              <w:t>Yellowtail Shiraz Cabernet (Aus-red)</w:t>
            </w:r>
          </w:p>
        </w:tc>
        <w:tc>
          <w:tcPr>
            <w:tcW w:w="630" w:type="dxa"/>
            <w:tcMar>
              <w:top w:w="28" w:type="dxa"/>
              <w:left w:w="38" w:type="dxa"/>
              <w:bottom w:w="28" w:type="dxa"/>
              <w:right w:w="38" w:type="dxa"/>
            </w:tcMar>
            <w:vAlign w:val="center"/>
          </w:tcPr>
          <w:p w14:paraId="660BC9AC" w14:textId="77777777" w:rsidR="00D60D5E" w:rsidRDefault="00891EF0">
            <w:pPr>
              <w:spacing w:after="0" w:line="240" w:lineRule="auto"/>
              <w:jc w:val="center"/>
            </w:pPr>
            <w:r>
              <w:rPr>
                <w:rFonts w:eastAsia="Aptos"/>
                <w:b/>
                <w:sz w:val="17"/>
              </w:rPr>
              <w:t>13.59</w:t>
            </w:r>
          </w:p>
        </w:tc>
        <w:tc>
          <w:tcPr>
            <w:tcW w:w="540" w:type="dxa"/>
            <w:tcMar>
              <w:top w:w="28" w:type="dxa"/>
              <w:left w:w="38" w:type="dxa"/>
              <w:bottom w:w="28" w:type="dxa"/>
              <w:right w:w="38" w:type="dxa"/>
            </w:tcMar>
            <w:vAlign w:val="center"/>
          </w:tcPr>
          <w:p w14:paraId="6D44BD0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11389F6" w14:textId="77777777" w:rsidR="00D60D5E" w:rsidRDefault="00D60D5E">
            <w:pPr>
              <w:jc w:val="center"/>
            </w:pPr>
          </w:p>
        </w:tc>
      </w:tr>
      <w:tr w:rsidR="00D60D5E" w14:paraId="1785A581" w14:textId="77777777" w:rsidTr="000617E0">
        <w:trPr>
          <w:cantSplit/>
          <w:jc w:val="center"/>
        </w:trPr>
        <w:tc>
          <w:tcPr>
            <w:tcW w:w="677" w:type="dxa"/>
            <w:tcMar>
              <w:top w:w="28" w:type="dxa"/>
              <w:left w:w="38" w:type="dxa"/>
              <w:bottom w:w="28" w:type="dxa"/>
              <w:right w:w="38" w:type="dxa"/>
            </w:tcMar>
            <w:vAlign w:val="center"/>
          </w:tcPr>
          <w:p w14:paraId="534F0E09" w14:textId="77777777" w:rsidR="00D60D5E" w:rsidRDefault="00891EF0">
            <w:pPr>
              <w:spacing w:after="0" w:line="240" w:lineRule="auto"/>
              <w:jc w:val="center"/>
            </w:pPr>
            <w:r>
              <w:rPr>
                <w:rFonts w:eastAsia="Aptos"/>
                <w:color w:val="6A7075"/>
                <w:sz w:val="17"/>
              </w:rPr>
              <w:t>345-140</w:t>
            </w:r>
          </w:p>
        </w:tc>
        <w:tc>
          <w:tcPr>
            <w:tcW w:w="2648" w:type="dxa"/>
            <w:tcMar>
              <w:top w:w="28" w:type="dxa"/>
              <w:left w:w="38" w:type="dxa"/>
              <w:bottom w:w="28" w:type="dxa"/>
              <w:right w:w="38" w:type="dxa"/>
            </w:tcMar>
            <w:vAlign w:val="center"/>
          </w:tcPr>
          <w:p w14:paraId="1ADA644F" w14:textId="77777777" w:rsidR="00D60D5E" w:rsidRDefault="00891EF0">
            <w:pPr>
              <w:spacing w:after="0" w:line="240" w:lineRule="auto"/>
            </w:pPr>
            <w:r>
              <w:rPr>
                <w:rFonts w:eastAsia="Aptos"/>
                <w:sz w:val="17"/>
              </w:rPr>
              <w:t>Lindemans Merlot 750ml (Aus-red)</w:t>
            </w:r>
          </w:p>
        </w:tc>
        <w:tc>
          <w:tcPr>
            <w:tcW w:w="630" w:type="dxa"/>
            <w:tcMar>
              <w:top w:w="28" w:type="dxa"/>
              <w:left w:w="38" w:type="dxa"/>
              <w:bottom w:w="28" w:type="dxa"/>
              <w:right w:w="38" w:type="dxa"/>
            </w:tcMar>
            <w:vAlign w:val="center"/>
          </w:tcPr>
          <w:p w14:paraId="4746F9E6" w14:textId="77777777" w:rsidR="00D60D5E" w:rsidRDefault="00891EF0">
            <w:pPr>
              <w:spacing w:after="0" w:line="240" w:lineRule="auto"/>
              <w:jc w:val="center"/>
            </w:pPr>
            <w:r>
              <w:rPr>
                <w:rFonts w:eastAsia="Aptos"/>
                <w:b/>
                <w:sz w:val="17"/>
              </w:rPr>
              <w:t>17.85</w:t>
            </w:r>
          </w:p>
        </w:tc>
        <w:tc>
          <w:tcPr>
            <w:tcW w:w="540" w:type="dxa"/>
            <w:tcMar>
              <w:top w:w="28" w:type="dxa"/>
              <w:left w:w="38" w:type="dxa"/>
              <w:bottom w:w="28" w:type="dxa"/>
              <w:right w:w="38" w:type="dxa"/>
            </w:tcMar>
            <w:vAlign w:val="center"/>
          </w:tcPr>
          <w:p w14:paraId="08EDC62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D842C1" w14:textId="77777777" w:rsidR="00D60D5E" w:rsidRDefault="00D60D5E">
            <w:pPr>
              <w:jc w:val="center"/>
            </w:pPr>
          </w:p>
        </w:tc>
      </w:tr>
      <w:tr w:rsidR="00D60D5E" w14:paraId="04467A72" w14:textId="77777777" w:rsidTr="000617E0">
        <w:trPr>
          <w:cantSplit/>
          <w:jc w:val="center"/>
        </w:trPr>
        <w:tc>
          <w:tcPr>
            <w:tcW w:w="677" w:type="dxa"/>
            <w:tcMar>
              <w:top w:w="28" w:type="dxa"/>
              <w:left w:w="38" w:type="dxa"/>
              <w:bottom w:w="28" w:type="dxa"/>
              <w:right w:w="38" w:type="dxa"/>
            </w:tcMar>
            <w:vAlign w:val="center"/>
          </w:tcPr>
          <w:p w14:paraId="7D2B12F6" w14:textId="77777777" w:rsidR="00D60D5E" w:rsidRDefault="00891EF0">
            <w:pPr>
              <w:spacing w:after="0" w:line="240" w:lineRule="auto"/>
              <w:jc w:val="center"/>
            </w:pPr>
            <w:r>
              <w:rPr>
                <w:rFonts w:eastAsia="Aptos"/>
                <w:color w:val="6A7075"/>
                <w:sz w:val="17"/>
              </w:rPr>
              <w:lastRenderedPageBreak/>
              <w:t>345-145</w:t>
            </w:r>
          </w:p>
        </w:tc>
        <w:tc>
          <w:tcPr>
            <w:tcW w:w="2648" w:type="dxa"/>
            <w:tcMar>
              <w:top w:w="28" w:type="dxa"/>
              <w:left w:w="38" w:type="dxa"/>
              <w:bottom w:w="28" w:type="dxa"/>
              <w:right w:w="38" w:type="dxa"/>
            </w:tcMar>
            <w:vAlign w:val="center"/>
          </w:tcPr>
          <w:p w14:paraId="7883640B" w14:textId="77777777" w:rsidR="00D60D5E" w:rsidRDefault="00891EF0">
            <w:pPr>
              <w:spacing w:after="0" w:line="240" w:lineRule="auto"/>
            </w:pPr>
            <w:r>
              <w:rPr>
                <w:rFonts w:eastAsia="Aptos"/>
                <w:sz w:val="17"/>
              </w:rPr>
              <w:t>Lindemans Shiraz (Aus-red)</w:t>
            </w:r>
          </w:p>
        </w:tc>
        <w:tc>
          <w:tcPr>
            <w:tcW w:w="630" w:type="dxa"/>
            <w:tcMar>
              <w:top w:w="28" w:type="dxa"/>
              <w:left w:w="38" w:type="dxa"/>
              <w:bottom w:w="28" w:type="dxa"/>
              <w:right w:w="38" w:type="dxa"/>
            </w:tcMar>
            <w:vAlign w:val="center"/>
          </w:tcPr>
          <w:p w14:paraId="63A203CA" w14:textId="77777777" w:rsidR="00D60D5E" w:rsidRDefault="00891EF0">
            <w:pPr>
              <w:spacing w:after="0" w:line="240" w:lineRule="auto"/>
              <w:jc w:val="center"/>
            </w:pPr>
            <w:r>
              <w:rPr>
                <w:rFonts w:eastAsia="Aptos"/>
                <w:b/>
                <w:sz w:val="17"/>
              </w:rPr>
              <w:t>17.85</w:t>
            </w:r>
          </w:p>
        </w:tc>
        <w:tc>
          <w:tcPr>
            <w:tcW w:w="540" w:type="dxa"/>
            <w:tcMar>
              <w:top w:w="28" w:type="dxa"/>
              <w:left w:w="38" w:type="dxa"/>
              <w:bottom w:w="28" w:type="dxa"/>
              <w:right w:w="38" w:type="dxa"/>
            </w:tcMar>
            <w:vAlign w:val="center"/>
          </w:tcPr>
          <w:p w14:paraId="597837B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3FE77CA" w14:textId="77777777" w:rsidR="00D60D5E" w:rsidRDefault="00D60D5E">
            <w:pPr>
              <w:jc w:val="center"/>
            </w:pPr>
          </w:p>
        </w:tc>
      </w:tr>
      <w:tr w:rsidR="00D60D5E" w14:paraId="10DE2D23" w14:textId="77777777" w:rsidTr="000617E0">
        <w:trPr>
          <w:cantSplit/>
          <w:jc w:val="center"/>
        </w:trPr>
        <w:tc>
          <w:tcPr>
            <w:tcW w:w="677" w:type="dxa"/>
            <w:tcMar>
              <w:top w:w="28" w:type="dxa"/>
              <w:left w:w="38" w:type="dxa"/>
              <w:bottom w:w="28" w:type="dxa"/>
              <w:right w:w="38" w:type="dxa"/>
            </w:tcMar>
            <w:vAlign w:val="center"/>
          </w:tcPr>
          <w:p w14:paraId="1ED416D9" w14:textId="77777777" w:rsidR="00D60D5E" w:rsidRDefault="00891EF0">
            <w:pPr>
              <w:spacing w:after="0" w:line="240" w:lineRule="auto"/>
              <w:jc w:val="center"/>
            </w:pPr>
            <w:r>
              <w:rPr>
                <w:rFonts w:eastAsia="Aptos"/>
                <w:color w:val="6A7075"/>
                <w:sz w:val="17"/>
              </w:rPr>
              <w:t>345-150</w:t>
            </w:r>
          </w:p>
        </w:tc>
        <w:tc>
          <w:tcPr>
            <w:tcW w:w="2648" w:type="dxa"/>
            <w:tcMar>
              <w:top w:w="28" w:type="dxa"/>
              <w:left w:w="38" w:type="dxa"/>
              <w:bottom w:w="28" w:type="dxa"/>
              <w:right w:w="38" w:type="dxa"/>
            </w:tcMar>
            <w:vAlign w:val="center"/>
          </w:tcPr>
          <w:p w14:paraId="497D357C" w14:textId="77777777" w:rsidR="00D60D5E" w:rsidRDefault="00891EF0">
            <w:pPr>
              <w:spacing w:after="0" w:line="240" w:lineRule="auto"/>
            </w:pPr>
            <w:r>
              <w:rPr>
                <w:rFonts w:eastAsia="Aptos"/>
                <w:sz w:val="17"/>
              </w:rPr>
              <w:t>Penfolds Shiraz Cabernet (Aus-red)</w:t>
            </w:r>
          </w:p>
        </w:tc>
        <w:tc>
          <w:tcPr>
            <w:tcW w:w="630" w:type="dxa"/>
            <w:tcMar>
              <w:top w:w="28" w:type="dxa"/>
              <w:left w:w="38" w:type="dxa"/>
              <w:bottom w:w="28" w:type="dxa"/>
              <w:right w:w="38" w:type="dxa"/>
            </w:tcMar>
            <w:vAlign w:val="center"/>
          </w:tcPr>
          <w:p w14:paraId="6379A7CB" w14:textId="77777777" w:rsidR="00D60D5E" w:rsidRDefault="00891EF0">
            <w:pPr>
              <w:spacing w:after="0" w:line="240" w:lineRule="auto"/>
              <w:jc w:val="center"/>
            </w:pPr>
            <w:r>
              <w:rPr>
                <w:rFonts w:eastAsia="Aptos"/>
                <w:b/>
                <w:sz w:val="17"/>
              </w:rPr>
              <w:t>14.79</w:t>
            </w:r>
          </w:p>
        </w:tc>
        <w:tc>
          <w:tcPr>
            <w:tcW w:w="540" w:type="dxa"/>
            <w:tcMar>
              <w:top w:w="28" w:type="dxa"/>
              <w:left w:w="38" w:type="dxa"/>
              <w:bottom w:w="28" w:type="dxa"/>
              <w:right w:w="38" w:type="dxa"/>
            </w:tcMar>
            <w:vAlign w:val="center"/>
          </w:tcPr>
          <w:p w14:paraId="4D26F71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E290E9" w14:textId="77777777" w:rsidR="00D60D5E" w:rsidRDefault="00D60D5E">
            <w:pPr>
              <w:jc w:val="center"/>
            </w:pPr>
          </w:p>
        </w:tc>
      </w:tr>
      <w:tr w:rsidR="00D60D5E" w14:paraId="52852510" w14:textId="77777777" w:rsidTr="000617E0">
        <w:trPr>
          <w:cantSplit/>
          <w:jc w:val="center"/>
        </w:trPr>
        <w:tc>
          <w:tcPr>
            <w:tcW w:w="677" w:type="dxa"/>
            <w:tcMar>
              <w:top w:w="28" w:type="dxa"/>
              <w:left w:w="38" w:type="dxa"/>
              <w:bottom w:w="28" w:type="dxa"/>
              <w:right w:w="38" w:type="dxa"/>
            </w:tcMar>
            <w:vAlign w:val="center"/>
          </w:tcPr>
          <w:p w14:paraId="3676602C" w14:textId="77777777" w:rsidR="00D60D5E" w:rsidRDefault="00891EF0">
            <w:pPr>
              <w:spacing w:after="0" w:line="240" w:lineRule="auto"/>
              <w:jc w:val="center"/>
            </w:pPr>
            <w:r>
              <w:rPr>
                <w:rFonts w:eastAsia="Aptos"/>
                <w:color w:val="6A7075"/>
                <w:sz w:val="17"/>
              </w:rPr>
              <w:t>345-155</w:t>
            </w:r>
          </w:p>
        </w:tc>
        <w:tc>
          <w:tcPr>
            <w:tcW w:w="2648" w:type="dxa"/>
            <w:tcMar>
              <w:top w:w="28" w:type="dxa"/>
              <w:left w:w="38" w:type="dxa"/>
              <w:bottom w:w="28" w:type="dxa"/>
              <w:right w:w="38" w:type="dxa"/>
            </w:tcMar>
            <w:vAlign w:val="center"/>
          </w:tcPr>
          <w:p w14:paraId="76544442" w14:textId="77777777" w:rsidR="00D60D5E" w:rsidRDefault="00891EF0">
            <w:pPr>
              <w:spacing w:after="0" w:line="240" w:lineRule="auto"/>
            </w:pPr>
            <w:r>
              <w:rPr>
                <w:rFonts w:eastAsia="Aptos"/>
                <w:sz w:val="17"/>
              </w:rPr>
              <w:t>Penfold Koonunga Hill Shiraz (Aus-red)</w:t>
            </w:r>
          </w:p>
        </w:tc>
        <w:tc>
          <w:tcPr>
            <w:tcW w:w="630" w:type="dxa"/>
            <w:tcMar>
              <w:top w:w="28" w:type="dxa"/>
              <w:left w:w="38" w:type="dxa"/>
              <w:bottom w:w="28" w:type="dxa"/>
              <w:right w:w="38" w:type="dxa"/>
            </w:tcMar>
            <w:vAlign w:val="center"/>
          </w:tcPr>
          <w:p w14:paraId="19CB94BC" w14:textId="77777777" w:rsidR="00D60D5E" w:rsidRDefault="00891EF0">
            <w:pPr>
              <w:spacing w:after="0" w:line="240" w:lineRule="auto"/>
              <w:jc w:val="center"/>
            </w:pPr>
            <w:r>
              <w:rPr>
                <w:rFonts w:eastAsia="Aptos"/>
                <w:b/>
                <w:sz w:val="17"/>
              </w:rPr>
              <w:t>26.99</w:t>
            </w:r>
          </w:p>
        </w:tc>
        <w:tc>
          <w:tcPr>
            <w:tcW w:w="540" w:type="dxa"/>
            <w:tcMar>
              <w:top w:w="28" w:type="dxa"/>
              <w:left w:w="38" w:type="dxa"/>
              <w:bottom w:w="28" w:type="dxa"/>
              <w:right w:w="38" w:type="dxa"/>
            </w:tcMar>
            <w:vAlign w:val="center"/>
          </w:tcPr>
          <w:p w14:paraId="3215B46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B6D7E5" w14:textId="77777777" w:rsidR="00D60D5E" w:rsidRDefault="00D60D5E">
            <w:pPr>
              <w:jc w:val="center"/>
            </w:pPr>
          </w:p>
        </w:tc>
      </w:tr>
      <w:tr w:rsidR="00D60D5E" w14:paraId="3A3DFAF0" w14:textId="77777777" w:rsidTr="000617E0">
        <w:trPr>
          <w:cantSplit/>
          <w:jc w:val="center"/>
        </w:trPr>
        <w:tc>
          <w:tcPr>
            <w:tcW w:w="677" w:type="dxa"/>
            <w:tcMar>
              <w:top w:w="28" w:type="dxa"/>
              <w:left w:w="38" w:type="dxa"/>
              <w:bottom w:w="28" w:type="dxa"/>
              <w:right w:w="38" w:type="dxa"/>
            </w:tcMar>
            <w:vAlign w:val="center"/>
          </w:tcPr>
          <w:p w14:paraId="58EBAB7B" w14:textId="77777777" w:rsidR="00D60D5E" w:rsidRDefault="00891EF0">
            <w:pPr>
              <w:spacing w:after="0" w:line="240" w:lineRule="auto"/>
              <w:jc w:val="center"/>
            </w:pPr>
            <w:r>
              <w:rPr>
                <w:rFonts w:eastAsia="Aptos"/>
                <w:color w:val="6A7075"/>
                <w:sz w:val="17"/>
              </w:rPr>
              <w:t>345-160</w:t>
            </w:r>
          </w:p>
        </w:tc>
        <w:tc>
          <w:tcPr>
            <w:tcW w:w="2648" w:type="dxa"/>
            <w:tcMar>
              <w:top w:w="28" w:type="dxa"/>
              <w:left w:w="38" w:type="dxa"/>
              <w:bottom w:w="28" w:type="dxa"/>
              <w:right w:w="38" w:type="dxa"/>
            </w:tcMar>
            <w:vAlign w:val="center"/>
          </w:tcPr>
          <w:p w14:paraId="641E7143" w14:textId="77777777" w:rsidR="00D60D5E" w:rsidRDefault="00891EF0">
            <w:pPr>
              <w:spacing w:after="0" w:line="240" w:lineRule="auto"/>
            </w:pPr>
            <w:r>
              <w:rPr>
                <w:rFonts w:eastAsia="Aptos"/>
                <w:sz w:val="17"/>
              </w:rPr>
              <w:t>Kendal Jackson Chardonnay (California-White)</w:t>
            </w:r>
          </w:p>
        </w:tc>
        <w:tc>
          <w:tcPr>
            <w:tcW w:w="630" w:type="dxa"/>
            <w:tcMar>
              <w:top w:w="28" w:type="dxa"/>
              <w:left w:w="38" w:type="dxa"/>
              <w:bottom w:w="28" w:type="dxa"/>
              <w:right w:w="38" w:type="dxa"/>
            </w:tcMar>
            <w:vAlign w:val="center"/>
          </w:tcPr>
          <w:p w14:paraId="7EEC0089" w14:textId="77777777" w:rsidR="00D60D5E" w:rsidRDefault="00891EF0">
            <w:pPr>
              <w:spacing w:after="0" w:line="240" w:lineRule="auto"/>
              <w:jc w:val="center"/>
            </w:pPr>
            <w:r>
              <w:rPr>
                <w:rFonts w:eastAsia="Aptos"/>
                <w:b/>
                <w:sz w:val="17"/>
              </w:rPr>
              <w:t>30.99</w:t>
            </w:r>
          </w:p>
        </w:tc>
        <w:tc>
          <w:tcPr>
            <w:tcW w:w="540" w:type="dxa"/>
            <w:tcMar>
              <w:top w:w="28" w:type="dxa"/>
              <w:left w:w="38" w:type="dxa"/>
              <w:bottom w:w="28" w:type="dxa"/>
              <w:right w:w="38" w:type="dxa"/>
            </w:tcMar>
            <w:vAlign w:val="center"/>
          </w:tcPr>
          <w:p w14:paraId="3EDD88D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D8ABA7" w14:textId="77777777" w:rsidR="00D60D5E" w:rsidRDefault="00D60D5E">
            <w:pPr>
              <w:jc w:val="center"/>
            </w:pPr>
          </w:p>
        </w:tc>
      </w:tr>
      <w:tr w:rsidR="00D60D5E" w14:paraId="3E12D298" w14:textId="77777777" w:rsidTr="000617E0">
        <w:trPr>
          <w:cantSplit/>
          <w:jc w:val="center"/>
        </w:trPr>
        <w:tc>
          <w:tcPr>
            <w:tcW w:w="677" w:type="dxa"/>
            <w:tcMar>
              <w:top w:w="28" w:type="dxa"/>
              <w:left w:w="38" w:type="dxa"/>
              <w:bottom w:w="28" w:type="dxa"/>
              <w:right w:w="38" w:type="dxa"/>
            </w:tcMar>
            <w:vAlign w:val="center"/>
          </w:tcPr>
          <w:p w14:paraId="76D097C9" w14:textId="77777777" w:rsidR="00D60D5E" w:rsidRDefault="00891EF0">
            <w:pPr>
              <w:spacing w:after="0" w:line="240" w:lineRule="auto"/>
              <w:jc w:val="center"/>
            </w:pPr>
            <w:r>
              <w:rPr>
                <w:rFonts w:eastAsia="Aptos"/>
                <w:color w:val="6A7075"/>
                <w:sz w:val="17"/>
              </w:rPr>
              <w:t>345-165</w:t>
            </w:r>
          </w:p>
        </w:tc>
        <w:tc>
          <w:tcPr>
            <w:tcW w:w="2648" w:type="dxa"/>
            <w:tcMar>
              <w:top w:w="28" w:type="dxa"/>
              <w:left w:w="38" w:type="dxa"/>
              <w:bottom w:w="28" w:type="dxa"/>
              <w:right w:w="38" w:type="dxa"/>
            </w:tcMar>
            <w:vAlign w:val="center"/>
          </w:tcPr>
          <w:p w14:paraId="3B5BE89D" w14:textId="77777777" w:rsidR="00D60D5E" w:rsidRDefault="00891EF0">
            <w:pPr>
              <w:spacing w:after="0" w:line="240" w:lineRule="auto"/>
            </w:pPr>
            <w:r>
              <w:rPr>
                <w:rFonts w:eastAsia="Aptos"/>
                <w:sz w:val="17"/>
              </w:rPr>
              <w:t>Kendal Jackson Sauvignon Blanc (Cal-White)</w:t>
            </w:r>
          </w:p>
        </w:tc>
        <w:tc>
          <w:tcPr>
            <w:tcW w:w="630" w:type="dxa"/>
            <w:tcMar>
              <w:top w:w="28" w:type="dxa"/>
              <w:left w:w="38" w:type="dxa"/>
              <w:bottom w:w="28" w:type="dxa"/>
              <w:right w:w="38" w:type="dxa"/>
            </w:tcMar>
            <w:vAlign w:val="center"/>
          </w:tcPr>
          <w:p w14:paraId="4FF7ACC5" w14:textId="77777777" w:rsidR="00D60D5E" w:rsidRDefault="00891EF0">
            <w:pPr>
              <w:spacing w:after="0" w:line="240" w:lineRule="auto"/>
              <w:jc w:val="center"/>
            </w:pPr>
            <w:r>
              <w:rPr>
                <w:rFonts w:eastAsia="Aptos"/>
                <w:b/>
                <w:sz w:val="17"/>
              </w:rPr>
              <w:t>27.70</w:t>
            </w:r>
          </w:p>
        </w:tc>
        <w:tc>
          <w:tcPr>
            <w:tcW w:w="540" w:type="dxa"/>
            <w:tcMar>
              <w:top w:w="28" w:type="dxa"/>
              <w:left w:w="38" w:type="dxa"/>
              <w:bottom w:w="28" w:type="dxa"/>
              <w:right w:w="38" w:type="dxa"/>
            </w:tcMar>
            <w:vAlign w:val="center"/>
          </w:tcPr>
          <w:p w14:paraId="6BABE45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630710" w14:textId="77777777" w:rsidR="00D60D5E" w:rsidRDefault="00D60D5E">
            <w:pPr>
              <w:jc w:val="center"/>
            </w:pPr>
          </w:p>
        </w:tc>
      </w:tr>
      <w:tr w:rsidR="00D60D5E" w14:paraId="56FD22F2" w14:textId="77777777" w:rsidTr="000617E0">
        <w:trPr>
          <w:cantSplit/>
          <w:jc w:val="center"/>
        </w:trPr>
        <w:tc>
          <w:tcPr>
            <w:tcW w:w="677" w:type="dxa"/>
            <w:tcMar>
              <w:top w:w="28" w:type="dxa"/>
              <w:left w:w="38" w:type="dxa"/>
              <w:bottom w:w="28" w:type="dxa"/>
              <w:right w:w="38" w:type="dxa"/>
            </w:tcMar>
            <w:vAlign w:val="center"/>
          </w:tcPr>
          <w:p w14:paraId="7325ECA1" w14:textId="77777777" w:rsidR="00D60D5E" w:rsidRDefault="00891EF0">
            <w:pPr>
              <w:spacing w:after="0" w:line="240" w:lineRule="auto"/>
              <w:jc w:val="center"/>
            </w:pPr>
            <w:r>
              <w:rPr>
                <w:rFonts w:eastAsia="Aptos"/>
                <w:color w:val="6A7075"/>
                <w:sz w:val="17"/>
              </w:rPr>
              <w:t>345-170</w:t>
            </w:r>
          </w:p>
        </w:tc>
        <w:tc>
          <w:tcPr>
            <w:tcW w:w="2648" w:type="dxa"/>
            <w:tcMar>
              <w:top w:w="28" w:type="dxa"/>
              <w:left w:w="38" w:type="dxa"/>
              <w:bottom w:w="28" w:type="dxa"/>
              <w:right w:w="38" w:type="dxa"/>
            </w:tcMar>
            <w:vAlign w:val="center"/>
          </w:tcPr>
          <w:p w14:paraId="10F3CD69" w14:textId="77777777" w:rsidR="00D60D5E" w:rsidRDefault="00891EF0">
            <w:pPr>
              <w:spacing w:after="0" w:line="240" w:lineRule="auto"/>
            </w:pPr>
            <w:r>
              <w:rPr>
                <w:rFonts w:eastAsia="Aptos"/>
                <w:sz w:val="17"/>
              </w:rPr>
              <w:t>Sutter Home Chardonnay (Cal-White)</w:t>
            </w:r>
          </w:p>
        </w:tc>
        <w:tc>
          <w:tcPr>
            <w:tcW w:w="630" w:type="dxa"/>
            <w:tcMar>
              <w:top w:w="28" w:type="dxa"/>
              <w:left w:w="38" w:type="dxa"/>
              <w:bottom w:w="28" w:type="dxa"/>
              <w:right w:w="38" w:type="dxa"/>
            </w:tcMar>
            <w:vAlign w:val="center"/>
          </w:tcPr>
          <w:p w14:paraId="741BDE6D" w14:textId="77777777" w:rsidR="00D60D5E" w:rsidRDefault="00891EF0">
            <w:pPr>
              <w:spacing w:after="0" w:line="240" w:lineRule="auto"/>
              <w:jc w:val="center"/>
            </w:pPr>
            <w:r>
              <w:rPr>
                <w:rFonts w:eastAsia="Aptos"/>
                <w:b/>
                <w:sz w:val="17"/>
              </w:rPr>
              <w:t>13.80</w:t>
            </w:r>
          </w:p>
        </w:tc>
        <w:tc>
          <w:tcPr>
            <w:tcW w:w="540" w:type="dxa"/>
            <w:tcMar>
              <w:top w:w="28" w:type="dxa"/>
              <w:left w:w="38" w:type="dxa"/>
              <w:bottom w:w="28" w:type="dxa"/>
              <w:right w:w="38" w:type="dxa"/>
            </w:tcMar>
            <w:vAlign w:val="center"/>
          </w:tcPr>
          <w:p w14:paraId="6C30FF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B453BC" w14:textId="77777777" w:rsidR="00D60D5E" w:rsidRDefault="00D60D5E">
            <w:pPr>
              <w:jc w:val="center"/>
            </w:pPr>
          </w:p>
        </w:tc>
      </w:tr>
      <w:tr w:rsidR="00D60D5E" w14:paraId="5364AB9A" w14:textId="77777777" w:rsidTr="000617E0">
        <w:trPr>
          <w:cantSplit/>
          <w:jc w:val="center"/>
        </w:trPr>
        <w:tc>
          <w:tcPr>
            <w:tcW w:w="677" w:type="dxa"/>
            <w:tcMar>
              <w:top w:w="28" w:type="dxa"/>
              <w:left w:w="38" w:type="dxa"/>
              <w:bottom w:w="28" w:type="dxa"/>
              <w:right w:w="38" w:type="dxa"/>
            </w:tcMar>
            <w:vAlign w:val="center"/>
          </w:tcPr>
          <w:p w14:paraId="48327AFA" w14:textId="77777777" w:rsidR="00D60D5E" w:rsidRDefault="00891EF0">
            <w:pPr>
              <w:spacing w:after="0" w:line="240" w:lineRule="auto"/>
              <w:jc w:val="center"/>
            </w:pPr>
            <w:r>
              <w:rPr>
                <w:rFonts w:eastAsia="Aptos"/>
                <w:color w:val="6A7075"/>
                <w:sz w:val="17"/>
              </w:rPr>
              <w:t>345-175</w:t>
            </w:r>
          </w:p>
        </w:tc>
        <w:tc>
          <w:tcPr>
            <w:tcW w:w="2648" w:type="dxa"/>
            <w:tcMar>
              <w:top w:w="28" w:type="dxa"/>
              <w:left w:w="38" w:type="dxa"/>
              <w:bottom w:w="28" w:type="dxa"/>
              <w:right w:w="38" w:type="dxa"/>
            </w:tcMar>
            <w:vAlign w:val="center"/>
          </w:tcPr>
          <w:p w14:paraId="53A49339" w14:textId="77777777" w:rsidR="00D60D5E" w:rsidRDefault="00891EF0">
            <w:pPr>
              <w:spacing w:after="0" w:line="240" w:lineRule="auto"/>
            </w:pPr>
            <w:r>
              <w:rPr>
                <w:rFonts w:eastAsia="Aptos"/>
                <w:sz w:val="17"/>
              </w:rPr>
              <w:t>Sutter Home Sauvignon Blanc (Cal-White)</w:t>
            </w:r>
          </w:p>
        </w:tc>
        <w:tc>
          <w:tcPr>
            <w:tcW w:w="630" w:type="dxa"/>
            <w:tcMar>
              <w:top w:w="28" w:type="dxa"/>
              <w:left w:w="38" w:type="dxa"/>
              <w:bottom w:w="28" w:type="dxa"/>
              <w:right w:w="38" w:type="dxa"/>
            </w:tcMar>
            <w:vAlign w:val="center"/>
          </w:tcPr>
          <w:p w14:paraId="6BB0D9B5" w14:textId="77777777" w:rsidR="00D60D5E" w:rsidRDefault="00891EF0">
            <w:pPr>
              <w:spacing w:after="0" w:line="240" w:lineRule="auto"/>
              <w:jc w:val="center"/>
            </w:pPr>
            <w:r>
              <w:rPr>
                <w:rFonts w:eastAsia="Aptos"/>
                <w:b/>
                <w:sz w:val="17"/>
              </w:rPr>
              <w:t>12.89</w:t>
            </w:r>
          </w:p>
        </w:tc>
        <w:tc>
          <w:tcPr>
            <w:tcW w:w="540" w:type="dxa"/>
            <w:tcMar>
              <w:top w:w="28" w:type="dxa"/>
              <w:left w:w="38" w:type="dxa"/>
              <w:bottom w:w="28" w:type="dxa"/>
              <w:right w:w="38" w:type="dxa"/>
            </w:tcMar>
            <w:vAlign w:val="center"/>
          </w:tcPr>
          <w:p w14:paraId="7A9CD31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5AE734" w14:textId="77777777" w:rsidR="00D60D5E" w:rsidRDefault="00D60D5E">
            <w:pPr>
              <w:jc w:val="center"/>
            </w:pPr>
          </w:p>
        </w:tc>
      </w:tr>
      <w:tr w:rsidR="00D60D5E" w14:paraId="58217DDF" w14:textId="77777777" w:rsidTr="000617E0">
        <w:trPr>
          <w:cantSplit/>
          <w:jc w:val="center"/>
        </w:trPr>
        <w:tc>
          <w:tcPr>
            <w:tcW w:w="677" w:type="dxa"/>
            <w:tcMar>
              <w:top w:w="28" w:type="dxa"/>
              <w:left w:w="38" w:type="dxa"/>
              <w:bottom w:w="28" w:type="dxa"/>
              <w:right w:w="38" w:type="dxa"/>
            </w:tcMar>
            <w:vAlign w:val="center"/>
          </w:tcPr>
          <w:p w14:paraId="58181A92" w14:textId="77777777" w:rsidR="00D60D5E" w:rsidRDefault="00891EF0">
            <w:pPr>
              <w:spacing w:after="0" w:line="240" w:lineRule="auto"/>
              <w:jc w:val="center"/>
            </w:pPr>
            <w:r>
              <w:rPr>
                <w:rFonts w:eastAsia="Aptos"/>
                <w:color w:val="6A7075"/>
                <w:sz w:val="17"/>
              </w:rPr>
              <w:t>345-180</w:t>
            </w:r>
          </w:p>
        </w:tc>
        <w:tc>
          <w:tcPr>
            <w:tcW w:w="2648" w:type="dxa"/>
            <w:tcMar>
              <w:top w:w="28" w:type="dxa"/>
              <w:left w:w="38" w:type="dxa"/>
              <w:bottom w:w="28" w:type="dxa"/>
              <w:right w:w="38" w:type="dxa"/>
            </w:tcMar>
            <w:vAlign w:val="center"/>
          </w:tcPr>
          <w:p w14:paraId="2FC034E6" w14:textId="77777777" w:rsidR="00D60D5E" w:rsidRDefault="00891EF0">
            <w:pPr>
              <w:spacing w:after="0" w:line="240" w:lineRule="auto"/>
            </w:pPr>
            <w:r>
              <w:rPr>
                <w:rFonts w:eastAsia="Aptos"/>
                <w:sz w:val="17"/>
              </w:rPr>
              <w:t>Jordan Chardonnay (Cal-White)</w:t>
            </w:r>
          </w:p>
        </w:tc>
        <w:tc>
          <w:tcPr>
            <w:tcW w:w="630" w:type="dxa"/>
            <w:tcMar>
              <w:top w:w="28" w:type="dxa"/>
              <w:left w:w="38" w:type="dxa"/>
              <w:bottom w:w="28" w:type="dxa"/>
              <w:right w:w="38" w:type="dxa"/>
            </w:tcMar>
            <w:vAlign w:val="center"/>
          </w:tcPr>
          <w:p w14:paraId="7BBA1792" w14:textId="77777777" w:rsidR="00D60D5E" w:rsidRDefault="00891EF0">
            <w:pPr>
              <w:spacing w:after="0" w:line="240" w:lineRule="auto"/>
              <w:jc w:val="center"/>
            </w:pPr>
            <w:r>
              <w:rPr>
                <w:rFonts w:eastAsia="Aptos"/>
                <w:b/>
                <w:sz w:val="17"/>
              </w:rPr>
              <w:t>58.26</w:t>
            </w:r>
          </w:p>
        </w:tc>
        <w:tc>
          <w:tcPr>
            <w:tcW w:w="540" w:type="dxa"/>
            <w:tcMar>
              <w:top w:w="28" w:type="dxa"/>
              <w:left w:w="38" w:type="dxa"/>
              <w:bottom w:w="28" w:type="dxa"/>
              <w:right w:w="38" w:type="dxa"/>
            </w:tcMar>
            <w:vAlign w:val="center"/>
          </w:tcPr>
          <w:p w14:paraId="2D2728D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5669B1" w14:textId="77777777" w:rsidR="00D60D5E" w:rsidRDefault="00D60D5E">
            <w:pPr>
              <w:jc w:val="center"/>
            </w:pPr>
          </w:p>
        </w:tc>
      </w:tr>
      <w:tr w:rsidR="00D60D5E" w14:paraId="3C233985" w14:textId="77777777" w:rsidTr="000617E0">
        <w:trPr>
          <w:cantSplit/>
          <w:jc w:val="center"/>
        </w:trPr>
        <w:tc>
          <w:tcPr>
            <w:tcW w:w="677" w:type="dxa"/>
            <w:tcMar>
              <w:top w:w="28" w:type="dxa"/>
              <w:left w:w="38" w:type="dxa"/>
              <w:bottom w:w="28" w:type="dxa"/>
              <w:right w:w="38" w:type="dxa"/>
            </w:tcMar>
            <w:vAlign w:val="center"/>
          </w:tcPr>
          <w:p w14:paraId="17E6B44C" w14:textId="77777777" w:rsidR="00D60D5E" w:rsidRDefault="00891EF0">
            <w:pPr>
              <w:spacing w:after="0" w:line="240" w:lineRule="auto"/>
              <w:jc w:val="center"/>
            </w:pPr>
            <w:r>
              <w:rPr>
                <w:rFonts w:eastAsia="Aptos"/>
                <w:color w:val="6A7075"/>
                <w:sz w:val="17"/>
              </w:rPr>
              <w:t>345-185</w:t>
            </w:r>
          </w:p>
        </w:tc>
        <w:tc>
          <w:tcPr>
            <w:tcW w:w="2648" w:type="dxa"/>
            <w:tcMar>
              <w:top w:w="28" w:type="dxa"/>
              <w:left w:w="38" w:type="dxa"/>
              <w:bottom w:w="28" w:type="dxa"/>
              <w:right w:w="38" w:type="dxa"/>
            </w:tcMar>
            <w:vAlign w:val="center"/>
          </w:tcPr>
          <w:p w14:paraId="089F8AC0" w14:textId="77777777" w:rsidR="00D60D5E" w:rsidRDefault="00891EF0">
            <w:pPr>
              <w:spacing w:after="0" w:line="240" w:lineRule="auto"/>
            </w:pPr>
            <w:r>
              <w:rPr>
                <w:rFonts w:eastAsia="Aptos"/>
                <w:sz w:val="17"/>
              </w:rPr>
              <w:t>Ernest &amp; Julio Sauvignon Blanc 750 ml (Cal-white)</w:t>
            </w:r>
          </w:p>
        </w:tc>
        <w:tc>
          <w:tcPr>
            <w:tcW w:w="630" w:type="dxa"/>
            <w:tcMar>
              <w:top w:w="28" w:type="dxa"/>
              <w:left w:w="38" w:type="dxa"/>
              <w:bottom w:w="28" w:type="dxa"/>
              <w:right w:w="38" w:type="dxa"/>
            </w:tcMar>
            <w:vAlign w:val="center"/>
          </w:tcPr>
          <w:p w14:paraId="6B9A91A2" w14:textId="77777777" w:rsidR="00D60D5E" w:rsidRDefault="00891EF0">
            <w:pPr>
              <w:spacing w:after="0" w:line="240" w:lineRule="auto"/>
              <w:jc w:val="center"/>
            </w:pPr>
            <w:r>
              <w:rPr>
                <w:rFonts w:eastAsia="Aptos"/>
                <w:b/>
                <w:sz w:val="17"/>
              </w:rPr>
              <w:t>11.90</w:t>
            </w:r>
          </w:p>
        </w:tc>
        <w:tc>
          <w:tcPr>
            <w:tcW w:w="540" w:type="dxa"/>
            <w:tcMar>
              <w:top w:w="28" w:type="dxa"/>
              <w:left w:w="38" w:type="dxa"/>
              <w:bottom w:w="28" w:type="dxa"/>
              <w:right w:w="38" w:type="dxa"/>
            </w:tcMar>
            <w:vAlign w:val="center"/>
          </w:tcPr>
          <w:p w14:paraId="23D1E24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E34D8F" w14:textId="77777777" w:rsidR="00D60D5E" w:rsidRDefault="00D60D5E">
            <w:pPr>
              <w:jc w:val="center"/>
            </w:pPr>
          </w:p>
        </w:tc>
      </w:tr>
      <w:tr w:rsidR="00D60D5E" w14:paraId="2DFDACFE" w14:textId="77777777" w:rsidTr="000617E0">
        <w:trPr>
          <w:cantSplit/>
          <w:jc w:val="center"/>
        </w:trPr>
        <w:tc>
          <w:tcPr>
            <w:tcW w:w="677" w:type="dxa"/>
            <w:tcMar>
              <w:top w:w="28" w:type="dxa"/>
              <w:left w:w="38" w:type="dxa"/>
              <w:bottom w:w="28" w:type="dxa"/>
              <w:right w:w="38" w:type="dxa"/>
            </w:tcMar>
            <w:vAlign w:val="center"/>
          </w:tcPr>
          <w:p w14:paraId="2E62839A" w14:textId="77777777" w:rsidR="00D60D5E" w:rsidRDefault="00891EF0">
            <w:pPr>
              <w:spacing w:after="0" w:line="240" w:lineRule="auto"/>
              <w:jc w:val="center"/>
            </w:pPr>
            <w:r>
              <w:rPr>
                <w:rFonts w:eastAsia="Aptos"/>
                <w:color w:val="6A7075"/>
                <w:sz w:val="17"/>
              </w:rPr>
              <w:t>345-190</w:t>
            </w:r>
          </w:p>
        </w:tc>
        <w:tc>
          <w:tcPr>
            <w:tcW w:w="2648" w:type="dxa"/>
            <w:tcMar>
              <w:top w:w="28" w:type="dxa"/>
              <w:left w:w="38" w:type="dxa"/>
              <w:bottom w:w="28" w:type="dxa"/>
              <w:right w:w="38" w:type="dxa"/>
            </w:tcMar>
            <w:vAlign w:val="center"/>
          </w:tcPr>
          <w:p w14:paraId="145F6E16" w14:textId="77777777" w:rsidR="00D60D5E" w:rsidRDefault="00891EF0">
            <w:pPr>
              <w:spacing w:after="0" w:line="240" w:lineRule="auto"/>
            </w:pPr>
            <w:r>
              <w:rPr>
                <w:rFonts w:eastAsia="Aptos"/>
                <w:sz w:val="17"/>
              </w:rPr>
              <w:t>Mondavi Chardonnay Coastal (Cal-white)</w:t>
            </w:r>
          </w:p>
        </w:tc>
        <w:tc>
          <w:tcPr>
            <w:tcW w:w="630" w:type="dxa"/>
            <w:tcMar>
              <w:top w:w="28" w:type="dxa"/>
              <w:left w:w="38" w:type="dxa"/>
              <w:bottom w:w="28" w:type="dxa"/>
              <w:right w:w="38" w:type="dxa"/>
            </w:tcMar>
            <w:vAlign w:val="center"/>
          </w:tcPr>
          <w:p w14:paraId="2C0EEBE1" w14:textId="77777777" w:rsidR="00D60D5E" w:rsidRDefault="00891EF0">
            <w:pPr>
              <w:spacing w:after="0" w:line="240" w:lineRule="auto"/>
              <w:jc w:val="center"/>
            </w:pPr>
            <w:r>
              <w:rPr>
                <w:rFonts w:eastAsia="Aptos"/>
                <w:b/>
                <w:sz w:val="17"/>
              </w:rPr>
              <w:t>21.30</w:t>
            </w:r>
          </w:p>
        </w:tc>
        <w:tc>
          <w:tcPr>
            <w:tcW w:w="540" w:type="dxa"/>
            <w:tcMar>
              <w:top w:w="28" w:type="dxa"/>
              <w:left w:w="38" w:type="dxa"/>
              <w:bottom w:w="28" w:type="dxa"/>
              <w:right w:w="38" w:type="dxa"/>
            </w:tcMar>
            <w:vAlign w:val="center"/>
          </w:tcPr>
          <w:p w14:paraId="537BDED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1FEE16" w14:textId="77777777" w:rsidR="00D60D5E" w:rsidRDefault="00D60D5E">
            <w:pPr>
              <w:jc w:val="center"/>
            </w:pPr>
          </w:p>
        </w:tc>
      </w:tr>
      <w:tr w:rsidR="00D60D5E" w14:paraId="0A05D3D4" w14:textId="77777777" w:rsidTr="000617E0">
        <w:trPr>
          <w:cantSplit/>
          <w:jc w:val="center"/>
        </w:trPr>
        <w:tc>
          <w:tcPr>
            <w:tcW w:w="677" w:type="dxa"/>
            <w:tcMar>
              <w:top w:w="28" w:type="dxa"/>
              <w:left w:w="38" w:type="dxa"/>
              <w:bottom w:w="28" w:type="dxa"/>
              <w:right w:w="38" w:type="dxa"/>
            </w:tcMar>
            <w:vAlign w:val="center"/>
          </w:tcPr>
          <w:p w14:paraId="77E24E6F" w14:textId="77777777" w:rsidR="00D60D5E" w:rsidRDefault="00891EF0">
            <w:pPr>
              <w:spacing w:after="0" w:line="240" w:lineRule="auto"/>
              <w:jc w:val="center"/>
            </w:pPr>
            <w:r>
              <w:rPr>
                <w:rFonts w:eastAsia="Aptos"/>
                <w:color w:val="6A7075"/>
                <w:sz w:val="17"/>
              </w:rPr>
              <w:t>345-195</w:t>
            </w:r>
          </w:p>
        </w:tc>
        <w:tc>
          <w:tcPr>
            <w:tcW w:w="2648" w:type="dxa"/>
            <w:tcMar>
              <w:top w:w="28" w:type="dxa"/>
              <w:left w:w="38" w:type="dxa"/>
              <w:bottom w:w="28" w:type="dxa"/>
              <w:right w:w="38" w:type="dxa"/>
            </w:tcMar>
            <w:vAlign w:val="center"/>
          </w:tcPr>
          <w:p w14:paraId="3FE7E113" w14:textId="77777777" w:rsidR="00D60D5E" w:rsidRDefault="00891EF0">
            <w:pPr>
              <w:spacing w:after="0" w:line="240" w:lineRule="auto"/>
            </w:pPr>
            <w:r>
              <w:rPr>
                <w:rFonts w:eastAsia="Aptos"/>
                <w:sz w:val="17"/>
              </w:rPr>
              <w:t>Mondavi Sauvignon Coastal (Cal-White)</w:t>
            </w:r>
          </w:p>
        </w:tc>
        <w:tc>
          <w:tcPr>
            <w:tcW w:w="630" w:type="dxa"/>
            <w:tcMar>
              <w:top w:w="28" w:type="dxa"/>
              <w:left w:w="38" w:type="dxa"/>
              <w:bottom w:w="28" w:type="dxa"/>
              <w:right w:w="38" w:type="dxa"/>
            </w:tcMar>
            <w:vAlign w:val="center"/>
          </w:tcPr>
          <w:p w14:paraId="3DB26D58" w14:textId="77777777" w:rsidR="00D60D5E" w:rsidRDefault="00891EF0">
            <w:pPr>
              <w:spacing w:after="0" w:line="240" w:lineRule="auto"/>
              <w:jc w:val="center"/>
            </w:pPr>
            <w:r>
              <w:rPr>
                <w:rFonts w:eastAsia="Aptos"/>
                <w:b/>
                <w:sz w:val="17"/>
              </w:rPr>
              <w:t>21.89</w:t>
            </w:r>
          </w:p>
        </w:tc>
        <w:tc>
          <w:tcPr>
            <w:tcW w:w="540" w:type="dxa"/>
            <w:tcMar>
              <w:top w:w="28" w:type="dxa"/>
              <w:left w:w="38" w:type="dxa"/>
              <w:bottom w:w="28" w:type="dxa"/>
              <w:right w:w="38" w:type="dxa"/>
            </w:tcMar>
            <w:vAlign w:val="center"/>
          </w:tcPr>
          <w:p w14:paraId="0119A1D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F62528D" w14:textId="77777777" w:rsidR="00D60D5E" w:rsidRDefault="00D60D5E">
            <w:pPr>
              <w:jc w:val="center"/>
            </w:pPr>
          </w:p>
        </w:tc>
      </w:tr>
      <w:tr w:rsidR="00D60D5E" w14:paraId="73E621EB" w14:textId="77777777" w:rsidTr="000617E0">
        <w:trPr>
          <w:cantSplit/>
          <w:jc w:val="center"/>
        </w:trPr>
        <w:tc>
          <w:tcPr>
            <w:tcW w:w="677" w:type="dxa"/>
            <w:tcMar>
              <w:top w:w="28" w:type="dxa"/>
              <w:left w:w="38" w:type="dxa"/>
              <w:bottom w:w="28" w:type="dxa"/>
              <w:right w:w="38" w:type="dxa"/>
            </w:tcMar>
            <w:vAlign w:val="center"/>
          </w:tcPr>
          <w:p w14:paraId="1C9C1A79" w14:textId="77777777" w:rsidR="00D60D5E" w:rsidRDefault="00891EF0">
            <w:pPr>
              <w:spacing w:after="0" w:line="240" w:lineRule="auto"/>
              <w:jc w:val="center"/>
            </w:pPr>
            <w:r>
              <w:rPr>
                <w:rFonts w:eastAsia="Aptos"/>
                <w:color w:val="6A7075"/>
                <w:sz w:val="17"/>
              </w:rPr>
              <w:t>345-200</w:t>
            </w:r>
          </w:p>
        </w:tc>
        <w:tc>
          <w:tcPr>
            <w:tcW w:w="2648" w:type="dxa"/>
            <w:tcMar>
              <w:top w:w="28" w:type="dxa"/>
              <w:left w:w="38" w:type="dxa"/>
              <w:bottom w:w="28" w:type="dxa"/>
              <w:right w:w="38" w:type="dxa"/>
            </w:tcMar>
            <w:vAlign w:val="center"/>
          </w:tcPr>
          <w:p w14:paraId="2BB05F1D" w14:textId="77777777" w:rsidR="00D60D5E" w:rsidRDefault="00891EF0">
            <w:pPr>
              <w:spacing w:after="0" w:line="240" w:lineRule="auto"/>
            </w:pPr>
            <w:r>
              <w:rPr>
                <w:rFonts w:eastAsia="Aptos"/>
                <w:sz w:val="17"/>
              </w:rPr>
              <w:t>Beringer Chardonnay (Cal-white) (S)</w:t>
            </w:r>
          </w:p>
        </w:tc>
        <w:tc>
          <w:tcPr>
            <w:tcW w:w="630" w:type="dxa"/>
            <w:tcMar>
              <w:top w:w="28" w:type="dxa"/>
              <w:left w:w="38" w:type="dxa"/>
              <w:bottom w:w="28" w:type="dxa"/>
              <w:right w:w="38" w:type="dxa"/>
            </w:tcMar>
            <w:vAlign w:val="center"/>
          </w:tcPr>
          <w:p w14:paraId="283D9622" w14:textId="77777777" w:rsidR="00D60D5E" w:rsidRDefault="00891EF0">
            <w:pPr>
              <w:spacing w:after="0" w:line="240" w:lineRule="auto"/>
              <w:jc w:val="center"/>
            </w:pPr>
            <w:r>
              <w:rPr>
                <w:rFonts w:eastAsia="Aptos"/>
                <w:b/>
                <w:sz w:val="17"/>
              </w:rPr>
              <w:t>25.80</w:t>
            </w:r>
          </w:p>
        </w:tc>
        <w:tc>
          <w:tcPr>
            <w:tcW w:w="540" w:type="dxa"/>
            <w:tcMar>
              <w:top w:w="28" w:type="dxa"/>
              <w:left w:w="38" w:type="dxa"/>
              <w:bottom w:w="28" w:type="dxa"/>
              <w:right w:w="38" w:type="dxa"/>
            </w:tcMar>
            <w:vAlign w:val="center"/>
          </w:tcPr>
          <w:p w14:paraId="5DB54B7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1D58D8" w14:textId="77777777" w:rsidR="00D60D5E" w:rsidRDefault="00D60D5E">
            <w:pPr>
              <w:jc w:val="center"/>
            </w:pPr>
          </w:p>
        </w:tc>
      </w:tr>
      <w:tr w:rsidR="00D60D5E" w14:paraId="4F4D60EA" w14:textId="77777777" w:rsidTr="000617E0">
        <w:trPr>
          <w:cantSplit/>
          <w:jc w:val="center"/>
        </w:trPr>
        <w:tc>
          <w:tcPr>
            <w:tcW w:w="677" w:type="dxa"/>
            <w:tcMar>
              <w:top w:w="28" w:type="dxa"/>
              <w:left w:w="38" w:type="dxa"/>
              <w:bottom w:w="28" w:type="dxa"/>
              <w:right w:w="38" w:type="dxa"/>
            </w:tcMar>
            <w:vAlign w:val="center"/>
          </w:tcPr>
          <w:p w14:paraId="5EB03133" w14:textId="77777777" w:rsidR="00D60D5E" w:rsidRDefault="00891EF0">
            <w:pPr>
              <w:spacing w:after="0" w:line="240" w:lineRule="auto"/>
              <w:jc w:val="center"/>
            </w:pPr>
            <w:r>
              <w:rPr>
                <w:rFonts w:eastAsia="Aptos"/>
                <w:color w:val="6A7075"/>
                <w:sz w:val="17"/>
              </w:rPr>
              <w:t>345-205</w:t>
            </w:r>
          </w:p>
        </w:tc>
        <w:tc>
          <w:tcPr>
            <w:tcW w:w="2648" w:type="dxa"/>
            <w:tcMar>
              <w:top w:w="28" w:type="dxa"/>
              <w:left w:w="38" w:type="dxa"/>
              <w:bottom w:w="28" w:type="dxa"/>
              <w:right w:w="38" w:type="dxa"/>
            </w:tcMar>
            <w:vAlign w:val="center"/>
          </w:tcPr>
          <w:p w14:paraId="285C630C" w14:textId="77777777" w:rsidR="00D60D5E" w:rsidRDefault="00891EF0">
            <w:pPr>
              <w:spacing w:after="0" w:line="240" w:lineRule="auto"/>
            </w:pPr>
            <w:r>
              <w:rPr>
                <w:rFonts w:eastAsia="Aptos"/>
                <w:sz w:val="17"/>
              </w:rPr>
              <w:t>Middle Sister Chardonnay 750 ml</w:t>
            </w:r>
          </w:p>
        </w:tc>
        <w:tc>
          <w:tcPr>
            <w:tcW w:w="630" w:type="dxa"/>
            <w:tcMar>
              <w:top w:w="28" w:type="dxa"/>
              <w:left w:w="38" w:type="dxa"/>
              <w:bottom w:w="28" w:type="dxa"/>
              <w:right w:w="38" w:type="dxa"/>
            </w:tcMar>
            <w:vAlign w:val="center"/>
          </w:tcPr>
          <w:p w14:paraId="7B507DF3" w14:textId="77777777" w:rsidR="00D60D5E" w:rsidRDefault="00891EF0">
            <w:pPr>
              <w:spacing w:after="0" w:line="240" w:lineRule="auto"/>
              <w:jc w:val="center"/>
            </w:pPr>
            <w:r>
              <w:rPr>
                <w:rFonts w:eastAsia="Aptos"/>
                <w:b/>
                <w:sz w:val="17"/>
              </w:rPr>
              <w:t>19.55</w:t>
            </w:r>
          </w:p>
        </w:tc>
        <w:tc>
          <w:tcPr>
            <w:tcW w:w="540" w:type="dxa"/>
            <w:tcMar>
              <w:top w:w="28" w:type="dxa"/>
              <w:left w:w="38" w:type="dxa"/>
              <w:bottom w:w="28" w:type="dxa"/>
              <w:right w:w="38" w:type="dxa"/>
            </w:tcMar>
            <w:vAlign w:val="center"/>
          </w:tcPr>
          <w:p w14:paraId="59FCD52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3892496" w14:textId="77777777" w:rsidR="00D60D5E" w:rsidRDefault="00D60D5E">
            <w:pPr>
              <w:jc w:val="center"/>
            </w:pPr>
          </w:p>
        </w:tc>
      </w:tr>
      <w:tr w:rsidR="00D60D5E" w14:paraId="2649F942" w14:textId="77777777" w:rsidTr="000617E0">
        <w:trPr>
          <w:cantSplit/>
          <w:jc w:val="center"/>
        </w:trPr>
        <w:tc>
          <w:tcPr>
            <w:tcW w:w="677" w:type="dxa"/>
            <w:tcMar>
              <w:top w:w="28" w:type="dxa"/>
              <w:left w:w="38" w:type="dxa"/>
              <w:bottom w:w="28" w:type="dxa"/>
              <w:right w:w="38" w:type="dxa"/>
            </w:tcMar>
            <w:vAlign w:val="center"/>
          </w:tcPr>
          <w:p w14:paraId="668BC35A" w14:textId="77777777" w:rsidR="00D60D5E" w:rsidRDefault="00891EF0">
            <w:pPr>
              <w:spacing w:after="0" w:line="240" w:lineRule="auto"/>
              <w:jc w:val="center"/>
            </w:pPr>
            <w:r>
              <w:rPr>
                <w:rFonts w:eastAsia="Aptos"/>
                <w:color w:val="6A7075"/>
                <w:sz w:val="17"/>
              </w:rPr>
              <w:t>345-210</w:t>
            </w:r>
          </w:p>
        </w:tc>
        <w:tc>
          <w:tcPr>
            <w:tcW w:w="2648" w:type="dxa"/>
            <w:tcMar>
              <w:top w:w="28" w:type="dxa"/>
              <w:left w:w="38" w:type="dxa"/>
              <w:bottom w:w="28" w:type="dxa"/>
              <w:right w:w="38" w:type="dxa"/>
            </w:tcMar>
            <w:vAlign w:val="center"/>
          </w:tcPr>
          <w:p w14:paraId="1AD24570" w14:textId="77777777" w:rsidR="00D60D5E" w:rsidRDefault="00891EF0">
            <w:pPr>
              <w:spacing w:after="0" w:line="240" w:lineRule="auto"/>
            </w:pPr>
            <w:r>
              <w:rPr>
                <w:rFonts w:eastAsia="Aptos"/>
                <w:sz w:val="17"/>
              </w:rPr>
              <w:t>Kendal Jackson Merlot (cal-red)</w:t>
            </w:r>
          </w:p>
        </w:tc>
        <w:tc>
          <w:tcPr>
            <w:tcW w:w="630" w:type="dxa"/>
            <w:tcMar>
              <w:top w:w="28" w:type="dxa"/>
              <w:left w:w="38" w:type="dxa"/>
              <w:bottom w:w="28" w:type="dxa"/>
              <w:right w:w="38" w:type="dxa"/>
            </w:tcMar>
            <w:vAlign w:val="center"/>
          </w:tcPr>
          <w:p w14:paraId="0FBEA931" w14:textId="77777777" w:rsidR="00D60D5E" w:rsidRDefault="00891EF0">
            <w:pPr>
              <w:spacing w:after="0" w:line="240" w:lineRule="auto"/>
              <w:jc w:val="center"/>
            </w:pPr>
            <w:r>
              <w:rPr>
                <w:rFonts w:eastAsia="Aptos"/>
                <w:b/>
                <w:sz w:val="17"/>
              </w:rPr>
              <w:t>37.89</w:t>
            </w:r>
          </w:p>
        </w:tc>
        <w:tc>
          <w:tcPr>
            <w:tcW w:w="540" w:type="dxa"/>
            <w:tcMar>
              <w:top w:w="28" w:type="dxa"/>
              <w:left w:w="38" w:type="dxa"/>
              <w:bottom w:w="28" w:type="dxa"/>
              <w:right w:w="38" w:type="dxa"/>
            </w:tcMar>
            <w:vAlign w:val="center"/>
          </w:tcPr>
          <w:p w14:paraId="206D659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DE17F6" w14:textId="77777777" w:rsidR="00D60D5E" w:rsidRDefault="00D60D5E">
            <w:pPr>
              <w:jc w:val="center"/>
            </w:pPr>
          </w:p>
        </w:tc>
      </w:tr>
      <w:tr w:rsidR="00D60D5E" w14:paraId="2F64EBFD" w14:textId="77777777" w:rsidTr="000617E0">
        <w:trPr>
          <w:cantSplit/>
          <w:jc w:val="center"/>
        </w:trPr>
        <w:tc>
          <w:tcPr>
            <w:tcW w:w="677" w:type="dxa"/>
            <w:tcMar>
              <w:top w:w="28" w:type="dxa"/>
              <w:left w:w="38" w:type="dxa"/>
              <w:bottom w:w="28" w:type="dxa"/>
              <w:right w:w="38" w:type="dxa"/>
            </w:tcMar>
            <w:vAlign w:val="center"/>
          </w:tcPr>
          <w:p w14:paraId="7EEC17FD" w14:textId="77777777" w:rsidR="00D60D5E" w:rsidRDefault="00891EF0">
            <w:pPr>
              <w:spacing w:after="0" w:line="240" w:lineRule="auto"/>
              <w:jc w:val="center"/>
            </w:pPr>
            <w:r>
              <w:rPr>
                <w:rFonts w:eastAsia="Aptos"/>
                <w:color w:val="6A7075"/>
                <w:sz w:val="17"/>
              </w:rPr>
              <w:t>345-215</w:t>
            </w:r>
          </w:p>
        </w:tc>
        <w:tc>
          <w:tcPr>
            <w:tcW w:w="2648" w:type="dxa"/>
            <w:tcMar>
              <w:top w:w="28" w:type="dxa"/>
              <w:left w:w="38" w:type="dxa"/>
              <w:bottom w:w="28" w:type="dxa"/>
              <w:right w:w="38" w:type="dxa"/>
            </w:tcMar>
            <w:vAlign w:val="center"/>
          </w:tcPr>
          <w:p w14:paraId="42613BE5" w14:textId="77777777" w:rsidR="00D60D5E" w:rsidRDefault="00891EF0">
            <w:pPr>
              <w:spacing w:after="0" w:line="240" w:lineRule="auto"/>
            </w:pPr>
            <w:r>
              <w:rPr>
                <w:rFonts w:eastAsia="Aptos"/>
                <w:sz w:val="17"/>
              </w:rPr>
              <w:t>Kendal Jackson Cabernet Sauvignon (cal-red)</w:t>
            </w:r>
          </w:p>
        </w:tc>
        <w:tc>
          <w:tcPr>
            <w:tcW w:w="630" w:type="dxa"/>
            <w:tcMar>
              <w:top w:w="28" w:type="dxa"/>
              <w:left w:w="38" w:type="dxa"/>
              <w:bottom w:w="28" w:type="dxa"/>
              <w:right w:w="38" w:type="dxa"/>
            </w:tcMar>
            <w:vAlign w:val="center"/>
          </w:tcPr>
          <w:p w14:paraId="2743AB1E" w14:textId="77777777" w:rsidR="00D60D5E" w:rsidRDefault="00891EF0">
            <w:pPr>
              <w:spacing w:after="0" w:line="240" w:lineRule="auto"/>
              <w:jc w:val="center"/>
            </w:pPr>
            <w:r>
              <w:rPr>
                <w:rFonts w:eastAsia="Aptos"/>
                <w:b/>
                <w:sz w:val="17"/>
              </w:rPr>
              <w:t>38.67</w:t>
            </w:r>
          </w:p>
        </w:tc>
        <w:tc>
          <w:tcPr>
            <w:tcW w:w="540" w:type="dxa"/>
            <w:tcMar>
              <w:top w:w="28" w:type="dxa"/>
              <w:left w:w="38" w:type="dxa"/>
              <w:bottom w:w="28" w:type="dxa"/>
              <w:right w:w="38" w:type="dxa"/>
            </w:tcMar>
            <w:vAlign w:val="center"/>
          </w:tcPr>
          <w:p w14:paraId="6A08591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D4EB43A" w14:textId="77777777" w:rsidR="00D60D5E" w:rsidRDefault="00D60D5E">
            <w:pPr>
              <w:jc w:val="center"/>
            </w:pPr>
          </w:p>
        </w:tc>
      </w:tr>
      <w:tr w:rsidR="00D60D5E" w14:paraId="59AF66F9" w14:textId="77777777" w:rsidTr="000617E0">
        <w:trPr>
          <w:cantSplit/>
          <w:jc w:val="center"/>
        </w:trPr>
        <w:tc>
          <w:tcPr>
            <w:tcW w:w="677" w:type="dxa"/>
            <w:tcMar>
              <w:top w:w="28" w:type="dxa"/>
              <w:left w:w="38" w:type="dxa"/>
              <w:bottom w:w="28" w:type="dxa"/>
              <w:right w:w="38" w:type="dxa"/>
            </w:tcMar>
            <w:vAlign w:val="center"/>
          </w:tcPr>
          <w:p w14:paraId="4DBE175C" w14:textId="77777777" w:rsidR="00D60D5E" w:rsidRDefault="00891EF0">
            <w:pPr>
              <w:spacing w:after="0" w:line="240" w:lineRule="auto"/>
              <w:jc w:val="center"/>
            </w:pPr>
            <w:r>
              <w:rPr>
                <w:rFonts w:eastAsia="Aptos"/>
                <w:color w:val="6A7075"/>
                <w:sz w:val="17"/>
              </w:rPr>
              <w:t>345-220</w:t>
            </w:r>
          </w:p>
        </w:tc>
        <w:tc>
          <w:tcPr>
            <w:tcW w:w="2648" w:type="dxa"/>
            <w:tcMar>
              <w:top w:w="28" w:type="dxa"/>
              <w:left w:w="38" w:type="dxa"/>
              <w:bottom w:w="28" w:type="dxa"/>
              <w:right w:w="38" w:type="dxa"/>
            </w:tcMar>
            <w:vAlign w:val="center"/>
          </w:tcPr>
          <w:p w14:paraId="10930515" w14:textId="77777777" w:rsidR="00D60D5E" w:rsidRDefault="00891EF0">
            <w:pPr>
              <w:spacing w:after="0" w:line="240" w:lineRule="auto"/>
            </w:pPr>
            <w:r>
              <w:rPr>
                <w:rFonts w:eastAsia="Aptos"/>
                <w:sz w:val="17"/>
              </w:rPr>
              <w:t>Sutter Home Merlot (cal-red)</w:t>
            </w:r>
          </w:p>
        </w:tc>
        <w:tc>
          <w:tcPr>
            <w:tcW w:w="630" w:type="dxa"/>
            <w:tcMar>
              <w:top w:w="28" w:type="dxa"/>
              <w:left w:w="38" w:type="dxa"/>
              <w:bottom w:w="28" w:type="dxa"/>
              <w:right w:w="38" w:type="dxa"/>
            </w:tcMar>
            <w:vAlign w:val="center"/>
          </w:tcPr>
          <w:p w14:paraId="7336B63D" w14:textId="77777777" w:rsidR="00D60D5E" w:rsidRDefault="00891EF0">
            <w:pPr>
              <w:spacing w:after="0" w:line="240" w:lineRule="auto"/>
              <w:jc w:val="center"/>
            </w:pPr>
            <w:r>
              <w:rPr>
                <w:rFonts w:eastAsia="Aptos"/>
                <w:b/>
                <w:sz w:val="17"/>
              </w:rPr>
              <w:t>19.99</w:t>
            </w:r>
          </w:p>
        </w:tc>
        <w:tc>
          <w:tcPr>
            <w:tcW w:w="540" w:type="dxa"/>
            <w:tcMar>
              <w:top w:w="28" w:type="dxa"/>
              <w:left w:w="38" w:type="dxa"/>
              <w:bottom w:w="28" w:type="dxa"/>
              <w:right w:w="38" w:type="dxa"/>
            </w:tcMar>
            <w:vAlign w:val="center"/>
          </w:tcPr>
          <w:p w14:paraId="14FA4A8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10A0D5C" w14:textId="77777777" w:rsidR="00D60D5E" w:rsidRDefault="00D60D5E">
            <w:pPr>
              <w:jc w:val="center"/>
            </w:pPr>
          </w:p>
        </w:tc>
      </w:tr>
      <w:tr w:rsidR="00D60D5E" w14:paraId="6A963AC4" w14:textId="77777777" w:rsidTr="000617E0">
        <w:trPr>
          <w:cantSplit/>
          <w:jc w:val="center"/>
        </w:trPr>
        <w:tc>
          <w:tcPr>
            <w:tcW w:w="677" w:type="dxa"/>
            <w:tcMar>
              <w:top w:w="28" w:type="dxa"/>
              <w:left w:w="38" w:type="dxa"/>
              <w:bottom w:w="28" w:type="dxa"/>
              <w:right w:w="38" w:type="dxa"/>
            </w:tcMar>
            <w:vAlign w:val="center"/>
          </w:tcPr>
          <w:p w14:paraId="390E5585" w14:textId="77777777" w:rsidR="00D60D5E" w:rsidRDefault="00891EF0">
            <w:pPr>
              <w:spacing w:after="0" w:line="240" w:lineRule="auto"/>
              <w:jc w:val="center"/>
            </w:pPr>
            <w:r>
              <w:rPr>
                <w:rFonts w:eastAsia="Aptos"/>
                <w:color w:val="6A7075"/>
                <w:sz w:val="17"/>
              </w:rPr>
              <w:t>345-225</w:t>
            </w:r>
          </w:p>
        </w:tc>
        <w:tc>
          <w:tcPr>
            <w:tcW w:w="2648" w:type="dxa"/>
            <w:tcMar>
              <w:top w:w="28" w:type="dxa"/>
              <w:left w:w="38" w:type="dxa"/>
              <w:bottom w:w="28" w:type="dxa"/>
              <w:right w:w="38" w:type="dxa"/>
            </w:tcMar>
            <w:vAlign w:val="center"/>
          </w:tcPr>
          <w:p w14:paraId="75F39AD7" w14:textId="77777777" w:rsidR="00D60D5E" w:rsidRDefault="00891EF0">
            <w:pPr>
              <w:spacing w:after="0" w:line="240" w:lineRule="auto"/>
            </w:pPr>
            <w:r>
              <w:rPr>
                <w:rFonts w:eastAsia="Aptos"/>
                <w:sz w:val="17"/>
              </w:rPr>
              <w:t>Sutter Home Cabernet Sauvignon (cal-red)</w:t>
            </w:r>
          </w:p>
        </w:tc>
        <w:tc>
          <w:tcPr>
            <w:tcW w:w="630" w:type="dxa"/>
            <w:tcMar>
              <w:top w:w="28" w:type="dxa"/>
              <w:left w:w="38" w:type="dxa"/>
              <w:bottom w:w="28" w:type="dxa"/>
              <w:right w:w="38" w:type="dxa"/>
            </w:tcMar>
            <w:vAlign w:val="center"/>
          </w:tcPr>
          <w:p w14:paraId="1D882DE8" w14:textId="77777777" w:rsidR="00D60D5E" w:rsidRDefault="00891EF0">
            <w:pPr>
              <w:spacing w:after="0" w:line="240" w:lineRule="auto"/>
              <w:jc w:val="center"/>
            </w:pPr>
            <w:r>
              <w:rPr>
                <w:rFonts w:eastAsia="Aptos"/>
                <w:b/>
                <w:sz w:val="17"/>
              </w:rPr>
              <w:t>13.55</w:t>
            </w:r>
          </w:p>
        </w:tc>
        <w:tc>
          <w:tcPr>
            <w:tcW w:w="540" w:type="dxa"/>
            <w:tcMar>
              <w:top w:w="28" w:type="dxa"/>
              <w:left w:w="38" w:type="dxa"/>
              <w:bottom w:w="28" w:type="dxa"/>
              <w:right w:w="38" w:type="dxa"/>
            </w:tcMar>
            <w:vAlign w:val="center"/>
          </w:tcPr>
          <w:p w14:paraId="0C55E43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21D286" w14:textId="77777777" w:rsidR="00D60D5E" w:rsidRDefault="00D60D5E">
            <w:pPr>
              <w:jc w:val="center"/>
            </w:pPr>
          </w:p>
        </w:tc>
      </w:tr>
      <w:tr w:rsidR="00D60D5E" w14:paraId="67F501BC" w14:textId="77777777" w:rsidTr="000617E0">
        <w:trPr>
          <w:cantSplit/>
          <w:jc w:val="center"/>
        </w:trPr>
        <w:tc>
          <w:tcPr>
            <w:tcW w:w="677" w:type="dxa"/>
            <w:tcMar>
              <w:top w:w="28" w:type="dxa"/>
              <w:left w:w="38" w:type="dxa"/>
              <w:bottom w:w="28" w:type="dxa"/>
              <w:right w:w="38" w:type="dxa"/>
            </w:tcMar>
            <w:vAlign w:val="center"/>
          </w:tcPr>
          <w:p w14:paraId="2059541C" w14:textId="77777777" w:rsidR="00D60D5E" w:rsidRDefault="00891EF0">
            <w:pPr>
              <w:spacing w:after="0" w:line="240" w:lineRule="auto"/>
              <w:jc w:val="center"/>
            </w:pPr>
            <w:r>
              <w:rPr>
                <w:rFonts w:eastAsia="Aptos"/>
                <w:color w:val="6A7075"/>
                <w:sz w:val="17"/>
              </w:rPr>
              <w:t>345-230</w:t>
            </w:r>
          </w:p>
        </w:tc>
        <w:tc>
          <w:tcPr>
            <w:tcW w:w="2648" w:type="dxa"/>
            <w:tcMar>
              <w:top w:w="28" w:type="dxa"/>
              <w:left w:w="38" w:type="dxa"/>
              <w:bottom w:w="28" w:type="dxa"/>
              <w:right w:w="38" w:type="dxa"/>
            </w:tcMar>
            <w:vAlign w:val="center"/>
          </w:tcPr>
          <w:p w14:paraId="1DFC8706" w14:textId="77777777" w:rsidR="00D60D5E" w:rsidRDefault="00891EF0">
            <w:pPr>
              <w:spacing w:after="0" w:line="240" w:lineRule="auto"/>
            </w:pPr>
            <w:r>
              <w:rPr>
                <w:rFonts w:eastAsia="Aptos"/>
                <w:sz w:val="17"/>
              </w:rPr>
              <w:t>Beringer Pinot Noir (cal-red)</w:t>
            </w:r>
          </w:p>
        </w:tc>
        <w:tc>
          <w:tcPr>
            <w:tcW w:w="630" w:type="dxa"/>
            <w:tcMar>
              <w:top w:w="28" w:type="dxa"/>
              <w:left w:w="38" w:type="dxa"/>
              <w:bottom w:w="28" w:type="dxa"/>
              <w:right w:w="38" w:type="dxa"/>
            </w:tcMar>
            <w:vAlign w:val="center"/>
          </w:tcPr>
          <w:p w14:paraId="7BD4A447" w14:textId="77777777" w:rsidR="00D60D5E" w:rsidRDefault="00891EF0">
            <w:pPr>
              <w:spacing w:after="0" w:line="240" w:lineRule="auto"/>
              <w:jc w:val="center"/>
            </w:pPr>
            <w:r>
              <w:rPr>
                <w:rFonts w:eastAsia="Aptos"/>
                <w:b/>
                <w:sz w:val="17"/>
              </w:rPr>
              <w:t>20.99</w:t>
            </w:r>
          </w:p>
        </w:tc>
        <w:tc>
          <w:tcPr>
            <w:tcW w:w="540" w:type="dxa"/>
            <w:tcMar>
              <w:top w:w="28" w:type="dxa"/>
              <w:left w:w="38" w:type="dxa"/>
              <w:bottom w:w="28" w:type="dxa"/>
              <w:right w:w="38" w:type="dxa"/>
            </w:tcMar>
            <w:vAlign w:val="center"/>
          </w:tcPr>
          <w:p w14:paraId="27AF335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51CB68" w14:textId="77777777" w:rsidR="00D60D5E" w:rsidRDefault="00D60D5E">
            <w:pPr>
              <w:jc w:val="center"/>
            </w:pPr>
          </w:p>
        </w:tc>
      </w:tr>
      <w:tr w:rsidR="00D60D5E" w14:paraId="77B32940" w14:textId="77777777" w:rsidTr="000617E0">
        <w:trPr>
          <w:cantSplit/>
          <w:jc w:val="center"/>
        </w:trPr>
        <w:tc>
          <w:tcPr>
            <w:tcW w:w="677" w:type="dxa"/>
            <w:tcMar>
              <w:top w:w="28" w:type="dxa"/>
              <w:left w:w="38" w:type="dxa"/>
              <w:bottom w:w="28" w:type="dxa"/>
              <w:right w:w="38" w:type="dxa"/>
            </w:tcMar>
            <w:vAlign w:val="center"/>
          </w:tcPr>
          <w:p w14:paraId="3D5088E6" w14:textId="77777777" w:rsidR="00D60D5E" w:rsidRDefault="00891EF0">
            <w:pPr>
              <w:spacing w:after="0" w:line="240" w:lineRule="auto"/>
              <w:jc w:val="center"/>
            </w:pPr>
            <w:r>
              <w:rPr>
                <w:rFonts w:eastAsia="Aptos"/>
                <w:color w:val="6A7075"/>
                <w:sz w:val="17"/>
              </w:rPr>
              <w:t>345-235</w:t>
            </w:r>
          </w:p>
        </w:tc>
        <w:tc>
          <w:tcPr>
            <w:tcW w:w="2648" w:type="dxa"/>
            <w:tcMar>
              <w:top w:w="28" w:type="dxa"/>
              <w:left w:w="38" w:type="dxa"/>
              <w:bottom w:w="28" w:type="dxa"/>
              <w:right w:w="38" w:type="dxa"/>
            </w:tcMar>
            <w:vAlign w:val="center"/>
          </w:tcPr>
          <w:p w14:paraId="55A0C635" w14:textId="77777777" w:rsidR="00D60D5E" w:rsidRDefault="00891EF0">
            <w:pPr>
              <w:spacing w:after="0" w:line="240" w:lineRule="auto"/>
            </w:pPr>
            <w:r>
              <w:rPr>
                <w:rFonts w:eastAsia="Aptos"/>
                <w:sz w:val="17"/>
              </w:rPr>
              <w:t>Mondavi Merlot Prvt. Selection (cal-red)</w:t>
            </w:r>
          </w:p>
        </w:tc>
        <w:tc>
          <w:tcPr>
            <w:tcW w:w="630" w:type="dxa"/>
            <w:tcMar>
              <w:top w:w="28" w:type="dxa"/>
              <w:left w:w="38" w:type="dxa"/>
              <w:bottom w:w="28" w:type="dxa"/>
              <w:right w:w="38" w:type="dxa"/>
            </w:tcMar>
            <w:vAlign w:val="center"/>
          </w:tcPr>
          <w:p w14:paraId="13E0B340" w14:textId="77777777" w:rsidR="00D60D5E" w:rsidRDefault="00891EF0">
            <w:pPr>
              <w:spacing w:after="0" w:line="240" w:lineRule="auto"/>
              <w:jc w:val="center"/>
            </w:pPr>
            <w:r>
              <w:rPr>
                <w:rFonts w:eastAsia="Aptos"/>
                <w:b/>
                <w:sz w:val="17"/>
              </w:rPr>
              <w:t>24.45</w:t>
            </w:r>
          </w:p>
        </w:tc>
        <w:tc>
          <w:tcPr>
            <w:tcW w:w="540" w:type="dxa"/>
            <w:tcMar>
              <w:top w:w="28" w:type="dxa"/>
              <w:left w:w="38" w:type="dxa"/>
              <w:bottom w:w="28" w:type="dxa"/>
              <w:right w:w="38" w:type="dxa"/>
            </w:tcMar>
            <w:vAlign w:val="center"/>
          </w:tcPr>
          <w:p w14:paraId="2E49697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60553F" w14:textId="77777777" w:rsidR="00D60D5E" w:rsidRDefault="00D60D5E">
            <w:pPr>
              <w:jc w:val="center"/>
            </w:pPr>
          </w:p>
        </w:tc>
      </w:tr>
      <w:tr w:rsidR="00D60D5E" w14:paraId="08725F8E" w14:textId="77777777" w:rsidTr="000617E0">
        <w:trPr>
          <w:cantSplit/>
          <w:jc w:val="center"/>
        </w:trPr>
        <w:tc>
          <w:tcPr>
            <w:tcW w:w="677" w:type="dxa"/>
            <w:tcMar>
              <w:top w:w="28" w:type="dxa"/>
              <w:left w:w="38" w:type="dxa"/>
              <w:bottom w:w="28" w:type="dxa"/>
              <w:right w:w="38" w:type="dxa"/>
            </w:tcMar>
            <w:vAlign w:val="center"/>
          </w:tcPr>
          <w:p w14:paraId="2F427483" w14:textId="77777777" w:rsidR="00D60D5E" w:rsidRDefault="00891EF0">
            <w:pPr>
              <w:spacing w:after="0" w:line="240" w:lineRule="auto"/>
              <w:jc w:val="center"/>
            </w:pPr>
            <w:r>
              <w:rPr>
                <w:rFonts w:eastAsia="Aptos"/>
                <w:color w:val="6A7075"/>
                <w:sz w:val="17"/>
              </w:rPr>
              <w:t>345-240</w:t>
            </w:r>
          </w:p>
        </w:tc>
        <w:tc>
          <w:tcPr>
            <w:tcW w:w="2648" w:type="dxa"/>
            <w:tcMar>
              <w:top w:w="28" w:type="dxa"/>
              <w:left w:w="38" w:type="dxa"/>
              <w:bottom w:w="28" w:type="dxa"/>
              <w:right w:w="38" w:type="dxa"/>
            </w:tcMar>
            <w:vAlign w:val="center"/>
          </w:tcPr>
          <w:p w14:paraId="237C8D99" w14:textId="77777777" w:rsidR="00D60D5E" w:rsidRDefault="00891EF0">
            <w:pPr>
              <w:spacing w:after="0" w:line="240" w:lineRule="auto"/>
            </w:pPr>
            <w:r>
              <w:rPr>
                <w:rFonts w:eastAsia="Aptos"/>
                <w:sz w:val="17"/>
              </w:rPr>
              <w:t>Mondavi Cabernet Sauvignon Prvt. Select (cal-red)</w:t>
            </w:r>
          </w:p>
        </w:tc>
        <w:tc>
          <w:tcPr>
            <w:tcW w:w="630" w:type="dxa"/>
            <w:tcMar>
              <w:top w:w="28" w:type="dxa"/>
              <w:left w:w="38" w:type="dxa"/>
              <w:bottom w:w="28" w:type="dxa"/>
              <w:right w:w="38" w:type="dxa"/>
            </w:tcMar>
            <w:vAlign w:val="center"/>
          </w:tcPr>
          <w:p w14:paraId="7C50EF69" w14:textId="77777777" w:rsidR="00D60D5E" w:rsidRDefault="00891EF0">
            <w:pPr>
              <w:spacing w:after="0" w:line="240" w:lineRule="auto"/>
              <w:jc w:val="center"/>
            </w:pPr>
            <w:r>
              <w:rPr>
                <w:rFonts w:eastAsia="Aptos"/>
                <w:b/>
                <w:sz w:val="17"/>
              </w:rPr>
              <w:t>22.20</w:t>
            </w:r>
          </w:p>
        </w:tc>
        <w:tc>
          <w:tcPr>
            <w:tcW w:w="540" w:type="dxa"/>
            <w:tcMar>
              <w:top w:w="28" w:type="dxa"/>
              <w:left w:w="38" w:type="dxa"/>
              <w:bottom w:w="28" w:type="dxa"/>
              <w:right w:w="38" w:type="dxa"/>
            </w:tcMar>
            <w:vAlign w:val="center"/>
          </w:tcPr>
          <w:p w14:paraId="47FD7E4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2E1B890" w14:textId="77777777" w:rsidR="00D60D5E" w:rsidRDefault="00D60D5E">
            <w:pPr>
              <w:jc w:val="center"/>
            </w:pPr>
          </w:p>
        </w:tc>
      </w:tr>
      <w:tr w:rsidR="00D60D5E" w14:paraId="48FF704E" w14:textId="77777777" w:rsidTr="000617E0">
        <w:trPr>
          <w:cantSplit/>
          <w:jc w:val="center"/>
        </w:trPr>
        <w:tc>
          <w:tcPr>
            <w:tcW w:w="677" w:type="dxa"/>
            <w:tcMar>
              <w:top w:w="28" w:type="dxa"/>
              <w:left w:w="38" w:type="dxa"/>
              <w:bottom w:w="28" w:type="dxa"/>
              <w:right w:w="38" w:type="dxa"/>
            </w:tcMar>
            <w:vAlign w:val="center"/>
          </w:tcPr>
          <w:p w14:paraId="26C88C00" w14:textId="77777777" w:rsidR="00D60D5E" w:rsidRDefault="00891EF0">
            <w:pPr>
              <w:spacing w:after="0" w:line="240" w:lineRule="auto"/>
              <w:jc w:val="center"/>
            </w:pPr>
            <w:r>
              <w:rPr>
                <w:rFonts w:eastAsia="Aptos"/>
                <w:color w:val="6A7075"/>
                <w:sz w:val="17"/>
              </w:rPr>
              <w:t>345-245</w:t>
            </w:r>
          </w:p>
        </w:tc>
        <w:tc>
          <w:tcPr>
            <w:tcW w:w="2648" w:type="dxa"/>
            <w:tcMar>
              <w:top w:w="28" w:type="dxa"/>
              <w:left w:w="38" w:type="dxa"/>
              <w:bottom w:w="28" w:type="dxa"/>
              <w:right w:w="38" w:type="dxa"/>
            </w:tcMar>
            <w:vAlign w:val="center"/>
          </w:tcPr>
          <w:p w14:paraId="76AFA56D" w14:textId="77777777" w:rsidR="00D60D5E" w:rsidRDefault="00891EF0">
            <w:pPr>
              <w:spacing w:after="0" w:line="240" w:lineRule="auto"/>
            </w:pPr>
            <w:r>
              <w:rPr>
                <w:rFonts w:eastAsia="Aptos"/>
                <w:sz w:val="17"/>
              </w:rPr>
              <w:t>Toresella Pinot Grigio 750 ml</w:t>
            </w:r>
          </w:p>
        </w:tc>
        <w:tc>
          <w:tcPr>
            <w:tcW w:w="630" w:type="dxa"/>
            <w:tcMar>
              <w:top w:w="28" w:type="dxa"/>
              <w:left w:w="38" w:type="dxa"/>
              <w:bottom w:w="28" w:type="dxa"/>
              <w:right w:w="38" w:type="dxa"/>
            </w:tcMar>
            <w:vAlign w:val="center"/>
          </w:tcPr>
          <w:p w14:paraId="4B6A4719" w14:textId="77777777" w:rsidR="00D60D5E" w:rsidRDefault="00891EF0">
            <w:pPr>
              <w:spacing w:after="0" w:line="240" w:lineRule="auto"/>
              <w:jc w:val="center"/>
            </w:pPr>
            <w:r>
              <w:rPr>
                <w:rFonts w:eastAsia="Aptos"/>
                <w:b/>
                <w:sz w:val="17"/>
              </w:rPr>
              <w:t>15.48</w:t>
            </w:r>
          </w:p>
        </w:tc>
        <w:tc>
          <w:tcPr>
            <w:tcW w:w="540" w:type="dxa"/>
            <w:tcMar>
              <w:top w:w="28" w:type="dxa"/>
              <w:left w:w="38" w:type="dxa"/>
              <w:bottom w:w="28" w:type="dxa"/>
              <w:right w:w="38" w:type="dxa"/>
            </w:tcMar>
            <w:vAlign w:val="center"/>
          </w:tcPr>
          <w:p w14:paraId="473677B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F9B0444" w14:textId="77777777" w:rsidR="00D60D5E" w:rsidRDefault="00D60D5E">
            <w:pPr>
              <w:jc w:val="center"/>
            </w:pPr>
          </w:p>
        </w:tc>
      </w:tr>
      <w:tr w:rsidR="00D60D5E" w14:paraId="0C67B67A" w14:textId="77777777" w:rsidTr="000617E0">
        <w:trPr>
          <w:cantSplit/>
          <w:jc w:val="center"/>
        </w:trPr>
        <w:tc>
          <w:tcPr>
            <w:tcW w:w="677" w:type="dxa"/>
            <w:tcMar>
              <w:top w:w="28" w:type="dxa"/>
              <w:left w:w="38" w:type="dxa"/>
              <w:bottom w:w="28" w:type="dxa"/>
              <w:right w:w="38" w:type="dxa"/>
            </w:tcMar>
            <w:vAlign w:val="center"/>
          </w:tcPr>
          <w:p w14:paraId="0A8444BE" w14:textId="77777777" w:rsidR="00D60D5E" w:rsidRDefault="00891EF0">
            <w:pPr>
              <w:spacing w:after="0" w:line="240" w:lineRule="auto"/>
              <w:jc w:val="center"/>
            </w:pPr>
            <w:r>
              <w:rPr>
                <w:rFonts w:eastAsia="Aptos"/>
                <w:color w:val="6A7075"/>
                <w:sz w:val="17"/>
              </w:rPr>
              <w:t>345-250</w:t>
            </w:r>
          </w:p>
        </w:tc>
        <w:tc>
          <w:tcPr>
            <w:tcW w:w="2648" w:type="dxa"/>
            <w:tcMar>
              <w:top w:w="28" w:type="dxa"/>
              <w:left w:w="38" w:type="dxa"/>
              <w:bottom w:w="28" w:type="dxa"/>
              <w:right w:w="38" w:type="dxa"/>
            </w:tcMar>
            <w:vAlign w:val="center"/>
          </w:tcPr>
          <w:p w14:paraId="0F4DEFCA" w14:textId="77777777" w:rsidR="00D60D5E" w:rsidRDefault="00891EF0">
            <w:pPr>
              <w:spacing w:after="0" w:line="240" w:lineRule="auto"/>
            </w:pPr>
            <w:r>
              <w:rPr>
                <w:rFonts w:eastAsia="Aptos"/>
                <w:sz w:val="17"/>
              </w:rPr>
              <w:t>Beringer Merlot 750ml (cal-red)</w:t>
            </w:r>
          </w:p>
        </w:tc>
        <w:tc>
          <w:tcPr>
            <w:tcW w:w="630" w:type="dxa"/>
            <w:tcMar>
              <w:top w:w="28" w:type="dxa"/>
              <w:left w:w="38" w:type="dxa"/>
              <w:bottom w:w="28" w:type="dxa"/>
              <w:right w:w="38" w:type="dxa"/>
            </w:tcMar>
            <w:vAlign w:val="center"/>
          </w:tcPr>
          <w:p w14:paraId="3BF4C5CA" w14:textId="77777777" w:rsidR="00D60D5E" w:rsidRDefault="00891EF0">
            <w:pPr>
              <w:spacing w:after="0" w:line="240" w:lineRule="auto"/>
              <w:jc w:val="center"/>
            </w:pPr>
            <w:r>
              <w:rPr>
                <w:rFonts w:eastAsia="Aptos"/>
                <w:b/>
                <w:sz w:val="17"/>
              </w:rPr>
              <w:t>21.15</w:t>
            </w:r>
          </w:p>
        </w:tc>
        <w:tc>
          <w:tcPr>
            <w:tcW w:w="540" w:type="dxa"/>
            <w:tcMar>
              <w:top w:w="28" w:type="dxa"/>
              <w:left w:w="38" w:type="dxa"/>
              <w:bottom w:w="28" w:type="dxa"/>
              <w:right w:w="38" w:type="dxa"/>
            </w:tcMar>
            <w:vAlign w:val="center"/>
          </w:tcPr>
          <w:p w14:paraId="3854B31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4668777" w14:textId="77777777" w:rsidR="00D60D5E" w:rsidRDefault="00D60D5E">
            <w:pPr>
              <w:jc w:val="center"/>
            </w:pPr>
          </w:p>
        </w:tc>
      </w:tr>
      <w:tr w:rsidR="00D60D5E" w14:paraId="5709C906" w14:textId="77777777" w:rsidTr="000617E0">
        <w:trPr>
          <w:cantSplit/>
          <w:jc w:val="center"/>
        </w:trPr>
        <w:tc>
          <w:tcPr>
            <w:tcW w:w="677" w:type="dxa"/>
            <w:tcMar>
              <w:top w:w="28" w:type="dxa"/>
              <w:left w:w="38" w:type="dxa"/>
              <w:bottom w:w="28" w:type="dxa"/>
              <w:right w:w="38" w:type="dxa"/>
            </w:tcMar>
            <w:vAlign w:val="center"/>
          </w:tcPr>
          <w:p w14:paraId="01D01C6C" w14:textId="77777777" w:rsidR="00D60D5E" w:rsidRDefault="00891EF0">
            <w:pPr>
              <w:spacing w:after="0" w:line="240" w:lineRule="auto"/>
              <w:jc w:val="center"/>
            </w:pPr>
            <w:r>
              <w:rPr>
                <w:rFonts w:eastAsia="Aptos"/>
                <w:color w:val="6A7075"/>
                <w:sz w:val="17"/>
              </w:rPr>
              <w:t>345-255</w:t>
            </w:r>
          </w:p>
        </w:tc>
        <w:tc>
          <w:tcPr>
            <w:tcW w:w="2648" w:type="dxa"/>
            <w:tcMar>
              <w:top w:w="28" w:type="dxa"/>
              <w:left w:w="38" w:type="dxa"/>
              <w:bottom w:w="28" w:type="dxa"/>
              <w:right w:w="38" w:type="dxa"/>
            </w:tcMar>
            <w:vAlign w:val="center"/>
          </w:tcPr>
          <w:p w14:paraId="27DF1442" w14:textId="77777777" w:rsidR="00D60D5E" w:rsidRDefault="00891EF0">
            <w:pPr>
              <w:spacing w:after="0" w:line="240" w:lineRule="auto"/>
            </w:pPr>
            <w:r>
              <w:rPr>
                <w:rFonts w:eastAsia="Aptos"/>
                <w:sz w:val="17"/>
              </w:rPr>
              <w:t>Beringer Cabernet Sauvignon (cal-red) (S)</w:t>
            </w:r>
          </w:p>
        </w:tc>
        <w:tc>
          <w:tcPr>
            <w:tcW w:w="630" w:type="dxa"/>
            <w:tcMar>
              <w:top w:w="28" w:type="dxa"/>
              <w:left w:w="38" w:type="dxa"/>
              <w:bottom w:w="28" w:type="dxa"/>
              <w:right w:w="38" w:type="dxa"/>
            </w:tcMar>
            <w:vAlign w:val="center"/>
          </w:tcPr>
          <w:p w14:paraId="3418E439" w14:textId="77777777" w:rsidR="00D60D5E" w:rsidRDefault="00891EF0">
            <w:pPr>
              <w:spacing w:after="0" w:line="240" w:lineRule="auto"/>
              <w:jc w:val="center"/>
            </w:pPr>
            <w:r>
              <w:rPr>
                <w:rFonts w:eastAsia="Aptos"/>
                <w:b/>
                <w:sz w:val="17"/>
              </w:rPr>
              <w:t>22.65</w:t>
            </w:r>
          </w:p>
        </w:tc>
        <w:tc>
          <w:tcPr>
            <w:tcW w:w="540" w:type="dxa"/>
            <w:tcMar>
              <w:top w:w="28" w:type="dxa"/>
              <w:left w:w="38" w:type="dxa"/>
              <w:bottom w:w="28" w:type="dxa"/>
              <w:right w:w="38" w:type="dxa"/>
            </w:tcMar>
            <w:vAlign w:val="center"/>
          </w:tcPr>
          <w:p w14:paraId="39F82A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8A5C76" w14:textId="77777777" w:rsidR="00D60D5E" w:rsidRDefault="00D60D5E">
            <w:pPr>
              <w:jc w:val="center"/>
            </w:pPr>
          </w:p>
        </w:tc>
      </w:tr>
      <w:tr w:rsidR="00D60D5E" w14:paraId="2716CEFC" w14:textId="77777777" w:rsidTr="000617E0">
        <w:trPr>
          <w:cantSplit/>
          <w:jc w:val="center"/>
        </w:trPr>
        <w:tc>
          <w:tcPr>
            <w:tcW w:w="677" w:type="dxa"/>
            <w:tcMar>
              <w:top w:w="28" w:type="dxa"/>
              <w:left w:w="38" w:type="dxa"/>
              <w:bottom w:w="28" w:type="dxa"/>
              <w:right w:w="38" w:type="dxa"/>
            </w:tcMar>
            <w:vAlign w:val="center"/>
          </w:tcPr>
          <w:p w14:paraId="2D71C0D3" w14:textId="77777777" w:rsidR="00D60D5E" w:rsidRDefault="00891EF0">
            <w:pPr>
              <w:spacing w:after="0" w:line="240" w:lineRule="auto"/>
              <w:jc w:val="center"/>
            </w:pPr>
            <w:r>
              <w:rPr>
                <w:rFonts w:eastAsia="Aptos"/>
                <w:color w:val="6A7075"/>
                <w:sz w:val="17"/>
              </w:rPr>
              <w:t>345-260</w:t>
            </w:r>
          </w:p>
        </w:tc>
        <w:tc>
          <w:tcPr>
            <w:tcW w:w="2648" w:type="dxa"/>
            <w:tcMar>
              <w:top w:w="28" w:type="dxa"/>
              <w:left w:w="38" w:type="dxa"/>
              <w:bottom w:w="28" w:type="dxa"/>
              <w:right w:w="38" w:type="dxa"/>
            </w:tcMar>
            <w:vAlign w:val="center"/>
          </w:tcPr>
          <w:p w14:paraId="7FFF3531" w14:textId="77777777" w:rsidR="00D60D5E" w:rsidRDefault="00891EF0">
            <w:pPr>
              <w:spacing w:after="0" w:line="240" w:lineRule="auto"/>
            </w:pPr>
            <w:r>
              <w:rPr>
                <w:rFonts w:eastAsia="Aptos"/>
                <w:sz w:val="17"/>
              </w:rPr>
              <w:t>Rothschild Sauvignon Blanc (Chile-White) (S)</w:t>
            </w:r>
          </w:p>
        </w:tc>
        <w:tc>
          <w:tcPr>
            <w:tcW w:w="630" w:type="dxa"/>
            <w:tcMar>
              <w:top w:w="28" w:type="dxa"/>
              <w:left w:w="38" w:type="dxa"/>
              <w:bottom w:w="28" w:type="dxa"/>
              <w:right w:w="38" w:type="dxa"/>
            </w:tcMar>
            <w:vAlign w:val="center"/>
          </w:tcPr>
          <w:p w14:paraId="7CA89122" w14:textId="77777777" w:rsidR="00D60D5E" w:rsidRDefault="00891EF0">
            <w:pPr>
              <w:spacing w:after="0" w:line="240" w:lineRule="auto"/>
              <w:jc w:val="center"/>
            </w:pPr>
            <w:r>
              <w:rPr>
                <w:rFonts w:eastAsia="Aptos"/>
                <w:b/>
                <w:sz w:val="17"/>
              </w:rPr>
              <w:t>19.65</w:t>
            </w:r>
          </w:p>
        </w:tc>
        <w:tc>
          <w:tcPr>
            <w:tcW w:w="540" w:type="dxa"/>
            <w:tcMar>
              <w:top w:w="28" w:type="dxa"/>
              <w:left w:w="38" w:type="dxa"/>
              <w:bottom w:w="28" w:type="dxa"/>
              <w:right w:w="38" w:type="dxa"/>
            </w:tcMar>
            <w:vAlign w:val="center"/>
          </w:tcPr>
          <w:p w14:paraId="69D4BAC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10DBCF5" w14:textId="77777777" w:rsidR="00D60D5E" w:rsidRDefault="00D60D5E">
            <w:pPr>
              <w:jc w:val="center"/>
            </w:pPr>
          </w:p>
        </w:tc>
      </w:tr>
      <w:tr w:rsidR="00D60D5E" w14:paraId="7AB73CC3" w14:textId="77777777" w:rsidTr="000617E0">
        <w:trPr>
          <w:cantSplit/>
          <w:jc w:val="center"/>
        </w:trPr>
        <w:tc>
          <w:tcPr>
            <w:tcW w:w="677" w:type="dxa"/>
            <w:tcMar>
              <w:top w:w="28" w:type="dxa"/>
              <w:left w:w="38" w:type="dxa"/>
              <w:bottom w:w="28" w:type="dxa"/>
              <w:right w:w="38" w:type="dxa"/>
            </w:tcMar>
            <w:vAlign w:val="center"/>
          </w:tcPr>
          <w:p w14:paraId="310F5411" w14:textId="77777777" w:rsidR="00D60D5E" w:rsidRDefault="00891EF0">
            <w:pPr>
              <w:spacing w:after="0" w:line="240" w:lineRule="auto"/>
              <w:jc w:val="center"/>
            </w:pPr>
            <w:r>
              <w:rPr>
                <w:rFonts w:eastAsia="Aptos"/>
                <w:color w:val="6A7075"/>
                <w:sz w:val="17"/>
              </w:rPr>
              <w:t>345-265</w:t>
            </w:r>
          </w:p>
        </w:tc>
        <w:tc>
          <w:tcPr>
            <w:tcW w:w="2648" w:type="dxa"/>
            <w:tcMar>
              <w:top w:w="28" w:type="dxa"/>
              <w:left w:w="38" w:type="dxa"/>
              <w:bottom w:w="28" w:type="dxa"/>
              <w:right w:w="38" w:type="dxa"/>
            </w:tcMar>
            <w:vAlign w:val="center"/>
          </w:tcPr>
          <w:p w14:paraId="3418E4B2" w14:textId="77777777" w:rsidR="00D60D5E" w:rsidRDefault="00891EF0">
            <w:pPr>
              <w:spacing w:after="0" w:line="240" w:lineRule="auto"/>
            </w:pPr>
            <w:r>
              <w:rPr>
                <w:rFonts w:eastAsia="Aptos"/>
                <w:sz w:val="17"/>
              </w:rPr>
              <w:t>Montes Chardonnay (Ch-White)</w:t>
            </w:r>
          </w:p>
        </w:tc>
        <w:tc>
          <w:tcPr>
            <w:tcW w:w="630" w:type="dxa"/>
            <w:tcMar>
              <w:top w:w="28" w:type="dxa"/>
              <w:left w:w="38" w:type="dxa"/>
              <w:bottom w:w="28" w:type="dxa"/>
              <w:right w:w="38" w:type="dxa"/>
            </w:tcMar>
            <w:vAlign w:val="center"/>
          </w:tcPr>
          <w:p w14:paraId="3A0A564F" w14:textId="77777777" w:rsidR="00D60D5E" w:rsidRDefault="00891EF0">
            <w:pPr>
              <w:spacing w:after="0" w:line="240" w:lineRule="auto"/>
              <w:jc w:val="center"/>
            </w:pPr>
            <w:r>
              <w:rPr>
                <w:rFonts w:eastAsia="Aptos"/>
                <w:b/>
                <w:sz w:val="17"/>
              </w:rPr>
              <w:t>13.29</w:t>
            </w:r>
          </w:p>
        </w:tc>
        <w:tc>
          <w:tcPr>
            <w:tcW w:w="540" w:type="dxa"/>
            <w:tcMar>
              <w:top w:w="28" w:type="dxa"/>
              <w:left w:w="38" w:type="dxa"/>
              <w:bottom w:w="28" w:type="dxa"/>
              <w:right w:w="38" w:type="dxa"/>
            </w:tcMar>
            <w:vAlign w:val="center"/>
          </w:tcPr>
          <w:p w14:paraId="399DDF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9EAF47" w14:textId="77777777" w:rsidR="00D60D5E" w:rsidRDefault="00D60D5E">
            <w:pPr>
              <w:jc w:val="center"/>
            </w:pPr>
          </w:p>
        </w:tc>
      </w:tr>
      <w:tr w:rsidR="00D60D5E" w14:paraId="56C03A69" w14:textId="77777777" w:rsidTr="000617E0">
        <w:trPr>
          <w:cantSplit/>
          <w:jc w:val="center"/>
        </w:trPr>
        <w:tc>
          <w:tcPr>
            <w:tcW w:w="677" w:type="dxa"/>
            <w:tcMar>
              <w:top w:w="28" w:type="dxa"/>
              <w:left w:w="38" w:type="dxa"/>
              <w:bottom w:w="28" w:type="dxa"/>
              <w:right w:w="38" w:type="dxa"/>
            </w:tcMar>
            <w:vAlign w:val="center"/>
          </w:tcPr>
          <w:p w14:paraId="62A2FC59" w14:textId="77777777" w:rsidR="00D60D5E" w:rsidRDefault="00891EF0">
            <w:pPr>
              <w:spacing w:after="0" w:line="240" w:lineRule="auto"/>
              <w:jc w:val="center"/>
            </w:pPr>
            <w:r>
              <w:rPr>
                <w:rFonts w:eastAsia="Aptos"/>
                <w:color w:val="6A7075"/>
                <w:sz w:val="17"/>
              </w:rPr>
              <w:t>345-270</w:t>
            </w:r>
          </w:p>
        </w:tc>
        <w:tc>
          <w:tcPr>
            <w:tcW w:w="2648" w:type="dxa"/>
            <w:tcMar>
              <w:top w:w="28" w:type="dxa"/>
              <w:left w:w="38" w:type="dxa"/>
              <w:bottom w:w="28" w:type="dxa"/>
              <w:right w:w="38" w:type="dxa"/>
            </w:tcMar>
            <w:vAlign w:val="center"/>
          </w:tcPr>
          <w:p w14:paraId="21B7D7BF" w14:textId="77777777" w:rsidR="00D60D5E" w:rsidRDefault="00891EF0">
            <w:pPr>
              <w:spacing w:after="0" w:line="240" w:lineRule="auto"/>
            </w:pPr>
            <w:r>
              <w:rPr>
                <w:rFonts w:eastAsia="Aptos"/>
                <w:sz w:val="17"/>
              </w:rPr>
              <w:t>Concha &amp; Toro Chardonnay chi-white)</w:t>
            </w:r>
          </w:p>
        </w:tc>
        <w:tc>
          <w:tcPr>
            <w:tcW w:w="630" w:type="dxa"/>
            <w:tcMar>
              <w:top w:w="28" w:type="dxa"/>
              <w:left w:w="38" w:type="dxa"/>
              <w:bottom w:w="28" w:type="dxa"/>
              <w:right w:w="38" w:type="dxa"/>
            </w:tcMar>
            <w:vAlign w:val="center"/>
          </w:tcPr>
          <w:p w14:paraId="24DC8611" w14:textId="77777777" w:rsidR="00D60D5E" w:rsidRDefault="00891EF0">
            <w:pPr>
              <w:spacing w:after="0" w:line="240" w:lineRule="auto"/>
              <w:jc w:val="center"/>
            </w:pPr>
            <w:r>
              <w:rPr>
                <w:rFonts w:eastAsia="Aptos"/>
                <w:b/>
                <w:sz w:val="17"/>
              </w:rPr>
              <w:t>12.70</w:t>
            </w:r>
          </w:p>
        </w:tc>
        <w:tc>
          <w:tcPr>
            <w:tcW w:w="540" w:type="dxa"/>
            <w:tcMar>
              <w:top w:w="28" w:type="dxa"/>
              <w:left w:w="38" w:type="dxa"/>
              <w:bottom w:w="28" w:type="dxa"/>
              <w:right w:w="38" w:type="dxa"/>
            </w:tcMar>
            <w:vAlign w:val="center"/>
          </w:tcPr>
          <w:p w14:paraId="3B0FFF2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BD9313" w14:textId="77777777" w:rsidR="00D60D5E" w:rsidRDefault="00D60D5E">
            <w:pPr>
              <w:jc w:val="center"/>
            </w:pPr>
          </w:p>
        </w:tc>
      </w:tr>
      <w:tr w:rsidR="00D60D5E" w14:paraId="6B1B594B" w14:textId="77777777" w:rsidTr="000617E0">
        <w:trPr>
          <w:cantSplit/>
          <w:jc w:val="center"/>
        </w:trPr>
        <w:tc>
          <w:tcPr>
            <w:tcW w:w="677" w:type="dxa"/>
            <w:tcMar>
              <w:top w:w="28" w:type="dxa"/>
              <w:left w:w="38" w:type="dxa"/>
              <w:bottom w:w="28" w:type="dxa"/>
              <w:right w:w="38" w:type="dxa"/>
            </w:tcMar>
            <w:vAlign w:val="center"/>
          </w:tcPr>
          <w:p w14:paraId="278DA763" w14:textId="77777777" w:rsidR="00D60D5E" w:rsidRDefault="00891EF0">
            <w:pPr>
              <w:spacing w:after="0" w:line="240" w:lineRule="auto"/>
              <w:jc w:val="center"/>
            </w:pPr>
            <w:r>
              <w:rPr>
                <w:rFonts w:eastAsia="Aptos"/>
                <w:color w:val="6A7075"/>
                <w:sz w:val="17"/>
              </w:rPr>
              <w:t>345-275</w:t>
            </w:r>
          </w:p>
        </w:tc>
        <w:tc>
          <w:tcPr>
            <w:tcW w:w="2648" w:type="dxa"/>
            <w:tcMar>
              <w:top w:w="28" w:type="dxa"/>
              <w:left w:w="38" w:type="dxa"/>
              <w:bottom w:w="28" w:type="dxa"/>
              <w:right w:w="38" w:type="dxa"/>
            </w:tcMar>
            <w:vAlign w:val="center"/>
          </w:tcPr>
          <w:p w14:paraId="005B4142" w14:textId="77777777" w:rsidR="00D60D5E" w:rsidRDefault="00891EF0">
            <w:pPr>
              <w:spacing w:after="0" w:line="240" w:lineRule="auto"/>
            </w:pPr>
            <w:r>
              <w:rPr>
                <w:rFonts w:eastAsia="Aptos"/>
                <w:sz w:val="17"/>
              </w:rPr>
              <w:t>Concha &amp; Toro sauvignon Blanc (chi-white)</w:t>
            </w:r>
          </w:p>
        </w:tc>
        <w:tc>
          <w:tcPr>
            <w:tcW w:w="630" w:type="dxa"/>
            <w:tcMar>
              <w:top w:w="28" w:type="dxa"/>
              <w:left w:w="38" w:type="dxa"/>
              <w:bottom w:w="28" w:type="dxa"/>
              <w:right w:w="38" w:type="dxa"/>
            </w:tcMar>
            <w:vAlign w:val="center"/>
          </w:tcPr>
          <w:p w14:paraId="47E32E9C" w14:textId="77777777" w:rsidR="00D60D5E" w:rsidRDefault="00891EF0">
            <w:pPr>
              <w:spacing w:after="0" w:line="240" w:lineRule="auto"/>
              <w:jc w:val="center"/>
            </w:pPr>
            <w:r>
              <w:rPr>
                <w:rFonts w:eastAsia="Aptos"/>
                <w:b/>
                <w:sz w:val="17"/>
              </w:rPr>
              <w:t>15.27</w:t>
            </w:r>
          </w:p>
        </w:tc>
        <w:tc>
          <w:tcPr>
            <w:tcW w:w="540" w:type="dxa"/>
            <w:tcMar>
              <w:top w:w="28" w:type="dxa"/>
              <w:left w:w="38" w:type="dxa"/>
              <w:bottom w:w="28" w:type="dxa"/>
              <w:right w:w="38" w:type="dxa"/>
            </w:tcMar>
            <w:vAlign w:val="center"/>
          </w:tcPr>
          <w:p w14:paraId="717FE1E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0A2ADE" w14:textId="77777777" w:rsidR="00D60D5E" w:rsidRDefault="00D60D5E">
            <w:pPr>
              <w:jc w:val="center"/>
            </w:pPr>
          </w:p>
        </w:tc>
      </w:tr>
      <w:tr w:rsidR="00D60D5E" w14:paraId="02528450" w14:textId="77777777" w:rsidTr="000617E0">
        <w:trPr>
          <w:cantSplit/>
          <w:jc w:val="center"/>
        </w:trPr>
        <w:tc>
          <w:tcPr>
            <w:tcW w:w="677" w:type="dxa"/>
            <w:tcMar>
              <w:top w:w="28" w:type="dxa"/>
              <w:left w:w="38" w:type="dxa"/>
              <w:bottom w:w="28" w:type="dxa"/>
              <w:right w:w="38" w:type="dxa"/>
            </w:tcMar>
            <w:vAlign w:val="center"/>
          </w:tcPr>
          <w:p w14:paraId="133D7980" w14:textId="77777777" w:rsidR="00D60D5E" w:rsidRDefault="00891EF0">
            <w:pPr>
              <w:spacing w:after="0" w:line="240" w:lineRule="auto"/>
              <w:jc w:val="center"/>
            </w:pPr>
            <w:r>
              <w:rPr>
                <w:rFonts w:eastAsia="Aptos"/>
                <w:color w:val="6A7075"/>
                <w:sz w:val="17"/>
              </w:rPr>
              <w:t>345-280</w:t>
            </w:r>
          </w:p>
        </w:tc>
        <w:tc>
          <w:tcPr>
            <w:tcW w:w="2648" w:type="dxa"/>
            <w:tcMar>
              <w:top w:w="28" w:type="dxa"/>
              <w:left w:w="38" w:type="dxa"/>
              <w:bottom w:w="28" w:type="dxa"/>
              <w:right w:w="38" w:type="dxa"/>
            </w:tcMar>
            <w:vAlign w:val="center"/>
          </w:tcPr>
          <w:p w14:paraId="386AE2AA" w14:textId="77777777" w:rsidR="00D60D5E" w:rsidRDefault="00891EF0">
            <w:pPr>
              <w:spacing w:after="0" w:line="240" w:lineRule="auto"/>
            </w:pPr>
            <w:r>
              <w:rPr>
                <w:rFonts w:eastAsia="Aptos"/>
                <w:sz w:val="17"/>
              </w:rPr>
              <w:t>Carte Vieja merlot 750ml (chi-red)</w:t>
            </w:r>
          </w:p>
        </w:tc>
        <w:tc>
          <w:tcPr>
            <w:tcW w:w="630" w:type="dxa"/>
            <w:tcMar>
              <w:top w:w="28" w:type="dxa"/>
              <w:left w:w="38" w:type="dxa"/>
              <w:bottom w:w="28" w:type="dxa"/>
              <w:right w:w="38" w:type="dxa"/>
            </w:tcMar>
            <w:vAlign w:val="center"/>
          </w:tcPr>
          <w:p w14:paraId="77867250" w14:textId="77777777" w:rsidR="00D60D5E" w:rsidRDefault="00891EF0">
            <w:pPr>
              <w:spacing w:after="0" w:line="240" w:lineRule="auto"/>
              <w:jc w:val="center"/>
            </w:pPr>
            <w:r>
              <w:rPr>
                <w:rFonts w:eastAsia="Aptos"/>
                <w:b/>
                <w:sz w:val="17"/>
              </w:rPr>
              <w:t>10.59</w:t>
            </w:r>
          </w:p>
        </w:tc>
        <w:tc>
          <w:tcPr>
            <w:tcW w:w="540" w:type="dxa"/>
            <w:tcMar>
              <w:top w:w="28" w:type="dxa"/>
              <w:left w:w="38" w:type="dxa"/>
              <w:bottom w:w="28" w:type="dxa"/>
              <w:right w:w="38" w:type="dxa"/>
            </w:tcMar>
            <w:vAlign w:val="center"/>
          </w:tcPr>
          <w:p w14:paraId="7BDC701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2C59E30" w14:textId="77777777" w:rsidR="00D60D5E" w:rsidRDefault="00D60D5E">
            <w:pPr>
              <w:jc w:val="center"/>
            </w:pPr>
          </w:p>
        </w:tc>
      </w:tr>
      <w:tr w:rsidR="00D60D5E" w14:paraId="62E79DA9" w14:textId="77777777" w:rsidTr="000617E0">
        <w:trPr>
          <w:cantSplit/>
          <w:jc w:val="center"/>
        </w:trPr>
        <w:tc>
          <w:tcPr>
            <w:tcW w:w="677" w:type="dxa"/>
            <w:tcMar>
              <w:top w:w="28" w:type="dxa"/>
              <w:left w:w="38" w:type="dxa"/>
              <w:bottom w:w="28" w:type="dxa"/>
              <w:right w:w="38" w:type="dxa"/>
            </w:tcMar>
            <w:vAlign w:val="center"/>
          </w:tcPr>
          <w:p w14:paraId="32AAA19E" w14:textId="77777777" w:rsidR="00D60D5E" w:rsidRDefault="00891EF0">
            <w:pPr>
              <w:spacing w:after="0" w:line="240" w:lineRule="auto"/>
              <w:jc w:val="center"/>
            </w:pPr>
            <w:r>
              <w:rPr>
                <w:rFonts w:eastAsia="Aptos"/>
                <w:color w:val="6A7075"/>
                <w:sz w:val="17"/>
              </w:rPr>
              <w:t>345-285</w:t>
            </w:r>
          </w:p>
        </w:tc>
        <w:tc>
          <w:tcPr>
            <w:tcW w:w="2648" w:type="dxa"/>
            <w:tcMar>
              <w:top w:w="28" w:type="dxa"/>
              <w:left w:w="38" w:type="dxa"/>
              <w:bottom w:w="28" w:type="dxa"/>
              <w:right w:w="38" w:type="dxa"/>
            </w:tcMar>
            <w:vAlign w:val="center"/>
          </w:tcPr>
          <w:p w14:paraId="5706F8DA" w14:textId="77777777" w:rsidR="00D60D5E" w:rsidRDefault="00891EF0">
            <w:pPr>
              <w:spacing w:after="0" w:line="240" w:lineRule="auto"/>
            </w:pPr>
            <w:r>
              <w:rPr>
                <w:rFonts w:eastAsia="Aptos"/>
                <w:sz w:val="17"/>
              </w:rPr>
              <w:t>Carte Vieja Carbernet Sauvignon (chi-red)</w:t>
            </w:r>
          </w:p>
        </w:tc>
        <w:tc>
          <w:tcPr>
            <w:tcW w:w="630" w:type="dxa"/>
            <w:tcMar>
              <w:top w:w="28" w:type="dxa"/>
              <w:left w:w="38" w:type="dxa"/>
              <w:bottom w:w="28" w:type="dxa"/>
              <w:right w:w="38" w:type="dxa"/>
            </w:tcMar>
            <w:vAlign w:val="center"/>
          </w:tcPr>
          <w:p w14:paraId="4185947E" w14:textId="77777777" w:rsidR="00D60D5E" w:rsidRDefault="00891EF0">
            <w:pPr>
              <w:spacing w:after="0" w:line="240" w:lineRule="auto"/>
              <w:jc w:val="center"/>
            </w:pPr>
            <w:r>
              <w:rPr>
                <w:rFonts w:eastAsia="Aptos"/>
                <w:b/>
                <w:sz w:val="17"/>
              </w:rPr>
              <w:t>11.55</w:t>
            </w:r>
          </w:p>
        </w:tc>
        <w:tc>
          <w:tcPr>
            <w:tcW w:w="540" w:type="dxa"/>
            <w:tcMar>
              <w:top w:w="28" w:type="dxa"/>
              <w:left w:w="38" w:type="dxa"/>
              <w:bottom w:w="28" w:type="dxa"/>
              <w:right w:w="38" w:type="dxa"/>
            </w:tcMar>
            <w:vAlign w:val="center"/>
          </w:tcPr>
          <w:p w14:paraId="3C9E82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085668" w14:textId="77777777" w:rsidR="00D60D5E" w:rsidRDefault="00D60D5E">
            <w:pPr>
              <w:jc w:val="center"/>
            </w:pPr>
          </w:p>
        </w:tc>
      </w:tr>
      <w:tr w:rsidR="00D60D5E" w14:paraId="7F21B5E9" w14:textId="77777777" w:rsidTr="000617E0">
        <w:trPr>
          <w:cantSplit/>
          <w:jc w:val="center"/>
        </w:trPr>
        <w:tc>
          <w:tcPr>
            <w:tcW w:w="677" w:type="dxa"/>
            <w:tcMar>
              <w:top w:w="28" w:type="dxa"/>
              <w:left w:w="38" w:type="dxa"/>
              <w:bottom w:w="28" w:type="dxa"/>
              <w:right w:w="38" w:type="dxa"/>
            </w:tcMar>
            <w:vAlign w:val="center"/>
          </w:tcPr>
          <w:p w14:paraId="6A9839FA" w14:textId="77777777" w:rsidR="00D60D5E" w:rsidRDefault="00891EF0">
            <w:pPr>
              <w:spacing w:after="0" w:line="240" w:lineRule="auto"/>
              <w:jc w:val="center"/>
            </w:pPr>
            <w:r>
              <w:rPr>
                <w:rFonts w:eastAsia="Aptos"/>
                <w:color w:val="6A7075"/>
                <w:sz w:val="17"/>
              </w:rPr>
              <w:t>345-290</w:t>
            </w:r>
          </w:p>
        </w:tc>
        <w:tc>
          <w:tcPr>
            <w:tcW w:w="2648" w:type="dxa"/>
            <w:tcMar>
              <w:top w:w="28" w:type="dxa"/>
              <w:left w:w="38" w:type="dxa"/>
              <w:bottom w:w="28" w:type="dxa"/>
              <w:right w:w="38" w:type="dxa"/>
            </w:tcMar>
            <w:vAlign w:val="center"/>
          </w:tcPr>
          <w:p w14:paraId="6CF52700" w14:textId="77777777" w:rsidR="00D60D5E" w:rsidRDefault="00891EF0">
            <w:pPr>
              <w:spacing w:after="0" w:line="240" w:lineRule="auto"/>
            </w:pPr>
            <w:r>
              <w:rPr>
                <w:rFonts w:eastAsia="Aptos"/>
                <w:sz w:val="17"/>
              </w:rPr>
              <w:t>Montes Merlot 750ml (chi-red)</w:t>
            </w:r>
          </w:p>
        </w:tc>
        <w:tc>
          <w:tcPr>
            <w:tcW w:w="630" w:type="dxa"/>
            <w:tcMar>
              <w:top w:w="28" w:type="dxa"/>
              <w:left w:w="38" w:type="dxa"/>
              <w:bottom w:w="28" w:type="dxa"/>
              <w:right w:w="38" w:type="dxa"/>
            </w:tcMar>
            <w:vAlign w:val="center"/>
          </w:tcPr>
          <w:p w14:paraId="13E61C85" w14:textId="77777777" w:rsidR="00D60D5E" w:rsidRDefault="00891EF0">
            <w:pPr>
              <w:spacing w:after="0" w:line="240" w:lineRule="auto"/>
              <w:jc w:val="center"/>
            </w:pPr>
            <w:r>
              <w:rPr>
                <w:rFonts w:eastAsia="Aptos"/>
                <w:b/>
                <w:sz w:val="17"/>
              </w:rPr>
              <w:t>25.60</w:t>
            </w:r>
          </w:p>
        </w:tc>
        <w:tc>
          <w:tcPr>
            <w:tcW w:w="540" w:type="dxa"/>
            <w:tcMar>
              <w:top w:w="28" w:type="dxa"/>
              <w:left w:w="38" w:type="dxa"/>
              <w:bottom w:w="28" w:type="dxa"/>
              <w:right w:w="38" w:type="dxa"/>
            </w:tcMar>
            <w:vAlign w:val="center"/>
          </w:tcPr>
          <w:p w14:paraId="7DE0D4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57AA01" w14:textId="77777777" w:rsidR="00D60D5E" w:rsidRDefault="00D60D5E">
            <w:pPr>
              <w:jc w:val="center"/>
            </w:pPr>
          </w:p>
        </w:tc>
      </w:tr>
      <w:tr w:rsidR="00D60D5E" w14:paraId="0CE3D4BC" w14:textId="77777777" w:rsidTr="000617E0">
        <w:trPr>
          <w:cantSplit/>
          <w:jc w:val="center"/>
        </w:trPr>
        <w:tc>
          <w:tcPr>
            <w:tcW w:w="677" w:type="dxa"/>
            <w:tcMar>
              <w:top w:w="28" w:type="dxa"/>
              <w:left w:w="38" w:type="dxa"/>
              <w:bottom w:w="28" w:type="dxa"/>
              <w:right w:w="38" w:type="dxa"/>
            </w:tcMar>
            <w:vAlign w:val="center"/>
          </w:tcPr>
          <w:p w14:paraId="4B4CABC6" w14:textId="77777777" w:rsidR="00D60D5E" w:rsidRDefault="00891EF0">
            <w:pPr>
              <w:spacing w:after="0" w:line="240" w:lineRule="auto"/>
              <w:jc w:val="center"/>
            </w:pPr>
            <w:r>
              <w:rPr>
                <w:rFonts w:eastAsia="Aptos"/>
                <w:color w:val="6A7075"/>
                <w:sz w:val="17"/>
              </w:rPr>
              <w:t>345-295</w:t>
            </w:r>
          </w:p>
        </w:tc>
        <w:tc>
          <w:tcPr>
            <w:tcW w:w="2648" w:type="dxa"/>
            <w:tcMar>
              <w:top w:w="28" w:type="dxa"/>
              <w:left w:w="38" w:type="dxa"/>
              <w:bottom w:w="28" w:type="dxa"/>
              <w:right w:w="38" w:type="dxa"/>
            </w:tcMar>
            <w:vAlign w:val="center"/>
          </w:tcPr>
          <w:p w14:paraId="576695C8" w14:textId="77777777" w:rsidR="00D60D5E" w:rsidRDefault="00891EF0">
            <w:pPr>
              <w:spacing w:after="0" w:line="240" w:lineRule="auto"/>
            </w:pPr>
            <w:r>
              <w:rPr>
                <w:rFonts w:eastAsia="Aptos"/>
                <w:sz w:val="17"/>
              </w:rPr>
              <w:t>Montes Cabernet Sauvignon (chi-red)</w:t>
            </w:r>
          </w:p>
        </w:tc>
        <w:tc>
          <w:tcPr>
            <w:tcW w:w="630" w:type="dxa"/>
            <w:tcMar>
              <w:top w:w="28" w:type="dxa"/>
              <w:left w:w="38" w:type="dxa"/>
              <w:bottom w:w="28" w:type="dxa"/>
              <w:right w:w="38" w:type="dxa"/>
            </w:tcMar>
            <w:vAlign w:val="center"/>
          </w:tcPr>
          <w:p w14:paraId="158D051B" w14:textId="77777777" w:rsidR="00D60D5E" w:rsidRDefault="00891EF0">
            <w:pPr>
              <w:spacing w:after="0" w:line="240" w:lineRule="auto"/>
              <w:jc w:val="center"/>
            </w:pPr>
            <w:r>
              <w:rPr>
                <w:rFonts w:eastAsia="Aptos"/>
                <w:b/>
                <w:sz w:val="17"/>
              </w:rPr>
              <w:t>14.29</w:t>
            </w:r>
          </w:p>
        </w:tc>
        <w:tc>
          <w:tcPr>
            <w:tcW w:w="540" w:type="dxa"/>
            <w:tcMar>
              <w:top w:w="28" w:type="dxa"/>
              <w:left w:w="38" w:type="dxa"/>
              <w:bottom w:w="28" w:type="dxa"/>
              <w:right w:w="38" w:type="dxa"/>
            </w:tcMar>
            <w:vAlign w:val="center"/>
          </w:tcPr>
          <w:p w14:paraId="5E09A2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2A8B2E5" w14:textId="77777777" w:rsidR="00D60D5E" w:rsidRDefault="00D60D5E">
            <w:pPr>
              <w:jc w:val="center"/>
            </w:pPr>
          </w:p>
        </w:tc>
      </w:tr>
      <w:tr w:rsidR="00D60D5E" w14:paraId="2C013548" w14:textId="77777777" w:rsidTr="000617E0">
        <w:trPr>
          <w:cantSplit/>
          <w:jc w:val="center"/>
        </w:trPr>
        <w:tc>
          <w:tcPr>
            <w:tcW w:w="677" w:type="dxa"/>
            <w:tcMar>
              <w:top w:w="28" w:type="dxa"/>
              <w:left w:w="38" w:type="dxa"/>
              <w:bottom w:w="28" w:type="dxa"/>
              <w:right w:w="38" w:type="dxa"/>
            </w:tcMar>
            <w:vAlign w:val="center"/>
          </w:tcPr>
          <w:p w14:paraId="1B64E619" w14:textId="77777777" w:rsidR="00D60D5E" w:rsidRDefault="00891EF0">
            <w:pPr>
              <w:spacing w:after="0" w:line="240" w:lineRule="auto"/>
              <w:jc w:val="center"/>
            </w:pPr>
            <w:r>
              <w:rPr>
                <w:rFonts w:eastAsia="Aptos"/>
                <w:color w:val="6A7075"/>
                <w:sz w:val="17"/>
              </w:rPr>
              <w:t>345-300</w:t>
            </w:r>
          </w:p>
        </w:tc>
        <w:tc>
          <w:tcPr>
            <w:tcW w:w="2648" w:type="dxa"/>
            <w:tcMar>
              <w:top w:w="28" w:type="dxa"/>
              <w:left w:w="38" w:type="dxa"/>
              <w:bottom w:w="28" w:type="dxa"/>
              <w:right w:w="38" w:type="dxa"/>
            </w:tcMar>
            <w:vAlign w:val="center"/>
          </w:tcPr>
          <w:p w14:paraId="08DC1099" w14:textId="77777777" w:rsidR="00D60D5E" w:rsidRDefault="00891EF0">
            <w:pPr>
              <w:spacing w:after="0" w:line="240" w:lineRule="auto"/>
            </w:pPr>
            <w:r>
              <w:rPr>
                <w:rFonts w:eastAsia="Aptos"/>
                <w:sz w:val="17"/>
              </w:rPr>
              <w:t>Concha &amp; Toro Merlot 750ml (chi-red)</w:t>
            </w:r>
          </w:p>
        </w:tc>
        <w:tc>
          <w:tcPr>
            <w:tcW w:w="630" w:type="dxa"/>
            <w:tcMar>
              <w:top w:w="28" w:type="dxa"/>
              <w:left w:w="38" w:type="dxa"/>
              <w:bottom w:w="28" w:type="dxa"/>
              <w:right w:w="38" w:type="dxa"/>
            </w:tcMar>
            <w:vAlign w:val="center"/>
          </w:tcPr>
          <w:p w14:paraId="7D7563F1"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1B8814C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9101DC" w14:textId="77777777" w:rsidR="00D60D5E" w:rsidRDefault="00D60D5E">
            <w:pPr>
              <w:jc w:val="center"/>
            </w:pPr>
          </w:p>
        </w:tc>
      </w:tr>
      <w:tr w:rsidR="00D60D5E" w14:paraId="5F94A07C" w14:textId="77777777" w:rsidTr="000617E0">
        <w:trPr>
          <w:cantSplit/>
          <w:jc w:val="center"/>
        </w:trPr>
        <w:tc>
          <w:tcPr>
            <w:tcW w:w="677" w:type="dxa"/>
            <w:tcMar>
              <w:top w:w="28" w:type="dxa"/>
              <w:left w:w="38" w:type="dxa"/>
              <w:bottom w:w="28" w:type="dxa"/>
              <w:right w:w="38" w:type="dxa"/>
            </w:tcMar>
            <w:vAlign w:val="center"/>
          </w:tcPr>
          <w:p w14:paraId="4565D543" w14:textId="77777777" w:rsidR="00D60D5E" w:rsidRDefault="00891EF0">
            <w:pPr>
              <w:spacing w:after="0" w:line="240" w:lineRule="auto"/>
              <w:jc w:val="center"/>
            </w:pPr>
            <w:r>
              <w:rPr>
                <w:rFonts w:eastAsia="Aptos"/>
                <w:color w:val="6A7075"/>
                <w:sz w:val="17"/>
              </w:rPr>
              <w:t>345-305</w:t>
            </w:r>
          </w:p>
        </w:tc>
        <w:tc>
          <w:tcPr>
            <w:tcW w:w="2648" w:type="dxa"/>
            <w:tcMar>
              <w:top w:w="28" w:type="dxa"/>
              <w:left w:w="38" w:type="dxa"/>
              <w:bottom w:w="28" w:type="dxa"/>
              <w:right w:w="38" w:type="dxa"/>
            </w:tcMar>
            <w:vAlign w:val="center"/>
          </w:tcPr>
          <w:p w14:paraId="6EB33777" w14:textId="77777777" w:rsidR="00D60D5E" w:rsidRDefault="00891EF0">
            <w:pPr>
              <w:spacing w:after="0" w:line="240" w:lineRule="auto"/>
            </w:pPr>
            <w:r>
              <w:rPr>
                <w:rFonts w:eastAsia="Aptos"/>
                <w:sz w:val="17"/>
              </w:rPr>
              <w:t>Concha &amp; Toro Cabernet Sauvignon (chi-red)</w:t>
            </w:r>
          </w:p>
        </w:tc>
        <w:tc>
          <w:tcPr>
            <w:tcW w:w="630" w:type="dxa"/>
            <w:tcMar>
              <w:top w:w="28" w:type="dxa"/>
              <w:left w:w="38" w:type="dxa"/>
              <w:bottom w:w="28" w:type="dxa"/>
              <w:right w:w="38" w:type="dxa"/>
            </w:tcMar>
            <w:vAlign w:val="center"/>
          </w:tcPr>
          <w:p w14:paraId="6C63BF0C" w14:textId="77777777" w:rsidR="00D60D5E" w:rsidRDefault="00891EF0">
            <w:pPr>
              <w:spacing w:after="0" w:line="240" w:lineRule="auto"/>
              <w:jc w:val="center"/>
            </w:pPr>
            <w:r>
              <w:rPr>
                <w:rFonts w:eastAsia="Aptos"/>
                <w:b/>
                <w:sz w:val="17"/>
              </w:rPr>
              <w:t>15.69</w:t>
            </w:r>
          </w:p>
        </w:tc>
        <w:tc>
          <w:tcPr>
            <w:tcW w:w="540" w:type="dxa"/>
            <w:tcMar>
              <w:top w:w="28" w:type="dxa"/>
              <w:left w:w="38" w:type="dxa"/>
              <w:bottom w:w="28" w:type="dxa"/>
              <w:right w:w="38" w:type="dxa"/>
            </w:tcMar>
            <w:vAlign w:val="center"/>
          </w:tcPr>
          <w:p w14:paraId="49A5221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F191056" w14:textId="77777777" w:rsidR="00D60D5E" w:rsidRDefault="00D60D5E">
            <w:pPr>
              <w:jc w:val="center"/>
            </w:pPr>
          </w:p>
        </w:tc>
      </w:tr>
      <w:tr w:rsidR="00D60D5E" w14:paraId="41DD474D" w14:textId="77777777" w:rsidTr="000617E0">
        <w:trPr>
          <w:cantSplit/>
          <w:jc w:val="center"/>
        </w:trPr>
        <w:tc>
          <w:tcPr>
            <w:tcW w:w="677" w:type="dxa"/>
            <w:tcMar>
              <w:top w:w="28" w:type="dxa"/>
              <w:left w:w="38" w:type="dxa"/>
              <w:bottom w:w="28" w:type="dxa"/>
              <w:right w:w="38" w:type="dxa"/>
            </w:tcMar>
            <w:vAlign w:val="center"/>
          </w:tcPr>
          <w:p w14:paraId="63DDAECE" w14:textId="77777777" w:rsidR="00D60D5E" w:rsidRDefault="00891EF0">
            <w:pPr>
              <w:spacing w:after="0" w:line="240" w:lineRule="auto"/>
              <w:jc w:val="center"/>
            </w:pPr>
            <w:r>
              <w:rPr>
                <w:rFonts w:eastAsia="Aptos"/>
                <w:color w:val="6A7075"/>
                <w:sz w:val="17"/>
              </w:rPr>
              <w:t>345-310</w:t>
            </w:r>
          </w:p>
        </w:tc>
        <w:tc>
          <w:tcPr>
            <w:tcW w:w="2648" w:type="dxa"/>
            <w:tcMar>
              <w:top w:w="28" w:type="dxa"/>
              <w:left w:w="38" w:type="dxa"/>
              <w:bottom w:w="28" w:type="dxa"/>
              <w:right w:w="38" w:type="dxa"/>
            </w:tcMar>
            <w:vAlign w:val="center"/>
          </w:tcPr>
          <w:p w14:paraId="4A87F50B" w14:textId="77777777" w:rsidR="00D60D5E" w:rsidRDefault="00891EF0">
            <w:pPr>
              <w:spacing w:after="0" w:line="240" w:lineRule="auto"/>
            </w:pPr>
            <w:r>
              <w:rPr>
                <w:rFonts w:eastAsia="Aptos"/>
                <w:sz w:val="17"/>
              </w:rPr>
              <w:t>Pinot Grigio (Italy)</w:t>
            </w:r>
          </w:p>
        </w:tc>
        <w:tc>
          <w:tcPr>
            <w:tcW w:w="630" w:type="dxa"/>
            <w:tcMar>
              <w:top w:w="28" w:type="dxa"/>
              <w:left w:w="38" w:type="dxa"/>
              <w:bottom w:w="28" w:type="dxa"/>
              <w:right w:w="38" w:type="dxa"/>
            </w:tcMar>
            <w:vAlign w:val="center"/>
          </w:tcPr>
          <w:p w14:paraId="5CD08986" w14:textId="77777777" w:rsidR="00D60D5E" w:rsidRDefault="00891EF0">
            <w:pPr>
              <w:spacing w:after="0" w:line="240" w:lineRule="auto"/>
              <w:jc w:val="center"/>
            </w:pPr>
            <w:r>
              <w:rPr>
                <w:rFonts w:eastAsia="Aptos"/>
                <w:b/>
                <w:sz w:val="17"/>
              </w:rPr>
              <w:t>19.25</w:t>
            </w:r>
          </w:p>
        </w:tc>
        <w:tc>
          <w:tcPr>
            <w:tcW w:w="540" w:type="dxa"/>
            <w:tcMar>
              <w:top w:w="28" w:type="dxa"/>
              <w:left w:w="38" w:type="dxa"/>
              <w:bottom w:w="28" w:type="dxa"/>
              <w:right w:w="38" w:type="dxa"/>
            </w:tcMar>
            <w:vAlign w:val="center"/>
          </w:tcPr>
          <w:p w14:paraId="4738D46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39AE36" w14:textId="77777777" w:rsidR="00D60D5E" w:rsidRDefault="00D60D5E">
            <w:pPr>
              <w:jc w:val="center"/>
            </w:pPr>
          </w:p>
        </w:tc>
      </w:tr>
      <w:tr w:rsidR="00D60D5E" w14:paraId="5BB6F451" w14:textId="77777777" w:rsidTr="000617E0">
        <w:trPr>
          <w:cantSplit/>
          <w:jc w:val="center"/>
        </w:trPr>
        <w:tc>
          <w:tcPr>
            <w:tcW w:w="677" w:type="dxa"/>
            <w:tcMar>
              <w:top w:w="28" w:type="dxa"/>
              <w:left w:w="38" w:type="dxa"/>
              <w:bottom w:w="28" w:type="dxa"/>
              <w:right w:w="38" w:type="dxa"/>
            </w:tcMar>
            <w:vAlign w:val="center"/>
          </w:tcPr>
          <w:p w14:paraId="61052E36" w14:textId="77777777" w:rsidR="00D60D5E" w:rsidRDefault="00891EF0">
            <w:pPr>
              <w:spacing w:after="0" w:line="240" w:lineRule="auto"/>
              <w:jc w:val="center"/>
            </w:pPr>
            <w:r>
              <w:rPr>
                <w:rFonts w:eastAsia="Aptos"/>
                <w:color w:val="6A7075"/>
                <w:sz w:val="17"/>
              </w:rPr>
              <w:t>345-315</w:t>
            </w:r>
          </w:p>
        </w:tc>
        <w:tc>
          <w:tcPr>
            <w:tcW w:w="2648" w:type="dxa"/>
            <w:tcMar>
              <w:top w:w="28" w:type="dxa"/>
              <w:left w:w="38" w:type="dxa"/>
              <w:bottom w:w="28" w:type="dxa"/>
              <w:right w:w="38" w:type="dxa"/>
            </w:tcMar>
            <w:vAlign w:val="center"/>
          </w:tcPr>
          <w:p w14:paraId="1ECAB445" w14:textId="77777777" w:rsidR="00D60D5E" w:rsidRDefault="00891EF0">
            <w:pPr>
              <w:spacing w:after="0" w:line="240" w:lineRule="auto"/>
            </w:pPr>
            <w:r>
              <w:rPr>
                <w:rFonts w:eastAsia="Aptos"/>
                <w:sz w:val="17"/>
              </w:rPr>
              <w:t>Chardonnay Cavit / Santa Marg (Italy)</w:t>
            </w:r>
          </w:p>
        </w:tc>
        <w:tc>
          <w:tcPr>
            <w:tcW w:w="630" w:type="dxa"/>
            <w:tcMar>
              <w:top w:w="28" w:type="dxa"/>
              <w:left w:w="38" w:type="dxa"/>
              <w:bottom w:w="28" w:type="dxa"/>
              <w:right w:w="38" w:type="dxa"/>
            </w:tcMar>
            <w:vAlign w:val="center"/>
          </w:tcPr>
          <w:p w14:paraId="61728F0F" w14:textId="77777777" w:rsidR="00D60D5E" w:rsidRDefault="00891EF0">
            <w:pPr>
              <w:spacing w:after="0" w:line="240" w:lineRule="auto"/>
              <w:jc w:val="center"/>
            </w:pPr>
            <w:r>
              <w:rPr>
                <w:rFonts w:eastAsia="Aptos"/>
                <w:b/>
                <w:sz w:val="17"/>
              </w:rPr>
              <w:t>19.90</w:t>
            </w:r>
          </w:p>
        </w:tc>
        <w:tc>
          <w:tcPr>
            <w:tcW w:w="540" w:type="dxa"/>
            <w:tcMar>
              <w:top w:w="28" w:type="dxa"/>
              <w:left w:w="38" w:type="dxa"/>
              <w:bottom w:w="28" w:type="dxa"/>
              <w:right w:w="38" w:type="dxa"/>
            </w:tcMar>
            <w:vAlign w:val="center"/>
          </w:tcPr>
          <w:p w14:paraId="02E7240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5E7B8E" w14:textId="77777777" w:rsidR="00D60D5E" w:rsidRDefault="00D60D5E">
            <w:pPr>
              <w:jc w:val="center"/>
            </w:pPr>
          </w:p>
        </w:tc>
      </w:tr>
      <w:tr w:rsidR="00D60D5E" w14:paraId="3582FC0F" w14:textId="77777777" w:rsidTr="000617E0">
        <w:trPr>
          <w:cantSplit/>
          <w:jc w:val="center"/>
        </w:trPr>
        <w:tc>
          <w:tcPr>
            <w:tcW w:w="677" w:type="dxa"/>
            <w:tcMar>
              <w:top w:w="28" w:type="dxa"/>
              <w:left w:w="38" w:type="dxa"/>
              <w:bottom w:w="28" w:type="dxa"/>
              <w:right w:w="38" w:type="dxa"/>
            </w:tcMar>
            <w:vAlign w:val="center"/>
          </w:tcPr>
          <w:p w14:paraId="14C7B067" w14:textId="77777777" w:rsidR="00D60D5E" w:rsidRDefault="00891EF0">
            <w:pPr>
              <w:spacing w:after="0" w:line="240" w:lineRule="auto"/>
              <w:jc w:val="center"/>
            </w:pPr>
            <w:r>
              <w:rPr>
                <w:rFonts w:eastAsia="Aptos"/>
                <w:color w:val="6A7075"/>
                <w:sz w:val="17"/>
              </w:rPr>
              <w:t>345-320</w:t>
            </w:r>
          </w:p>
        </w:tc>
        <w:tc>
          <w:tcPr>
            <w:tcW w:w="2648" w:type="dxa"/>
            <w:tcMar>
              <w:top w:w="28" w:type="dxa"/>
              <w:left w:w="38" w:type="dxa"/>
              <w:bottom w:w="28" w:type="dxa"/>
              <w:right w:w="38" w:type="dxa"/>
            </w:tcMar>
            <w:vAlign w:val="center"/>
          </w:tcPr>
          <w:p w14:paraId="4BC72540" w14:textId="77777777" w:rsidR="00D60D5E" w:rsidRDefault="00891EF0">
            <w:pPr>
              <w:spacing w:after="0" w:line="240" w:lineRule="auto"/>
            </w:pPr>
            <w:r>
              <w:rPr>
                <w:rFonts w:eastAsia="Aptos"/>
                <w:sz w:val="17"/>
              </w:rPr>
              <w:t>Josh Cabernet Sauvignon 750ml</w:t>
            </w:r>
          </w:p>
        </w:tc>
        <w:tc>
          <w:tcPr>
            <w:tcW w:w="630" w:type="dxa"/>
            <w:tcMar>
              <w:top w:w="28" w:type="dxa"/>
              <w:left w:w="38" w:type="dxa"/>
              <w:bottom w:w="28" w:type="dxa"/>
              <w:right w:w="38" w:type="dxa"/>
            </w:tcMar>
            <w:vAlign w:val="center"/>
          </w:tcPr>
          <w:p w14:paraId="31ECED2E" w14:textId="77777777" w:rsidR="00D60D5E" w:rsidRDefault="00891EF0">
            <w:pPr>
              <w:spacing w:after="0" w:line="240" w:lineRule="auto"/>
              <w:jc w:val="center"/>
            </w:pPr>
            <w:r>
              <w:rPr>
                <w:rFonts w:eastAsia="Aptos"/>
                <w:b/>
                <w:sz w:val="17"/>
              </w:rPr>
              <w:t>27.59</w:t>
            </w:r>
          </w:p>
        </w:tc>
        <w:tc>
          <w:tcPr>
            <w:tcW w:w="540" w:type="dxa"/>
            <w:tcMar>
              <w:top w:w="28" w:type="dxa"/>
              <w:left w:w="38" w:type="dxa"/>
              <w:bottom w:w="28" w:type="dxa"/>
              <w:right w:w="38" w:type="dxa"/>
            </w:tcMar>
            <w:vAlign w:val="center"/>
          </w:tcPr>
          <w:p w14:paraId="6953CAE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E9B43C0" w14:textId="77777777" w:rsidR="00D60D5E" w:rsidRDefault="00D60D5E">
            <w:pPr>
              <w:jc w:val="center"/>
            </w:pPr>
          </w:p>
        </w:tc>
      </w:tr>
      <w:tr w:rsidR="00D60D5E" w14:paraId="5DF3F86A" w14:textId="77777777" w:rsidTr="000617E0">
        <w:trPr>
          <w:cantSplit/>
          <w:jc w:val="center"/>
        </w:trPr>
        <w:tc>
          <w:tcPr>
            <w:tcW w:w="677" w:type="dxa"/>
            <w:tcMar>
              <w:top w:w="28" w:type="dxa"/>
              <w:left w:w="38" w:type="dxa"/>
              <w:bottom w:w="28" w:type="dxa"/>
              <w:right w:w="38" w:type="dxa"/>
            </w:tcMar>
            <w:vAlign w:val="center"/>
          </w:tcPr>
          <w:p w14:paraId="7D0CA715" w14:textId="77777777" w:rsidR="00D60D5E" w:rsidRDefault="00891EF0">
            <w:pPr>
              <w:spacing w:after="0" w:line="240" w:lineRule="auto"/>
              <w:jc w:val="center"/>
            </w:pPr>
            <w:r>
              <w:rPr>
                <w:rFonts w:eastAsia="Aptos"/>
                <w:color w:val="6A7075"/>
                <w:sz w:val="17"/>
              </w:rPr>
              <w:t>345-325</w:t>
            </w:r>
          </w:p>
        </w:tc>
        <w:tc>
          <w:tcPr>
            <w:tcW w:w="2648" w:type="dxa"/>
            <w:tcMar>
              <w:top w:w="28" w:type="dxa"/>
              <w:left w:w="38" w:type="dxa"/>
              <w:bottom w:w="28" w:type="dxa"/>
              <w:right w:w="38" w:type="dxa"/>
            </w:tcMar>
            <w:vAlign w:val="center"/>
          </w:tcPr>
          <w:p w14:paraId="6972D673" w14:textId="77777777" w:rsidR="00D60D5E" w:rsidRDefault="00891EF0">
            <w:pPr>
              <w:spacing w:after="0" w:line="240" w:lineRule="auto"/>
            </w:pPr>
            <w:r>
              <w:rPr>
                <w:rFonts w:eastAsia="Aptos"/>
                <w:sz w:val="17"/>
              </w:rPr>
              <w:t>Josh Chardonnay 750 ml</w:t>
            </w:r>
          </w:p>
        </w:tc>
        <w:tc>
          <w:tcPr>
            <w:tcW w:w="630" w:type="dxa"/>
            <w:tcMar>
              <w:top w:w="28" w:type="dxa"/>
              <w:left w:w="38" w:type="dxa"/>
              <w:bottom w:w="28" w:type="dxa"/>
              <w:right w:w="38" w:type="dxa"/>
            </w:tcMar>
            <w:vAlign w:val="center"/>
          </w:tcPr>
          <w:p w14:paraId="7599E380" w14:textId="77777777" w:rsidR="00D60D5E" w:rsidRDefault="00891EF0">
            <w:pPr>
              <w:spacing w:after="0" w:line="240" w:lineRule="auto"/>
              <w:jc w:val="center"/>
            </w:pPr>
            <w:r>
              <w:rPr>
                <w:rFonts w:eastAsia="Aptos"/>
                <w:b/>
                <w:sz w:val="17"/>
              </w:rPr>
              <w:t>24.60</w:t>
            </w:r>
          </w:p>
        </w:tc>
        <w:tc>
          <w:tcPr>
            <w:tcW w:w="540" w:type="dxa"/>
            <w:tcMar>
              <w:top w:w="28" w:type="dxa"/>
              <w:left w:w="38" w:type="dxa"/>
              <w:bottom w:w="28" w:type="dxa"/>
              <w:right w:w="38" w:type="dxa"/>
            </w:tcMar>
            <w:vAlign w:val="center"/>
          </w:tcPr>
          <w:p w14:paraId="2BB98AA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8090AE7" w14:textId="77777777" w:rsidR="00D60D5E" w:rsidRDefault="00D60D5E">
            <w:pPr>
              <w:jc w:val="center"/>
            </w:pPr>
          </w:p>
        </w:tc>
      </w:tr>
      <w:tr w:rsidR="00D60D5E" w14:paraId="3454E733" w14:textId="77777777" w:rsidTr="000617E0">
        <w:trPr>
          <w:cantSplit/>
          <w:jc w:val="center"/>
        </w:trPr>
        <w:tc>
          <w:tcPr>
            <w:tcW w:w="677" w:type="dxa"/>
            <w:tcMar>
              <w:top w:w="28" w:type="dxa"/>
              <w:left w:w="38" w:type="dxa"/>
              <w:bottom w:w="28" w:type="dxa"/>
              <w:right w:w="38" w:type="dxa"/>
            </w:tcMar>
            <w:vAlign w:val="center"/>
          </w:tcPr>
          <w:p w14:paraId="738DD2B2" w14:textId="77777777" w:rsidR="00D60D5E" w:rsidRDefault="00891EF0">
            <w:pPr>
              <w:spacing w:after="0" w:line="240" w:lineRule="auto"/>
              <w:jc w:val="center"/>
            </w:pPr>
            <w:r>
              <w:rPr>
                <w:rFonts w:eastAsia="Aptos"/>
                <w:color w:val="6A7075"/>
                <w:sz w:val="17"/>
              </w:rPr>
              <w:t>345-330</w:t>
            </w:r>
          </w:p>
        </w:tc>
        <w:tc>
          <w:tcPr>
            <w:tcW w:w="2648" w:type="dxa"/>
            <w:tcMar>
              <w:top w:w="28" w:type="dxa"/>
              <w:left w:w="38" w:type="dxa"/>
              <w:bottom w:w="28" w:type="dxa"/>
              <w:right w:w="38" w:type="dxa"/>
            </w:tcMar>
            <w:vAlign w:val="center"/>
          </w:tcPr>
          <w:p w14:paraId="22D8EEDA" w14:textId="77777777" w:rsidR="00D60D5E" w:rsidRDefault="00891EF0">
            <w:pPr>
              <w:spacing w:after="0" w:line="240" w:lineRule="auto"/>
            </w:pPr>
            <w:r>
              <w:rPr>
                <w:rFonts w:eastAsia="Aptos"/>
                <w:sz w:val="17"/>
              </w:rPr>
              <w:t>Chianti (Italy) Ruffino</w:t>
            </w:r>
          </w:p>
        </w:tc>
        <w:tc>
          <w:tcPr>
            <w:tcW w:w="630" w:type="dxa"/>
            <w:tcMar>
              <w:top w:w="28" w:type="dxa"/>
              <w:left w:w="38" w:type="dxa"/>
              <w:bottom w:w="28" w:type="dxa"/>
              <w:right w:w="38" w:type="dxa"/>
            </w:tcMar>
            <w:vAlign w:val="center"/>
          </w:tcPr>
          <w:p w14:paraId="774FE228" w14:textId="77777777" w:rsidR="00D60D5E" w:rsidRDefault="00891EF0">
            <w:pPr>
              <w:spacing w:after="0" w:line="240" w:lineRule="auto"/>
              <w:jc w:val="center"/>
            </w:pPr>
            <w:r>
              <w:rPr>
                <w:rFonts w:eastAsia="Aptos"/>
                <w:b/>
                <w:sz w:val="17"/>
              </w:rPr>
              <w:t>15.99</w:t>
            </w:r>
          </w:p>
        </w:tc>
        <w:tc>
          <w:tcPr>
            <w:tcW w:w="540" w:type="dxa"/>
            <w:tcMar>
              <w:top w:w="28" w:type="dxa"/>
              <w:left w:w="38" w:type="dxa"/>
              <w:bottom w:w="28" w:type="dxa"/>
              <w:right w:w="38" w:type="dxa"/>
            </w:tcMar>
            <w:vAlign w:val="center"/>
          </w:tcPr>
          <w:p w14:paraId="4EA404E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5BF865" w14:textId="77777777" w:rsidR="00D60D5E" w:rsidRDefault="00D60D5E">
            <w:pPr>
              <w:jc w:val="center"/>
            </w:pPr>
          </w:p>
        </w:tc>
      </w:tr>
      <w:tr w:rsidR="00D60D5E" w14:paraId="136E6C29" w14:textId="77777777" w:rsidTr="000617E0">
        <w:trPr>
          <w:cantSplit/>
          <w:jc w:val="center"/>
        </w:trPr>
        <w:tc>
          <w:tcPr>
            <w:tcW w:w="677" w:type="dxa"/>
            <w:tcMar>
              <w:top w:w="28" w:type="dxa"/>
              <w:left w:w="38" w:type="dxa"/>
              <w:bottom w:w="28" w:type="dxa"/>
              <w:right w:w="38" w:type="dxa"/>
            </w:tcMar>
            <w:vAlign w:val="center"/>
          </w:tcPr>
          <w:p w14:paraId="38366552" w14:textId="77777777" w:rsidR="00D60D5E" w:rsidRDefault="00891EF0">
            <w:pPr>
              <w:spacing w:after="0" w:line="240" w:lineRule="auto"/>
              <w:jc w:val="center"/>
            </w:pPr>
            <w:r>
              <w:rPr>
                <w:rFonts w:eastAsia="Aptos"/>
                <w:color w:val="6A7075"/>
                <w:sz w:val="17"/>
              </w:rPr>
              <w:t>345-335</w:t>
            </w:r>
          </w:p>
        </w:tc>
        <w:tc>
          <w:tcPr>
            <w:tcW w:w="2648" w:type="dxa"/>
            <w:tcMar>
              <w:top w:w="28" w:type="dxa"/>
              <w:left w:w="38" w:type="dxa"/>
              <w:bottom w:w="28" w:type="dxa"/>
              <w:right w:w="38" w:type="dxa"/>
            </w:tcMar>
            <w:vAlign w:val="center"/>
          </w:tcPr>
          <w:p w14:paraId="19D9D3CE" w14:textId="77777777" w:rsidR="00D60D5E" w:rsidRDefault="00891EF0">
            <w:pPr>
              <w:spacing w:after="0" w:line="240" w:lineRule="auto"/>
            </w:pPr>
            <w:r>
              <w:rPr>
                <w:rFonts w:eastAsia="Aptos"/>
                <w:sz w:val="17"/>
              </w:rPr>
              <w:t>Merlot 750ml Cavit (Italy)</w:t>
            </w:r>
          </w:p>
        </w:tc>
        <w:tc>
          <w:tcPr>
            <w:tcW w:w="630" w:type="dxa"/>
            <w:tcMar>
              <w:top w:w="28" w:type="dxa"/>
              <w:left w:w="38" w:type="dxa"/>
              <w:bottom w:w="28" w:type="dxa"/>
              <w:right w:w="38" w:type="dxa"/>
            </w:tcMar>
            <w:vAlign w:val="center"/>
          </w:tcPr>
          <w:p w14:paraId="549F5795" w14:textId="77777777" w:rsidR="00D60D5E" w:rsidRDefault="00891EF0">
            <w:pPr>
              <w:spacing w:after="0" w:line="240" w:lineRule="auto"/>
              <w:jc w:val="center"/>
            </w:pPr>
            <w:r>
              <w:rPr>
                <w:rFonts w:eastAsia="Aptos"/>
                <w:b/>
                <w:sz w:val="17"/>
              </w:rPr>
              <w:t>17.55</w:t>
            </w:r>
          </w:p>
        </w:tc>
        <w:tc>
          <w:tcPr>
            <w:tcW w:w="540" w:type="dxa"/>
            <w:tcMar>
              <w:top w:w="28" w:type="dxa"/>
              <w:left w:w="38" w:type="dxa"/>
              <w:bottom w:w="28" w:type="dxa"/>
              <w:right w:w="38" w:type="dxa"/>
            </w:tcMar>
            <w:vAlign w:val="center"/>
          </w:tcPr>
          <w:p w14:paraId="7FEFCF7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F7B884" w14:textId="77777777" w:rsidR="00D60D5E" w:rsidRDefault="00D60D5E">
            <w:pPr>
              <w:jc w:val="center"/>
            </w:pPr>
          </w:p>
        </w:tc>
      </w:tr>
      <w:tr w:rsidR="00D60D5E" w14:paraId="5E4840F5" w14:textId="77777777" w:rsidTr="000617E0">
        <w:trPr>
          <w:cantSplit/>
          <w:jc w:val="center"/>
        </w:trPr>
        <w:tc>
          <w:tcPr>
            <w:tcW w:w="677" w:type="dxa"/>
            <w:tcMar>
              <w:top w:w="28" w:type="dxa"/>
              <w:left w:w="38" w:type="dxa"/>
              <w:bottom w:w="28" w:type="dxa"/>
              <w:right w:w="38" w:type="dxa"/>
            </w:tcMar>
            <w:vAlign w:val="center"/>
          </w:tcPr>
          <w:p w14:paraId="0E3809F5" w14:textId="77777777" w:rsidR="00D60D5E" w:rsidRDefault="00891EF0">
            <w:pPr>
              <w:spacing w:after="0" w:line="240" w:lineRule="auto"/>
              <w:jc w:val="center"/>
            </w:pPr>
            <w:r>
              <w:rPr>
                <w:rFonts w:eastAsia="Aptos"/>
                <w:color w:val="6A7075"/>
                <w:sz w:val="17"/>
              </w:rPr>
              <w:t>345-340</w:t>
            </w:r>
          </w:p>
        </w:tc>
        <w:tc>
          <w:tcPr>
            <w:tcW w:w="2648" w:type="dxa"/>
            <w:tcMar>
              <w:top w:w="28" w:type="dxa"/>
              <w:left w:w="38" w:type="dxa"/>
              <w:bottom w:w="28" w:type="dxa"/>
              <w:right w:w="38" w:type="dxa"/>
            </w:tcMar>
            <w:vAlign w:val="center"/>
          </w:tcPr>
          <w:p w14:paraId="16E2C42A" w14:textId="77777777" w:rsidR="00D60D5E" w:rsidRDefault="00891EF0">
            <w:pPr>
              <w:spacing w:after="0" w:line="240" w:lineRule="auto"/>
            </w:pPr>
            <w:r>
              <w:rPr>
                <w:rFonts w:eastAsia="Aptos"/>
                <w:sz w:val="17"/>
              </w:rPr>
              <w:t>Folonari Pinot Grigio 750 ml</w:t>
            </w:r>
          </w:p>
        </w:tc>
        <w:tc>
          <w:tcPr>
            <w:tcW w:w="630" w:type="dxa"/>
            <w:tcMar>
              <w:top w:w="28" w:type="dxa"/>
              <w:left w:w="38" w:type="dxa"/>
              <w:bottom w:w="28" w:type="dxa"/>
              <w:right w:w="38" w:type="dxa"/>
            </w:tcMar>
            <w:vAlign w:val="center"/>
          </w:tcPr>
          <w:p w14:paraId="148C2FAA" w14:textId="77777777" w:rsidR="00D60D5E" w:rsidRDefault="00891EF0">
            <w:pPr>
              <w:spacing w:after="0" w:line="240" w:lineRule="auto"/>
              <w:jc w:val="center"/>
            </w:pPr>
            <w:r>
              <w:rPr>
                <w:rFonts w:eastAsia="Aptos"/>
                <w:b/>
                <w:sz w:val="17"/>
              </w:rPr>
              <w:t>18.28</w:t>
            </w:r>
          </w:p>
        </w:tc>
        <w:tc>
          <w:tcPr>
            <w:tcW w:w="540" w:type="dxa"/>
            <w:tcMar>
              <w:top w:w="28" w:type="dxa"/>
              <w:left w:w="38" w:type="dxa"/>
              <w:bottom w:w="28" w:type="dxa"/>
              <w:right w:w="38" w:type="dxa"/>
            </w:tcMar>
            <w:vAlign w:val="center"/>
          </w:tcPr>
          <w:p w14:paraId="610D4D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5A38F7" w14:textId="77777777" w:rsidR="00D60D5E" w:rsidRDefault="00D60D5E">
            <w:pPr>
              <w:jc w:val="center"/>
            </w:pPr>
          </w:p>
        </w:tc>
      </w:tr>
      <w:tr w:rsidR="00D60D5E" w14:paraId="4D92FAFB" w14:textId="77777777" w:rsidTr="000617E0">
        <w:trPr>
          <w:cantSplit/>
          <w:jc w:val="center"/>
        </w:trPr>
        <w:tc>
          <w:tcPr>
            <w:tcW w:w="677" w:type="dxa"/>
            <w:tcMar>
              <w:top w:w="28" w:type="dxa"/>
              <w:left w:w="38" w:type="dxa"/>
              <w:bottom w:w="28" w:type="dxa"/>
              <w:right w:w="38" w:type="dxa"/>
            </w:tcMar>
            <w:vAlign w:val="center"/>
          </w:tcPr>
          <w:p w14:paraId="14F0E00E" w14:textId="77777777" w:rsidR="00D60D5E" w:rsidRDefault="00891EF0">
            <w:pPr>
              <w:spacing w:after="0" w:line="240" w:lineRule="auto"/>
              <w:jc w:val="center"/>
            </w:pPr>
            <w:r>
              <w:rPr>
                <w:rFonts w:eastAsia="Aptos"/>
                <w:color w:val="6A7075"/>
                <w:sz w:val="17"/>
              </w:rPr>
              <w:t>345-345</w:t>
            </w:r>
          </w:p>
        </w:tc>
        <w:tc>
          <w:tcPr>
            <w:tcW w:w="2648" w:type="dxa"/>
            <w:tcMar>
              <w:top w:w="28" w:type="dxa"/>
              <w:left w:w="38" w:type="dxa"/>
              <w:bottom w:w="28" w:type="dxa"/>
              <w:right w:w="38" w:type="dxa"/>
            </w:tcMar>
            <w:vAlign w:val="center"/>
          </w:tcPr>
          <w:p w14:paraId="77D045E2" w14:textId="77777777" w:rsidR="00D60D5E" w:rsidRDefault="00891EF0">
            <w:pPr>
              <w:spacing w:after="0" w:line="240" w:lineRule="auto"/>
            </w:pPr>
            <w:r>
              <w:rPr>
                <w:rFonts w:eastAsia="Aptos"/>
                <w:sz w:val="17"/>
              </w:rPr>
              <w:t>Campo Viejo Rioja (Spain)</w:t>
            </w:r>
          </w:p>
        </w:tc>
        <w:tc>
          <w:tcPr>
            <w:tcW w:w="630" w:type="dxa"/>
            <w:tcMar>
              <w:top w:w="28" w:type="dxa"/>
              <w:left w:w="38" w:type="dxa"/>
              <w:bottom w:w="28" w:type="dxa"/>
              <w:right w:w="38" w:type="dxa"/>
            </w:tcMar>
            <w:vAlign w:val="center"/>
          </w:tcPr>
          <w:p w14:paraId="0C15F647" w14:textId="77777777" w:rsidR="00D60D5E" w:rsidRDefault="00891EF0">
            <w:pPr>
              <w:spacing w:after="0" w:line="240" w:lineRule="auto"/>
              <w:jc w:val="center"/>
            </w:pPr>
            <w:r>
              <w:rPr>
                <w:rFonts w:eastAsia="Aptos"/>
                <w:b/>
                <w:sz w:val="17"/>
              </w:rPr>
              <w:t>24.80</w:t>
            </w:r>
          </w:p>
        </w:tc>
        <w:tc>
          <w:tcPr>
            <w:tcW w:w="540" w:type="dxa"/>
            <w:tcMar>
              <w:top w:w="28" w:type="dxa"/>
              <w:left w:w="38" w:type="dxa"/>
              <w:bottom w:w="28" w:type="dxa"/>
              <w:right w:w="38" w:type="dxa"/>
            </w:tcMar>
            <w:vAlign w:val="center"/>
          </w:tcPr>
          <w:p w14:paraId="4195A8F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5807EF3" w14:textId="77777777" w:rsidR="00D60D5E" w:rsidRDefault="00D60D5E">
            <w:pPr>
              <w:jc w:val="center"/>
            </w:pPr>
          </w:p>
        </w:tc>
      </w:tr>
      <w:tr w:rsidR="00D60D5E" w14:paraId="1F2A99C2" w14:textId="77777777" w:rsidTr="000617E0">
        <w:trPr>
          <w:cantSplit/>
          <w:jc w:val="center"/>
        </w:trPr>
        <w:tc>
          <w:tcPr>
            <w:tcW w:w="677" w:type="dxa"/>
            <w:tcMar>
              <w:top w:w="28" w:type="dxa"/>
              <w:left w:w="38" w:type="dxa"/>
              <w:bottom w:w="28" w:type="dxa"/>
              <w:right w:w="38" w:type="dxa"/>
            </w:tcMar>
            <w:vAlign w:val="center"/>
          </w:tcPr>
          <w:p w14:paraId="1AB34CB2" w14:textId="77777777" w:rsidR="00D60D5E" w:rsidRDefault="00891EF0">
            <w:pPr>
              <w:spacing w:after="0" w:line="240" w:lineRule="auto"/>
              <w:jc w:val="center"/>
            </w:pPr>
            <w:r>
              <w:rPr>
                <w:rFonts w:eastAsia="Aptos"/>
                <w:color w:val="6A7075"/>
                <w:sz w:val="17"/>
              </w:rPr>
              <w:t>345-350</w:t>
            </w:r>
          </w:p>
        </w:tc>
        <w:tc>
          <w:tcPr>
            <w:tcW w:w="2648" w:type="dxa"/>
            <w:tcMar>
              <w:top w:w="28" w:type="dxa"/>
              <w:left w:w="38" w:type="dxa"/>
              <w:bottom w:w="28" w:type="dxa"/>
              <w:right w:w="38" w:type="dxa"/>
            </w:tcMar>
            <w:vAlign w:val="center"/>
          </w:tcPr>
          <w:p w14:paraId="6B921683" w14:textId="77777777" w:rsidR="00D60D5E" w:rsidRDefault="00891EF0">
            <w:pPr>
              <w:spacing w:after="0" w:line="240" w:lineRule="auto"/>
            </w:pPr>
            <w:r>
              <w:rPr>
                <w:rFonts w:eastAsia="Aptos"/>
                <w:sz w:val="17"/>
              </w:rPr>
              <w:t>Meomi Pinot Noir 750 ml *NEW*</w:t>
            </w:r>
          </w:p>
        </w:tc>
        <w:tc>
          <w:tcPr>
            <w:tcW w:w="630" w:type="dxa"/>
            <w:tcMar>
              <w:top w:w="28" w:type="dxa"/>
              <w:left w:w="38" w:type="dxa"/>
              <w:bottom w:w="28" w:type="dxa"/>
              <w:right w:w="38" w:type="dxa"/>
            </w:tcMar>
            <w:vAlign w:val="center"/>
          </w:tcPr>
          <w:p w14:paraId="5E76953A" w14:textId="77777777" w:rsidR="00D60D5E" w:rsidRDefault="00891EF0">
            <w:pPr>
              <w:spacing w:after="0" w:line="240" w:lineRule="auto"/>
              <w:jc w:val="center"/>
            </w:pPr>
            <w:r>
              <w:rPr>
                <w:rFonts w:eastAsia="Aptos"/>
                <w:b/>
                <w:sz w:val="17"/>
              </w:rPr>
              <w:t>55.20</w:t>
            </w:r>
          </w:p>
        </w:tc>
        <w:tc>
          <w:tcPr>
            <w:tcW w:w="540" w:type="dxa"/>
            <w:tcMar>
              <w:top w:w="28" w:type="dxa"/>
              <w:left w:w="38" w:type="dxa"/>
              <w:bottom w:w="28" w:type="dxa"/>
              <w:right w:w="38" w:type="dxa"/>
            </w:tcMar>
            <w:vAlign w:val="center"/>
          </w:tcPr>
          <w:p w14:paraId="0647B2C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A34F6C" w14:textId="77777777" w:rsidR="00D60D5E" w:rsidRDefault="00D60D5E">
            <w:pPr>
              <w:jc w:val="center"/>
            </w:pPr>
          </w:p>
        </w:tc>
      </w:tr>
      <w:tr w:rsidR="00D60D5E" w14:paraId="168E0F5D" w14:textId="77777777" w:rsidTr="000617E0">
        <w:trPr>
          <w:cantSplit/>
          <w:jc w:val="center"/>
        </w:trPr>
        <w:tc>
          <w:tcPr>
            <w:tcW w:w="677" w:type="dxa"/>
            <w:tcMar>
              <w:top w:w="28" w:type="dxa"/>
              <w:left w:w="38" w:type="dxa"/>
              <w:bottom w:w="28" w:type="dxa"/>
              <w:right w:w="38" w:type="dxa"/>
            </w:tcMar>
            <w:vAlign w:val="center"/>
          </w:tcPr>
          <w:p w14:paraId="405971CE" w14:textId="77777777" w:rsidR="00D60D5E" w:rsidRDefault="00891EF0">
            <w:pPr>
              <w:spacing w:after="0" w:line="240" w:lineRule="auto"/>
              <w:jc w:val="center"/>
            </w:pPr>
            <w:r>
              <w:rPr>
                <w:rFonts w:eastAsia="Aptos"/>
                <w:color w:val="6A7075"/>
                <w:sz w:val="17"/>
              </w:rPr>
              <w:t>345-355</w:t>
            </w:r>
          </w:p>
        </w:tc>
        <w:tc>
          <w:tcPr>
            <w:tcW w:w="2648" w:type="dxa"/>
            <w:tcMar>
              <w:top w:w="28" w:type="dxa"/>
              <w:left w:w="38" w:type="dxa"/>
              <w:bottom w:w="28" w:type="dxa"/>
              <w:right w:w="38" w:type="dxa"/>
            </w:tcMar>
            <w:vAlign w:val="center"/>
          </w:tcPr>
          <w:p w14:paraId="426FCCDE" w14:textId="77777777" w:rsidR="00D60D5E" w:rsidRDefault="00891EF0">
            <w:pPr>
              <w:spacing w:after="0" w:line="240" w:lineRule="auto"/>
            </w:pPr>
            <w:r>
              <w:rPr>
                <w:rFonts w:eastAsia="Aptos"/>
                <w:sz w:val="17"/>
              </w:rPr>
              <w:t>Meomi Red Blend 750 ml *NEW*</w:t>
            </w:r>
          </w:p>
        </w:tc>
        <w:tc>
          <w:tcPr>
            <w:tcW w:w="630" w:type="dxa"/>
            <w:tcMar>
              <w:top w:w="28" w:type="dxa"/>
              <w:left w:w="38" w:type="dxa"/>
              <w:bottom w:w="28" w:type="dxa"/>
              <w:right w:w="38" w:type="dxa"/>
            </w:tcMar>
            <w:vAlign w:val="center"/>
          </w:tcPr>
          <w:p w14:paraId="5613431A" w14:textId="77777777" w:rsidR="00D60D5E" w:rsidRDefault="00891EF0">
            <w:pPr>
              <w:spacing w:after="0" w:line="240" w:lineRule="auto"/>
              <w:jc w:val="center"/>
            </w:pPr>
            <w:r>
              <w:rPr>
                <w:rFonts w:eastAsia="Aptos"/>
                <w:b/>
                <w:sz w:val="17"/>
              </w:rPr>
              <w:t>45.80</w:t>
            </w:r>
          </w:p>
        </w:tc>
        <w:tc>
          <w:tcPr>
            <w:tcW w:w="540" w:type="dxa"/>
            <w:tcMar>
              <w:top w:w="28" w:type="dxa"/>
              <w:left w:w="38" w:type="dxa"/>
              <w:bottom w:w="28" w:type="dxa"/>
              <w:right w:w="38" w:type="dxa"/>
            </w:tcMar>
            <w:vAlign w:val="center"/>
          </w:tcPr>
          <w:p w14:paraId="3C02303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005372" w14:textId="77777777" w:rsidR="00D60D5E" w:rsidRDefault="00D60D5E">
            <w:pPr>
              <w:jc w:val="center"/>
            </w:pPr>
          </w:p>
        </w:tc>
      </w:tr>
      <w:tr w:rsidR="00D60D5E" w14:paraId="721AD640" w14:textId="77777777" w:rsidTr="000617E0">
        <w:trPr>
          <w:cantSplit/>
          <w:jc w:val="center"/>
        </w:trPr>
        <w:tc>
          <w:tcPr>
            <w:tcW w:w="677" w:type="dxa"/>
            <w:tcMar>
              <w:top w:w="28" w:type="dxa"/>
              <w:left w:w="38" w:type="dxa"/>
              <w:bottom w:w="28" w:type="dxa"/>
              <w:right w:w="38" w:type="dxa"/>
            </w:tcMar>
            <w:vAlign w:val="center"/>
          </w:tcPr>
          <w:p w14:paraId="62F0192E" w14:textId="77777777" w:rsidR="00D60D5E" w:rsidRDefault="00891EF0">
            <w:pPr>
              <w:spacing w:after="0" w:line="240" w:lineRule="auto"/>
              <w:jc w:val="center"/>
            </w:pPr>
            <w:r>
              <w:rPr>
                <w:rFonts w:eastAsia="Aptos"/>
                <w:color w:val="6A7075"/>
                <w:sz w:val="17"/>
              </w:rPr>
              <w:t>345-370</w:t>
            </w:r>
          </w:p>
        </w:tc>
        <w:tc>
          <w:tcPr>
            <w:tcW w:w="2648" w:type="dxa"/>
            <w:tcMar>
              <w:top w:w="28" w:type="dxa"/>
              <w:left w:w="38" w:type="dxa"/>
              <w:bottom w:w="28" w:type="dxa"/>
              <w:right w:w="38" w:type="dxa"/>
            </w:tcMar>
            <w:vAlign w:val="center"/>
          </w:tcPr>
          <w:p w14:paraId="3002F4F8" w14:textId="77777777" w:rsidR="00D60D5E" w:rsidRDefault="00891EF0">
            <w:pPr>
              <w:spacing w:after="0" w:line="240" w:lineRule="auto"/>
            </w:pPr>
            <w:r>
              <w:rPr>
                <w:rFonts w:eastAsia="Aptos"/>
                <w:sz w:val="17"/>
              </w:rPr>
              <w:t>Catena Malbec 750 ml</w:t>
            </w:r>
          </w:p>
        </w:tc>
        <w:tc>
          <w:tcPr>
            <w:tcW w:w="630" w:type="dxa"/>
            <w:tcMar>
              <w:top w:w="28" w:type="dxa"/>
              <w:left w:w="38" w:type="dxa"/>
              <w:bottom w:w="28" w:type="dxa"/>
              <w:right w:w="38" w:type="dxa"/>
            </w:tcMar>
            <w:vAlign w:val="center"/>
          </w:tcPr>
          <w:p w14:paraId="7C7CA036" w14:textId="77777777" w:rsidR="00D60D5E" w:rsidRDefault="00891EF0">
            <w:pPr>
              <w:spacing w:after="0" w:line="240" w:lineRule="auto"/>
              <w:jc w:val="center"/>
            </w:pPr>
            <w:r>
              <w:rPr>
                <w:rFonts w:eastAsia="Aptos"/>
                <w:b/>
                <w:sz w:val="17"/>
              </w:rPr>
              <w:t>26.65</w:t>
            </w:r>
          </w:p>
        </w:tc>
        <w:tc>
          <w:tcPr>
            <w:tcW w:w="540" w:type="dxa"/>
            <w:tcMar>
              <w:top w:w="28" w:type="dxa"/>
              <w:left w:w="38" w:type="dxa"/>
              <w:bottom w:w="28" w:type="dxa"/>
              <w:right w:w="38" w:type="dxa"/>
            </w:tcMar>
            <w:vAlign w:val="center"/>
          </w:tcPr>
          <w:p w14:paraId="541B3AD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AC3FDD" w14:textId="77777777" w:rsidR="00D60D5E" w:rsidRDefault="00D60D5E">
            <w:pPr>
              <w:jc w:val="center"/>
            </w:pPr>
          </w:p>
        </w:tc>
      </w:tr>
      <w:tr w:rsidR="00D60D5E" w14:paraId="40787BB3" w14:textId="77777777" w:rsidTr="000617E0">
        <w:trPr>
          <w:cantSplit/>
          <w:jc w:val="center"/>
        </w:trPr>
        <w:tc>
          <w:tcPr>
            <w:tcW w:w="677" w:type="dxa"/>
            <w:tcMar>
              <w:top w:w="28" w:type="dxa"/>
              <w:left w:w="38" w:type="dxa"/>
              <w:bottom w:w="28" w:type="dxa"/>
              <w:right w:w="38" w:type="dxa"/>
            </w:tcMar>
            <w:vAlign w:val="center"/>
          </w:tcPr>
          <w:p w14:paraId="0A9A54B5" w14:textId="77777777" w:rsidR="00D60D5E" w:rsidRDefault="00891EF0">
            <w:pPr>
              <w:spacing w:after="0" w:line="240" w:lineRule="auto"/>
              <w:jc w:val="center"/>
            </w:pPr>
            <w:r>
              <w:rPr>
                <w:rFonts w:eastAsia="Aptos"/>
                <w:color w:val="6A7075"/>
                <w:sz w:val="17"/>
              </w:rPr>
              <w:t>345-375</w:t>
            </w:r>
          </w:p>
        </w:tc>
        <w:tc>
          <w:tcPr>
            <w:tcW w:w="2648" w:type="dxa"/>
            <w:tcMar>
              <w:top w:w="28" w:type="dxa"/>
              <w:left w:w="38" w:type="dxa"/>
              <w:bottom w:w="28" w:type="dxa"/>
              <w:right w:w="38" w:type="dxa"/>
            </w:tcMar>
            <w:vAlign w:val="center"/>
          </w:tcPr>
          <w:p w14:paraId="5DB0562E" w14:textId="77777777" w:rsidR="00D60D5E" w:rsidRDefault="00891EF0">
            <w:pPr>
              <w:spacing w:after="0" w:line="240" w:lineRule="auto"/>
            </w:pPr>
            <w:r>
              <w:rPr>
                <w:rFonts w:eastAsia="Aptos"/>
                <w:sz w:val="17"/>
              </w:rPr>
              <w:t>Barefoot Riesling 750ml</w:t>
            </w:r>
          </w:p>
        </w:tc>
        <w:tc>
          <w:tcPr>
            <w:tcW w:w="630" w:type="dxa"/>
            <w:tcMar>
              <w:top w:w="28" w:type="dxa"/>
              <w:left w:w="38" w:type="dxa"/>
              <w:bottom w:w="28" w:type="dxa"/>
              <w:right w:w="38" w:type="dxa"/>
            </w:tcMar>
            <w:vAlign w:val="center"/>
          </w:tcPr>
          <w:p w14:paraId="50E705EA" w14:textId="77777777" w:rsidR="00D60D5E" w:rsidRDefault="00891EF0">
            <w:pPr>
              <w:spacing w:after="0" w:line="240" w:lineRule="auto"/>
              <w:jc w:val="center"/>
            </w:pPr>
            <w:r>
              <w:rPr>
                <w:rFonts w:eastAsia="Aptos"/>
                <w:b/>
                <w:sz w:val="17"/>
              </w:rPr>
              <w:t>14.10</w:t>
            </w:r>
          </w:p>
        </w:tc>
        <w:tc>
          <w:tcPr>
            <w:tcW w:w="540" w:type="dxa"/>
            <w:tcMar>
              <w:top w:w="28" w:type="dxa"/>
              <w:left w:w="38" w:type="dxa"/>
              <w:bottom w:w="28" w:type="dxa"/>
              <w:right w:w="38" w:type="dxa"/>
            </w:tcMar>
            <w:vAlign w:val="center"/>
          </w:tcPr>
          <w:p w14:paraId="49DACEB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A39A4E9" w14:textId="77777777" w:rsidR="00D60D5E" w:rsidRDefault="00D60D5E">
            <w:pPr>
              <w:jc w:val="center"/>
            </w:pPr>
          </w:p>
        </w:tc>
      </w:tr>
      <w:tr w:rsidR="00D60D5E" w14:paraId="7FFD34F2" w14:textId="77777777" w:rsidTr="000617E0">
        <w:trPr>
          <w:cantSplit/>
          <w:jc w:val="center"/>
        </w:trPr>
        <w:tc>
          <w:tcPr>
            <w:tcW w:w="677" w:type="dxa"/>
            <w:tcMar>
              <w:top w:w="28" w:type="dxa"/>
              <w:left w:w="38" w:type="dxa"/>
              <w:bottom w:w="28" w:type="dxa"/>
              <w:right w:w="38" w:type="dxa"/>
            </w:tcMar>
            <w:vAlign w:val="center"/>
          </w:tcPr>
          <w:p w14:paraId="692E61EF" w14:textId="77777777" w:rsidR="00D60D5E" w:rsidRDefault="00891EF0">
            <w:pPr>
              <w:spacing w:after="0" w:line="240" w:lineRule="auto"/>
              <w:jc w:val="center"/>
            </w:pPr>
            <w:r>
              <w:rPr>
                <w:rFonts w:eastAsia="Aptos"/>
                <w:color w:val="6A7075"/>
                <w:sz w:val="17"/>
              </w:rPr>
              <w:t>345-380</w:t>
            </w:r>
          </w:p>
        </w:tc>
        <w:tc>
          <w:tcPr>
            <w:tcW w:w="2648" w:type="dxa"/>
            <w:tcMar>
              <w:top w:w="28" w:type="dxa"/>
              <w:left w:w="38" w:type="dxa"/>
              <w:bottom w:w="28" w:type="dxa"/>
              <w:right w:w="38" w:type="dxa"/>
            </w:tcMar>
            <w:vAlign w:val="center"/>
          </w:tcPr>
          <w:p w14:paraId="336FFAD9" w14:textId="77777777" w:rsidR="00D60D5E" w:rsidRDefault="00891EF0">
            <w:pPr>
              <w:spacing w:after="0" w:line="240" w:lineRule="auto"/>
            </w:pPr>
            <w:r>
              <w:rPr>
                <w:rFonts w:eastAsia="Aptos"/>
                <w:sz w:val="17"/>
              </w:rPr>
              <w:t>KWV Chardonnay (SA-White)</w:t>
            </w:r>
          </w:p>
        </w:tc>
        <w:tc>
          <w:tcPr>
            <w:tcW w:w="630" w:type="dxa"/>
            <w:tcMar>
              <w:top w:w="28" w:type="dxa"/>
              <w:left w:w="38" w:type="dxa"/>
              <w:bottom w:w="28" w:type="dxa"/>
              <w:right w:w="38" w:type="dxa"/>
            </w:tcMar>
            <w:vAlign w:val="center"/>
          </w:tcPr>
          <w:p w14:paraId="69F71552" w14:textId="77777777" w:rsidR="00D60D5E" w:rsidRDefault="00891EF0">
            <w:pPr>
              <w:spacing w:after="0" w:line="240" w:lineRule="auto"/>
              <w:jc w:val="center"/>
            </w:pPr>
            <w:r>
              <w:rPr>
                <w:rFonts w:eastAsia="Aptos"/>
                <w:b/>
                <w:sz w:val="17"/>
              </w:rPr>
              <w:t>17.75</w:t>
            </w:r>
          </w:p>
        </w:tc>
        <w:tc>
          <w:tcPr>
            <w:tcW w:w="540" w:type="dxa"/>
            <w:tcMar>
              <w:top w:w="28" w:type="dxa"/>
              <w:left w:w="38" w:type="dxa"/>
              <w:bottom w:w="28" w:type="dxa"/>
              <w:right w:w="38" w:type="dxa"/>
            </w:tcMar>
            <w:vAlign w:val="center"/>
          </w:tcPr>
          <w:p w14:paraId="46F9D7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9C7C5D3" w14:textId="77777777" w:rsidR="00D60D5E" w:rsidRDefault="00D60D5E">
            <w:pPr>
              <w:jc w:val="center"/>
            </w:pPr>
          </w:p>
        </w:tc>
      </w:tr>
      <w:tr w:rsidR="00D60D5E" w14:paraId="43BFC969" w14:textId="77777777" w:rsidTr="000617E0">
        <w:trPr>
          <w:cantSplit/>
          <w:jc w:val="center"/>
        </w:trPr>
        <w:tc>
          <w:tcPr>
            <w:tcW w:w="677" w:type="dxa"/>
            <w:tcMar>
              <w:top w:w="28" w:type="dxa"/>
              <w:left w:w="38" w:type="dxa"/>
              <w:bottom w:w="28" w:type="dxa"/>
              <w:right w:w="38" w:type="dxa"/>
            </w:tcMar>
            <w:vAlign w:val="center"/>
          </w:tcPr>
          <w:p w14:paraId="2FE52D83" w14:textId="77777777" w:rsidR="00D60D5E" w:rsidRDefault="00891EF0">
            <w:pPr>
              <w:spacing w:after="0" w:line="240" w:lineRule="auto"/>
              <w:jc w:val="center"/>
            </w:pPr>
            <w:r>
              <w:rPr>
                <w:rFonts w:eastAsia="Aptos"/>
                <w:color w:val="6A7075"/>
                <w:sz w:val="17"/>
              </w:rPr>
              <w:t>345-385</w:t>
            </w:r>
          </w:p>
        </w:tc>
        <w:tc>
          <w:tcPr>
            <w:tcW w:w="2648" w:type="dxa"/>
            <w:tcMar>
              <w:top w:w="28" w:type="dxa"/>
              <w:left w:w="38" w:type="dxa"/>
              <w:bottom w:w="28" w:type="dxa"/>
              <w:right w:w="38" w:type="dxa"/>
            </w:tcMar>
            <w:vAlign w:val="center"/>
          </w:tcPr>
          <w:p w14:paraId="060FCF56" w14:textId="77777777" w:rsidR="00D60D5E" w:rsidRDefault="00891EF0">
            <w:pPr>
              <w:spacing w:after="0" w:line="240" w:lineRule="auto"/>
            </w:pPr>
            <w:r>
              <w:rPr>
                <w:rFonts w:eastAsia="Aptos"/>
                <w:sz w:val="17"/>
              </w:rPr>
              <w:t>Sonoma Cutrer Pinot Noir 750 ml (Cali-White)</w:t>
            </w:r>
          </w:p>
        </w:tc>
        <w:tc>
          <w:tcPr>
            <w:tcW w:w="630" w:type="dxa"/>
            <w:tcMar>
              <w:top w:w="28" w:type="dxa"/>
              <w:left w:w="38" w:type="dxa"/>
              <w:bottom w:w="28" w:type="dxa"/>
              <w:right w:w="38" w:type="dxa"/>
            </w:tcMar>
            <w:vAlign w:val="center"/>
          </w:tcPr>
          <w:p w14:paraId="2791DA6E" w14:textId="77777777" w:rsidR="00D60D5E" w:rsidRDefault="00891EF0">
            <w:pPr>
              <w:spacing w:after="0" w:line="240" w:lineRule="auto"/>
              <w:jc w:val="center"/>
            </w:pPr>
            <w:r>
              <w:rPr>
                <w:rFonts w:eastAsia="Aptos"/>
                <w:b/>
                <w:sz w:val="17"/>
              </w:rPr>
              <w:t>41.99</w:t>
            </w:r>
          </w:p>
        </w:tc>
        <w:tc>
          <w:tcPr>
            <w:tcW w:w="540" w:type="dxa"/>
            <w:tcMar>
              <w:top w:w="28" w:type="dxa"/>
              <w:left w:w="38" w:type="dxa"/>
              <w:bottom w:w="28" w:type="dxa"/>
              <w:right w:w="38" w:type="dxa"/>
            </w:tcMar>
            <w:vAlign w:val="center"/>
          </w:tcPr>
          <w:p w14:paraId="21756CA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D703F6" w14:textId="77777777" w:rsidR="00D60D5E" w:rsidRDefault="00D60D5E">
            <w:pPr>
              <w:jc w:val="center"/>
            </w:pPr>
          </w:p>
        </w:tc>
      </w:tr>
      <w:tr w:rsidR="00D60D5E" w14:paraId="39723189" w14:textId="77777777" w:rsidTr="000617E0">
        <w:trPr>
          <w:cantSplit/>
          <w:jc w:val="center"/>
        </w:trPr>
        <w:tc>
          <w:tcPr>
            <w:tcW w:w="677" w:type="dxa"/>
            <w:tcMar>
              <w:top w:w="28" w:type="dxa"/>
              <w:left w:w="38" w:type="dxa"/>
              <w:bottom w:w="28" w:type="dxa"/>
              <w:right w:w="38" w:type="dxa"/>
            </w:tcMar>
            <w:vAlign w:val="center"/>
          </w:tcPr>
          <w:p w14:paraId="2F9EA134" w14:textId="77777777" w:rsidR="00D60D5E" w:rsidRDefault="00891EF0">
            <w:pPr>
              <w:spacing w:after="0" w:line="240" w:lineRule="auto"/>
              <w:jc w:val="center"/>
            </w:pPr>
            <w:r>
              <w:rPr>
                <w:rFonts w:eastAsia="Aptos"/>
                <w:color w:val="6A7075"/>
                <w:sz w:val="17"/>
              </w:rPr>
              <w:t>345-390</w:t>
            </w:r>
          </w:p>
        </w:tc>
        <w:tc>
          <w:tcPr>
            <w:tcW w:w="2648" w:type="dxa"/>
            <w:tcMar>
              <w:top w:w="28" w:type="dxa"/>
              <w:left w:w="38" w:type="dxa"/>
              <w:bottom w:w="28" w:type="dxa"/>
              <w:right w:w="38" w:type="dxa"/>
            </w:tcMar>
            <w:vAlign w:val="center"/>
          </w:tcPr>
          <w:p w14:paraId="739B1C7B" w14:textId="77777777" w:rsidR="00D60D5E" w:rsidRDefault="00891EF0">
            <w:pPr>
              <w:spacing w:after="0" w:line="240" w:lineRule="auto"/>
            </w:pPr>
            <w:r>
              <w:rPr>
                <w:rFonts w:eastAsia="Aptos"/>
                <w:sz w:val="17"/>
              </w:rPr>
              <w:t>KWV Cabernet sauvignon (SA-red)</w:t>
            </w:r>
          </w:p>
        </w:tc>
        <w:tc>
          <w:tcPr>
            <w:tcW w:w="630" w:type="dxa"/>
            <w:tcMar>
              <w:top w:w="28" w:type="dxa"/>
              <w:left w:w="38" w:type="dxa"/>
              <w:bottom w:w="28" w:type="dxa"/>
              <w:right w:w="38" w:type="dxa"/>
            </w:tcMar>
            <w:vAlign w:val="center"/>
          </w:tcPr>
          <w:p w14:paraId="20A09DA9" w14:textId="77777777" w:rsidR="00D60D5E" w:rsidRDefault="00891EF0">
            <w:pPr>
              <w:spacing w:after="0" w:line="240" w:lineRule="auto"/>
              <w:jc w:val="center"/>
            </w:pPr>
            <w:r>
              <w:rPr>
                <w:rFonts w:eastAsia="Aptos"/>
                <w:b/>
                <w:sz w:val="17"/>
              </w:rPr>
              <w:t>19.25</w:t>
            </w:r>
          </w:p>
        </w:tc>
        <w:tc>
          <w:tcPr>
            <w:tcW w:w="540" w:type="dxa"/>
            <w:tcMar>
              <w:top w:w="28" w:type="dxa"/>
              <w:left w:w="38" w:type="dxa"/>
              <w:bottom w:w="28" w:type="dxa"/>
              <w:right w:w="38" w:type="dxa"/>
            </w:tcMar>
            <w:vAlign w:val="center"/>
          </w:tcPr>
          <w:p w14:paraId="4CCD235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D20E0E" w14:textId="77777777" w:rsidR="00D60D5E" w:rsidRDefault="00D60D5E">
            <w:pPr>
              <w:jc w:val="center"/>
            </w:pPr>
          </w:p>
        </w:tc>
      </w:tr>
      <w:tr w:rsidR="00D60D5E" w14:paraId="4CB24DC1" w14:textId="77777777" w:rsidTr="000617E0">
        <w:trPr>
          <w:cantSplit/>
          <w:jc w:val="center"/>
        </w:trPr>
        <w:tc>
          <w:tcPr>
            <w:tcW w:w="677" w:type="dxa"/>
            <w:tcMar>
              <w:top w:w="28" w:type="dxa"/>
              <w:left w:w="38" w:type="dxa"/>
              <w:bottom w:w="28" w:type="dxa"/>
              <w:right w:w="38" w:type="dxa"/>
            </w:tcMar>
            <w:vAlign w:val="center"/>
          </w:tcPr>
          <w:p w14:paraId="6CE337BF" w14:textId="77777777" w:rsidR="00D60D5E" w:rsidRDefault="00891EF0">
            <w:pPr>
              <w:spacing w:after="0" w:line="240" w:lineRule="auto"/>
              <w:jc w:val="center"/>
            </w:pPr>
            <w:r>
              <w:rPr>
                <w:rFonts w:eastAsia="Aptos"/>
                <w:color w:val="6A7075"/>
                <w:sz w:val="17"/>
              </w:rPr>
              <w:t>345-395</w:t>
            </w:r>
          </w:p>
        </w:tc>
        <w:tc>
          <w:tcPr>
            <w:tcW w:w="2648" w:type="dxa"/>
            <w:tcMar>
              <w:top w:w="28" w:type="dxa"/>
              <w:left w:w="38" w:type="dxa"/>
              <w:bottom w:w="28" w:type="dxa"/>
              <w:right w:w="38" w:type="dxa"/>
            </w:tcMar>
            <w:vAlign w:val="center"/>
          </w:tcPr>
          <w:p w14:paraId="63DE9890" w14:textId="77777777" w:rsidR="00D60D5E" w:rsidRDefault="00891EF0">
            <w:pPr>
              <w:spacing w:after="0" w:line="240" w:lineRule="auto"/>
            </w:pPr>
            <w:r>
              <w:rPr>
                <w:rFonts w:eastAsia="Aptos"/>
                <w:sz w:val="17"/>
              </w:rPr>
              <w:t>KWV Shiraz (SA-red)</w:t>
            </w:r>
          </w:p>
        </w:tc>
        <w:tc>
          <w:tcPr>
            <w:tcW w:w="630" w:type="dxa"/>
            <w:tcMar>
              <w:top w:w="28" w:type="dxa"/>
              <w:left w:w="38" w:type="dxa"/>
              <w:bottom w:w="28" w:type="dxa"/>
              <w:right w:w="38" w:type="dxa"/>
            </w:tcMar>
            <w:vAlign w:val="center"/>
          </w:tcPr>
          <w:p w14:paraId="6D8FC804" w14:textId="77777777" w:rsidR="00D60D5E" w:rsidRDefault="00891EF0">
            <w:pPr>
              <w:spacing w:after="0" w:line="240" w:lineRule="auto"/>
              <w:jc w:val="center"/>
            </w:pPr>
            <w:r>
              <w:rPr>
                <w:rFonts w:eastAsia="Aptos"/>
                <w:b/>
                <w:sz w:val="17"/>
              </w:rPr>
              <w:t>19.25</w:t>
            </w:r>
          </w:p>
        </w:tc>
        <w:tc>
          <w:tcPr>
            <w:tcW w:w="540" w:type="dxa"/>
            <w:tcMar>
              <w:top w:w="28" w:type="dxa"/>
              <w:left w:w="38" w:type="dxa"/>
              <w:bottom w:w="28" w:type="dxa"/>
              <w:right w:w="38" w:type="dxa"/>
            </w:tcMar>
            <w:vAlign w:val="center"/>
          </w:tcPr>
          <w:p w14:paraId="3FF93D6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B4C339" w14:textId="77777777" w:rsidR="00D60D5E" w:rsidRDefault="00D60D5E">
            <w:pPr>
              <w:jc w:val="center"/>
            </w:pPr>
          </w:p>
        </w:tc>
      </w:tr>
      <w:tr w:rsidR="00D60D5E" w14:paraId="3C516857" w14:textId="77777777" w:rsidTr="000617E0">
        <w:trPr>
          <w:cantSplit/>
          <w:jc w:val="center"/>
        </w:trPr>
        <w:tc>
          <w:tcPr>
            <w:tcW w:w="677" w:type="dxa"/>
            <w:tcMar>
              <w:top w:w="28" w:type="dxa"/>
              <w:left w:w="38" w:type="dxa"/>
              <w:bottom w:w="28" w:type="dxa"/>
              <w:right w:w="38" w:type="dxa"/>
            </w:tcMar>
            <w:vAlign w:val="center"/>
          </w:tcPr>
          <w:p w14:paraId="6F5DBC1A" w14:textId="77777777" w:rsidR="00D60D5E" w:rsidRDefault="00891EF0">
            <w:pPr>
              <w:spacing w:after="0" w:line="240" w:lineRule="auto"/>
              <w:jc w:val="center"/>
            </w:pPr>
            <w:r>
              <w:rPr>
                <w:rFonts w:eastAsia="Aptos"/>
                <w:color w:val="6A7075"/>
                <w:sz w:val="17"/>
              </w:rPr>
              <w:t>345-400</w:t>
            </w:r>
          </w:p>
        </w:tc>
        <w:tc>
          <w:tcPr>
            <w:tcW w:w="2648" w:type="dxa"/>
            <w:tcMar>
              <w:top w:w="28" w:type="dxa"/>
              <w:left w:w="38" w:type="dxa"/>
              <w:bottom w:w="28" w:type="dxa"/>
              <w:right w:w="38" w:type="dxa"/>
            </w:tcMar>
            <w:vAlign w:val="center"/>
          </w:tcPr>
          <w:p w14:paraId="7A062D39" w14:textId="77777777" w:rsidR="00D60D5E" w:rsidRDefault="00891EF0">
            <w:pPr>
              <w:spacing w:after="0" w:line="240" w:lineRule="auto"/>
            </w:pPr>
            <w:r>
              <w:rPr>
                <w:rFonts w:eastAsia="Aptos"/>
                <w:sz w:val="17"/>
              </w:rPr>
              <w:t>KWV Pinotage (SA-red)</w:t>
            </w:r>
          </w:p>
        </w:tc>
        <w:tc>
          <w:tcPr>
            <w:tcW w:w="630" w:type="dxa"/>
            <w:tcMar>
              <w:top w:w="28" w:type="dxa"/>
              <w:left w:w="38" w:type="dxa"/>
              <w:bottom w:w="28" w:type="dxa"/>
              <w:right w:w="38" w:type="dxa"/>
            </w:tcMar>
            <w:vAlign w:val="center"/>
          </w:tcPr>
          <w:p w14:paraId="5A01E69B" w14:textId="77777777" w:rsidR="00D60D5E" w:rsidRDefault="00891EF0">
            <w:pPr>
              <w:spacing w:after="0" w:line="240" w:lineRule="auto"/>
              <w:jc w:val="center"/>
            </w:pPr>
            <w:r>
              <w:rPr>
                <w:rFonts w:eastAsia="Aptos"/>
                <w:b/>
                <w:sz w:val="17"/>
              </w:rPr>
              <w:t>19.25</w:t>
            </w:r>
          </w:p>
        </w:tc>
        <w:tc>
          <w:tcPr>
            <w:tcW w:w="540" w:type="dxa"/>
            <w:tcMar>
              <w:top w:w="28" w:type="dxa"/>
              <w:left w:w="38" w:type="dxa"/>
              <w:bottom w:w="28" w:type="dxa"/>
              <w:right w:w="38" w:type="dxa"/>
            </w:tcMar>
            <w:vAlign w:val="center"/>
          </w:tcPr>
          <w:p w14:paraId="15F8AEB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05447C1" w14:textId="77777777" w:rsidR="00D60D5E" w:rsidRDefault="00D60D5E">
            <w:pPr>
              <w:jc w:val="center"/>
            </w:pPr>
          </w:p>
        </w:tc>
      </w:tr>
      <w:tr w:rsidR="00D60D5E" w14:paraId="77072334" w14:textId="77777777" w:rsidTr="000617E0">
        <w:trPr>
          <w:cantSplit/>
          <w:jc w:val="center"/>
        </w:trPr>
        <w:tc>
          <w:tcPr>
            <w:tcW w:w="677" w:type="dxa"/>
            <w:tcMar>
              <w:top w:w="28" w:type="dxa"/>
              <w:left w:w="38" w:type="dxa"/>
              <w:bottom w:w="28" w:type="dxa"/>
              <w:right w:w="38" w:type="dxa"/>
            </w:tcMar>
            <w:vAlign w:val="center"/>
          </w:tcPr>
          <w:p w14:paraId="1A1CB869" w14:textId="77777777" w:rsidR="00D60D5E" w:rsidRDefault="00891EF0">
            <w:pPr>
              <w:spacing w:after="0" w:line="240" w:lineRule="auto"/>
              <w:jc w:val="center"/>
            </w:pPr>
            <w:r>
              <w:rPr>
                <w:rFonts w:eastAsia="Aptos"/>
                <w:color w:val="6A7075"/>
                <w:sz w:val="17"/>
              </w:rPr>
              <w:t>345-405</w:t>
            </w:r>
          </w:p>
        </w:tc>
        <w:tc>
          <w:tcPr>
            <w:tcW w:w="2648" w:type="dxa"/>
            <w:tcMar>
              <w:top w:w="28" w:type="dxa"/>
              <w:left w:w="38" w:type="dxa"/>
              <w:bottom w:w="28" w:type="dxa"/>
              <w:right w:w="38" w:type="dxa"/>
            </w:tcMar>
            <w:vAlign w:val="center"/>
          </w:tcPr>
          <w:p w14:paraId="5ADB5E19" w14:textId="77777777" w:rsidR="00D60D5E" w:rsidRDefault="00891EF0">
            <w:pPr>
              <w:spacing w:after="0" w:line="240" w:lineRule="auto"/>
            </w:pPr>
            <w:r>
              <w:rPr>
                <w:rFonts w:eastAsia="Aptos"/>
                <w:sz w:val="17"/>
              </w:rPr>
              <w:t>Josh Rose 750 ml</w:t>
            </w:r>
          </w:p>
        </w:tc>
        <w:tc>
          <w:tcPr>
            <w:tcW w:w="630" w:type="dxa"/>
            <w:tcMar>
              <w:top w:w="28" w:type="dxa"/>
              <w:left w:w="38" w:type="dxa"/>
              <w:bottom w:w="28" w:type="dxa"/>
              <w:right w:w="38" w:type="dxa"/>
            </w:tcMar>
            <w:vAlign w:val="center"/>
          </w:tcPr>
          <w:p w14:paraId="2CB5C9A3" w14:textId="77777777" w:rsidR="00D60D5E" w:rsidRDefault="00891EF0">
            <w:pPr>
              <w:spacing w:after="0" w:line="240" w:lineRule="auto"/>
              <w:jc w:val="center"/>
            </w:pPr>
            <w:r>
              <w:rPr>
                <w:rFonts w:eastAsia="Aptos"/>
                <w:b/>
                <w:sz w:val="17"/>
              </w:rPr>
              <w:t>25.00</w:t>
            </w:r>
          </w:p>
        </w:tc>
        <w:tc>
          <w:tcPr>
            <w:tcW w:w="540" w:type="dxa"/>
            <w:tcMar>
              <w:top w:w="28" w:type="dxa"/>
              <w:left w:w="38" w:type="dxa"/>
              <w:bottom w:w="28" w:type="dxa"/>
              <w:right w:w="38" w:type="dxa"/>
            </w:tcMar>
            <w:vAlign w:val="center"/>
          </w:tcPr>
          <w:p w14:paraId="550542E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5E4D689" w14:textId="77777777" w:rsidR="00D60D5E" w:rsidRDefault="00D60D5E">
            <w:pPr>
              <w:jc w:val="center"/>
            </w:pPr>
          </w:p>
        </w:tc>
      </w:tr>
      <w:tr w:rsidR="00D60D5E" w14:paraId="726594A1" w14:textId="77777777" w:rsidTr="000617E0">
        <w:trPr>
          <w:cantSplit/>
          <w:jc w:val="center"/>
        </w:trPr>
        <w:tc>
          <w:tcPr>
            <w:tcW w:w="677" w:type="dxa"/>
            <w:tcMar>
              <w:top w:w="28" w:type="dxa"/>
              <w:left w:w="38" w:type="dxa"/>
              <w:bottom w:w="28" w:type="dxa"/>
              <w:right w:w="38" w:type="dxa"/>
            </w:tcMar>
            <w:vAlign w:val="center"/>
          </w:tcPr>
          <w:p w14:paraId="67DE6F22" w14:textId="77777777" w:rsidR="00D60D5E" w:rsidRDefault="00891EF0">
            <w:pPr>
              <w:spacing w:after="0" w:line="240" w:lineRule="auto"/>
              <w:jc w:val="center"/>
            </w:pPr>
            <w:r>
              <w:rPr>
                <w:rFonts w:eastAsia="Aptos"/>
                <w:color w:val="6A7075"/>
                <w:sz w:val="17"/>
              </w:rPr>
              <w:t>345-410</w:t>
            </w:r>
          </w:p>
        </w:tc>
        <w:tc>
          <w:tcPr>
            <w:tcW w:w="2648" w:type="dxa"/>
            <w:tcMar>
              <w:top w:w="28" w:type="dxa"/>
              <w:left w:w="38" w:type="dxa"/>
              <w:bottom w:w="28" w:type="dxa"/>
              <w:right w:w="38" w:type="dxa"/>
            </w:tcMar>
            <w:vAlign w:val="center"/>
          </w:tcPr>
          <w:p w14:paraId="5B5A6542" w14:textId="77777777" w:rsidR="00D60D5E" w:rsidRDefault="00891EF0">
            <w:pPr>
              <w:spacing w:after="0" w:line="240" w:lineRule="auto"/>
            </w:pPr>
            <w:r>
              <w:rPr>
                <w:rFonts w:eastAsia="Aptos"/>
                <w:sz w:val="17"/>
              </w:rPr>
              <w:t>Chardonnay Phelippe/ Rothscild  (Fra-white)</w:t>
            </w:r>
          </w:p>
        </w:tc>
        <w:tc>
          <w:tcPr>
            <w:tcW w:w="630" w:type="dxa"/>
            <w:tcMar>
              <w:top w:w="28" w:type="dxa"/>
              <w:left w:w="38" w:type="dxa"/>
              <w:bottom w:w="28" w:type="dxa"/>
              <w:right w:w="38" w:type="dxa"/>
            </w:tcMar>
            <w:vAlign w:val="center"/>
          </w:tcPr>
          <w:p w14:paraId="35EB831F"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271216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BF7F456" w14:textId="77777777" w:rsidR="00D60D5E" w:rsidRDefault="00D60D5E">
            <w:pPr>
              <w:jc w:val="center"/>
            </w:pPr>
          </w:p>
        </w:tc>
      </w:tr>
      <w:tr w:rsidR="00D60D5E" w14:paraId="794F17D6" w14:textId="77777777" w:rsidTr="000617E0">
        <w:trPr>
          <w:cantSplit/>
          <w:jc w:val="center"/>
        </w:trPr>
        <w:tc>
          <w:tcPr>
            <w:tcW w:w="677" w:type="dxa"/>
            <w:tcMar>
              <w:top w:w="28" w:type="dxa"/>
              <w:left w:w="38" w:type="dxa"/>
              <w:bottom w:w="28" w:type="dxa"/>
              <w:right w:w="38" w:type="dxa"/>
            </w:tcMar>
            <w:vAlign w:val="center"/>
          </w:tcPr>
          <w:p w14:paraId="3E03DB66" w14:textId="77777777" w:rsidR="00D60D5E" w:rsidRDefault="00891EF0">
            <w:pPr>
              <w:spacing w:after="0" w:line="240" w:lineRule="auto"/>
              <w:jc w:val="center"/>
            </w:pPr>
            <w:r>
              <w:rPr>
                <w:rFonts w:eastAsia="Aptos"/>
                <w:color w:val="6A7075"/>
                <w:sz w:val="17"/>
              </w:rPr>
              <w:t>345-415</w:t>
            </w:r>
          </w:p>
        </w:tc>
        <w:tc>
          <w:tcPr>
            <w:tcW w:w="2648" w:type="dxa"/>
            <w:tcMar>
              <w:top w:w="28" w:type="dxa"/>
              <w:left w:w="38" w:type="dxa"/>
              <w:bottom w:w="28" w:type="dxa"/>
              <w:right w:w="38" w:type="dxa"/>
            </w:tcMar>
            <w:vAlign w:val="center"/>
          </w:tcPr>
          <w:p w14:paraId="3504BC16" w14:textId="77777777" w:rsidR="00D60D5E" w:rsidRDefault="00891EF0">
            <w:pPr>
              <w:spacing w:after="0" w:line="240" w:lineRule="auto"/>
            </w:pPr>
            <w:r>
              <w:rPr>
                <w:rFonts w:eastAsia="Aptos"/>
                <w:sz w:val="17"/>
              </w:rPr>
              <w:t>Macon Village (Fra-White)</w:t>
            </w:r>
          </w:p>
        </w:tc>
        <w:tc>
          <w:tcPr>
            <w:tcW w:w="630" w:type="dxa"/>
            <w:tcMar>
              <w:top w:w="28" w:type="dxa"/>
              <w:left w:w="38" w:type="dxa"/>
              <w:bottom w:w="28" w:type="dxa"/>
              <w:right w:w="38" w:type="dxa"/>
            </w:tcMar>
            <w:vAlign w:val="center"/>
          </w:tcPr>
          <w:p w14:paraId="11B05E47" w14:textId="77777777" w:rsidR="00D60D5E" w:rsidRDefault="00891EF0">
            <w:pPr>
              <w:spacing w:after="0" w:line="240" w:lineRule="auto"/>
              <w:jc w:val="center"/>
            </w:pPr>
            <w:r>
              <w:rPr>
                <w:rFonts w:eastAsia="Aptos"/>
                <w:b/>
                <w:sz w:val="17"/>
              </w:rPr>
              <w:t>19.65</w:t>
            </w:r>
          </w:p>
        </w:tc>
        <w:tc>
          <w:tcPr>
            <w:tcW w:w="540" w:type="dxa"/>
            <w:tcMar>
              <w:top w:w="28" w:type="dxa"/>
              <w:left w:w="38" w:type="dxa"/>
              <w:bottom w:w="28" w:type="dxa"/>
              <w:right w:w="38" w:type="dxa"/>
            </w:tcMar>
            <w:vAlign w:val="center"/>
          </w:tcPr>
          <w:p w14:paraId="361D8BCE"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68938A7" w14:textId="77777777" w:rsidR="00D60D5E" w:rsidRDefault="00D60D5E">
            <w:pPr>
              <w:jc w:val="center"/>
            </w:pPr>
          </w:p>
        </w:tc>
      </w:tr>
      <w:tr w:rsidR="00D60D5E" w14:paraId="207A6C1F" w14:textId="77777777" w:rsidTr="000617E0">
        <w:trPr>
          <w:cantSplit/>
          <w:jc w:val="center"/>
        </w:trPr>
        <w:tc>
          <w:tcPr>
            <w:tcW w:w="677" w:type="dxa"/>
            <w:tcMar>
              <w:top w:w="28" w:type="dxa"/>
              <w:left w:w="38" w:type="dxa"/>
              <w:bottom w:w="28" w:type="dxa"/>
              <w:right w:w="38" w:type="dxa"/>
            </w:tcMar>
            <w:vAlign w:val="center"/>
          </w:tcPr>
          <w:p w14:paraId="6A525D48" w14:textId="77777777" w:rsidR="00D60D5E" w:rsidRDefault="00891EF0">
            <w:pPr>
              <w:spacing w:after="0" w:line="240" w:lineRule="auto"/>
              <w:jc w:val="center"/>
            </w:pPr>
            <w:r>
              <w:rPr>
                <w:rFonts w:eastAsia="Aptos"/>
                <w:color w:val="6A7075"/>
                <w:sz w:val="17"/>
              </w:rPr>
              <w:t>345-420</w:t>
            </w:r>
          </w:p>
        </w:tc>
        <w:tc>
          <w:tcPr>
            <w:tcW w:w="2648" w:type="dxa"/>
            <w:tcMar>
              <w:top w:w="28" w:type="dxa"/>
              <w:left w:w="38" w:type="dxa"/>
              <w:bottom w:w="28" w:type="dxa"/>
              <w:right w:w="38" w:type="dxa"/>
            </w:tcMar>
            <w:vAlign w:val="center"/>
          </w:tcPr>
          <w:p w14:paraId="74D18CC3" w14:textId="77777777" w:rsidR="00D60D5E" w:rsidRDefault="00891EF0">
            <w:pPr>
              <w:spacing w:after="0" w:line="240" w:lineRule="auto"/>
            </w:pPr>
            <w:r>
              <w:rPr>
                <w:rFonts w:eastAsia="Aptos"/>
                <w:sz w:val="17"/>
              </w:rPr>
              <w:t>Sancerre (Fra-White)</w:t>
            </w:r>
          </w:p>
        </w:tc>
        <w:tc>
          <w:tcPr>
            <w:tcW w:w="630" w:type="dxa"/>
            <w:tcMar>
              <w:top w:w="28" w:type="dxa"/>
              <w:left w:w="38" w:type="dxa"/>
              <w:bottom w:w="28" w:type="dxa"/>
              <w:right w:w="38" w:type="dxa"/>
            </w:tcMar>
            <w:vAlign w:val="center"/>
          </w:tcPr>
          <w:p w14:paraId="26120D7A" w14:textId="77777777" w:rsidR="00D60D5E" w:rsidRDefault="00891EF0">
            <w:pPr>
              <w:spacing w:after="0" w:line="240" w:lineRule="auto"/>
              <w:jc w:val="center"/>
            </w:pPr>
            <w:r>
              <w:rPr>
                <w:rFonts w:eastAsia="Aptos"/>
                <w:b/>
                <w:sz w:val="17"/>
              </w:rPr>
              <w:t>47.99</w:t>
            </w:r>
          </w:p>
        </w:tc>
        <w:tc>
          <w:tcPr>
            <w:tcW w:w="540" w:type="dxa"/>
            <w:tcMar>
              <w:top w:w="28" w:type="dxa"/>
              <w:left w:w="38" w:type="dxa"/>
              <w:bottom w:w="28" w:type="dxa"/>
              <w:right w:w="38" w:type="dxa"/>
            </w:tcMar>
            <w:vAlign w:val="center"/>
          </w:tcPr>
          <w:p w14:paraId="1D9BC5E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C032A4B" w14:textId="77777777" w:rsidR="00D60D5E" w:rsidRDefault="00D60D5E">
            <w:pPr>
              <w:jc w:val="center"/>
            </w:pPr>
          </w:p>
        </w:tc>
      </w:tr>
      <w:tr w:rsidR="00D60D5E" w14:paraId="65D8EF6C" w14:textId="77777777" w:rsidTr="000617E0">
        <w:trPr>
          <w:cantSplit/>
          <w:jc w:val="center"/>
        </w:trPr>
        <w:tc>
          <w:tcPr>
            <w:tcW w:w="677" w:type="dxa"/>
            <w:tcMar>
              <w:top w:w="28" w:type="dxa"/>
              <w:left w:w="38" w:type="dxa"/>
              <w:bottom w:w="28" w:type="dxa"/>
              <w:right w:w="38" w:type="dxa"/>
            </w:tcMar>
            <w:vAlign w:val="center"/>
          </w:tcPr>
          <w:p w14:paraId="139291E5" w14:textId="77777777" w:rsidR="00D60D5E" w:rsidRDefault="00891EF0">
            <w:pPr>
              <w:spacing w:after="0" w:line="240" w:lineRule="auto"/>
              <w:jc w:val="center"/>
            </w:pPr>
            <w:r>
              <w:rPr>
                <w:rFonts w:eastAsia="Aptos"/>
                <w:color w:val="6A7075"/>
                <w:sz w:val="17"/>
              </w:rPr>
              <w:t>345-425</w:t>
            </w:r>
          </w:p>
        </w:tc>
        <w:tc>
          <w:tcPr>
            <w:tcW w:w="2648" w:type="dxa"/>
            <w:tcMar>
              <w:top w:w="28" w:type="dxa"/>
              <w:left w:w="38" w:type="dxa"/>
              <w:bottom w:w="28" w:type="dxa"/>
              <w:right w:w="38" w:type="dxa"/>
            </w:tcMar>
            <w:vAlign w:val="center"/>
          </w:tcPr>
          <w:p w14:paraId="78F3AD3E" w14:textId="77777777" w:rsidR="00D60D5E" w:rsidRDefault="00891EF0">
            <w:pPr>
              <w:spacing w:after="0" w:line="240" w:lineRule="auto"/>
            </w:pPr>
            <w:r>
              <w:rPr>
                <w:rFonts w:eastAsia="Aptos"/>
                <w:sz w:val="17"/>
              </w:rPr>
              <w:t>Pouilly Fume DuBoeuf (Fra-White)</w:t>
            </w:r>
          </w:p>
        </w:tc>
        <w:tc>
          <w:tcPr>
            <w:tcW w:w="630" w:type="dxa"/>
            <w:tcMar>
              <w:top w:w="28" w:type="dxa"/>
              <w:left w:w="38" w:type="dxa"/>
              <w:bottom w:w="28" w:type="dxa"/>
              <w:right w:w="38" w:type="dxa"/>
            </w:tcMar>
            <w:vAlign w:val="center"/>
          </w:tcPr>
          <w:p w14:paraId="374A266D" w14:textId="77777777" w:rsidR="00D60D5E" w:rsidRDefault="00891EF0">
            <w:pPr>
              <w:spacing w:after="0" w:line="240" w:lineRule="auto"/>
              <w:jc w:val="center"/>
            </w:pPr>
            <w:r>
              <w:rPr>
                <w:rFonts w:eastAsia="Aptos"/>
                <w:b/>
                <w:sz w:val="17"/>
              </w:rPr>
              <w:t>47.65</w:t>
            </w:r>
          </w:p>
        </w:tc>
        <w:tc>
          <w:tcPr>
            <w:tcW w:w="540" w:type="dxa"/>
            <w:tcMar>
              <w:top w:w="28" w:type="dxa"/>
              <w:left w:w="38" w:type="dxa"/>
              <w:bottom w:w="28" w:type="dxa"/>
              <w:right w:w="38" w:type="dxa"/>
            </w:tcMar>
            <w:vAlign w:val="center"/>
          </w:tcPr>
          <w:p w14:paraId="32B0E3A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1AAFD9" w14:textId="77777777" w:rsidR="00D60D5E" w:rsidRDefault="00D60D5E">
            <w:pPr>
              <w:jc w:val="center"/>
            </w:pPr>
          </w:p>
        </w:tc>
      </w:tr>
      <w:tr w:rsidR="00D60D5E" w14:paraId="144BDD69" w14:textId="77777777" w:rsidTr="000617E0">
        <w:trPr>
          <w:cantSplit/>
          <w:jc w:val="center"/>
        </w:trPr>
        <w:tc>
          <w:tcPr>
            <w:tcW w:w="677" w:type="dxa"/>
            <w:tcMar>
              <w:top w:w="28" w:type="dxa"/>
              <w:left w:w="38" w:type="dxa"/>
              <w:bottom w:w="28" w:type="dxa"/>
              <w:right w:w="38" w:type="dxa"/>
            </w:tcMar>
            <w:vAlign w:val="center"/>
          </w:tcPr>
          <w:p w14:paraId="4E65E909" w14:textId="77777777" w:rsidR="00D60D5E" w:rsidRDefault="00891EF0">
            <w:pPr>
              <w:spacing w:after="0" w:line="240" w:lineRule="auto"/>
              <w:jc w:val="center"/>
            </w:pPr>
            <w:r>
              <w:rPr>
                <w:rFonts w:eastAsia="Aptos"/>
                <w:color w:val="6A7075"/>
                <w:sz w:val="17"/>
              </w:rPr>
              <w:t>345-430</w:t>
            </w:r>
          </w:p>
        </w:tc>
        <w:tc>
          <w:tcPr>
            <w:tcW w:w="2648" w:type="dxa"/>
            <w:tcMar>
              <w:top w:w="28" w:type="dxa"/>
              <w:left w:w="38" w:type="dxa"/>
              <w:bottom w:w="28" w:type="dxa"/>
              <w:right w:w="38" w:type="dxa"/>
            </w:tcMar>
            <w:vAlign w:val="center"/>
          </w:tcPr>
          <w:p w14:paraId="36A9E034" w14:textId="77777777" w:rsidR="00D60D5E" w:rsidRDefault="00891EF0">
            <w:pPr>
              <w:spacing w:after="0" w:line="240" w:lineRule="auto"/>
            </w:pPr>
            <w:r>
              <w:rPr>
                <w:rFonts w:eastAsia="Aptos"/>
                <w:sz w:val="17"/>
              </w:rPr>
              <w:t>Josh Sauvignon Blanc 750 ml</w:t>
            </w:r>
          </w:p>
        </w:tc>
        <w:tc>
          <w:tcPr>
            <w:tcW w:w="630" w:type="dxa"/>
            <w:tcMar>
              <w:top w:w="28" w:type="dxa"/>
              <w:left w:w="38" w:type="dxa"/>
              <w:bottom w:w="28" w:type="dxa"/>
              <w:right w:w="38" w:type="dxa"/>
            </w:tcMar>
            <w:vAlign w:val="center"/>
          </w:tcPr>
          <w:p w14:paraId="2E0AEDE1" w14:textId="77777777" w:rsidR="00D60D5E" w:rsidRDefault="00891EF0">
            <w:pPr>
              <w:spacing w:after="0" w:line="240" w:lineRule="auto"/>
              <w:jc w:val="center"/>
            </w:pPr>
            <w:r>
              <w:rPr>
                <w:rFonts w:eastAsia="Aptos"/>
                <w:b/>
                <w:sz w:val="17"/>
              </w:rPr>
              <w:t>23.39</w:t>
            </w:r>
          </w:p>
        </w:tc>
        <w:tc>
          <w:tcPr>
            <w:tcW w:w="540" w:type="dxa"/>
            <w:tcMar>
              <w:top w:w="28" w:type="dxa"/>
              <w:left w:w="38" w:type="dxa"/>
              <w:bottom w:w="28" w:type="dxa"/>
              <w:right w:w="38" w:type="dxa"/>
            </w:tcMar>
            <w:vAlign w:val="center"/>
          </w:tcPr>
          <w:p w14:paraId="7454930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9A2A0B" w14:textId="77777777" w:rsidR="00D60D5E" w:rsidRDefault="00D60D5E">
            <w:pPr>
              <w:jc w:val="center"/>
            </w:pPr>
          </w:p>
        </w:tc>
      </w:tr>
      <w:tr w:rsidR="00D60D5E" w14:paraId="271F51F8" w14:textId="77777777" w:rsidTr="000617E0">
        <w:trPr>
          <w:cantSplit/>
          <w:jc w:val="center"/>
        </w:trPr>
        <w:tc>
          <w:tcPr>
            <w:tcW w:w="677" w:type="dxa"/>
            <w:tcMar>
              <w:top w:w="28" w:type="dxa"/>
              <w:left w:w="38" w:type="dxa"/>
              <w:bottom w:w="28" w:type="dxa"/>
              <w:right w:w="38" w:type="dxa"/>
            </w:tcMar>
            <w:vAlign w:val="center"/>
          </w:tcPr>
          <w:p w14:paraId="3D79D0E6" w14:textId="77777777" w:rsidR="00D60D5E" w:rsidRDefault="00891EF0">
            <w:pPr>
              <w:spacing w:after="0" w:line="240" w:lineRule="auto"/>
              <w:jc w:val="center"/>
            </w:pPr>
            <w:r>
              <w:rPr>
                <w:rFonts w:eastAsia="Aptos"/>
                <w:color w:val="6A7075"/>
                <w:sz w:val="17"/>
              </w:rPr>
              <w:lastRenderedPageBreak/>
              <w:t>345-435</w:t>
            </w:r>
          </w:p>
        </w:tc>
        <w:tc>
          <w:tcPr>
            <w:tcW w:w="2648" w:type="dxa"/>
            <w:tcMar>
              <w:top w:w="28" w:type="dxa"/>
              <w:left w:w="38" w:type="dxa"/>
              <w:bottom w:w="28" w:type="dxa"/>
              <w:right w:w="38" w:type="dxa"/>
            </w:tcMar>
            <w:vAlign w:val="center"/>
          </w:tcPr>
          <w:p w14:paraId="054FD389" w14:textId="77777777" w:rsidR="00D60D5E" w:rsidRDefault="00891EF0">
            <w:pPr>
              <w:spacing w:after="0" w:line="240" w:lineRule="auto"/>
            </w:pPr>
            <w:r>
              <w:rPr>
                <w:rFonts w:eastAsia="Aptos"/>
                <w:sz w:val="17"/>
              </w:rPr>
              <w:t>Coopers Creek Sauvignon Blanc 750 ml</w:t>
            </w:r>
          </w:p>
        </w:tc>
        <w:tc>
          <w:tcPr>
            <w:tcW w:w="630" w:type="dxa"/>
            <w:tcMar>
              <w:top w:w="28" w:type="dxa"/>
              <w:left w:w="38" w:type="dxa"/>
              <w:bottom w:w="28" w:type="dxa"/>
              <w:right w:w="38" w:type="dxa"/>
            </w:tcMar>
            <w:vAlign w:val="center"/>
          </w:tcPr>
          <w:p w14:paraId="6272E949" w14:textId="77777777" w:rsidR="00D60D5E" w:rsidRDefault="00891EF0">
            <w:pPr>
              <w:spacing w:after="0" w:line="240" w:lineRule="auto"/>
              <w:jc w:val="center"/>
            </w:pPr>
            <w:r>
              <w:rPr>
                <w:rFonts w:eastAsia="Aptos"/>
                <w:b/>
                <w:sz w:val="17"/>
              </w:rPr>
              <w:t>23.59</w:t>
            </w:r>
          </w:p>
        </w:tc>
        <w:tc>
          <w:tcPr>
            <w:tcW w:w="540" w:type="dxa"/>
            <w:tcMar>
              <w:top w:w="28" w:type="dxa"/>
              <w:left w:w="38" w:type="dxa"/>
              <w:bottom w:w="28" w:type="dxa"/>
              <w:right w:w="38" w:type="dxa"/>
            </w:tcMar>
            <w:vAlign w:val="center"/>
          </w:tcPr>
          <w:p w14:paraId="6D6C906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EC950F" w14:textId="77777777" w:rsidR="00D60D5E" w:rsidRDefault="00D60D5E">
            <w:pPr>
              <w:jc w:val="center"/>
            </w:pPr>
          </w:p>
        </w:tc>
      </w:tr>
      <w:tr w:rsidR="00D60D5E" w14:paraId="5A4A0498" w14:textId="77777777" w:rsidTr="000617E0">
        <w:trPr>
          <w:cantSplit/>
          <w:jc w:val="center"/>
        </w:trPr>
        <w:tc>
          <w:tcPr>
            <w:tcW w:w="677" w:type="dxa"/>
            <w:tcMar>
              <w:top w:w="28" w:type="dxa"/>
              <w:left w:w="38" w:type="dxa"/>
              <w:bottom w:w="28" w:type="dxa"/>
              <w:right w:w="38" w:type="dxa"/>
            </w:tcMar>
            <w:vAlign w:val="center"/>
          </w:tcPr>
          <w:p w14:paraId="779851C2" w14:textId="77777777" w:rsidR="00D60D5E" w:rsidRDefault="00891EF0">
            <w:pPr>
              <w:spacing w:after="0" w:line="240" w:lineRule="auto"/>
              <w:jc w:val="center"/>
            </w:pPr>
            <w:r>
              <w:rPr>
                <w:rFonts w:eastAsia="Aptos"/>
                <w:color w:val="6A7075"/>
                <w:sz w:val="17"/>
              </w:rPr>
              <w:t>345-440</w:t>
            </w:r>
          </w:p>
        </w:tc>
        <w:tc>
          <w:tcPr>
            <w:tcW w:w="2648" w:type="dxa"/>
            <w:tcMar>
              <w:top w:w="28" w:type="dxa"/>
              <w:left w:w="38" w:type="dxa"/>
              <w:bottom w:w="28" w:type="dxa"/>
              <w:right w:w="38" w:type="dxa"/>
            </w:tcMar>
            <w:vAlign w:val="center"/>
          </w:tcPr>
          <w:p w14:paraId="2985884C" w14:textId="77777777" w:rsidR="00D60D5E" w:rsidRDefault="00891EF0">
            <w:pPr>
              <w:spacing w:after="0" w:line="240" w:lineRule="auto"/>
            </w:pPr>
            <w:r>
              <w:rPr>
                <w:rFonts w:eastAsia="Aptos"/>
                <w:sz w:val="17"/>
              </w:rPr>
              <w:t>White Table Wine / Chard Georg Dbeuf (Fra-Wht)</w:t>
            </w:r>
          </w:p>
        </w:tc>
        <w:tc>
          <w:tcPr>
            <w:tcW w:w="630" w:type="dxa"/>
            <w:tcMar>
              <w:top w:w="28" w:type="dxa"/>
              <w:left w:w="38" w:type="dxa"/>
              <w:bottom w:w="28" w:type="dxa"/>
              <w:right w:w="38" w:type="dxa"/>
            </w:tcMar>
            <w:vAlign w:val="center"/>
          </w:tcPr>
          <w:p w14:paraId="02CA992A" w14:textId="77777777" w:rsidR="00D60D5E" w:rsidRDefault="00891EF0">
            <w:pPr>
              <w:spacing w:after="0" w:line="240" w:lineRule="auto"/>
              <w:jc w:val="center"/>
            </w:pPr>
            <w:r>
              <w:rPr>
                <w:rFonts w:eastAsia="Aptos"/>
                <w:b/>
                <w:sz w:val="17"/>
              </w:rPr>
              <w:t>16.99</w:t>
            </w:r>
          </w:p>
        </w:tc>
        <w:tc>
          <w:tcPr>
            <w:tcW w:w="540" w:type="dxa"/>
            <w:tcMar>
              <w:top w:w="28" w:type="dxa"/>
              <w:left w:w="38" w:type="dxa"/>
              <w:bottom w:w="28" w:type="dxa"/>
              <w:right w:w="38" w:type="dxa"/>
            </w:tcMar>
            <w:vAlign w:val="center"/>
          </w:tcPr>
          <w:p w14:paraId="316293A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C7851A" w14:textId="77777777" w:rsidR="00D60D5E" w:rsidRDefault="00D60D5E">
            <w:pPr>
              <w:jc w:val="center"/>
            </w:pPr>
          </w:p>
        </w:tc>
      </w:tr>
      <w:tr w:rsidR="00D60D5E" w14:paraId="4B91D747" w14:textId="77777777" w:rsidTr="000617E0">
        <w:trPr>
          <w:cantSplit/>
          <w:jc w:val="center"/>
        </w:trPr>
        <w:tc>
          <w:tcPr>
            <w:tcW w:w="677" w:type="dxa"/>
            <w:tcMar>
              <w:top w:w="28" w:type="dxa"/>
              <w:left w:w="38" w:type="dxa"/>
              <w:bottom w:w="28" w:type="dxa"/>
              <w:right w:w="38" w:type="dxa"/>
            </w:tcMar>
            <w:vAlign w:val="center"/>
          </w:tcPr>
          <w:p w14:paraId="649F265D" w14:textId="77777777" w:rsidR="00D60D5E" w:rsidRDefault="00891EF0">
            <w:pPr>
              <w:spacing w:after="0" w:line="240" w:lineRule="auto"/>
              <w:jc w:val="center"/>
            </w:pPr>
            <w:r>
              <w:rPr>
                <w:rFonts w:eastAsia="Aptos"/>
                <w:color w:val="6A7075"/>
                <w:sz w:val="17"/>
              </w:rPr>
              <w:t>345-445</w:t>
            </w:r>
          </w:p>
        </w:tc>
        <w:tc>
          <w:tcPr>
            <w:tcW w:w="2648" w:type="dxa"/>
            <w:tcMar>
              <w:top w:w="28" w:type="dxa"/>
              <w:left w:w="38" w:type="dxa"/>
              <w:bottom w:w="28" w:type="dxa"/>
              <w:right w:w="38" w:type="dxa"/>
            </w:tcMar>
            <w:vAlign w:val="center"/>
          </w:tcPr>
          <w:p w14:paraId="488FB43F" w14:textId="77777777" w:rsidR="00D60D5E" w:rsidRDefault="00891EF0">
            <w:pPr>
              <w:spacing w:after="0" w:line="240" w:lineRule="auto"/>
            </w:pPr>
            <w:r>
              <w:rPr>
                <w:rFonts w:eastAsia="Aptos"/>
                <w:sz w:val="17"/>
              </w:rPr>
              <w:t>Chablis DROUHIN (Fra-White)</w:t>
            </w:r>
          </w:p>
        </w:tc>
        <w:tc>
          <w:tcPr>
            <w:tcW w:w="630" w:type="dxa"/>
            <w:tcMar>
              <w:top w:w="28" w:type="dxa"/>
              <w:left w:w="38" w:type="dxa"/>
              <w:bottom w:w="28" w:type="dxa"/>
              <w:right w:w="38" w:type="dxa"/>
            </w:tcMar>
            <w:vAlign w:val="center"/>
          </w:tcPr>
          <w:p w14:paraId="4C02B565" w14:textId="77777777" w:rsidR="00D60D5E" w:rsidRDefault="00891EF0">
            <w:pPr>
              <w:spacing w:after="0" w:line="240" w:lineRule="auto"/>
              <w:jc w:val="center"/>
            </w:pPr>
            <w:r>
              <w:rPr>
                <w:rFonts w:eastAsia="Aptos"/>
                <w:b/>
                <w:sz w:val="17"/>
              </w:rPr>
              <w:t>43.12</w:t>
            </w:r>
          </w:p>
        </w:tc>
        <w:tc>
          <w:tcPr>
            <w:tcW w:w="540" w:type="dxa"/>
            <w:tcMar>
              <w:top w:w="28" w:type="dxa"/>
              <w:left w:w="38" w:type="dxa"/>
              <w:bottom w:w="28" w:type="dxa"/>
              <w:right w:w="38" w:type="dxa"/>
            </w:tcMar>
            <w:vAlign w:val="center"/>
          </w:tcPr>
          <w:p w14:paraId="1EF5BBB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42FDF2E" w14:textId="77777777" w:rsidR="00D60D5E" w:rsidRDefault="00D60D5E">
            <w:pPr>
              <w:jc w:val="center"/>
            </w:pPr>
          </w:p>
        </w:tc>
      </w:tr>
      <w:tr w:rsidR="00D60D5E" w14:paraId="52142BCF" w14:textId="77777777" w:rsidTr="000617E0">
        <w:trPr>
          <w:cantSplit/>
          <w:jc w:val="center"/>
        </w:trPr>
        <w:tc>
          <w:tcPr>
            <w:tcW w:w="677" w:type="dxa"/>
            <w:tcMar>
              <w:top w:w="28" w:type="dxa"/>
              <w:left w:w="38" w:type="dxa"/>
              <w:bottom w:w="28" w:type="dxa"/>
              <w:right w:w="38" w:type="dxa"/>
            </w:tcMar>
            <w:vAlign w:val="center"/>
          </w:tcPr>
          <w:p w14:paraId="34FCAA64" w14:textId="77777777" w:rsidR="00D60D5E" w:rsidRDefault="00891EF0">
            <w:pPr>
              <w:spacing w:after="0" w:line="240" w:lineRule="auto"/>
              <w:jc w:val="center"/>
            </w:pPr>
            <w:r>
              <w:rPr>
                <w:rFonts w:eastAsia="Aptos"/>
                <w:color w:val="6A7075"/>
                <w:sz w:val="17"/>
              </w:rPr>
              <w:t>345-450</w:t>
            </w:r>
          </w:p>
        </w:tc>
        <w:tc>
          <w:tcPr>
            <w:tcW w:w="2648" w:type="dxa"/>
            <w:tcMar>
              <w:top w:w="28" w:type="dxa"/>
              <w:left w:w="38" w:type="dxa"/>
              <w:bottom w:w="28" w:type="dxa"/>
              <w:right w:w="38" w:type="dxa"/>
            </w:tcMar>
            <w:vAlign w:val="center"/>
          </w:tcPr>
          <w:p w14:paraId="5C2191DF" w14:textId="77777777" w:rsidR="00D60D5E" w:rsidRDefault="00891EF0">
            <w:pPr>
              <w:spacing w:after="0" w:line="240" w:lineRule="auto"/>
            </w:pPr>
            <w:r>
              <w:rPr>
                <w:rFonts w:eastAsia="Aptos"/>
                <w:sz w:val="17"/>
              </w:rPr>
              <w:t>Domaine Valle Du Paradis Rose (Fra)</w:t>
            </w:r>
          </w:p>
        </w:tc>
        <w:tc>
          <w:tcPr>
            <w:tcW w:w="630" w:type="dxa"/>
            <w:tcMar>
              <w:top w:w="28" w:type="dxa"/>
              <w:left w:w="38" w:type="dxa"/>
              <w:bottom w:w="28" w:type="dxa"/>
              <w:right w:w="38" w:type="dxa"/>
            </w:tcMar>
            <w:vAlign w:val="center"/>
          </w:tcPr>
          <w:p w14:paraId="0EE60629" w14:textId="77777777" w:rsidR="00D60D5E" w:rsidRDefault="00891EF0">
            <w:pPr>
              <w:spacing w:after="0" w:line="240" w:lineRule="auto"/>
              <w:jc w:val="center"/>
            </w:pPr>
            <w:r>
              <w:rPr>
                <w:rFonts w:eastAsia="Aptos"/>
                <w:b/>
                <w:sz w:val="17"/>
              </w:rPr>
              <w:t>41.92</w:t>
            </w:r>
          </w:p>
        </w:tc>
        <w:tc>
          <w:tcPr>
            <w:tcW w:w="540" w:type="dxa"/>
            <w:tcMar>
              <w:top w:w="28" w:type="dxa"/>
              <w:left w:w="38" w:type="dxa"/>
              <w:bottom w:w="28" w:type="dxa"/>
              <w:right w:w="38" w:type="dxa"/>
            </w:tcMar>
            <w:vAlign w:val="center"/>
          </w:tcPr>
          <w:p w14:paraId="298706D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C1D7B68" w14:textId="77777777" w:rsidR="00D60D5E" w:rsidRDefault="00D60D5E">
            <w:pPr>
              <w:jc w:val="center"/>
            </w:pPr>
          </w:p>
        </w:tc>
      </w:tr>
      <w:tr w:rsidR="00D60D5E" w14:paraId="46D6A129" w14:textId="77777777" w:rsidTr="000617E0">
        <w:trPr>
          <w:cantSplit/>
          <w:jc w:val="center"/>
        </w:trPr>
        <w:tc>
          <w:tcPr>
            <w:tcW w:w="677" w:type="dxa"/>
            <w:tcMar>
              <w:top w:w="28" w:type="dxa"/>
              <w:left w:w="38" w:type="dxa"/>
              <w:bottom w:w="28" w:type="dxa"/>
              <w:right w:w="38" w:type="dxa"/>
            </w:tcMar>
            <w:vAlign w:val="center"/>
          </w:tcPr>
          <w:p w14:paraId="6AE174AB" w14:textId="77777777" w:rsidR="00D60D5E" w:rsidRDefault="00891EF0">
            <w:pPr>
              <w:spacing w:after="0" w:line="240" w:lineRule="auto"/>
              <w:jc w:val="center"/>
            </w:pPr>
            <w:r>
              <w:rPr>
                <w:rFonts w:eastAsia="Aptos"/>
                <w:color w:val="6A7075"/>
                <w:sz w:val="17"/>
              </w:rPr>
              <w:t>345-455</w:t>
            </w:r>
          </w:p>
        </w:tc>
        <w:tc>
          <w:tcPr>
            <w:tcW w:w="2648" w:type="dxa"/>
            <w:tcMar>
              <w:top w:w="28" w:type="dxa"/>
              <w:left w:w="38" w:type="dxa"/>
              <w:bottom w:w="28" w:type="dxa"/>
              <w:right w:w="38" w:type="dxa"/>
            </w:tcMar>
            <w:vAlign w:val="center"/>
          </w:tcPr>
          <w:p w14:paraId="6645C778" w14:textId="77777777" w:rsidR="00D60D5E" w:rsidRDefault="00891EF0">
            <w:pPr>
              <w:spacing w:after="0" w:line="240" w:lineRule="auto"/>
            </w:pPr>
            <w:r>
              <w:rPr>
                <w:rFonts w:eastAsia="Aptos"/>
                <w:sz w:val="17"/>
              </w:rPr>
              <w:t>Beaujolais Georges DuBoeuf (Fra-red)</w:t>
            </w:r>
          </w:p>
        </w:tc>
        <w:tc>
          <w:tcPr>
            <w:tcW w:w="630" w:type="dxa"/>
            <w:tcMar>
              <w:top w:w="28" w:type="dxa"/>
              <w:left w:w="38" w:type="dxa"/>
              <w:bottom w:w="28" w:type="dxa"/>
              <w:right w:w="38" w:type="dxa"/>
            </w:tcMar>
            <w:vAlign w:val="center"/>
          </w:tcPr>
          <w:p w14:paraId="1E023078" w14:textId="77777777" w:rsidR="00D60D5E" w:rsidRDefault="00891EF0">
            <w:pPr>
              <w:spacing w:after="0" w:line="240" w:lineRule="auto"/>
              <w:jc w:val="center"/>
            </w:pPr>
            <w:r>
              <w:rPr>
                <w:rFonts w:eastAsia="Aptos"/>
                <w:b/>
                <w:sz w:val="17"/>
              </w:rPr>
              <w:t>17.80</w:t>
            </w:r>
          </w:p>
        </w:tc>
        <w:tc>
          <w:tcPr>
            <w:tcW w:w="540" w:type="dxa"/>
            <w:tcMar>
              <w:top w:w="28" w:type="dxa"/>
              <w:left w:w="38" w:type="dxa"/>
              <w:bottom w:w="28" w:type="dxa"/>
              <w:right w:w="38" w:type="dxa"/>
            </w:tcMar>
            <w:vAlign w:val="center"/>
          </w:tcPr>
          <w:p w14:paraId="550A385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41F7BA2" w14:textId="77777777" w:rsidR="00D60D5E" w:rsidRDefault="00D60D5E">
            <w:pPr>
              <w:jc w:val="center"/>
            </w:pPr>
          </w:p>
        </w:tc>
      </w:tr>
      <w:tr w:rsidR="00D60D5E" w14:paraId="6F726A80" w14:textId="77777777" w:rsidTr="000617E0">
        <w:trPr>
          <w:cantSplit/>
          <w:jc w:val="center"/>
        </w:trPr>
        <w:tc>
          <w:tcPr>
            <w:tcW w:w="677" w:type="dxa"/>
            <w:tcMar>
              <w:top w:w="28" w:type="dxa"/>
              <w:left w:w="38" w:type="dxa"/>
              <w:bottom w:w="28" w:type="dxa"/>
              <w:right w:w="38" w:type="dxa"/>
            </w:tcMar>
            <w:vAlign w:val="center"/>
          </w:tcPr>
          <w:p w14:paraId="32F17B49" w14:textId="77777777" w:rsidR="00D60D5E" w:rsidRDefault="00891EF0">
            <w:pPr>
              <w:spacing w:after="0" w:line="240" w:lineRule="auto"/>
              <w:jc w:val="center"/>
            </w:pPr>
            <w:r>
              <w:rPr>
                <w:rFonts w:eastAsia="Aptos"/>
                <w:color w:val="6A7075"/>
                <w:sz w:val="17"/>
              </w:rPr>
              <w:t>345-460</w:t>
            </w:r>
          </w:p>
        </w:tc>
        <w:tc>
          <w:tcPr>
            <w:tcW w:w="2648" w:type="dxa"/>
            <w:tcMar>
              <w:top w:w="28" w:type="dxa"/>
              <w:left w:w="38" w:type="dxa"/>
              <w:bottom w:w="28" w:type="dxa"/>
              <w:right w:w="38" w:type="dxa"/>
            </w:tcMar>
            <w:vAlign w:val="center"/>
          </w:tcPr>
          <w:p w14:paraId="75136DBE" w14:textId="77777777" w:rsidR="00D60D5E" w:rsidRDefault="00891EF0">
            <w:pPr>
              <w:spacing w:after="0" w:line="240" w:lineRule="auto"/>
            </w:pPr>
            <w:r>
              <w:rPr>
                <w:rFonts w:eastAsia="Aptos"/>
                <w:sz w:val="17"/>
              </w:rPr>
              <w:t>Beaujolais Village GEORGES DUBOEUF (Fra-red)</w:t>
            </w:r>
          </w:p>
        </w:tc>
        <w:tc>
          <w:tcPr>
            <w:tcW w:w="630" w:type="dxa"/>
            <w:tcMar>
              <w:top w:w="28" w:type="dxa"/>
              <w:left w:w="38" w:type="dxa"/>
              <w:bottom w:w="28" w:type="dxa"/>
              <w:right w:w="38" w:type="dxa"/>
            </w:tcMar>
            <w:vAlign w:val="center"/>
          </w:tcPr>
          <w:p w14:paraId="05660425" w14:textId="77777777" w:rsidR="00D60D5E" w:rsidRDefault="00891EF0">
            <w:pPr>
              <w:spacing w:after="0" w:line="240" w:lineRule="auto"/>
              <w:jc w:val="center"/>
            </w:pPr>
            <w:r>
              <w:rPr>
                <w:rFonts w:eastAsia="Aptos"/>
                <w:b/>
                <w:sz w:val="17"/>
              </w:rPr>
              <w:t>21.93</w:t>
            </w:r>
          </w:p>
        </w:tc>
        <w:tc>
          <w:tcPr>
            <w:tcW w:w="540" w:type="dxa"/>
            <w:tcMar>
              <w:top w:w="28" w:type="dxa"/>
              <w:left w:w="38" w:type="dxa"/>
              <w:bottom w:w="28" w:type="dxa"/>
              <w:right w:w="38" w:type="dxa"/>
            </w:tcMar>
            <w:vAlign w:val="center"/>
          </w:tcPr>
          <w:p w14:paraId="35B9A52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00CAD7" w14:textId="77777777" w:rsidR="00D60D5E" w:rsidRDefault="00D60D5E">
            <w:pPr>
              <w:jc w:val="center"/>
            </w:pPr>
          </w:p>
        </w:tc>
      </w:tr>
      <w:tr w:rsidR="00D60D5E" w14:paraId="0CB8676C" w14:textId="77777777" w:rsidTr="000617E0">
        <w:trPr>
          <w:cantSplit/>
          <w:jc w:val="center"/>
        </w:trPr>
        <w:tc>
          <w:tcPr>
            <w:tcW w:w="677" w:type="dxa"/>
            <w:tcMar>
              <w:top w:w="28" w:type="dxa"/>
              <w:left w:w="38" w:type="dxa"/>
              <w:bottom w:w="28" w:type="dxa"/>
              <w:right w:w="38" w:type="dxa"/>
            </w:tcMar>
            <w:vAlign w:val="center"/>
          </w:tcPr>
          <w:p w14:paraId="136CACE2" w14:textId="77777777" w:rsidR="00D60D5E" w:rsidRDefault="00891EF0">
            <w:pPr>
              <w:spacing w:after="0" w:line="240" w:lineRule="auto"/>
              <w:jc w:val="center"/>
            </w:pPr>
            <w:r>
              <w:rPr>
                <w:rFonts w:eastAsia="Aptos"/>
                <w:color w:val="6A7075"/>
                <w:sz w:val="17"/>
              </w:rPr>
              <w:t>345-465</w:t>
            </w:r>
          </w:p>
        </w:tc>
        <w:tc>
          <w:tcPr>
            <w:tcW w:w="2648" w:type="dxa"/>
            <w:tcMar>
              <w:top w:w="28" w:type="dxa"/>
              <w:left w:w="38" w:type="dxa"/>
              <w:bottom w:w="28" w:type="dxa"/>
              <w:right w:w="38" w:type="dxa"/>
            </w:tcMar>
            <w:vAlign w:val="center"/>
          </w:tcPr>
          <w:p w14:paraId="4B3121A8" w14:textId="77777777" w:rsidR="00D60D5E" w:rsidRDefault="00891EF0">
            <w:pPr>
              <w:spacing w:after="0" w:line="240" w:lineRule="auto"/>
            </w:pPr>
            <w:r>
              <w:rPr>
                <w:rFonts w:eastAsia="Aptos"/>
                <w:sz w:val="17"/>
              </w:rPr>
              <w:t>Whispering Angel Rose (Fra)</w:t>
            </w:r>
          </w:p>
        </w:tc>
        <w:tc>
          <w:tcPr>
            <w:tcW w:w="630" w:type="dxa"/>
            <w:tcMar>
              <w:top w:w="28" w:type="dxa"/>
              <w:left w:w="38" w:type="dxa"/>
              <w:bottom w:w="28" w:type="dxa"/>
              <w:right w:w="38" w:type="dxa"/>
            </w:tcMar>
            <w:vAlign w:val="center"/>
          </w:tcPr>
          <w:p w14:paraId="36E515C7" w14:textId="77777777" w:rsidR="00D60D5E" w:rsidRDefault="00891EF0">
            <w:pPr>
              <w:spacing w:after="0" w:line="240" w:lineRule="auto"/>
              <w:jc w:val="center"/>
            </w:pPr>
            <w:r>
              <w:rPr>
                <w:rFonts w:eastAsia="Aptos"/>
                <w:b/>
                <w:sz w:val="17"/>
              </w:rPr>
              <w:t>47.99</w:t>
            </w:r>
          </w:p>
        </w:tc>
        <w:tc>
          <w:tcPr>
            <w:tcW w:w="540" w:type="dxa"/>
            <w:tcMar>
              <w:top w:w="28" w:type="dxa"/>
              <w:left w:w="38" w:type="dxa"/>
              <w:bottom w:w="28" w:type="dxa"/>
              <w:right w:w="38" w:type="dxa"/>
            </w:tcMar>
            <w:vAlign w:val="center"/>
          </w:tcPr>
          <w:p w14:paraId="0D8154C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59E15D5" w14:textId="77777777" w:rsidR="00D60D5E" w:rsidRDefault="00D60D5E">
            <w:pPr>
              <w:jc w:val="center"/>
            </w:pPr>
          </w:p>
        </w:tc>
      </w:tr>
      <w:tr w:rsidR="00D60D5E" w14:paraId="29468630" w14:textId="77777777" w:rsidTr="000617E0">
        <w:trPr>
          <w:cantSplit/>
          <w:jc w:val="center"/>
        </w:trPr>
        <w:tc>
          <w:tcPr>
            <w:tcW w:w="677" w:type="dxa"/>
            <w:tcMar>
              <w:top w:w="28" w:type="dxa"/>
              <w:left w:w="38" w:type="dxa"/>
              <w:bottom w:w="28" w:type="dxa"/>
              <w:right w:w="38" w:type="dxa"/>
            </w:tcMar>
            <w:vAlign w:val="center"/>
          </w:tcPr>
          <w:p w14:paraId="196441F3" w14:textId="77777777" w:rsidR="00D60D5E" w:rsidRDefault="00891EF0">
            <w:pPr>
              <w:spacing w:after="0" w:line="240" w:lineRule="auto"/>
              <w:jc w:val="center"/>
            </w:pPr>
            <w:r>
              <w:rPr>
                <w:rFonts w:eastAsia="Aptos"/>
                <w:color w:val="6A7075"/>
                <w:sz w:val="17"/>
              </w:rPr>
              <w:t>345-470</w:t>
            </w:r>
          </w:p>
        </w:tc>
        <w:tc>
          <w:tcPr>
            <w:tcW w:w="2648" w:type="dxa"/>
            <w:tcMar>
              <w:top w:w="28" w:type="dxa"/>
              <w:left w:w="38" w:type="dxa"/>
              <w:bottom w:w="28" w:type="dxa"/>
              <w:right w:w="38" w:type="dxa"/>
            </w:tcMar>
            <w:vAlign w:val="center"/>
          </w:tcPr>
          <w:p w14:paraId="3642C518" w14:textId="77777777" w:rsidR="00D60D5E" w:rsidRDefault="00891EF0">
            <w:pPr>
              <w:spacing w:after="0" w:line="240" w:lineRule="auto"/>
            </w:pPr>
            <w:r>
              <w:rPr>
                <w:rFonts w:eastAsia="Aptos"/>
                <w:sz w:val="17"/>
              </w:rPr>
              <w:t>Merlot Chateauneuf Du Pape (Fra-red)</w:t>
            </w:r>
          </w:p>
        </w:tc>
        <w:tc>
          <w:tcPr>
            <w:tcW w:w="630" w:type="dxa"/>
            <w:tcMar>
              <w:top w:w="28" w:type="dxa"/>
              <w:left w:w="38" w:type="dxa"/>
              <w:bottom w:w="28" w:type="dxa"/>
              <w:right w:w="38" w:type="dxa"/>
            </w:tcMar>
            <w:vAlign w:val="center"/>
          </w:tcPr>
          <w:p w14:paraId="3A8FFDF0" w14:textId="77777777" w:rsidR="00D60D5E" w:rsidRDefault="00891EF0">
            <w:pPr>
              <w:spacing w:after="0" w:line="240" w:lineRule="auto"/>
              <w:jc w:val="center"/>
            </w:pPr>
            <w:r>
              <w:rPr>
                <w:rFonts w:eastAsia="Aptos"/>
                <w:b/>
                <w:sz w:val="17"/>
              </w:rPr>
              <w:t>44.94</w:t>
            </w:r>
          </w:p>
        </w:tc>
        <w:tc>
          <w:tcPr>
            <w:tcW w:w="540" w:type="dxa"/>
            <w:tcMar>
              <w:top w:w="28" w:type="dxa"/>
              <w:left w:w="38" w:type="dxa"/>
              <w:bottom w:w="28" w:type="dxa"/>
              <w:right w:w="38" w:type="dxa"/>
            </w:tcMar>
            <w:vAlign w:val="center"/>
          </w:tcPr>
          <w:p w14:paraId="410DC05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97E55A" w14:textId="77777777" w:rsidR="00D60D5E" w:rsidRDefault="00D60D5E">
            <w:pPr>
              <w:jc w:val="center"/>
            </w:pPr>
          </w:p>
        </w:tc>
      </w:tr>
      <w:tr w:rsidR="00D60D5E" w14:paraId="708D11D7" w14:textId="77777777" w:rsidTr="000617E0">
        <w:trPr>
          <w:cantSplit/>
          <w:jc w:val="center"/>
        </w:trPr>
        <w:tc>
          <w:tcPr>
            <w:tcW w:w="677" w:type="dxa"/>
            <w:tcMar>
              <w:top w:w="28" w:type="dxa"/>
              <w:left w:w="38" w:type="dxa"/>
              <w:bottom w:w="28" w:type="dxa"/>
              <w:right w:w="38" w:type="dxa"/>
            </w:tcMar>
            <w:vAlign w:val="center"/>
          </w:tcPr>
          <w:p w14:paraId="1196A6C6" w14:textId="77777777" w:rsidR="00D60D5E" w:rsidRDefault="00891EF0">
            <w:pPr>
              <w:spacing w:after="0" w:line="240" w:lineRule="auto"/>
              <w:jc w:val="center"/>
            </w:pPr>
            <w:r>
              <w:rPr>
                <w:rFonts w:eastAsia="Aptos"/>
                <w:color w:val="6A7075"/>
                <w:sz w:val="17"/>
              </w:rPr>
              <w:t>345-475</w:t>
            </w:r>
          </w:p>
        </w:tc>
        <w:tc>
          <w:tcPr>
            <w:tcW w:w="2648" w:type="dxa"/>
            <w:tcMar>
              <w:top w:w="28" w:type="dxa"/>
              <w:left w:w="38" w:type="dxa"/>
              <w:bottom w:w="28" w:type="dxa"/>
              <w:right w:w="38" w:type="dxa"/>
            </w:tcMar>
            <w:vAlign w:val="center"/>
          </w:tcPr>
          <w:p w14:paraId="5B88AA68" w14:textId="77777777" w:rsidR="00D60D5E" w:rsidRDefault="00891EF0">
            <w:pPr>
              <w:spacing w:after="0" w:line="240" w:lineRule="auto"/>
            </w:pPr>
            <w:r>
              <w:rPr>
                <w:rFonts w:eastAsia="Aptos"/>
                <w:sz w:val="17"/>
              </w:rPr>
              <w:t>Red Table Wine/ Merlot George Dubeuf  (Fra-red)</w:t>
            </w:r>
          </w:p>
        </w:tc>
        <w:tc>
          <w:tcPr>
            <w:tcW w:w="630" w:type="dxa"/>
            <w:tcMar>
              <w:top w:w="28" w:type="dxa"/>
              <w:left w:w="38" w:type="dxa"/>
              <w:bottom w:w="28" w:type="dxa"/>
              <w:right w:w="38" w:type="dxa"/>
            </w:tcMar>
            <w:vAlign w:val="center"/>
          </w:tcPr>
          <w:p w14:paraId="24FE45A1" w14:textId="77777777" w:rsidR="00D60D5E" w:rsidRDefault="00891EF0">
            <w:pPr>
              <w:spacing w:after="0" w:line="240" w:lineRule="auto"/>
              <w:jc w:val="center"/>
            </w:pPr>
            <w:r>
              <w:rPr>
                <w:rFonts w:eastAsia="Aptos"/>
                <w:b/>
                <w:sz w:val="17"/>
              </w:rPr>
              <w:t>15.83</w:t>
            </w:r>
          </w:p>
        </w:tc>
        <w:tc>
          <w:tcPr>
            <w:tcW w:w="540" w:type="dxa"/>
            <w:tcMar>
              <w:top w:w="28" w:type="dxa"/>
              <w:left w:w="38" w:type="dxa"/>
              <w:bottom w:w="28" w:type="dxa"/>
              <w:right w:w="38" w:type="dxa"/>
            </w:tcMar>
            <w:vAlign w:val="center"/>
          </w:tcPr>
          <w:p w14:paraId="49C1EFE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1D5686" w14:textId="77777777" w:rsidR="00D60D5E" w:rsidRDefault="00D60D5E">
            <w:pPr>
              <w:jc w:val="center"/>
            </w:pPr>
          </w:p>
        </w:tc>
      </w:tr>
      <w:tr w:rsidR="00D60D5E" w14:paraId="62943930" w14:textId="77777777" w:rsidTr="000617E0">
        <w:trPr>
          <w:cantSplit/>
          <w:jc w:val="center"/>
        </w:trPr>
        <w:tc>
          <w:tcPr>
            <w:tcW w:w="677" w:type="dxa"/>
            <w:tcMar>
              <w:top w:w="28" w:type="dxa"/>
              <w:left w:w="38" w:type="dxa"/>
              <w:bottom w:w="28" w:type="dxa"/>
              <w:right w:w="38" w:type="dxa"/>
            </w:tcMar>
            <w:vAlign w:val="center"/>
          </w:tcPr>
          <w:p w14:paraId="6EF26A07" w14:textId="77777777" w:rsidR="00D60D5E" w:rsidRDefault="00891EF0">
            <w:pPr>
              <w:spacing w:after="0" w:line="240" w:lineRule="auto"/>
              <w:jc w:val="center"/>
            </w:pPr>
            <w:r>
              <w:rPr>
                <w:rFonts w:eastAsia="Aptos"/>
                <w:color w:val="6A7075"/>
                <w:sz w:val="17"/>
              </w:rPr>
              <w:t>345-480</w:t>
            </w:r>
          </w:p>
        </w:tc>
        <w:tc>
          <w:tcPr>
            <w:tcW w:w="2648" w:type="dxa"/>
            <w:tcMar>
              <w:top w:w="28" w:type="dxa"/>
              <w:left w:w="38" w:type="dxa"/>
              <w:bottom w:w="28" w:type="dxa"/>
              <w:right w:w="38" w:type="dxa"/>
            </w:tcMar>
            <w:vAlign w:val="center"/>
          </w:tcPr>
          <w:p w14:paraId="64DA715F" w14:textId="77777777" w:rsidR="00D60D5E" w:rsidRDefault="00891EF0">
            <w:pPr>
              <w:spacing w:after="0" w:line="240" w:lineRule="auto"/>
            </w:pPr>
            <w:r>
              <w:rPr>
                <w:rFonts w:eastAsia="Aptos"/>
                <w:sz w:val="17"/>
              </w:rPr>
              <w:t>Cabernet Sauvignon Phelipe Rothscild (Fra-red)</w:t>
            </w:r>
          </w:p>
        </w:tc>
        <w:tc>
          <w:tcPr>
            <w:tcW w:w="630" w:type="dxa"/>
            <w:tcMar>
              <w:top w:w="28" w:type="dxa"/>
              <w:left w:w="38" w:type="dxa"/>
              <w:bottom w:w="28" w:type="dxa"/>
              <w:right w:w="38" w:type="dxa"/>
            </w:tcMar>
            <w:vAlign w:val="center"/>
          </w:tcPr>
          <w:p w14:paraId="2B3C39D5" w14:textId="77777777" w:rsidR="00D60D5E" w:rsidRDefault="00891EF0">
            <w:pPr>
              <w:spacing w:after="0" w:line="240" w:lineRule="auto"/>
              <w:jc w:val="center"/>
            </w:pPr>
            <w:r>
              <w:rPr>
                <w:rFonts w:eastAsia="Aptos"/>
                <w:b/>
                <w:sz w:val="17"/>
              </w:rPr>
              <w:t>15.98</w:t>
            </w:r>
          </w:p>
        </w:tc>
        <w:tc>
          <w:tcPr>
            <w:tcW w:w="540" w:type="dxa"/>
            <w:tcMar>
              <w:top w:w="28" w:type="dxa"/>
              <w:left w:w="38" w:type="dxa"/>
              <w:bottom w:w="28" w:type="dxa"/>
              <w:right w:w="38" w:type="dxa"/>
            </w:tcMar>
            <w:vAlign w:val="center"/>
          </w:tcPr>
          <w:p w14:paraId="40835E9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ACFD7BE" w14:textId="77777777" w:rsidR="00D60D5E" w:rsidRDefault="00D60D5E">
            <w:pPr>
              <w:jc w:val="center"/>
            </w:pPr>
          </w:p>
        </w:tc>
      </w:tr>
      <w:tr w:rsidR="00D60D5E" w14:paraId="1E0346A8" w14:textId="77777777" w:rsidTr="000617E0">
        <w:trPr>
          <w:cantSplit/>
          <w:jc w:val="center"/>
        </w:trPr>
        <w:tc>
          <w:tcPr>
            <w:tcW w:w="677" w:type="dxa"/>
            <w:shd w:val="clear" w:color="auto" w:fill="D9EAF7"/>
            <w:tcMar>
              <w:top w:w="28" w:type="dxa"/>
              <w:left w:w="38" w:type="dxa"/>
              <w:bottom w:w="28" w:type="dxa"/>
              <w:right w:w="38" w:type="dxa"/>
            </w:tcMar>
            <w:vAlign w:val="center"/>
          </w:tcPr>
          <w:p w14:paraId="6B62C3DF" w14:textId="77777777" w:rsidR="00D60D5E" w:rsidRDefault="00891EF0">
            <w:pPr>
              <w:spacing w:after="0" w:line="240" w:lineRule="auto"/>
              <w:jc w:val="center"/>
            </w:pPr>
            <w:r>
              <w:rPr>
                <w:rFonts w:eastAsia="Aptos"/>
                <w:b/>
                <w:color w:val="2F4F8F"/>
                <w:sz w:val="18"/>
              </w:rPr>
              <w:t>350-</w:t>
            </w:r>
          </w:p>
        </w:tc>
        <w:tc>
          <w:tcPr>
            <w:tcW w:w="2648" w:type="dxa"/>
            <w:shd w:val="clear" w:color="auto" w:fill="D9EAF7"/>
            <w:tcMar>
              <w:top w:w="28" w:type="dxa"/>
              <w:left w:w="38" w:type="dxa"/>
              <w:bottom w:w="28" w:type="dxa"/>
              <w:right w:w="38" w:type="dxa"/>
            </w:tcMar>
            <w:vAlign w:val="center"/>
          </w:tcPr>
          <w:p w14:paraId="47012F42" w14:textId="77777777" w:rsidR="00D60D5E" w:rsidRDefault="00891EF0">
            <w:pPr>
              <w:spacing w:after="0" w:line="240" w:lineRule="auto"/>
            </w:pPr>
            <w:r>
              <w:rPr>
                <w:rFonts w:eastAsia="Aptos"/>
                <w:b/>
                <w:color w:val="2F4F8F"/>
                <w:sz w:val="18"/>
              </w:rPr>
              <w:t>PORTS</w:t>
            </w:r>
          </w:p>
        </w:tc>
        <w:tc>
          <w:tcPr>
            <w:tcW w:w="630" w:type="dxa"/>
            <w:shd w:val="clear" w:color="auto" w:fill="D9EAF7"/>
            <w:tcMar>
              <w:top w:w="28" w:type="dxa"/>
              <w:left w:w="38" w:type="dxa"/>
              <w:bottom w:w="28" w:type="dxa"/>
              <w:right w:w="38" w:type="dxa"/>
            </w:tcMar>
            <w:vAlign w:val="center"/>
          </w:tcPr>
          <w:p w14:paraId="137ECA86"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22C3E77"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6650F27" w14:textId="77777777" w:rsidR="00D60D5E" w:rsidRDefault="00D60D5E">
            <w:pPr>
              <w:jc w:val="center"/>
            </w:pPr>
          </w:p>
        </w:tc>
      </w:tr>
      <w:tr w:rsidR="00D60D5E" w14:paraId="7B492A1F" w14:textId="77777777" w:rsidTr="000617E0">
        <w:trPr>
          <w:cantSplit/>
          <w:jc w:val="center"/>
        </w:trPr>
        <w:tc>
          <w:tcPr>
            <w:tcW w:w="677" w:type="dxa"/>
            <w:tcMar>
              <w:top w:w="28" w:type="dxa"/>
              <w:left w:w="38" w:type="dxa"/>
              <w:bottom w:w="28" w:type="dxa"/>
              <w:right w:w="38" w:type="dxa"/>
            </w:tcMar>
            <w:vAlign w:val="center"/>
          </w:tcPr>
          <w:p w14:paraId="7EBA4C68" w14:textId="77777777" w:rsidR="00D60D5E" w:rsidRDefault="00891EF0">
            <w:pPr>
              <w:spacing w:after="0" w:line="240" w:lineRule="auto"/>
              <w:jc w:val="center"/>
            </w:pPr>
            <w:r>
              <w:rPr>
                <w:rFonts w:eastAsia="Aptos"/>
                <w:color w:val="6A7075"/>
                <w:sz w:val="17"/>
              </w:rPr>
              <w:t>350-105</w:t>
            </w:r>
          </w:p>
        </w:tc>
        <w:tc>
          <w:tcPr>
            <w:tcW w:w="2648" w:type="dxa"/>
            <w:tcMar>
              <w:top w:w="28" w:type="dxa"/>
              <w:left w:w="38" w:type="dxa"/>
              <w:bottom w:w="28" w:type="dxa"/>
              <w:right w:w="38" w:type="dxa"/>
            </w:tcMar>
            <w:vAlign w:val="center"/>
          </w:tcPr>
          <w:p w14:paraId="4C122685" w14:textId="77777777" w:rsidR="00D60D5E" w:rsidRDefault="00891EF0">
            <w:pPr>
              <w:spacing w:after="0" w:line="240" w:lineRule="auto"/>
            </w:pPr>
            <w:r>
              <w:rPr>
                <w:rFonts w:eastAsia="Aptos"/>
                <w:sz w:val="17"/>
              </w:rPr>
              <w:t>Cockburn Special Reserve 750ml</w:t>
            </w:r>
          </w:p>
        </w:tc>
        <w:tc>
          <w:tcPr>
            <w:tcW w:w="630" w:type="dxa"/>
            <w:tcMar>
              <w:top w:w="28" w:type="dxa"/>
              <w:left w:w="38" w:type="dxa"/>
              <w:bottom w:w="28" w:type="dxa"/>
              <w:right w:w="38" w:type="dxa"/>
            </w:tcMar>
            <w:vAlign w:val="center"/>
          </w:tcPr>
          <w:p w14:paraId="6F5C9627" w14:textId="77777777" w:rsidR="00D60D5E" w:rsidRDefault="00891EF0">
            <w:pPr>
              <w:spacing w:after="0" w:line="240" w:lineRule="auto"/>
              <w:jc w:val="center"/>
            </w:pPr>
            <w:r>
              <w:rPr>
                <w:rFonts w:eastAsia="Aptos"/>
                <w:b/>
                <w:sz w:val="17"/>
              </w:rPr>
              <w:t>27.95</w:t>
            </w:r>
          </w:p>
        </w:tc>
        <w:tc>
          <w:tcPr>
            <w:tcW w:w="540" w:type="dxa"/>
            <w:tcMar>
              <w:top w:w="28" w:type="dxa"/>
              <w:left w:w="38" w:type="dxa"/>
              <w:bottom w:w="28" w:type="dxa"/>
              <w:right w:w="38" w:type="dxa"/>
            </w:tcMar>
            <w:vAlign w:val="center"/>
          </w:tcPr>
          <w:p w14:paraId="4DF94E3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039FA6D" w14:textId="77777777" w:rsidR="00D60D5E" w:rsidRDefault="00D60D5E">
            <w:pPr>
              <w:jc w:val="center"/>
            </w:pPr>
          </w:p>
        </w:tc>
      </w:tr>
      <w:tr w:rsidR="00D60D5E" w14:paraId="2EC01D3D" w14:textId="77777777" w:rsidTr="000617E0">
        <w:trPr>
          <w:cantSplit/>
          <w:jc w:val="center"/>
        </w:trPr>
        <w:tc>
          <w:tcPr>
            <w:tcW w:w="677" w:type="dxa"/>
            <w:tcMar>
              <w:top w:w="28" w:type="dxa"/>
              <w:left w:w="38" w:type="dxa"/>
              <w:bottom w:w="28" w:type="dxa"/>
              <w:right w:w="38" w:type="dxa"/>
            </w:tcMar>
            <w:vAlign w:val="center"/>
          </w:tcPr>
          <w:p w14:paraId="40E1D149" w14:textId="77777777" w:rsidR="00D60D5E" w:rsidRDefault="00891EF0">
            <w:pPr>
              <w:spacing w:after="0" w:line="240" w:lineRule="auto"/>
              <w:jc w:val="center"/>
            </w:pPr>
            <w:r>
              <w:rPr>
                <w:rFonts w:eastAsia="Aptos"/>
                <w:color w:val="6A7075"/>
                <w:sz w:val="17"/>
              </w:rPr>
              <w:t>350-110</w:t>
            </w:r>
          </w:p>
        </w:tc>
        <w:tc>
          <w:tcPr>
            <w:tcW w:w="2648" w:type="dxa"/>
            <w:tcMar>
              <w:top w:w="28" w:type="dxa"/>
              <w:left w:w="38" w:type="dxa"/>
              <w:bottom w:w="28" w:type="dxa"/>
              <w:right w:w="38" w:type="dxa"/>
            </w:tcMar>
            <w:vAlign w:val="center"/>
          </w:tcPr>
          <w:p w14:paraId="3226B842" w14:textId="77777777" w:rsidR="00D60D5E" w:rsidRDefault="00891EF0">
            <w:pPr>
              <w:spacing w:after="0" w:line="240" w:lineRule="auto"/>
            </w:pPr>
            <w:r>
              <w:rPr>
                <w:rFonts w:eastAsia="Aptos"/>
                <w:sz w:val="17"/>
              </w:rPr>
              <w:t>Grahams 10yr</w:t>
            </w:r>
          </w:p>
        </w:tc>
        <w:tc>
          <w:tcPr>
            <w:tcW w:w="630" w:type="dxa"/>
            <w:tcMar>
              <w:top w:w="28" w:type="dxa"/>
              <w:left w:w="38" w:type="dxa"/>
              <w:bottom w:w="28" w:type="dxa"/>
              <w:right w:w="38" w:type="dxa"/>
            </w:tcMar>
            <w:vAlign w:val="center"/>
          </w:tcPr>
          <w:p w14:paraId="1277948B" w14:textId="77777777" w:rsidR="00D60D5E" w:rsidRDefault="00891EF0">
            <w:pPr>
              <w:spacing w:after="0" w:line="240" w:lineRule="auto"/>
              <w:jc w:val="center"/>
            </w:pPr>
            <w:r>
              <w:rPr>
                <w:rFonts w:eastAsia="Aptos"/>
                <w:b/>
                <w:sz w:val="17"/>
              </w:rPr>
              <w:t>46.80</w:t>
            </w:r>
          </w:p>
        </w:tc>
        <w:tc>
          <w:tcPr>
            <w:tcW w:w="540" w:type="dxa"/>
            <w:tcMar>
              <w:top w:w="28" w:type="dxa"/>
              <w:left w:w="38" w:type="dxa"/>
              <w:bottom w:w="28" w:type="dxa"/>
              <w:right w:w="38" w:type="dxa"/>
            </w:tcMar>
            <w:vAlign w:val="center"/>
          </w:tcPr>
          <w:p w14:paraId="108A66C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89672D5" w14:textId="77777777" w:rsidR="00D60D5E" w:rsidRDefault="00D60D5E">
            <w:pPr>
              <w:jc w:val="center"/>
            </w:pPr>
          </w:p>
        </w:tc>
      </w:tr>
      <w:tr w:rsidR="00D60D5E" w14:paraId="2798FFA5" w14:textId="77777777" w:rsidTr="000617E0">
        <w:trPr>
          <w:cantSplit/>
          <w:jc w:val="center"/>
        </w:trPr>
        <w:tc>
          <w:tcPr>
            <w:tcW w:w="677" w:type="dxa"/>
            <w:tcMar>
              <w:top w:w="28" w:type="dxa"/>
              <w:left w:w="38" w:type="dxa"/>
              <w:bottom w:w="28" w:type="dxa"/>
              <w:right w:w="38" w:type="dxa"/>
            </w:tcMar>
            <w:vAlign w:val="center"/>
          </w:tcPr>
          <w:p w14:paraId="1B2E680E" w14:textId="77777777" w:rsidR="00D60D5E" w:rsidRDefault="00891EF0">
            <w:pPr>
              <w:spacing w:after="0" w:line="240" w:lineRule="auto"/>
              <w:jc w:val="center"/>
            </w:pPr>
            <w:r>
              <w:rPr>
                <w:rFonts w:eastAsia="Aptos"/>
                <w:color w:val="6A7075"/>
                <w:sz w:val="17"/>
              </w:rPr>
              <w:t>350-115</w:t>
            </w:r>
          </w:p>
        </w:tc>
        <w:tc>
          <w:tcPr>
            <w:tcW w:w="2648" w:type="dxa"/>
            <w:tcMar>
              <w:top w:w="28" w:type="dxa"/>
              <w:left w:w="38" w:type="dxa"/>
              <w:bottom w:w="28" w:type="dxa"/>
              <w:right w:w="38" w:type="dxa"/>
            </w:tcMar>
            <w:vAlign w:val="center"/>
          </w:tcPr>
          <w:p w14:paraId="5E5AB215" w14:textId="77777777" w:rsidR="00D60D5E" w:rsidRDefault="00891EF0">
            <w:pPr>
              <w:spacing w:after="0" w:line="240" w:lineRule="auto"/>
            </w:pPr>
            <w:r>
              <w:rPr>
                <w:rFonts w:eastAsia="Aptos"/>
                <w:sz w:val="17"/>
              </w:rPr>
              <w:t>Dow's Fine White 750ml</w:t>
            </w:r>
          </w:p>
        </w:tc>
        <w:tc>
          <w:tcPr>
            <w:tcW w:w="630" w:type="dxa"/>
            <w:tcMar>
              <w:top w:w="28" w:type="dxa"/>
              <w:left w:w="38" w:type="dxa"/>
              <w:bottom w:w="28" w:type="dxa"/>
              <w:right w:w="38" w:type="dxa"/>
            </w:tcMar>
            <w:vAlign w:val="center"/>
          </w:tcPr>
          <w:p w14:paraId="586EB707" w14:textId="77777777" w:rsidR="00D60D5E" w:rsidRDefault="00891EF0">
            <w:pPr>
              <w:spacing w:after="0" w:line="240" w:lineRule="auto"/>
              <w:jc w:val="center"/>
            </w:pPr>
            <w:r>
              <w:rPr>
                <w:rFonts w:eastAsia="Aptos"/>
                <w:b/>
                <w:sz w:val="17"/>
              </w:rPr>
              <w:t>24.95</w:t>
            </w:r>
          </w:p>
        </w:tc>
        <w:tc>
          <w:tcPr>
            <w:tcW w:w="540" w:type="dxa"/>
            <w:tcMar>
              <w:top w:w="28" w:type="dxa"/>
              <w:left w:w="38" w:type="dxa"/>
              <w:bottom w:w="28" w:type="dxa"/>
              <w:right w:w="38" w:type="dxa"/>
            </w:tcMar>
            <w:vAlign w:val="center"/>
          </w:tcPr>
          <w:p w14:paraId="2A707AD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826124E" w14:textId="77777777" w:rsidR="00D60D5E" w:rsidRDefault="00D60D5E">
            <w:pPr>
              <w:jc w:val="center"/>
            </w:pPr>
          </w:p>
        </w:tc>
      </w:tr>
      <w:tr w:rsidR="00D60D5E" w14:paraId="0555E653" w14:textId="77777777" w:rsidTr="000617E0">
        <w:trPr>
          <w:cantSplit/>
          <w:jc w:val="center"/>
        </w:trPr>
        <w:tc>
          <w:tcPr>
            <w:tcW w:w="677" w:type="dxa"/>
            <w:tcMar>
              <w:top w:w="28" w:type="dxa"/>
              <w:left w:w="38" w:type="dxa"/>
              <w:bottom w:w="28" w:type="dxa"/>
              <w:right w:w="38" w:type="dxa"/>
            </w:tcMar>
            <w:vAlign w:val="center"/>
          </w:tcPr>
          <w:p w14:paraId="33943775" w14:textId="77777777" w:rsidR="00D60D5E" w:rsidRDefault="00891EF0">
            <w:pPr>
              <w:spacing w:after="0" w:line="240" w:lineRule="auto"/>
              <w:jc w:val="center"/>
            </w:pPr>
            <w:r>
              <w:rPr>
                <w:rFonts w:eastAsia="Aptos"/>
                <w:color w:val="6A7075"/>
                <w:sz w:val="17"/>
              </w:rPr>
              <w:t>350-120</w:t>
            </w:r>
          </w:p>
        </w:tc>
        <w:tc>
          <w:tcPr>
            <w:tcW w:w="2648" w:type="dxa"/>
            <w:tcMar>
              <w:top w:w="28" w:type="dxa"/>
              <w:left w:w="38" w:type="dxa"/>
              <w:bottom w:w="28" w:type="dxa"/>
              <w:right w:w="38" w:type="dxa"/>
            </w:tcMar>
            <w:vAlign w:val="center"/>
          </w:tcPr>
          <w:p w14:paraId="5820472A" w14:textId="77777777" w:rsidR="00D60D5E" w:rsidRDefault="00891EF0">
            <w:pPr>
              <w:spacing w:after="0" w:line="240" w:lineRule="auto"/>
            </w:pPr>
            <w:r>
              <w:rPr>
                <w:rFonts w:eastAsia="Aptos"/>
                <w:sz w:val="17"/>
              </w:rPr>
              <w:t>Warres Wine Warrior Port 750 ml</w:t>
            </w:r>
          </w:p>
        </w:tc>
        <w:tc>
          <w:tcPr>
            <w:tcW w:w="630" w:type="dxa"/>
            <w:tcMar>
              <w:top w:w="28" w:type="dxa"/>
              <w:left w:w="38" w:type="dxa"/>
              <w:bottom w:w="28" w:type="dxa"/>
              <w:right w:w="38" w:type="dxa"/>
            </w:tcMar>
            <w:vAlign w:val="center"/>
          </w:tcPr>
          <w:p w14:paraId="6956F0EB" w14:textId="77777777" w:rsidR="00D60D5E" w:rsidRDefault="00891EF0">
            <w:pPr>
              <w:spacing w:after="0" w:line="240" w:lineRule="auto"/>
              <w:jc w:val="center"/>
            </w:pPr>
            <w:r>
              <w:rPr>
                <w:rFonts w:eastAsia="Aptos"/>
                <w:b/>
                <w:sz w:val="17"/>
              </w:rPr>
              <w:t>26.38</w:t>
            </w:r>
          </w:p>
        </w:tc>
        <w:tc>
          <w:tcPr>
            <w:tcW w:w="540" w:type="dxa"/>
            <w:tcMar>
              <w:top w:w="28" w:type="dxa"/>
              <w:left w:w="38" w:type="dxa"/>
              <w:bottom w:w="28" w:type="dxa"/>
              <w:right w:w="38" w:type="dxa"/>
            </w:tcMar>
            <w:vAlign w:val="center"/>
          </w:tcPr>
          <w:p w14:paraId="47655F5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707124E" w14:textId="77777777" w:rsidR="00D60D5E" w:rsidRDefault="00D60D5E">
            <w:pPr>
              <w:jc w:val="center"/>
            </w:pPr>
          </w:p>
        </w:tc>
      </w:tr>
      <w:tr w:rsidR="00D60D5E" w14:paraId="3B65321D" w14:textId="77777777" w:rsidTr="000617E0">
        <w:trPr>
          <w:cantSplit/>
          <w:jc w:val="center"/>
        </w:trPr>
        <w:tc>
          <w:tcPr>
            <w:tcW w:w="677" w:type="dxa"/>
            <w:tcMar>
              <w:top w:w="28" w:type="dxa"/>
              <w:left w:w="38" w:type="dxa"/>
              <w:bottom w:w="28" w:type="dxa"/>
              <w:right w:w="38" w:type="dxa"/>
            </w:tcMar>
            <w:vAlign w:val="center"/>
          </w:tcPr>
          <w:p w14:paraId="4B71A32B" w14:textId="77777777" w:rsidR="00D60D5E" w:rsidRDefault="00891EF0">
            <w:pPr>
              <w:spacing w:after="0" w:line="240" w:lineRule="auto"/>
              <w:jc w:val="center"/>
            </w:pPr>
            <w:r>
              <w:rPr>
                <w:rFonts w:eastAsia="Aptos"/>
                <w:color w:val="6A7075"/>
                <w:sz w:val="17"/>
              </w:rPr>
              <w:t>350-125</w:t>
            </w:r>
          </w:p>
        </w:tc>
        <w:tc>
          <w:tcPr>
            <w:tcW w:w="2648" w:type="dxa"/>
            <w:tcMar>
              <w:top w:w="28" w:type="dxa"/>
              <w:left w:w="38" w:type="dxa"/>
              <w:bottom w:w="28" w:type="dxa"/>
              <w:right w:w="38" w:type="dxa"/>
            </w:tcMar>
            <w:vAlign w:val="center"/>
          </w:tcPr>
          <w:p w14:paraId="618D781E" w14:textId="77777777" w:rsidR="00D60D5E" w:rsidRDefault="00891EF0">
            <w:pPr>
              <w:spacing w:after="0" w:line="240" w:lineRule="auto"/>
            </w:pPr>
            <w:r>
              <w:rPr>
                <w:rFonts w:eastAsia="Aptos"/>
                <w:sz w:val="17"/>
              </w:rPr>
              <w:t>Grahams Late Bottle Vintage 2013 750ml</w:t>
            </w:r>
          </w:p>
        </w:tc>
        <w:tc>
          <w:tcPr>
            <w:tcW w:w="630" w:type="dxa"/>
            <w:tcMar>
              <w:top w:w="28" w:type="dxa"/>
              <w:left w:w="38" w:type="dxa"/>
              <w:bottom w:w="28" w:type="dxa"/>
              <w:right w:w="38" w:type="dxa"/>
            </w:tcMar>
            <w:vAlign w:val="center"/>
          </w:tcPr>
          <w:p w14:paraId="0B460C64" w14:textId="77777777" w:rsidR="00D60D5E" w:rsidRDefault="00891EF0">
            <w:pPr>
              <w:spacing w:after="0" w:line="240" w:lineRule="auto"/>
              <w:jc w:val="center"/>
            </w:pPr>
            <w:r>
              <w:rPr>
                <w:rFonts w:eastAsia="Aptos"/>
                <w:b/>
                <w:sz w:val="17"/>
              </w:rPr>
              <w:t>32.58</w:t>
            </w:r>
          </w:p>
        </w:tc>
        <w:tc>
          <w:tcPr>
            <w:tcW w:w="540" w:type="dxa"/>
            <w:tcMar>
              <w:top w:w="28" w:type="dxa"/>
              <w:left w:w="38" w:type="dxa"/>
              <w:bottom w:w="28" w:type="dxa"/>
              <w:right w:w="38" w:type="dxa"/>
            </w:tcMar>
            <w:vAlign w:val="center"/>
          </w:tcPr>
          <w:p w14:paraId="1956049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FBBBED" w14:textId="77777777" w:rsidR="00D60D5E" w:rsidRDefault="00D60D5E">
            <w:pPr>
              <w:jc w:val="center"/>
            </w:pPr>
          </w:p>
        </w:tc>
      </w:tr>
      <w:tr w:rsidR="00D60D5E" w14:paraId="60E5D463" w14:textId="77777777" w:rsidTr="000617E0">
        <w:trPr>
          <w:cantSplit/>
          <w:jc w:val="center"/>
        </w:trPr>
        <w:tc>
          <w:tcPr>
            <w:tcW w:w="677" w:type="dxa"/>
            <w:shd w:val="clear" w:color="auto" w:fill="D9EAF7"/>
            <w:tcMar>
              <w:top w:w="28" w:type="dxa"/>
              <w:left w:w="38" w:type="dxa"/>
              <w:bottom w:w="28" w:type="dxa"/>
              <w:right w:w="38" w:type="dxa"/>
            </w:tcMar>
            <w:vAlign w:val="center"/>
          </w:tcPr>
          <w:p w14:paraId="34405329" w14:textId="77777777" w:rsidR="00D60D5E" w:rsidRDefault="00891EF0">
            <w:pPr>
              <w:spacing w:after="0" w:line="240" w:lineRule="auto"/>
              <w:jc w:val="center"/>
            </w:pPr>
            <w:r>
              <w:rPr>
                <w:rFonts w:eastAsia="Aptos"/>
                <w:b/>
                <w:color w:val="76A943"/>
                <w:sz w:val="18"/>
              </w:rPr>
              <w:t>355-</w:t>
            </w:r>
          </w:p>
        </w:tc>
        <w:tc>
          <w:tcPr>
            <w:tcW w:w="2648" w:type="dxa"/>
            <w:shd w:val="clear" w:color="auto" w:fill="D9EAF7"/>
            <w:tcMar>
              <w:top w:w="28" w:type="dxa"/>
              <w:left w:w="38" w:type="dxa"/>
              <w:bottom w:w="28" w:type="dxa"/>
              <w:right w:w="38" w:type="dxa"/>
            </w:tcMar>
            <w:vAlign w:val="center"/>
          </w:tcPr>
          <w:p w14:paraId="22C31075" w14:textId="77777777" w:rsidR="00D60D5E" w:rsidRDefault="00891EF0">
            <w:pPr>
              <w:spacing w:after="0" w:line="240" w:lineRule="auto"/>
            </w:pPr>
            <w:r>
              <w:rPr>
                <w:rFonts w:eastAsia="Aptos"/>
                <w:b/>
                <w:color w:val="76A943"/>
                <w:sz w:val="18"/>
              </w:rPr>
              <w:t>BLUSH, ZINS, ROSES &amp; SWEET WINES</w:t>
            </w:r>
          </w:p>
        </w:tc>
        <w:tc>
          <w:tcPr>
            <w:tcW w:w="630" w:type="dxa"/>
            <w:shd w:val="clear" w:color="auto" w:fill="D9EAF7"/>
            <w:tcMar>
              <w:top w:w="28" w:type="dxa"/>
              <w:left w:w="38" w:type="dxa"/>
              <w:bottom w:w="28" w:type="dxa"/>
              <w:right w:w="38" w:type="dxa"/>
            </w:tcMar>
            <w:vAlign w:val="center"/>
          </w:tcPr>
          <w:p w14:paraId="305B13B3"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10F8089"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3AC2DEB0" w14:textId="77777777" w:rsidR="00D60D5E" w:rsidRDefault="00D60D5E">
            <w:pPr>
              <w:jc w:val="center"/>
            </w:pPr>
          </w:p>
        </w:tc>
      </w:tr>
      <w:tr w:rsidR="00D60D5E" w14:paraId="1BBB354C" w14:textId="77777777" w:rsidTr="000617E0">
        <w:trPr>
          <w:cantSplit/>
          <w:jc w:val="center"/>
        </w:trPr>
        <w:tc>
          <w:tcPr>
            <w:tcW w:w="677" w:type="dxa"/>
            <w:tcMar>
              <w:top w:w="28" w:type="dxa"/>
              <w:left w:w="38" w:type="dxa"/>
              <w:bottom w:w="28" w:type="dxa"/>
              <w:right w:w="38" w:type="dxa"/>
            </w:tcMar>
            <w:vAlign w:val="center"/>
          </w:tcPr>
          <w:p w14:paraId="6C11BA9F" w14:textId="77777777" w:rsidR="00D60D5E" w:rsidRDefault="00891EF0">
            <w:pPr>
              <w:spacing w:after="0" w:line="240" w:lineRule="auto"/>
              <w:jc w:val="center"/>
            </w:pPr>
            <w:r>
              <w:rPr>
                <w:rFonts w:eastAsia="Aptos"/>
                <w:color w:val="6A7075"/>
                <w:sz w:val="17"/>
              </w:rPr>
              <w:t>355-105</w:t>
            </w:r>
          </w:p>
        </w:tc>
        <w:tc>
          <w:tcPr>
            <w:tcW w:w="2648" w:type="dxa"/>
            <w:tcMar>
              <w:top w:w="28" w:type="dxa"/>
              <w:left w:w="38" w:type="dxa"/>
              <w:bottom w:w="28" w:type="dxa"/>
              <w:right w:w="38" w:type="dxa"/>
            </w:tcMar>
            <w:vAlign w:val="center"/>
          </w:tcPr>
          <w:p w14:paraId="7F314BBC" w14:textId="77777777" w:rsidR="00D60D5E" w:rsidRDefault="00891EF0">
            <w:pPr>
              <w:spacing w:after="0" w:line="240" w:lineRule="auto"/>
            </w:pPr>
            <w:r>
              <w:rPr>
                <w:rFonts w:eastAsia="Aptos"/>
                <w:sz w:val="17"/>
              </w:rPr>
              <w:t>Sutter White Zinfandel 750ml</w:t>
            </w:r>
          </w:p>
        </w:tc>
        <w:tc>
          <w:tcPr>
            <w:tcW w:w="630" w:type="dxa"/>
            <w:tcMar>
              <w:top w:w="28" w:type="dxa"/>
              <w:left w:w="38" w:type="dxa"/>
              <w:bottom w:w="28" w:type="dxa"/>
              <w:right w:w="38" w:type="dxa"/>
            </w:tcMar>
            <w:vAlign w:val="center"/>
          </w:tcPr>
          <w:p w14:paraId="213373BE" w14:textId="77777777" w:rsidR="00D60D5E" w:rsidRDefault="00891EF0">
            <w:pPr>
              <w:spacing w:after="0" w:line="240" w:lineRule="auto"/>
              <w:jc w:val="center"/>
            </w:pPr>
            <w:r>
              <w:rPr>
                <w:rFonts w:eastAsia="Aptos"/>
                <w:b/>
                <w:sz w:val="17"/>
              </w:rPr>
              <w:t>13.99</w:t>
            </w:r>
          </w:p>
        </w:tc>
        <w:tc>
          <w:tcPr>
            <w:tcW w:w="540" w:type="dxa"/>
            <w:tcMar>
              <w:top w:w="28" w:type="dxa"/>
              <w:left w:w="38" w:type="dxa"/>
              <w:bottom w:w="28" w:type="dxa"/>
              <w:right w:w="38" w:type="dxa"/>
            </w:tcMar>
            <w:vAlign w:val="center"/>
          </w:tcPr>
          <w:p w14:paraId="4DEC110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455D437" w14:textId="77777777" w:rsidR="00D60D5E" w:rsidRDefault="00D60D5E">
            <w:pPr>
              <w:jc w:val="center"/>
            </w:pPr>
          </w:p>
        </w:tc>
      </w:tr>
      <w:tr w:rsidR="00D60D5E" w14:paraId="7A5B77A7" w14:textId="77777777" w:rsidTr="000617E0">
        <w:trPr>
          <w:cantSplit/>
          <w:jc w:val="center"/>
        </w:trPr>
        <w:tc>
          <w:tcPr>
            <w:tcW w:w="677" w:type="dxa"/>
            <w:tcMar>
              <w:top w:w="28" w:type="dxa"/>
              <w:left w:w="38" w:type="dxa"/>
              <w:bottom w:w="28" w:type="dxa"/>
              <w:right w:w="38" w:type="dxa"/>
            </w:tcMar>
            <w:vAlign w:val="center"/>
          </w:tcPr>
          <w:p w14:paraId="77F86D10" w14:textId="77777777" w:rsidR="00D60D5E" w:rsidRDefault="00891EF0">
            <w:pPr>
              <w:spacing w:after="0" w:line="240" w:lineRule="auto"/>
              <w:jc w:val="center"/>
            </w:pPr>
            <w:r>
              <w:rPr>
                <w:rFonts w:eastAsia="Aptos"/>
                <w:color w:val="6A7075"/>
                <w:sz w:val="17"/>
              </w:rPr>
              <w:t>355-110</w:t>
            </w:r>
          </w:p>
        </w:tc>
        <w:tc>
          <w:tcPr>
            <w:tcW w:w="2648" w:type="dxa"/>
            <w:tcMar>
              <w:top w:w="28" w:type="dxa"/>
              <w:left w:w="38" w:type="dxa"/>
              <w:bottom w:w="28" w:type="dxa"/>
              <w:right w:w="38" w:type="dxa"/>
            </w:tcMar>
            <w:vAlign w:val="center"/>
          </w:tcPr>
          <w:p w14:paraId="107CF175" w14:textId="77777777" w:rsidR="00D60D5E" w:rsidRDefault="00891EF0">
            <w:pPr>
              <w:spacing w:after="0" w:line="240" w:lineRule="auto"/>
            </w:pPr>
            <w:r>
              <w:rPr>
                <w:rFonts w:eastAsia="Aptos"/>
                <w:sz w:val="17"/>
              </w:rPr>
              <w:t>Mia Moscato 750 ml</w:t>
            </w:r>
          </w:p>
        </w:tc>
        <w:tc>
          <w:tcPr>
            <w:tcW w:w="630" w:type="dxa"/>
            <w:tcMar>
              <w:top w:w="28" w:type="dxa"/>
              <w:left w:w="38" w:type="dxa"/>
              <w:bottom w:w="28" w:type="dxa"/>
              <w:right w:w="38" w:type="dxa"/>
            </w:tcMar>
            <w:vAlign w:val="center"/>
          </w:tcPr>
          <w:p w14:paraId="2447C5AF" w14:textId="77777777" w:rsidR="00D60D5E" w:rsidRDefault="00891EF0">
            <w:pPr>
              <w:spacing w:after="0" w:line="240" w:lineRule="auto"/>
              <w:jc w:val="center"/>
            </w:pPr>
            <w:r>
              <w:rPr>
                <w:rFonts w:eastAsia="Aptos"/>
                <w:b/>
                <w:sz w:val="17"/>
              </w:rPr>
              <w:t>23.59</w:t>
            </w:r>
          </w:p>
        </w:tc>
        <w:tc>
          <w:tcPr>
            <w:tcW w:w="540" w:type="dxa"/>
            <w:tcMar>
              <w:top w:w="28" w:type="dxa"/>
              <w:left w:w="38" w:type="dxa"/>
              <w:bottom w:w="28" w:type="dxa"/>
              <w:right w:w="38" w:type="dxa"/>
            </w:tcMar>
            <w:vAlign w:val="center"/>
          </w:tcPr>
          <w:p w14:paraId="70779C8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7BD75C2" w14:textId="77777777" w:rsidR="00D60D5E" w:rsidRDefault="00D60D5E">
            <w:pPr>
              <w:jc w:val="center"/>
            </w:pPr>
          </w:p>
        </w:tc>
      </w:tr>
      <w:tr w:rsidR="00D60D5E" w14:paraId="7463EE40" w14:textId="77777777" w:rsidTr="000617E0">
        <w:trPr>
          <w:cantSplit/>
          <w:jc w:val="center"/>
        </w:trPr>
        <w:tc>
          <w:tcPr>
            <w:tcW w:w="677" w:type="dxa"/>
            <w:tcMar>
              <w:top w:w="28" w:type="dxa"/>
              <w:left w:w="38" w:type="dxa"/>
              <w:bottom w:w="28" w:type="dxa"/>
              <w:right w:w="38" w:type="dxa"/>
            </w:tcMar>
            <w:vAlign w:val="center"/>
          </w:tcPr>
          <w:p w14:paraId="220A3C41" w14:textId="77777777" w:rsidR="00D60D5E" w:rsidRDefault="00891EF0">
            <w:pPr>
              <w:spacing w:after="0" w:line="240" w:lineRule="auto"/>
              <w:jc w:val="center"/>
            </w:pPr>
            <w:r>
              <w:rPr>
                <w:rFonts w:eastAsia="Aptos"/>
                <w:color w:val="6A7075"/>
                <w:sz w:val="17"/>
              </w:rPr>
              <w:t>355-115</w:t>
            </w:r>
          </w:p>
        </w:tc>
        <w:tc>
          <w:tcPr>
            <w:tcW w:w="2648" w:type="dxa"/>
            <w:tcMar>
              <w:top w:w="28" w:type="dxa"/>
              <w:left w:w="38" w:type="dxa"/>
              <w:bottom w:w="28" w:type="dxa"/>
              <w:right w:w="38" w:type="dxa"/>
            </w:tcMar>
            <w:vAlign w:val="center"/>
          </w:tcPr>
          <w:p w14:paraId="7DB64361" w14:textId="77777777" w:rsidR="00D60D5E" w:rsidRDefault="00891EF0">
            <w:pPr>
              <w:spacing w:after="0" w:line="240" w:lineRule="auto"/>
            </w:pPr>
            <w:r>
              <w:rPr>
                <w:rFonts w:eastAsia="Aptos"/>
                <w:sz w:val="17"/>
              </w:rPr>
              <w:t>Stella Rosa Moscato D Asti 750 ml</w:t>
            </w:r>
          </w:p>
        </w:tc>
        <w:tc>
          <w:tcPr>
            <w:tcW w:w="630" w:type="dxa"/>
            <w:tcMar>
              <w:top w:w="28" w:type="dxa"/>
              <w:left w:w="38" w:type="dxa"/>
              <w:bottom w:w="28" w:type="dxa"/>
              <w:right w:w="38" w:type="dxa"/>
            </w:tcMar>
            <w:vAlign w:val="center"/>
          </w:tcPr>
          <w:p w14:paraId="5443E22A" w14:textId="77777777" w:rsidR="00D60D5E" w:rsidRDefault="00891EF0">
            <w:pPr>
              <w:spacing w:after="0" w:line="240" w:lineRule="auto"/>
              <w:jc w:val="center"/>
            </w:pPr>
            <w:r>
              <w:rPr>
                <w:rFonts w:eastAsia="Aptos"/>
                <w:b/>
                <w:sz w:val="17"/>
              </w:rPr>
              <w:t>26.86</w:t>
            </w:r>
          </w:p>
        </w:tc>
        <w:tc>
          <w:tcPr>
            <w:tcW w:w="540" w:type="dxa"/>
            <w:tcMar>
              <w:top w:w="28" w:type="dxa"/>
              <w:left w:w="38" w:type="dxa"/>
              <w:bottom w:w="28" w:type="dxa"/>
              <w:right w:w="38" w:type="dxa"/>
            </w:tcMar>
            <w:vAlign w:val="center"/>
          </w:tcPr>
          <w:p w14:paraId="4B483DE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D7B75D3" w14:textId="77777777" w:rsidR="00D60D5E" w:rsidRDefault="00D60D5E">
            <w:pPr>
              <w:jc w:val="center"/>
            </w:pPr>
          </w:p>
        </w:tc>
      </w:tr>
      <w:tr w:rsidR="00D60D5E" w14:paraId="2C9A2E62" w14:textId="77777777" w:rsidTr="000617E0">
        <w:trPr>
          <w:cantSplit/>
          <w:jc w:val="center"/>
        </w:trPr>
        <w:tc>
          <w:tcPr>
            <w:tcW w:w="677" w:type="dxa"/>
            <w:tcMar>
              <w:top w:w="28" w:type="dxa"/>
              <w:left w:w="38" w:type="dxa"/>
              <w:bottom w:w="28" w:type="dxa"/>
              <w:right w:w="38" w:type="dxa"/>
            </w:tcMar>
            <w:vAlign w:val="center"/>
          </w:tcPr>
          <w:p w14:paraId="38B7FBD8" w14:textId="77777777" w:rsidR="00D60D5E" w:rsidRDefault="00891EF0">
            <w:pPr>
              <w:spacing w:after="0" w:line="240" w:lineRule="auto"/>
              <w:jc w:val="center"/>
            </w:pPr>
            <w:r>
              <w:rPr>
                <w:rFonts w:eastAsia="Aptos"/>
                <w:color w:val="6A7075"/>
                <w:sz w:val="17"/>
              </w:rPr>
              <w:t>355-120</w:t>
            </w:r>
          </w:p>
        </w:tc>
        <w:tc>
          <w:tcPr>
            <w:tcW w:w="2648" w:type="dxa"/>
            <w:tcMar>
              <w:top w:w="28" w:type="dxa"/>
              <w:left w:w="38" w:type="dxa"/>
              <w:bottom w:w="28" w:type="dxa"/>
              <w:right w:w="38" w:type="dxa"/>
            </w:tcMar>
            <w:vAlign w:val="center"/>
          </w:tcPr>
          <w:p w14:paraId="05456B35" w14:textId="77777777" w:rsidR="00D60D5E" w:rsidRDefault="00891EF0">
            <w:pPr>
              <w:spacing w:after="0" w:line="240" w:lineRule="auto"/>
            </w:pPr>
            <w:r>
              <w:rPr>
                <w:rFonts w:eastAsia="Aptos"/>
                <w:sz w:val="17"/>
              </w:rPr>
              <w:t>Manischewitz 750 ml</w:t>
            </w:r>
          </w:p>
        </w:tc>
        <w:tc>
          <w:tcPr>
            <w:tcW w:w="630" w:type="dxa"/>
            <w:tcMar>
              <w:top w:w="28" w:type="dxa"/>
              <w:left w:w="38" w:type="dxa"/>
              <w:bottom w:w="28" w:type="dxa"/>
              <w:right w:w="38" w:type="dxa"/>
            </w:tcMar>
            <w:vAlign w:val="center"/>
          </w:tcPr>
          <w:p w14:paraId="532E8CA5" w14:textId="77777777" w:rsidR="00D60D5E" w:rsidRDefault="00891EF0">
            <w:pPr>
              <w:spacing w:after="0" w:line="240" w:lineRule="auto"/>
              <w:jc w:val="center"/>
            </w:pPr>
            <w:r>
              <w:rPr>
                <w:rFonts w:eastAsia="Aptos"/>
                <w:b/>
                <w:sz w:val="17"/>
              </w:rPr>
              <w:t>12.99</w:t>
            </w:r>
          </w:p>
        </w:tc>
        <w:tc>
          <w:tcPr>
            <w:tcW w:w="540" w:type="dxa"/>
            <w:tcMar>
              <w:top w:w="28" w:type="dxa"/>
              <w:left w:w="38" w:type="dxa"/>
              <w:bottom w:w="28" w:type="dxa"/>
              <w:right w:w="38" w:type="dxa"/>
            </w:tcMar>
            <w:vAlign w:val="center"/>
          </w:tcPr>
          <w:p w14:paraId="3BD67F3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EDB42B0" w14:textId="77777777" w:rsidR="00D60D5E" w:rsidRDefault="00D60D5E">
            <w:pPr>
              <w:jc w:val="center"/>
            </w:pPr>
          </w:p>
        </w:tc>
      </w:tr>
      <w:tr w:rsidR="00D60D5E" w14:paraId="2D80BB8F" w14:textId="77777777" w:rsidTr="000617E0">
        <w:trPr>
          <w:cantSplit/>
          <w:jc w:val="center"/>
        </w:trPr>
        <w:tc>
          <w:tcPr>
            <w:tcW w:w="677" w:type="dxa"/>
            <w:tcMar>
              <w:top w:w="28" w:type="dxa"/>
              <w:left w:w="38" w:type="dxa"/>
              <w:bottom w:w="28" w:type="dxa"/>
              <w:right w:w="38" w:type="dxa"/>
            </w:tcMar>
            <w:vAlign w:val="center"/>
          </w:tcPr>
          <w:p w14:paraId="31F23447" w14:textId="77777777" w:rsidR="00D60D5E" w:rsidRDefault="00891EF0">
            <w:pPr>
              <w:spacing w:after="0" w:line="240" w:lineRule="auto"/>
              <w:jc w:val="center"/>
            </w:pPr>
            <w:r>
              <w:rPr>
                <w:rFonts w:eastAsia="Aptos"/>
                <w:color w:val="6A7075"/>
                <w:sz w:val="17"/>
              </w:rPr>
              <w:t>355-125</w:t>
            </w:r>
          </w:p>
        </w:tc>
        <w:tc>
          <w:tcPr>
            <w:tcW w:w="2648" w:type="dxa"/>
            <w:tcMar>
              <w:top w:w="28" w:type="dxa"/>
              <w:left w:w="38" w:type="dxa"/>
              <w:bottom w:w="28" w:type="dxa"/>
              <w:right w:w="38" w:type="dxa"/>
            </w:tcMar>
            <w:vAlign w:val="center"/>
          </w:tcPr>
          <w:p w14:paraId="33CC56FE" w14:textId="77777777" w:rsidR="00D60D5E" w:rsidRDefault="00891EF0">
            <w:pPr>
              <w:spacing w:after="0" w:line="240" w:lineRule="auto"/>
            </w:pPr>
            <w:r>
              <w:rPr>
                <w:rFonts w:eastAsia="Aptos"/>
                <w:sz w:val="17"/>
              </w:rPr>
              <w:t>Stones Ginger Wine 750 ml</w:t>
            </w:r>
          </w:p>
        </w:tc>
        <w:tc>
          <w:tcPr>
            <w:tcW w:w="630" w:type="dxa"/>
            <w:tcMar>
              <w:top w:w="28" w:type="dxa"/>
              <w:left w:w="38" w:type="dxa"/>
              <w:bottom w:w="28" w:type="dxa"/>
              <w:right w:w="38" w:type="dxa"/>
            </w:tcMar>
            <w:vAlign w:val="center"/>
          </w:tcPr>
          <w:p w14:paraId="413227E3" w14:textId="77777777" w:rsidR="00D60D5E" w:rsidRDefault="00891EF0">
            <w:pPr>
              <w:spacing w:after="0" w:line="240" w:lineRule="auto"/>
              <w:jc w:val="center"/>
            </w:pPr>
            <w:r>
              <w:rPr>
                <w:rFonts w:eastAsia="Aptos"/>
                <w:b/>
                <w:sz w:val="17"/>
              </w:rPr>
              <w:t>11.99</w:t>
            </w:r>
          </w:p>
        </w:tc>
        <w:tc>
          <w:tcPr>
            <w:tcW w:w="540" w:type="dxa"/>
            <w:tcMar>
              <w:top w:w="28" w:type="dxa"/>
              <w:left w:w="38" w:type="dxa"/>
              <w:bottom w:w="28" w:type="dxa"/>
              <w:right w:w="38" w:type="dxa"/>
            </w:tcMar>
            <w:vAlign w:val="center"/>
          </w:tcPr>
          <w:p w14:paraId="3C31129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1A336F9" w14:textId="77777777" w:rsidR="00D60D5E" w:rsidRDefault="00D60D5E">
            <w:pPr>
              <w:jc w:val="center"/>
            </w:pPr>
          </w:p>
        </w:tc>
      </w:tr>
      <w:tr w:rsidR="00D60D5E" w14:paraId="23D8BD69" w14:textId="77777777" w:rsidTr="000617E0">
        <w:trPr>
          <w:cantSplit/>
          <w:jc w:val="center"/>
        </w:trPr>
        <w:tc>
          <w:tcPr>
            <w:tcW w:w="677" w:type="dxa"/>
            <w:tcMar>
              <w:top w:w="28" w:type="dxa"/>
              <w:left w:w="38" w:type="dxa"/>
              <w:bottom w:w="28" w:type="dxa"/>
              <w:right w:w="38" w:type="dxa"/>
            </w:tcMar>
            <w:vAlign w:val="center"/>
          </w:tcPr>
          <w:p w14:paraId="3EA83344" w14:textId="77777777" w:rsidR="00D60D5E" w:rsidRDefault="00891EF0">
            <w:pPr>
              <w:spacing w:after="0" w:line="240" w:lineRule="auto"/>
              <w:jc w:val="center"/>
            </w:pPr>
            <w:r>
              <w:rPr>
                <w:rFonts w:eastAsia="Aptos"/>
                <w:color w:val="6A7075"/>
                <w:sz w:val="17"/>
              </w:rPr>
              <w:t>355-130</w:t>
            </w:r>
          </w:p>
        </w:tc>
        <w:tc>
          <w:tcPr>
            <w:tcW w:w="2648" w:type="dxa"/>
            <w:tcMar>
              <w:top w:w="28" w:type="dxa"/>
              <w:left w:w="38" w:type="dxa"/>
              <w:bottom w:w="28" w:type="dxa"/>
              <w:right w:w="38" w:type="dxa"/>
            </w:tcMar>
            <w:vAlign w:val="center"/>
          </w:tcPr>
          <w:p w14:paraId="55C39B22" w14:textId="77777777" w:rsidR="00D60D5E" w:rsidRDefault="00891EF0">
            <w:pPr>
              <w:spacing w:after="0" w:line="240" w:lineRule="auto"/>
            </w:pPr>
            <w:r>
              <w:rPr>
                <w:rFonts w:eastAsia="Aptos"/>
                <w:sz w:val="17"/>
              </w:rPr>
              <w:t>Beringer White Zinfandel 750 ml</w:t>
            </w:r>
          </w:p>
        </w:tc>
        <w:tc>
          <w:tcPr>
            <w:tcW w:w="630" w:type="dxa"/>
            <w:tcMar>
              <w:top w:w="28" w:type="dxa"/>
              <w:left w:w="38" w:type="dxa"/>
              <w:bottom w:w="28" w:type="dxa"/>
              <w:right w:w="38" w:type="dxa"/>
            </w:tcMar>
            <w:vAlign w:val="center"/>
          </w:tcPr>
          <w:p w14:paraId="4C23429D" w14:textId="77777777" w:rsidR="00D60D5E" w:rsidRDefault="00891EF0">
            <w:pPr>
              <w:spacing w:after="0" w:line="240" w:lineRule="auto"/>
              <w:jc w:val="center"/>
            </w:pPr>
            <w:r>
              <w:rPr>
                <w:rFonts w:eastAsia="Aptos"/>
                <w:b/>
                <w:sz w:val="17"/>
              </w:rPr>
              <w:t>13.80</w:t>
            </w:r>
          </w:p>
        </w:tc>
        <w:tc>
          <w:tcPr>
            <w:tcW w:w="540" w:type="dxa"/>
            <w:tcMar>
              <w:top w:w="28" w:type="dxa"/>
              <w:left w:w="38" w:type="dxa"/>
              <w:bottom w:w="28" w:type="dxa"/>
              <w:right w:w="38" w:type="dxa"/>
            </w:tcMar>
            <w:vAlign w:val="center"/>
          </w:tcPr>
          <w:p w14:paraId="7FBF640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C6CC544" w14:textId="77777777" w:rsidR="00D60D5E" w:rsidRDefault="00D60D5E">
            <w:pPr>
              <w:jc w:val="center"/>
            </w:pPr>
          </w:p>
        </w:tc>
      </w:tr>
      <w:tr w:rsidR="00D60D5E" w14:paraId="569BB18A" w14:textId="77777777" w:rsidTr="000617E0">
        <w:trPr>
          <w:cantSplit/>
          <w:jc w:val="center"/>
        </w:trPr>
        <w:tc>
          <w:tcPr>
            <w:tcW w:w="677" w:type="dxa"/>
            <w:tcMar>
              <w:top w:w="28" w:type="dxa"/>
              <w:left w:w="38" w:type="dxa"/>
              <w:bottom w:w="28" w:type="dxa"/>
              <w:right w:w="38" w:type="dxa"/>
            </w:tcMar>
            <w:vAlign w:val="center"/>
          </w:tcPr>
          <w:p w14:paraId="4CE73AC9" w14:textId="77777777" w:rsidR="00D60D5E" w:rsidRDefault="00891EF0">
            <w:pPr>
              <w:spacing w:after="0" w:line="240" w:lineRule="auto"/>
              <w:jc w:val="center"/>
            </w:pPr>
            <w:r>
              <w:rPr>
                <w:rFonts w:eastAsia="Aptos"/>
                <w:color w:val="6A7075"/>
                <w:sz w:val="17"/>
              </w:rPr>
              <w:t>355-135</w:t>
            </w:r>
          </w:p>
        </w:tc>
        <w:tc>
          <w:tcPr>
            <w:tcW w:w="2648" w:type="dxa"/>
            <w:tcMar>
              <w:top w:w="28" w:type="dxa"/>
              <w:left w:w="38" w:type="dxa"/>
              <w:bottom w:w="28" w:type="dxa"/>
              <w:right w:w="38" w:type="dxa"/>
            </w:tcMar>
            <w:vAlign w:val="center"/>
          </w:tcPr>
          <w:p w14:paraId="5DC72276" w14:textId="77777777" w:rsidR="00D60D5E" w:rsidRDefault="00891EF0">
            <w:pPr>
              <w:spacing w:after="0" w:line="240" w:lineRule="auto"/>
            </w:pPr>
            <w:r>
              <w:rPr>
                <w:rFonts w:eastAsia="Aptos"/>
                <w:sz w:val="17"/>
              </w:rPr>
              <w:t>Sutter Home White Zinfandel 1.5lt</w:t>
            </w:r>
          </w:p>
        </w:tc>
        <w:tc>
          <w:tcPr>
            <w:tcW w:w="630" w:type="dxa"/>
            <w:tcMar>
              <w:top w:w="28" w:type="dxa"/>
              <w:left w:w="38" w:type="dxa"/>
              <w:bottom w:w="28" w:type="dxa"/>
              <w:right w:w="38" w:type="dxa"/>
            </w:tcMar>
            <w:vAlign w:val="center"/>
          </w:tcPr>
          <w:p w14:paraId="3B81E2DB" w14:textId="77777777" w:rsidR="00D60D5E" w:rsidRDefault="00891EF0">
            <w:pPr>
              <w:spacing w:after="0" w:line="240" w:lineRule="auto"/>
              <w:jc w:val="center"/>
            </w:pPr>
            <w:r>
              <w:rPr>
                <w:rFonts w:eastAsia="Aptos"/>
                <w:b/>
                <w:sz w:val="17"/>
              </w:rPr>
              <w:t>19.35</w:t>
            </w:r>
          </w:p>
        </w:tc>
        <w:tc>
          <w:tcPr>
            <w:tcW w:w="540" w:type="dxa"/>
            <w:tcMar>
              <w:top w:w="28" w:type="dxa"/>
              <w:left w:w="38" w:type="dxa"/>
              <w:bottom w:w="28" w:type="dxa"/>
              <w:right w:w="38" w:type="dxa"/>
            </w:tcMar>
            <w:vAlign w:val="center"/>
          </w:tcPr>
          <w:p w14:paraId="00E8CB2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C701C4" w14:textId="77777777" w:rsidR="00D60D5E" w:rsidRDefault="00D60D5E">
            <w:pPr>
              <w:jc w:val="center"/>
            </w:pPr>
          </w:p>
        </w:tc>
      </w:tr>
      <w:tr w:rsidR="00D60D5E" w14:paraId="312EC17D" w14:textId="77777777" w:rsidTr="000617E0">
        <w:trPr>
          <w:cantSplit/>
          <w:jc w:val="center"/>
        </w:trPr>
        <w:tc>
          <w:tcPr>
            <w:tcW w:w="677" w:type="dxa"/>
            <w:tcMar>
              <w:top w:w="28" w:type="dxa"/>
              <w:left w:w="38" w:type="dxa"/>
              <w:bottom w:w="28" w:type="dxa"/>
              <w:right w:w="38" w:type="dxa"/>
            </w:tcMar>
            <w:vAlign w:val="center"/>
          </w:tcPr>
          <w:p w14:paraId="2DF6F1BF" w14:textId="77777777" w:rsidR="00D60D5E" w:rsidRDefault="00891EF0">
            <w:pPr>
              <w:spacing w:after="0" w:line="240" w:lineRule="auto"/>
              <w:jc w:val="center"/>
            </w:pPr>
            <w:r>
              <w:rPr>
                <w:rFonts w:eastAsia="Aptos"/>
                <w:color w:val="6A7075"/>
                <w:sz w:val="17"/>
              </w:rPr>
              <w:t>355-140</w:t>
            </w:r>
          </w:p>
        </w:tc>
        <w:tc>
          <w:tcPr>
            <w:tcW w:w="2648" w:type="dxa"/>
            <w:tcMar>
              <w:top w:w="28" w:type="dxa"/>
              <w:left w:w="38" w:type="dxa"/>
              <w:bottom w:w="28" w:type="dxa"/>
              <w:right w:w="38" w:type="dxa"/>
            </w:tcMar>
            <w:vAlign w:val="center"/>
          </w:tcPr>
          <w:p w14:paraId="75A4F477" w14:textId="77777777" w:rsidR="00D60D5E" w:rsidRDefault="00891EF0">
            <w:pPr>
              <w:spacing w:after="0" w:line="240" w:lineRule="auto"/>
            </w:pPr>
            <w:r>
              <w:rPr>
                <w:rFonts w:eastAsia="Aptos"/>
                <w:sz w:val="17"/>
              </w:rPr>
              <w:t>Barefoot Pink Moscato 750 ml</w:t>
            </w:r>
          </w:p>
        </w:tc>
        <w:tc>
          <w:tcPr>
            <w:tcW w:w="630" w:type="dxa"/>
            <w:tcMar>
              <w:top w:w="28" w:type="dxa"/>
              <w:left w:w="38" w:type="dxa"/>
              <w:bottom w:w="28" w:type="dxa"/>
              <w:right w:w="38" w:type="dxa"/>
            </w:tcMar>
            <w:vAlign w:val="center"/>
          </w:tcPr>
          <w:p w14:paraId="54436F64" w14:textId="77777777" w:rsidR="00D60D5E" w:rsidRDefault="00891EF0">
            <w:pPr>
              <w:spacing w:after="0" w:line="240" w:lineRule="auto"/>
              <w:jc w:val="center"/>
            </w:pPr>
            <w:r>
              <w:rPr>
                <w:rFonts w:eastAsia="Aptos"/>
                <w:b/>
                <w:sz w:val="17"/>
              </w:rPr>
              <w:t>13.29</w:t>
            </w:r>
          </w:p>
        </w:tc>
        <w:tc>
          <w:tcPr>
            <w:tcW w:w="540" w:type="dxa"/>
            <w:tcMar>
              <w:top w:w="28" w:type="dxa"/>
              <w:left w:w="38" w:type="dxa"/>
              <w:bottom w:w="28" w:type="dxa"/>
              <w:right w:w="38" w:type="dxa"/>
            </w:tcMar>
            <w:vAlign w:val="center"/>
          </w:tcPr>
          <w:p w14:paraId="3A153A6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B6E4A8C" w14:textId="77777777" w:rsidR="00D60D5E" w:rsidRDefault="00D60D5E">
            <w:pPr>
              <w:jc w:val="center"/>
            </w:pPr>
          </w:p>
        </w:tc>
      </w:tr>
      <w:tr w:rsidR="00D60D5E" w14:paraId="387F65F8" w14:textId="77777777" w:rsidTr="000617E0">
        <w:trPr>
          <w:cantSplit/>
          <w:jc w:val="center"/>
        </w:trPr>
        <w:tc>
          <w:tcPr>
            <w:tcW w:w="677" w:type="dxa"/>
            <w:tcMar>
              <w:top w:w="28" w:type="dxa"/>
              <w:left w:w="38" w:type="dxa"/>
              <w:bottom w:w="28" w:type="dxa"/>
              <w:right w:w="38" w:type="dxa"/>
            </w:tcMar>
            <w:vAlign w:val="center"/>
          </w:tcPr>
          <w:p w14:paraId="69C1B013" w14:textId="77777777" w:rsidR="00D60D5E" w:rsidRDefault="00891EF0">
            <w:pPr>
              <w:spacing w:after="0" w:line="240" w:lineRule="auto"/>
              <w:jc w:val="center"/>
            </w:pPr>
            <w:r>
              <w:rPr>
                <w:rFonts w:eastAsia="Aptos"/>
                <w:color w:val="6A7075"/>
                <w:sz w:val="17"/>
              </w:rPr>
              <w:t>355-145</w:t>
            </w:r>
          </w:p>
        </w:tc>
        <w:tc>
          <w:tcPr>
            <w:tcW w:w="2648" w:type="dxa"/>
            <w:tcMar>
              <w:top w:w="28" w:type="dxa"/>
              <w:left w:w="38" w:type="dxa"/>
              <w:bottom w:w="28" w:type="dxa"/>
              <w:right w:w="38" w:type="dxa"/>
            </w:tcMar>
            <w:vAlign w:val="center"/>
          </w:tcPr>
          <w:p w14:paraId="468CB6AC" w14:textId="77777777" w:rsidR="00D60D5E" w:rsidRDefault="00891EF0">
            <w:pPr>
              <w:spacing w:after="0" w:line="240" w:lineRule="auto"/>
            </w:pPr>
            <w:r>
              <w:rPr>
                <w:rFonts w:eastAsia="Aptos"/>
                <w:sz w:val="17"/>
              </w:rPr>
              <w:t>Rose D' Anjou 75cl</w:t>
            </w:r>
          </w:p>
        </w:tc>
        <w:tc>
          <w:tcPr>
            <w:tcW w:w="630" w:type="dxa"/>
            <w:tcMar>
              <w:top w:w="28" w:type="dxa"/>
              <w:left w:w="38" w:type="dxa"/>
              <w:bottom w:w="28" w:type="dxa"/>
              <w:right w:w="38" w:type="dxa"/>
            </w:tcMar>
            <w:vAlign w:val="center"/>
          </w:tcPr>
          <w:p w14:paraId="1F48C24C" w14:textId="77777777" w:rsidR="00D60D5E" w:rsidRDefault="00891EF0">
            <w:pPr>
              <w:spacing w:after="0" w:line="240" w:lineRule="auto"/>
              <w:jc w:val="center"/>
            </w:pPr>
            <w:r>
              <w:rPr>
                <w:rFonts w:eastAsia="Aptos"/>
                <w:b/>
                <w:sz w:val="17"/>
              </w:rPr>
              <w:t>16.29</w:t>
            </w:r>
          </w:p>
        </w:tc>
        <w:tc>
          <w:tcPr>
            <w:tcW w:w="540" w:type="dxa"/>
            <w:tcMar>
              <w:top w:w="28" w:type="dxa"/>
              <w:left w:w="38" w:type="dxa"/>
              <w:bottom w:w="28" w:type="dxa"/>
              <w:right w:w="38" w:type="dxa"/>
            </w:tcMar>
            <w:vAlign w:val="center"/>
          </w:tcPr>
          <w:p w14:paraId="4552A0F8"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DF62F40" w14:textId="77777777" w:rsidR="00D60D5E" w:rsidRDefault="00D60D5E">
            <w:pPr>
              <w:jc w:val="center"/>
            </w:pPr>
          </w:p>
        </w:tc>
      </w:tr>
      <w:tr w:rsidR="00D60D5E" w14:paraId="78F6E066" w14:textId="77777777" w:rsidTr="000617E0">
        <w:trPr>
          <w:cantSplit/>
          <w:jc w:val="center"/>
        </w:trPr>
        <w:tc>
          <w:tcPr>
            <w:tcW w:w="677" w:type="dxa"/>
            <w:tcMar>
              <w:top w:w="28" w:type="dxa"/>
              <w:left w:w="38" w:type="dxa"/>
              <w:bottom w:w="28" w:type="dxa"/>
              <w:right w:w="38" w:type="dxa"/>
            </w:tcMar>
            <w:vAlign w:val="center"/>
          </w:tcPr>
          <w:p w14:paraId="0A77AC05" w14:textId="77777777" w:rsidR="00D60D5E" w:rsidRDefault="00891EF0">
            <w:pPr>
              <w:spacing w:after="0" w:line="240" w:lineRule="auto"/>
              <w:jc w:val="center"/>
            </w:pPr>
            <w:r>
              <w:rPr>
                <w:rFonts w:eastAsia="Aptos"/>
                <w:color w:val="6A7075"/>
                <w:sz w:val="17"/>
              </w:rPr>
              <w:t>355-150</w:t>
            </w:r>
          </w:p>
        </w:tc>
        <w:tc>
          <w:tcPr>
            <w:tcW w:w="2648" w:type="dxa"/>
            <w:tcMar>
              <w:top w:w="28" w:type="dxa"/>
              <w:left w:w="38" w:type="dxa"/>
              <w:bottom w:w="28" w:type="dxa"/>
              <w:right w:w="38" w:type="dxa"/>
            </w:tcMar>
            <w:vAlign w:val="center"/>
          </w:tcPr>
          <w:p w14:paraId="2C0EF5E3" w14:textId="77777777" w:rsidR="00D60D5E" w:rsidRDefault="00891EF0">
            <w:pPr>
              <w:spacing w:after="0" w:line="240" w:lineRule="auto"/>
            </w:pPr>
            <w:r>
              <w:rPr>
                <w:rFonts w:eastAsia="Aptos"/>
                <w:sz w:val="17"/>
              </w:rPr>
              <w:t>MONDOVI RM/WBG White Zinfandel</w:t>
            </w:r>
          </w:p>
        </w:tc>
        <w:tc>
          <w:tcPr>
            <w:tcW w:w="630" w:type="dxa"/>
            <w:tcMar>
              <w:top w:w="28" w:type="dxa"/>
              <w:left w:w="38" w:type="dxa"/>
              <w:bottom w:w="28" w:type="dxa"/>
              <w:right w:w="38" w:type="dxa"/>
            </w:tcMar>
            <w:vAlign w:val="center"/>
          </w:tcPr>
          <w:p w14:paraId="54FBD689" w14:textId="77777777" w:rsidR="00D60D5E" w:rsidRDefault="00891EF0">
            <w:pPr>
              <w:spacing w:after="0" w:line="240" w:lineRule="auto"/>
              <w:jc w:val="center"/>
            </w:pPr>
            <w:r>
              <w:rPr>
                <w:rFonts w:eastAsia="Aptos"/>
                <w:b/>
                <w:sz w:val="17"/>
              </w:rPr>
              <w:t>15.99</w:t>
            </w:r>
          </w:p>
        </w:tc>
        <w:tc>
          <w:tcPr>
            <w:tcW w:w="540" w:type="dxa"/>
            <w:tcMar>
              <w:top w:w="28" w:type="dxa"/>
              <w:left w:w="38" w:type="dxa"/>
              <w:bottom w:w="28" w:type="dxa"/>
              <w:right w:w="38" w:type="dxa"/>
            </w:tcMar>
            <w:vAlign w:val="center"/>
          </w:tcPr>
          <w:p w14:paraId="5C62342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7711E9" w14:textId="77777777" w:rsidR="00D60D5E" w:rsidRDefault="00D60D5E">
            <w:pPr>
              <w:jc w:val="center"/>
            </w:pPr>
          </w:p>
        </w:tc>
      </w:tr>
      <w:tr w:rsidR="00D60D5E" w14:paraId="561124FD" w14:textId="77777777" w:rsidTr="000617E0">
        <w:trPr>
          <w:cantSplit/>
          <w:jc w:val="center"/>
        </w:trPr>
        <w:tc>
          <w:tcPr>
            <w:tcW w:w="677" w:type="dxa"/>
            <w:shd w:val="clear" w:color="auto" w:fill="D9EAF7"/>
            <w:tcMar>
              <w:top w:w="28" w:type="dxa"/>
              <w:left w:w="38" w:type="dxa"/>
              <w:bottom w:w="28" w:type="dxa"/>
              <w:right w:w="38" w:type="dxa"/>
            </w:tcMar>
            <w:vAlign w:val="center"/>
          </w:tcPr>
          <w:p w14:paraId="320B9135" w14:textId="77777777" w:rsidR="00D60D5E" w:rsidRDefault="00891EF0">
            <w:pPr>
              <w:spacing w:after="0" w:line="240" w:lineRule="auto"/>
              <w:jc w:val="center"/>
            </w:pPr>
            <w:r>
              <w:rPr>
                <w:rFonts w:eastAsia="Aptos"/>
                <w:b/>
                <w:color w:val="2F4F8F"/>
                <w:sz w:val="18"/>
              </w:rPr>
              <w:t>360-</w:t>
            </w:r>
          </w:p>
        </w:tc>
        <w:tc>
          <w:tcPr>
            <w:tcW w:w="2648" w:type="dxa"/>
            <w:shd w:val="clear" w:color="auto" w:fill="D9EAF7"/>
            <w:tcMar>
              <w:top w:w="28" w:type="dxa"/>
              <w:left w:w="38" w:type="dxa"/>
              <w:bottom w:w="28" w:type="dxa"/>
              <w:right w:w="38" w:type="dxa"/>
            </w:tcMar>
            <w:vAlign w:val="center"/>
          </w:tcPr>
          <w:p w14:paraId="00CE6451" w14:textId="77777777" w:rsidR="00D60D5E" w:rsidRDefault="00891EF0">
            <w:pPr>
              <w:spacing w:after="0" w:line="240" w:lineRule="auto"/>
            </w:pPr>
            <w:r>
              <w:rPr>
                <w:rFonts w:eastAsia="Aptos"/>
                <w:b/>
                <w:color w:val="2F4F8F"/>
                <w:sz w:val="18"/>
              </w:rPr>
              <w:t>PROSECCO</w:t>
            </w:r>
          </w:p>
        </w:tc>
        <w:tc>
          <w:tcPr>
            <w:tcW w:w="630" w:type="dxa"/>
            <w:shd w:val="clear" w:color="auto" w:fill="D9EAF7"/>
            <w:tcMar>
              <w:top w:w="28" w:type="dxa"/>
              <w:left w:w="38" w:type="dxa"/>
              <w:bottom w:w="28" w:type="dxa"/>
              <w:right w:w="38" w:type="dxa"/>
            </w:tcMar>
            <w:vAlign w:val="center"/>
          </w:tcPr>
          <w:p w14:paraId="08EB2489"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3FE55C96"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D1DAA0A" w14:textId="77777777" w:rsidR="00D60D5E" w:rsidRDefault="00D60D5E">
            <w:pPr>
              <w:jc w:val="center"/>
            </w:pPr>
          </w:p>
        </w:tc>
      </w:tr>
      <w:tr w:rsidR="00D60D5E" w14:paraId="3AF95AAE" w14:textId="77777777" w:rsidTr="000617E0">
        <w:trPr>
          <w:cantSplit/>
          <w:jc w:val="center"/>
        </w:trPr>
        <w:tc>
          <w:tcPr>
            <w:tcW w:w="677" w:type="dxa"/>
            <w:tcMar>
              <w:top w:w="28" w:type="dxa"/>
              <w:left w:w="38" w:type="dxa"/>
              <w:bottom w:w="28" w:type="dxa"/>
              <w:right w:w="38" w:type="dxa"/>
            </w:tcMar>
            <w:vAlign w:val="center"/>
          </w:tcPr>
          <w:p w14:paraId="6AC4D234" w14:textId="77777777" w:rsidR="00D60D5E" w:rsidRDefault="00891EF0">
            <w:pPr>
              <w:spacing w:after="0" w:line="240" w:lineRule="auto"/>
              <w:jc w:val="center"/>
            </w:pPr>
            <w:r>
              <w:rPr>
                <w:rFonts w:eastAsia="Aptos"/>
                <w:color w:val="6A7075"/>
                <w:sz w:val="17"/>
              </w:rPr>
              <w:t>360-105</w:t>
            </w:r>
          </w:p>
        </w:tc>
        <w:tc>
          <w:tcPr>
            <w:tcW w:w="2648" w:type="dxa"/>
            <w:tcMar>
              <w:top w:w="28" w:type="dxa"/>
              <w:left w:w="38" w:type="dxa"/>
              <w:bottom w:w="28" w:type="dxa"/>
              <w:right w:w="38" w:type="dxa"/>
            </w:tcMar>
            <w:vAlign w:val="center"/>
          </w:tcPr>
          <w:p w14:paraId="1BC0FBFF" w14:textId="77777777" w:rsidR="00D60D5E" w:rsidRDefault="00891EF0">
            <w:pPr>
              <w:spacing w:after="0" w:line="240" w:lineRule="auto"/>
            </w:pPr>
            <w:r>
              <w:rPr>
                <w:rFonts w:eastAsia="Aptos"/>
                <w:sz w:val="17"/>
              </w:rPr>
              <w:t>Torresella Prosecco 750 ml</w:t>
            </w:r>
          </w:p>
        </w:tc>
        <w:tc>
          <w:tcPr>
            <w:tcW w:w="630" w:type="dxa"/>
            <w:tcMar>
              <w:top w:w="28" w:type="dxa"/>
              <w:left w:w="38" w:type="dxa"/>
              <w:bottom w:w="28" w:type="dxa"/>
              <w:right w:w="38" w:type="dxa"/>
            </w:tcMar>
            <w:vAlign w:val="center"/>
          </w:tcPr>
          <w:p w14:paraId="559016B7" w14:textId="77777777" w:rsidR="00D60D5E" w:rsidRDefault="00891EF0">
            <w:pPr>
              <w:spacing w:after="0" w:line="240" w:lineRule="auto"/>
              <w:jc w:val="center"/>
            </w:pPr>
            <w:r>
              <w:rPr>
                <w:rFonts w:eastAsia="Aptos"/>
                <w:b/>
                <w:sz w:val="17"/>
              </w:rPr>
              <w:t>17.99</w:t>
            </w:r>
          </w:p>
        </w:tc>
        <w:tc>
          <w:tcPr>
            <w:tcW w:w="540" w:type="dxa"/>
            <w:tcMar>
              <w:top w:w="28" w:type="dxa"/>
              <w:left w:w="38" w:type="dxa"/>
              <w:bottom w:w="28" w:type="dxa"/>
              <w:right w:w="38" w:type="dxa"/>
            </w:tcMar>
            <w:vAlign w:val="center"/>
          </w:tcPr>
          <w:p w14:paraId="13C4435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587124" w14:textId="77777777" w:rsidR="00D60D5E" w:rsidRDefault="00D60D5E">
            <w:pPr>
              <w:jc w:val="center"/>
            </w:pPr>
          </w:p>
        </w:tc>
      </w:tr>
      <w:tr w:rsidR="00D60D5E" w14:paraId="67E9409F" w14:textId="77777777" w:rsidTr="000617E0">
        <w:trPr>
          <w:cantSplit/>
          <w:jc w:val="center"/>
        </w:trPr>
        <w:tc>
          <w:tcPr>
            <w:tcW w:w="677" w:type="dxa"/>
            <w:tcMar>
              <w:top w:w="28" w:type="dxa"/>
              <w:left w:w="38" w:type="dxa"/>
              <w:bottom w:w="28" w:type="dxa"/>
              <w:right w:w="38" w:type="dxa"/>
            </w:tcMar>
            <w:vAlign w:val="center"/>
          </w:tcPr>
          <w:p w14:paraId="0B188E92" w14:textId="77777777" w:rsidR="00D60D5E" w:rsidRDefault="00891EF0">
            <w:pPr>
              <w:spacing w:after="0" w:line="240" w:lineRule="auto"/>
              <w:jc w:val="center"/>
            </w:pPr>
            <w:r>
              <w:rPr>
                <w:rFonts w:eastAsia="Aptos"/>
                <w:color w:val="6A7075"/>
                <w:sz w:val="17"/>
              </w:rPr>
              <w:t>360-110</w:t>
            </w:r>
          </w:p>
        </w:tc>
        <w:tc>
          <w:tcPr>
            <w:tcW w:w="2648" w:type="dxa"/>
            <w:tcMar>
              <w:top w:w="28" w:type="dxa"/>
              <w:left w:w="38" w:type="dxa"/>
              <w:bottom w:w="28" w:type="dxa"/>
              <w:right w:w="38" w:type="dxa"/>
            </w:tcMar>
            <w:vAlign w:val="center"/>
          </w:tcPr>
          <w:p w14:paraId="482223D9" w14:textId="77777777" w:rsidR="00D60D5E" w:rsidRDefault="00891EF0">
            <w:pPr>
              <w:spacing w:after="0" w:line="240" w:lineRule="auto"/>
            </w:pPr>
            <w:r>
              <w:rPr>
                <w:rFonts w:eastAsia="Aptos"/>
                <w:sz w:val="17"/>
              </w:rPr>
              <w:t>Ruffino Prosecco 750 ml</w:t>
            </w:r>
          </w:p>
        </w:tc>
        <w:tc>
          <w:tcPr>
            <w:tcW w:w="630" w:type="dxa"/>
            <w:tcMar>
              <w:top w:w="28" w:type="dxa"/>
              <w:left w:w="38" w:type="dxa"/>
              <w:bottom w:w="28" w:type="dxa"/>
              <w:right w:w="38" w:type="dxa"/>
            </w:tcMar>
            <w:vAlign w:val="center"/>
          </w:tcPr>
          <w:p w14:paraId="60C60722" w14:textId="77777777" w:rsidR="00D60D5E" w:rsidRDefault="00891EF0">
            <w:pPr>
              <w:spacing w:after="0" w:line="240" w:lineRule="auto"/>
              <w:jc w:val="center"/>
            </w:pPr>
            <w:r>
              <w:rPr>
                <w:rFonts w:eastAsia="Aptos"/>
                <w:b/>
                <w:sz w:val="17"/>
              </w:rPr>
              <w:t>23.29</w:t>
            </w:r>
          </w:p>
        </w:tc>
        <w:tc>
          <w:tcPr>
            <w:tcW w:w="540" w:type="dxa"/>
            <w:tcMar>
              <w:top w:w="28" w:type="dxa"/>
              <w:left w:w="38" w:type="dxa"/>
              <w:bottom w:w="28" w:type="dxa"/>
              <w:right w:w="38" w:type="dxa"/>
            </w:tcMar>
            <w:vAlign w:val="center"/>
          </w:tcPr>
          <w:p w14:paraId="280C923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534E23" w14:textId="77777777" w:rsidR="00D60D5E" w:rsidRDefault="00D60D5E">
            <w:pPr>
              <w:jc w:val="center"/>
            </w:pPr>
          </w:p>
        </w:tc>
      </w:tr>
      <w:tr w:rsidR="00D60D5E" w14:paraId="48CE7F79" w14:textId="77777777" w:rsidTr="000617E0">
        <w:trPr>
          <w:cantSplit/>
          <w:jc w:val="center"/>
        </w:trPr>
        <w:tc>
          <w:tcPr>
            <w:tcW w:w="677" w:type="dxa"/>
            <w:shd w:val="clear" w:color="auto" w:fill="D9EAF7"/>
            <w:tcMar>
              <w:top w:w="28" w:type="dxa"/>
              <w:left w:w="38" w:type="dxa"/>
              <w:bottom w:w="28" w:type="dxa"/>
              <w:right w:w="38" w:type="dxa"/>
            </w:tcMar>
            <w:vAlign w:val="center"/>
          </w:tcPr>
          <w:p w14:paraId="7A60FE88" w14:textId="77777777" w:rsidR="00D60D5E" w:rsidRDefault="00891EF0">
            <w:pPr>
              <w:spacing w:after="0" w:line="240" w:lineRule="auto"/>
              <w:jc w:val="center"/>
            </w:pPr>
            <w:r>
              <w:rPr>
                <w:rFonts w:eastAsia="Aptos"/>
                <w:b/>
                <w:color w:val="76A943"/>
                <w:sz w:val="18"/>
              </w:rPr>
              <w:t>365-</w:t>
            </w:r>
          </w:p>
        </w:tc>
        <w:tc>
          <w:tcPr>
            <w:tcW w:w="2648" w:type="dxa"/>
            <w:shd w:val="clear" w:color="auto" w:fill="D9EAF7"/>
            <w:tcMar>
              <w:top w:w="28" w:type="dxa"/>
              <w:left w:w="38" w:type="dxa"/>
              <w:bottom w:w="28" w:type="dxa"/>
              <w:right w:w="38" w:type="dxa"/>
            </w:tcMar>
            <w:vAlign w:val="center"/>
          </w:tcPr>
          <w:p w14:paraId="7611A163" w14:textId="77777777" w:rsidR="00D60D5E" w:rsidRDefault="00891EF0">
            <w:pPr>
              <w:spacing w:after="0" w:line="240" w:lineRule="auto"/>
            </w:pPr>
            <w:r>
              <w:rPr>
                <w:rFonts w:eastAsia="Aptos"/>
                <w:b/>
                <w:color w:val="76A943"/>
                <w:sz w:val="18"/>
              </w:rPr>
              <w:t>CHAMPAGNE &amp; SPARKLING WINES</w:t>
            </w:r>
          </w:p>
        </w:tc>
        <w:tc>
          <w:tcPr>
            <w:tcW w:w="630" w:type="dxa"/>
            <w:shd w:val="clear" w:color="auto" w:fill="D9EAF7"/>
            <w:tcMar>
              <w:top w:w="28" w:type="dxa"/>
              <w:left w:w="38" w:type="dxa"/>
              <w:bottom w:w="28" w:type="dxa"/>
              <w:right w:w="38" w:type="dxa"/>
            </w:tcMar>
            <w:vAlign w:val="center"/>
          </w:tcPr>
          <w:p w14:paraId="1D694815"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AFEFD81"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535040B0" w14:textId="77777777" w:rsidR="00D60D5E" w:rsidRDefault="00D60D5E">
            <w:pPr>
              <w:jc w:val="center"/>
            </w:pPr>
          </w:p>
        </w:tc>
      </w:tr>
      <w:tr w:rsidR="00D60D5E" w14:paraId="6D7AA86A" w14:textId="77777777" w:rsidTr="000617E0">
        <w:trPr>
          <w:cantSplit/>
          <w:jc w:val="center"/>
        </w:trPr>
        <w:tc>
          <w:tcPr>
            <w:tcW w:w="677" w:type="dxa"/>
            <w:tcMar>
              <w:top w:w="28" w:type="dxa"/>
              <w:left w:w="38" w:type="dxa"/>
              <w:bottom w:w="28" w:type="dxa"/>
              <w:right w:w="38" w:type="dxa"/>
            </w:tcMar>
            <w:vAlign w:val="center"/>
          </w:tcPr>
          <w:p w14:paraId="34FD0F23" w14:textId="77777777" w:rsidR="00D60D5E" w:rsidRDefault="00891EF0">
            <w:pPr>
              <w:spacing w:after="0" w:line="240" w:lineRule="auto"/>
              <w:jc w:val="center"/>
            </w:pPr>
            <w:r>
              <w:rPr>
                <w:rFonts w:eastAsia="Aptos"/>
                <w:color w:val="6A7075"/>
                <w:sz w:val="17"/>
              </w:rPr>
              <w:t>365-105</w:t>
            </w:r>
          </w:p>
        </w:tc>
        <w:tc>
          <w:tcPr>
            <w:tcW w:w="2648" w:type="dxa"/>
            <w:tcMar>
              <w:top w:w="28" w:type="dxa"/>
              <w:left w:w="38" w:type="dxa"/>
              <w:bottom w:w="28" w:type="dxa"/>
              <w:right w:w="38" w:type="dxa"/>
            </w:tcMar>
            <w:vAlign w:val="center"/>
          </w:tcPr>
          <w:p w14:paraId="6B3A84CF" w14:textId="77777777" w:rsidR="00D60D5E" w:rsidRDefault="00891EF0">
            <w:pPr>
              <w:spacing w:after="0" w:line="240" w:lineRule="auto"/>
            </w:pPr>
            <w:r>
              <w:rPr>
                <w:rFonts w:eastAsia="Aptos"/>
                <w:sz w:val="17"/>
              </w:rPr>
              <w:t>Veuve Clicquot (Yellow Label)</w:t>
            </w:r>
          </w:p>
        </w:tc>
        <w:tc>
          <w:tcPr>
            <w:tcW w:w="630" w:type="dxa"/>
            <w:tcMar>
              <w:top w:w="28" w:type="dxa"/>
              <w:left w:w="38" w:type="dxa"/>
              <w:bottom w:w="28" w:type="dxa"/>
              <w:right w:w="38" w:type="dxa"/>
            </w:tcMar>
            <w:vAlign w:val="center"/>
          </w:tcPr>
          <w:p w14:paraId="3F05E3E6" w14:textId="77777777" w:rsidR="00D60D5E" w:rsidRDefault="00891EF0">
            <w:pPr>
              <w:spacing w:after="0" w:line="240" w:lineRule="auto"/>
              <w:jc w:val="center"/>
            </w:pPr>
            <w:r>
              <w:rPr>
                <w:rFonts w:eastAsia="Aptos"/>
                <w:b/>
                <w:sz w:val="17"/>
              </w:rPr>
              <w:t>110.95</w:t>
            </w:r>
          </w:p>
        </w:tc>
        <w:tc>
          <w:tcPr>
            <w:tcW w:w="540" w:type="dxa"/>
            <w:tcMar>
              <w:top w:w="28" w:type="dxa"/>
              <w:left w:w="38" w:type="dxa"/>
              <w:bottom w:w="28" w:type="dxa"/>
              <w:right w:w="38" w:type="dxa"/>
            </w:tcMar>
            <w:vAlign w:val="center"/>
          </w:tcPr>
          <w:p w14:paraId="6004BB3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08EB320" w14:textId="77777777" w:rsidR="00D60D5E" w:rsidRDefault="00D60D5E">
            <w:pPr>
              <w:jc w:val="center"/>
            </w:pPr>
          </w:p>
        </w:tc>
      </w:tr>
      <w:tr w:rsidR="00D60D5E" w14:paraId="00610788" w14:textId="77777777" w:rsidTr="000617E0">
        <w:trPr>
          <w:cantSplit/>
          <w:jc w:val="center"/>
        </w:trPr>
        <w:tc>
          <w:tcPr>
            <w:tcW w:w="677" w:type="dxa"/>
            <w:tcMar>
              <w:top w:w="28" w:type="dxa"/>
              <w:left w:w="38" w:type="dxa"/>
              <w:bottom w:w="28" w:type="dxa"/>
              <w:right w:w="38" w:type="dxa"/>
            </w:tcMar>
            <w:vAlign w:val="center"/>
          </w:tcPr>
          <w:p w14:paraId="159BE9E4" w14:textId="77777777" w:rsidR="00D60D5E" w:rsidRDefault="00891EF0">
            <w:pPr>
              <w:spacing w:after="0" w:line="240" w:lineRule="auto"/>
              <w:jc w:val="center"/>
            </w:pPr>
            <w:r>
              <w:rPr>
                <w:rFonts w:eastAsia="Aptos"/>
                <w:color w:val="6A7075"/>
                <w:sz w:val="17"/>
              </w:rPr>
              <w:t>365-110</w:t>
            </w:r>
          </w:p>
        </w:tc>
        <w:tc>
          <w:tcPr>
            <w:tcW w:w="2648" w:type="dxa"/>
            <w:tcMar>
              <w:top w:w="28" w:type="dxa"/>
              <w:left w:w="38" w:type="dxa"/>
              <w:bottom w:w="28" w:type="dxa"/>
              <w:right w:w="38" w:type="dxa"/>
            </w:tcMar>
            <w:vAlign w:val="center"/>
          </w:tcPr>
          <w:p w14:paraId="19687B37" w14:textId="77777777" w:rsidR="00D60D5E" w:rsidRDefault="00891EF0">
            <w:pPr>
              <w:spacing w:after="0" w:line="240" w:lineRule="auto"/>
            </w:pPr>
            <w:r>
              <w:rPr>
                <w:rFonts w:eastAsia="Aptos"/>
                <w:sz w:val="17"/>
              </w:rPr>
              <w:t>Drappier Rose 750 ml</w:t>
            </w:r>
          </w:p>
        </w:tc>
        <w:tc>
          <w:tcPr>
            <w:tcW w:w="630" w:type="dxa"/>
            <w:tcMar>
              <w:top w:w="28" w:type="dxa"/>
              <w:left w:w="38" w:type="dxa"/>
              <w:bottom w:w="28" w:type="dxa"/>
              <w:right w:w="38" w:type="dxa"/>
            </w:tcMar>
            <w:vAlign w:val="center"/>
          </w:tcPr>
          <w:p w14:paraId="584BA6F9" w14:textId="77777777" w:rsidR="00D60D5E" w:rsidRDefault="00891EF0">
            <w:pPr>
              <w:spacing w:after="0" w:line="240" w:lineRule="auto"/>
              <w:jc w:val="center"/>
            </w:pPr>
            <w:r>
              <w:rPr>
                <w:rFonts w:eastAsia="Aptos"/>
                <w:b/>
                <w:sz w:val="17"/>
              </w:rPr>
              <w:t>71.80</w:t>
            </w:r>
          </w:p>
        </w:tc>
        <w:tc>
          <w:tcPr>
            <w:tcW w:w="540" w:type="dxa"/>
            <w:tcMar>
              <w:top w:w="28" w:type="dxa"/>
              <w:left w:w="38" w:type="dxa"/>
              <w:bottom w:w="28" w:type="dxa"/>
              <w:right w:w="38" w:type="dxa"/>
            </w:tcMar>
            <w:vAlign w:val="center"/>
          </w:tcPr>
          <w:p w14:paraId="69518EE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8E4E639" w14:textId="77777777" w:rsidR="00D60D5E" w:rsidRDefault="00D60D5E">
            <w:pPr>
              <w:jc w:val="center"/>
            </w:pPr>
          </w:p>
        </w:tc>
      </w:tr>
      <w:tr w:rsidR="00D60D5E" w14:paraId="6D6D0D13" w14:textId="77777777" w:rsidTr="000617E0">
        <w:trPr>
          <w:cantSplit/>
          <w:jc w:val="center"/>
        </w:trPr>
        <w:tc>
          <w:tcPr>
            <w:tcW w:w="677" w:type="dxa"/>
            <w:tcMar>
              <w:top w:w="28" w:type="dxa"/>
              <w:left w:w="38" w:type="dxa"/>
              <w:bottom w:w="28" w:type="dxa"/>
              <w:right w:w="38" w:type="dxa"/>
            </w:tcMar>
            <w:vAlign w:val="center"/>
          </w:tcPr>
          <w:p w14:paraId="256A9266" w14:textId="77777777" w:rsidR="00D60D5E" w:rsidRDefault="00891EF0">
            <w:pPr>
              <w:spacing w:after="0" w:line="240" w:lineRule="auto"/>
              <w:jc w:val="center"/>
            </w:pPr>
            <w:r>
              <w:rPr>
                <w:rFonts w:eastAsia="Aptos"/>
                <w:color w:val="6A7075"/>
                <w:sz w:val="17"/>
              </w:rPr>
              <w:t>365-115</w:t>
            </w:r>
          </w:p>
        </w:tc>
        <w:tc>
          <w:tcPr>
            <w:tcW w:w="2648" w:type="dxa"/>
            <w:tcMar>
              <w:top w:w="28" w:type="dxa"/>
              <w:left w:w="38" w:type="dxa"/>
              <w:bottom w:w="28" w:type="dxa"/>
              <w:right w:w="38" w:type="dxa"/>
            </w:tcMar>
            <w:vAlign w:val="center"/>
          </w:tcPr>
          <w:p w14:paraId="047F0A0F" w14:textId="77777777" w:rsidR="00D60D5E" w:rsidRDefault="00891EF0">
            <w:pPr>
              <w:spacing w:after="0" w:line="240" w:lineRule="auto"/>
            </w:pPr>
            <w:r>
              <w:rPr>
                <w:rFonts w:eastAsia="Aptos"/>
                <w:sz w:val="17"/>
              </w:rPr>
              <w:t>Bollinger Champagne Special Cuvee 750 ml</w:t>
            </w:r>
          </w:p>
        </w:tc>
        <w:tc>
          <w:tcPr>
            <w:tcW w:w="630" w:type="dxa"/>
            <w:tcMar>
              <w:top w:w="28" w:type="dxa"/>
              <w:left w:w="38" w:type="dxa"/>
              <w:bottom w:w="28" w:type="dxa"/>
              <w:right w:w="38" w:type="dxa"/>
            </w:tcMar>
            <w:vAlign w:val="center"/>
          </w:tcPr>
          <w:p w14:paraId="18B18964" w14:textId="77777777" w:rsidR="00D60D5E" w:rsidRDefault="00891EF0">
            <w:pPr>
              <w:spacing w:after="0" w:line="240" w:lineRule="auto"/>
              <w:jc w:val="center"/>
            </w:pPr>
            <w:r>
              <w:rPr>
                <w:rFonts w:eastAsia="Aptos"/>
                <w:b/>
                <w:sz w:val="17"/>
              </w:rPr>
              <w:t>89.99</w:t>
            </w:r>
          </w:p>
        </w:tc>
        <w:tc>
          <w:tcPr>
            <w:tcW w:w="540" w:type="dxa"/>
            <w:tcMar>
              <w:top w:w="28" w:type="dxa"/>
              <w:left w:w="38" w:type="dxa"/>
              <w:bottom w:w="28" w:type="dxa"/>
              <w:right w:w="38" w:type="dxa"/>
            </w:tcMar>
            <w:vAlign w:val="center"/>
          </w:tcPr>
          <w:p w14:paraId="6DF06DA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BACC0CB" w14:textId="77777777" w:rsidR="00D60D5E" w:rsidRDefault="00D60D5E">
            <w:pPr>
              <w:jc w:val="center"/>
            </w:pPr>
          </w:p>
        </w:tc>
      </w:tr>
      <w:tr w:rsidR="00D60D5E" w14:paraId="004D3215" w14:textId="77777777" w:rsidTr="000617E0">
        <w:trPr>
          <w:cantSplit/>
          <w:jc w:val="center"/>
        </w:trPr>
        <w:tc>
          <w:tcPr>
            <w:tcW w:w="677" w:type="dxa"/>
            <w:tcMar>
              <w:top w:w="28" w:type="dxa"/>
              <w:left w:w="38" w:type="dxa"/>
              <w:bottom w:w="28" w:type="dxa"/>
              <w:right w:w="38" w:type="dxa"/>
            </w:tcMar>
            <w:vAlign w:val="center"/>
          </w:tcPr>
          <w:p w14:paraId="0B9B903C" w14:textId="77777777" w:rsidR="00D60D5E" w:rsidRDefault="00891EF0">
            <w:pPr>
              <w:spacing w:after="0" w:line="240" w:lineRule="auto"/>
              <w:jc w:val="center"/>
            </w:pPr>
            <w:r>
              <w:rPr>
                <w:rFonts w:eastAsia="Aptos"/>
                <w:color w:val="6A7075"/>
                <w:sz w:val="17"/>
              </w:rPr>
              <w:t>365-120</w:t>
            </w:r>
          </w:p>
        </w:tc>
        <w:tc>
          <w:tcPr>
            <w:tcW w:w="2648" w:type="dxa"/>
            <w:tcMar>
              <w:top w:w="28" w:type="dxa"/>
              <w:left w:w="38" w:type="dxa"/>
              <w:bottom w:w="28" w:type="dxa"/>
              <w:right w:w="38" w:type="dxa"/>
            </w:tcMar>
            <w:vAlign w:val="center"/>
          </w:tcPr>
          <w:p w14:paraId="69F90ADC" w14:textId="77777777" w:rsidR="00D60D5E" w:rsidRDefault="00891EF0">
            <w:pPr>
              <w:spacing w:after="0" w:line="240" w:lineRule="auto"/>
            </w:pPr>
            <w:r>
              <w:rPr>
                <w:rFonts w:eastAsia="Aptos"/>
                <w:sz w:val="17"/>
              </w:rPr>
              <w:t>Moet Chandon Ice Imperial 750 ml</w:t>
            </w:r>
          </w:p>
        </w:tc>
        <w:tc>
          <w:tcPr>
            <w:tcW w:w="630" w:type="dxa"/>
            <w:tcMar>
              <w:top w:w="28" w:type="dxa"/>
              <w:left w:w="38" w:type="dxa"/>
              <w:bottom w:w="28" w:type="dxa"/>
              <w:right w:w="38" w:type="dxa"/>
            </w:tcMar>
            <w:vAlign w:val="center"/>
          </w:tcPr>
          <w:p w14:paraId="12229B8D" w14:textId="77777777" w:rsidR="00D60D5E" w:rsidRDefault="00891EF0">
            <w:pPr>
              <w:spacing w:after="0" w:line="240" w:lineRule="auto"/>
              <w:jc w:val="center"/>
            </w:pPr>
            <w:r>
              <w:rPr>
                <w:rFonts w:eastAsia="Aptos"/>
                <w:b/>
                <w:sz w:val="17"/>
              </w:rPr>
              <w:t>103.85</w:t>
            </w:r>
          </w:p>
        </w:tc>
        <w:tc>
          <w:tcPr>
            <w:tcW w:w="540" w:type="dxa"/>
            <w:tcMar>
              <w:top w:w="28" w:type="dxa"/>
              <w:left w:w="38" w:type="dxa"/>
              <w:bottom w:w="28" w:type="dxa"/>
              <w:right w:w="38" w:type="dxa"/>
            </w:tcMar>
            <w:vAlign w:val="center"/>
          </w:tcPr>
          <w:p w14:paraId="54B62CD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BE30BEB" w14:textId="77777777" w:rsidR="00D60D5E" w:rsidRDefault="00D60D5E">
            <w:pPr>
              <w:jc w:val="center"/>
            </w:pPr>
          </w:p>
        </w:tc>
      </w:tr>
      <w:tr w:rsidR="00D60D5E" w14:paraId="56D92D2C" w14:textId="77777777" w:rsidTr="000617E0">
        <w:trPr>
          <w:cantSplit/>
          <w:jc w:val="center"/>
        </w:trPr>
        <w:tc>
          <w:tcPr>
            <w:tcW w:w="677" w:type="dxa"/>
            <w:tcMar>
              <w:top w:w="28" w:type="dxa"/>
              <w:left w:w="38" w:type="dxa"/>
              <w:bottom w:w="28" w:type="dxa"/>
              <w:right w:w="38" w:type="dxa"/>
            </w:tcMar>
            <w:vAlign w:val="center"/>
          </w:tcPr>
          <w:p w14:paraId="2C86FEE9" w14:textId="77777777" w:rsidR="00D60D5E" w:rsidRDefault="00891EF0">
            <w:pPr>
              <w:spacing w:after="0" w:line="240" w:lineRule="auto"/>
              <w:jc w:val="center"/>
            </w:pPr>
            <w:r>
              <w:rPr>
                <w:rFonts w:eastAsia="Aptos"/>
                <w:color w:val="6A7075"/>
                <w:sz w:val="17"/>
              </w:rPr>
              <w:t>365-125</w:t>
            </w:r>
          </w:p>
        </w:tc>
        <w:tc>
          <w:tcPr>
            <w:tcW w:w="2648" w:type="dxa"/>
            <w:tcMar>
              <w:top w:w="28" w:type="dxa"/>
              <w:left w:w="38" w:type="dxa"/>
              <w:bottom w:w="28" w:type="dxa"/>
              <w:right w:w="38" w:type="dxa"/>
            </w:tcMar>
            <w:vAlign w:val="center"/>
          </w:tcPr>
          <w:p w14:paraId="51EDFBB9" w14:textId="77777777" w:rsidR="00D60D5E" w:rsidRDefault="00891EF0">
            <w:pPr>
              <w:spacing w:after="0" w:line="240" w:lineRule="auto"/>
            </w:pPr>
            <w:r>
              <w:rPr>
                <w:rFonts w:eastAsia="Aptos"/>
                <w:sz w:val="17"/>
              </w:rPr>
              <w:t>Korbel</w:t>
            </w:r>
          </w:p>
        </w:tc>
        <w:tc>
          <w:tcPr>
            <w:tcW w:w="630" w:type="dxa"/>
            <w:tcMar>
              <w:top w:w="28" w:type="dxa"/>
              <w:left w:w="38" w:type="dxa"/>
              <w:bottom w:w="28" w:type="dxa"/>
              <w:right w:w="38" w:type="dxa"/>
            </w:tcMar>
            <w:vAlign w:val="center"/>
          </w:tcPr>
          <w:p w14:paraId="31DED095" w14:textId="77777777" w:rsidR="00D60D5E" w:rsidRDefault="00891EF0">
            <w:pPr>
              <w:spacing w:after="0" w:line="240" w:lineRule="auto"/>
              <w:jc w:val="center"/>
            </w:pPr>
            <w:r>
              <w:rPr>
                <w:rFonts w:eastAsia="Aptos"/>
                <w:b/>
                <w:sz w:val="17"/>
              </w:rPr>
              <w:t>24.80</w:t>
            </w:r>
          </w:p>
        </w:tc>
        <w:tc>
          <w:tcPr>
            <w:tcW w:w="540" w:type="dxa"/>
            <w:tcMar>
              <w:top w:w="28" w:type="dxa"/>
              <w:left w:w="38" w:type="dxa"/>
              <w:bottom w:w="28" w:type="dxa"/>
              <w:right w:w="38" w:type="dxa"/>
            </w:tcMar>
            <w:vAlign w:val="center"/>
          </w:tcPr>
          <w:p w14:paraId="4BF4BEF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74E0317" w14:textId="77777777" w:rsidR="00D60D5E" w:rsidRDefault="00D60D5E">
            <w:pPr>
              <w:jc w:val="center"/>
            </w:pPr>
          </w:p>
        </w:tc>
      </w:tr>
      <w:tr w:rsidR="00D60D5E" w14:paraId="717592A8" w14:textId="77777777" w:rsidTr="000617E0">
        <w:trPr>
          <w:cantSplit/>
          <w:jc w:val="center"/>
        </w:trPr>
        <w:tc>
          <w:tcPr>
            <w:tcW w:w="677" w:type="dxa"/>
            <w:tcMar>
              <w:top w:w="28" w:type="dxa"/>
              <w:left w:w="38" w:type="dxa"/>
              <w:bottom w:w="28" w:type="dxa"/>
              <w:right w:w="38" w:type="dxa"/>
            </w:tcMar>
            <w:vAlign w:val="center"/>
          </w:tcPr>
          <w:p w14:paraId="64A6C414" w14:textId="77777777" w:rsidR="00D60D5E" w:rsidRDefault="00891EF0">
            <w:pPr>
              <w:spacing w:after="0" w:line="240" w:lineRule="auto"/>
              <w:jc w:val="center"/>
            </w:pPr>
            <w:r>
              <w:rPr>
                <w:rFonts w:eastAsia="Aptos"/>
                <w:color w:val="6A7075"/>
                <w:sz w:val="17"/>
              </w:rPr>
              <w:t>365-130</w:t>
            </w:r>
          </w:p>
        </w:tc>
        <w:tc>
          <w:tcPr>
            <w:tcW w:w="2648" w:type="dxa"/>
            <w:tcMar>
              <w:top w:w="28" w:type="dxa"/>
              <w:left w:w="38" w:type="dxa"/>
              <w:bottom w:w="28" w:type="dxa"/>
              <w:right w:w="38" w:type="dxa"/>
            </w:tcMar>
            <w:vAlign w:val="center"/>
          </w:tcPr>
          <w:p w14:paraId="6CBD1DF6" w14:textId="77777777" w:rsidR="00D60D5E" w:rsidRDefault="00891EF0">
            <w:pPr>
              <w:spacing w:after="0" w:line="240" w:lineRule="auto"/>
            </w:pPr>
            <w:r>
              <w:rPr>
                <w:rFonts w:eastAsia="Aptos"/>
                <w:sz w:val="17"/>
              </w:rPr>
              <w:t>Freixenet</w:t>
            </w:r>
          </w:p>
        </w:tc>
        <w:tc>
          <w:tcPr>
            <w:tcW w:w="630" w:type="dxa"/>
            <w:tcMar>
              <w:top w:w="28" w:type="dxa"/>
              <w:left w:w="38" w:type="dxa"/>
              <w:bottom w:w="28" w:type="dxa"/>
              <w:right w:w="38" w:type="dxa"/>
            </w:tcMar>
            <w:vAlign w:val="center"/>
          </w:tcPr>
          <w:p w14:paraId="2E335962" w14:textId="77777777" w:rsidR="00D60D5E" w:rsidRDefault="00891EF0">
            <w:pPr>
              <w:spacing w:after="0" w:line="240" w:lineRule="auto"/>
              <w:jc w:val="center"/>
            </w:pPr>
            <w:r>
              <w:rPr>
                <w:rFonts w:eastAsia="Aptos"/>
                <w:b/>
                <w:sz w:val="17"/>
              </w:rPr>
              <w:t>20.99</w:t>
            </w:r>
          </w:p>
        </w:tc>
        <w:tc>
          <w:tcPr>
            <w:tcW w:w="540" w:type="dxa"/>
            <w:tcMar>
              <w:top w:w="28" w:type="dxa"/>
              <w:left w:w="38" w:type="dxa"/>
              <w:bottom w:w="28" w:type="dxa"/>
              <w:right w:w="38" w:type="dxa"/>
            </w:tcMar>
            <w:vAlign w:val="center"/>
          </w:tcPr>
          <w:p w14:paraId="02F8D78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F71F29F" w14:textId="77777777" w:rsidR="00D60D5E" w:rsidRDefault="00D60D5E">
            <w:pPr>
              <w:jc w:val="center"/>
            </w:pPr>
          </w:p>
        </w:tc>
      </w:tr>
      <w:tr w:rsidR="00D60D5E" w14:paraId="40F73377" w14:textId="77777777" w:rsidTr="000617E0">
        <w:trPr>
          <w:cantSplit/>
          <w:jc w:val="center"/>
        </w:trPr>
        <w:tc>
          <w:tcPr>
            <w:tcW w:w="677" w:type="dxa"/>
            <w:tcMar>
              <w:top w:w="28" w:type="dxa"/>
              <w:left w:w="38" w:type="dxa"/>
              <w:bottom w:w="28" w:type="dxa"/>
              <w:right w:w="38" w:type="dxa"/>
            </w:tcMar>
            <w:vAlign w:val="center"/>
          </w:tcPr>
          <w:p w14:paraId="46882028" w14:textId="77777777" w:rsidR="00D60D5E" w:rsidRDefault="00891EF0">
            <w:pPr>
              <w:spacing w:after="0" w:line="240" w:lineRule="auto"/>
              <w:jc w:val="center"/>
            </w:pPr>
            <w:r>
              <w:rPr>
                <w:rFonts w:eastAsia="Aptos"/>
                <w:color w:val="6A7075"/>
                <w:sz w:val="17"/>
              </w:rPr>
              <w:t>365-140</w:t>
            </w:r>
          </w:p>
        </w:tc>
        <w:tc>
          <w:tcPr>
            <w:tcW w:w="2648" w:type="dxa"/>
            <w:tcMar>
              <w:top w:w="28" w:type="dxa"/>
              <w:left w:w="38" w:type="dxa"/>
              <w:bottom w:w="28" w:type="dxa"/>
              <w:right w:w="38" w:type="dxa"/>
            </w:tcMar>
            <w:vAlign w:val="center"/>
          </w:tcPr>
          <w:p w14:paraId="6F467260" w14:textId="77777777" w:rsidR="00D60D5E" w:rsidRDefault="00891EF0">
            <w:pPr>
              <w:spacing w:after="0" w:line="240" w:lineRule="auto"/>
            </w:pPr>
            <w:r>
              <w:rPr>
                <w:rFonts w:eastAsia="Aptos"/>
                <w:sz w:val="17"/>
              </w:rPr>
              <w:t>Asti Martini Spumante</w:t>
            </w:r>
          </w:p>
        </w:tc>
        <w:tc>
          <w:tcPr>
            <w:tcW w:w="630" w:type="dxa"/>
            <w:tcMar>
              <w:top w:w="28" w:type="dxa"/>
              <w:left w:w="38" w:type="dxa"/>
              <w:bottom w:w="28" w:type="dxa"/>
              <w:right w:w="38" w:type="dxa"/>
            </w:tcMar>
            <w:vAlign w:val="center"/>
          </w:tcPr>
          <w:p w14:paraId="7C9EB087" w14:textId="77777777" w:rsidR="00D60D5E" w:rsidRDefault="00891EF0">
            <w:pPr>
              <w:spacing w:after="0" w:line="240" w:lineRule="auto"/>
              <w:jc w:val="center"/>
            </w:pPr>
            <w:r>
              <w:rPr>
                <w:rFonts w:eastAsia="Aptos"/>
                <w:b/>
                <w:sz w:val="17"/>
              </w:rPr>
              <w:t>22.39</w:t>
            </w:r>
          </w:p>
        </w:tc>
        <w:tc>
          <w:tcPr>
            <w:tcW w:w="540" w:type="dxa"/>
            <w:tcMar>
              <w:top w:w="28" w:type="dxa"/>
              <w:left w:w="38" w:type="dxa"/>
              <w:bottom w:w="28" w:type="dxa"/>
              <w:right w:w="38" w:type="dxa"/>
            </w:tcMar>
            <w:vAlign w:val="center"/>
          </w:tcPr>
          <w:p w14:paraId="6EE71B5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3117D0D" w14:textId="77777777" w:rsidR="00D60D5E" w:rsidRDefault="00D60D5E">
            <w:pPr>
              <w:jc w:val="center"/>
            </w:pPr>
          </w:p>
        </w:tc>
      </w:tr>
      <w:tr w:rsidR="00D60D5E" w14:paraId="7D073EFB" w14:textId="77777777" w:rsidTr="000617E0">
        <w:trPr>
          <w:cantSplit/>
          <w:jc w:val="center"/>
        </w:trPr>
        <w:tc>
          <w:tcPr>
            <w:tcW w:w="677" w:type="dxa"/>
            <w:shd w:val="clear" w:color="auto" w:fill="D9EAF7"/>
            <w:tcMar>
              <w:top w:w="28" w:type="dxa"/>
              <w:left w:w="38" w:type="dxa"/>
              <w:bottom w:w="28" w:type="dxa"/>
              <w:right w:w="38" w:type="dxa"/>
            </w:tcMar>
            <w:vAlign w:val="center"/>
          </w:tcPr>
          <w:p w14:paraId="667E2A9A" w14:textId="77777777" w:rsidR="00D60D5E" w:rsidRDefault="00891EF0">
            <w:pPr>
              <w:spacing w:after="0" w:line="240" w:lineRule="auto"/>
              <w:jc w:val="center"/>
            </w:pPr>
            <w:r>
              <w:rPr>
                <w:rFonts w:eastAsia="Aptos"/>
                <w:b/>
                <w:color w:val="2F4F8F"/>
                <w:sz w:val="18"/>
              </w:rPr>
              <w:t>370-</w:t>
            </w:r>
          </w:p>
        </w:tc>
        <w:tc>
          <w:tcPr>
            <w:tcW w:w="2648" w:type="dxa"/>
            <w:shd w:val="clear" w:color="auto" w:fill="D9EAF7"/>
            <w:tcMar>
              <w:top w:w="28" w:type="dxa"/>
              <w:left w:w="38" w:type="dxa"/>
              <w:bottom w:w="28" w:type="dxa"/>
              <w:right w:w="38" w:type="dxa"/>
            </w:tcMar>
            <w:vAlign w:val="center"/>
          </w:tcPr>
          <w:p w14:paraId="11355600" w14:textId="77777777" w:rsidR="00D60D5E" w:rsidRDefault="00891EF0">
            <w:pPr>
              <w:spacing w:after="0" w:line="240" w:lineRule="auto"/>
            </w:pPr>
            <w:r>
              <w:rPr>
                <w:rFonts w:eastAsia="Aptos"/>
                <w:b/>
                <w:color w:val="2F4F8F"/>
                <w:sz w:val="18"/>
              </w:rPr>
              <w:t>WHISKEY SCOTCH</w:t>
            </w:r>
          </w:p>
        </w:tc>
        <w:tc>
          <w:tcPr>
            <w:tcW w:w="630" w:type="dxa"/>
            <w:shd w:val="clear" w:color="auto" w:fill="D9EAF7"/>
            <w:tcMar>
              <w:top w:w="28" w:type="dxa"/>
              <w:left w:w="38" w:type="dxa"/>
              <w:bottom w:w="28" w:type="dxa"/>
              <w:right w:w="38" w:type="dxa"/>
            </w:tcMar>
            <w:vAlign w:val="center"/>
          </w:tcPr>
          <w:p w14:paraId="463101BC"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11C6AED"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1A3EF9F0" w14:textId="77777777" w:rsidR="00D60D5E" w:rsidRDefault="00D60D5E">
            <w:pPr>
              <w:jc w:val="center"/>
            </w:pPr>
          </w:p>
        </w:tc>
      </w:tr>
      <w:tr w:rsidR="00D60D5E" w14:paraId="0E73006A" w14:textId="77777777" w:rsidTr="000617E0">
        <w:trPr>
          <w:cantSplit/>
          <w:jc w:val="center"/>
        </w:trPr>
        <w:tc>
          <w:tcPr>
            <w:tcW w:w="677" w:type="dxa"/>
            <w:tcMar>
              <w:top w:w="28" w:type="dxa"/>
              <w:left w:w="38" w:type="dxa"/>
              <w:bottom w:w="28" w:type="dxa"/>
              <w:right w:w="38" w:type="dxa"/>
            </w:tcMar>
            <w:vAlign w:val="center"/>
          </w:tcPr>
          <w:p w14:paraId="1A081860" w14:textId="77777777" w:rsidR="00D60D5E" w:rsidRDefault="00891EF0">
            <w:pPr>
              <w:spacing w:after="0" w:line="240" w:lineRule="auto"/>
              <w:jc w:val="center"/>
            </w:pPr>
            <w:r>
              <w:rPr>
                <w:rFonts w:eastAsia="Aptos"/>
                <w:color w:val="6A7075"/>
                <w:sz w:val="17"/>
              </w:rPr>
              <w:t>370-105</w:t>
            </w:r>
          </w:p>
        </w:tc>
        <w:tc>
          <w:tcPr>
            <w:tcW w:w="2648" w:type="dxa"/>
            <w:tcMar>
              <w:top w:w="28" w:type="dxa"/>
              <w:left w:w="38" w:type="dxa"/>
              <w:bottom w:w="28" w:type="dxa"/>
              <w:right w:w="38" w:type="dxa"/>
            </w:tcMar>
            <w:vAlign w:val="center"/>
          </w:tcPr>
          <w:p w14:paraId="439BD1A6" w14:textId="77777777" w:rsidR="00D60D5E" w:rsidRDefault="00891EF0">
            <w:pPr>
              <w:spacing w:after="0" w:line="240" w:lineRule="auto"/>
            </w:pPr>
            <w:r>
              <w:rPr>
                <w:rFonts w:eastAsia="Aptos"/>
                <w:sz w:val="17"/>
              </w:rPr>
              <w:t>Johnnie Walker Red 750ml</w:t>
            </w:r>
          </w:p>
        </w:tc>
        <w:tc>
          <w:tcPr>
            <w:tcW w:w="630" w:type="dxa"/>
            <w:tcMar>
              <w:top w:w="28" w:type="dxa"/>
              <w:left w:w="38" w:type="dxa"/>
              <w:bottom w:w="28" w:type="dxa"/>
              <w:right w:w="38" w:type="dxa"/>
            </w:tcMar>
            <w:vAlign w:val="center"/>
          </w:tcPr>
          <w:p w14:paraId="4BC69EAD" w14:textId="77777777" w:rsidR="00D60D5E" w:rsidRDefault="00891EF0">
            <w:pPr>
              <w:spacing w:after="0" w:line="240" w:lineRule="auto"/>
              <w:jc w:val="center"/>
            </w:pPr>
            <w:r>
              <w:rPr>
                <w:rFonts w:eastAsia="Aptos"/>
                <w:b/>
                <w:sz w:val="17"/>
              </w:rPr>
              <w:t>32.80</w:t>
            </w:r>
          </w:p>
        </w:tc>
        <w:tc>
          <w:tcPr>
            <w:tcW w:w="540" w:type="dxa"/>
            <w:tcMar>
              <w:top w:w="28" w:type="dxa"/>
              <w:left w:w="38" w:type="dxa"/>
              <w:bottom w:w="28" w:type="dxa"/>
              <w:right w:w="38" w:type="dxa"/>
            </w:tcMar>
            <w:vAlign w:val="center"/>
          </w:tcPr>
          <w:p w14:paraId="1DC236B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EBA5C48" w14:textId="77777777" w:rsidR="00D60D5E" w:rsidRDefault="00D60D5E">
            <w:pPr>
              <w:jc w:val="center"/>
            </w:pPr>
          </w:p>
        </w:tc>
      </w:tr>
      <w:tr w:rsidR="00D60D5E" w14:paraId="064341FD" w14:textId="77777777" w:rsidTr="000617E0">
        <w:trPr>
          <w:cantSplit/>
          <w:jc w:val="center"/>
        </w:trPr>
        <w:tc>
          <w:tcPr>
            <w:tcW w:w="677" w:type="dxa"/>
            <w:tcMar>
              <w:top w:w="28" w:type="dxa"/>
              <w:left w:w="38" w:type="dxa"/>
              <w:bottom w:w="28" w:type="dxa"/>
              <w:right w:w="38" w:type="dxa"/>
            </w:tcMar>
            <w:vAlign w:val="center"/>
          </w:tcPr>
          <w:p w14:paraId="6CE39635" w14:textId="77777777" w:rsidR="00D60D5E" w:rsidRDefault="00891EF0">
            <w:pPr>
              <w:spacing w:after="0" w:line="240" w:lineRule="auto"/>
              <w:jc w:val="center"/>
            </w:pPr>
            <w:r>
              <w:rPr>
                <w:rFonts w:eastAsia="Aptos"/>
                <w:color w:val="6A7075"/>
                <w:sz w:val="17"/>
              </w:rPr>
              <w:t>370-110</w:t>
            </w:r>
          </w:p>
        </w:tc>
        <w:tc>
          <w:tcPr>
            <w:tcW w:w="2648" w:type="dxa"/>
            <w:tcMar>
              <w:top w:w="28" w:type="dxa"/>
              <w:left w:w="38" w:type="dxa"/>
              <w:bottom w:w="28" w:type="dxa"/>
              <w:right w:w="38" w:type="dxa"/>
            </w:tcMar>
            <w:vAlign w:val="center"/>
          </w:tcPr>
          <w:p w14:paraId="720655D4" w14:textId="77777777" w:rsidR="00D60D5E" w:rsidRDefault="00891EF0">
            <w:pPr>
              <w:spacing w:after="0" w:line="240" w:lineRule="auto"/>
            </w:pPr>
            <w:r>
              <w:rPr>
                <w:rFonts w:eastAsia="Aptos"/>
                <w:sz w:val="17"/>
              </w:rPr>
              <w:t>Johnnie Walker Black 750ml</w:t>
            </w:r>
          </w:p>
        </w:tc>
        <w:tc>
          <w:tcPr>
            <w:tcW w:w="630" w:type="dxa"/>
            <w:tcMar>
              <w:top w:w="28" w:type="dxa"/>
              <w:left w:w="38" w:type="dxa"/>
              <w:bottom w:w="28" w:type="dxa"/>
              <w:right w:w="38" w:type="dxa"/>
            </w:tcMar>
            <w:vAlign w:val="center"/>
          </w:tcPr>
          <w:p w14:paraId="7817997A" w14:textId="77777777" w:rsidR="00D60D5E" w:rsidRDefault="00891EF0">
            <w:pPr>
              <w:spacing w:after="0" w:line="240" w:lineRule="auto"/>
              <w:jc w:val="center"/>
            </w:pPr>
            <w:r>
              <w:rPr>
                <w:rFonts w:eastAsia="Aptos"/>
                <w:b/>
                <w:sz w:val="17"/>
              </w:rPr>
              <w:t>62.30</w:t>
            </w:r>
          </w:p>
        </w:tc>
        <w:tc>
          <w:tcPr>
            <w:tcW w:w="540" w:type="dxa"/>
            <w:tcMar>
              <w:top w:w="28" w:type="dxa"/>
              <w:left w:w="38" w:type="dxa"/>
              <w:bottom w:w="28" w:type="dxa"/>
              <w:right w:w="38" w:type="dxa"/>
            </w:tcMar>
            <w:vAlign w:val="center"/>
          </w:tcPr>
          <w:p w14:paraId="3C67DA1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725F55F" w14:textId="77777777" w:rsidR="00D60D5E" w:rsidRDefault="00D60D5E">
            <w:pPr>
              <w:jc w:val="center"/>
            </w:pPr>
          </w:p>
        </w:tc>
      </w:tr>
      <w:tr w:rsidR="00D60D5E" w14:paraId="363A87FF" w14:textId="77777777" w:rsidTr="000617E0">
        <w:trPr>
          <w:cantSplit/>
          <w:jc w:val="center"/>
        </w:trPr>
        <w:tc>
          <w:tcPr>
            <w:tcW w:w="677" w:type="dxa"/>
            <w:tcMar>
              <w:top w:w="28" w:type="dxa"/>
              <w:left w:w="38" w:type="dxa"/>
              <w:bottom w:w="28" w:type="dxa"/>
              <w:right w:w="38" w:type="dxa"/>
            </w:tcMar>
            <w:vAlign w:val="center"/>
          </w:tcPr>
          <w:p w14:paraId="5D473FC7" w14:textId="77777777" w:rsidR="00D60D5E" w:rsidRDefault="00891EF0">
            <w:pPr>
              <w:spacing w:after="0" w:line="240" w:lineRule="auto"/>
              <w:jc w:val="center"/>
            </w:pPr>
            <w:r>
              <w:rPr>
                <w:rFonts w:eastAsia="Aptos"/>
                <w:color w:val="6A7075"/>
                <w:sz w:val="17"/>
              </w:rPr>
              <w:t>370-115</w:t>
            </w:r>
          </w:p>
        </w:tc>
        <w:tc>
          <w:tcPr>
            <w:tcW w:w="2648" w:type="dxa"/>
            <w:tcMar>
              <w:top w:w="28" w:type="dxa"/>
              <w:left w:w="38" w:type="dxa"/>
              <w:bottom w:w="28" w:type="dxa"/>
              <w:right w:w="38" w:type="dxa"/>
            </w:tcMar>
            <w:vAlign w:val="center"/>
          </w:tcPr>
          <w:p w14:paraId="1166B054" w14:textId="77777777" w:rsidR="00D60D5E" w:rsidRDefault="00891EF0">
            <w:pPr>
              <w:spacing w:after="0" w:line="240" w:lineRule="auto"/>
            </w:pPr>
            <w:r>
              <w:rPr>
                <w:rFonts w:eastAsia="Aptos"/>
                <w:sz w:val="17"/>
              </w:rPr>
              <w:t>Dewars White Label 750ml</w:t>
            </w:r>
          </w:p>
        </w:tc>
        <w:tc>
          <w:tcPr>
            <w:tcW w:w="630" w:type="dxa"/>
            <w:tcMar>
              <w:top w:w="28" w:type="dxa"/>
              <w:left w:w="38" w:type="dxa"/>
              <w:bottom w:w="28" w:type="dxa"/>
              <w:right w:w="38" w:type="dxa"/>
            </w:tcMar>
            <w:vAlign w:val="center"/>
          </w:tcPr>
          <w:p w14:paraId="2B8743BC" w14:textId="77777777" w:rsidR="00D60D5E" w:rsidRDefault="00891EF0">
            <w:pPr>
              <w:spacing w:after="0" w:line="240" w:lineRule="auto"/>
              <w:jc w:val="center"/>
            </w:pPr>
            <w:r>
              <w:rPr>
                <w:rFonts w:eastAsia="Aptos"/>
                <w:b/>
                <w:sz w:val="17"/>
              </w:rPr>
              <w:t>24.09</w:t>
            </w:r>
          </w:p>
        </w:tc>
        <w:tc>
          <w:tcPr>
            <w:tcW w:w="540" w:type="dxa"/>
            <w:tcMar>
              <w:top w:w="28" w:type="dxa"/>
              <w:left w:w="38" w:type="dxa"/>
              <w:bottom w:w="28" w:type="dxa"/>
              <w:right w:w="38" w:type="dxa"/>
            </w:tcMar>
            <w:vAlign w:val="center"/>
          </w:tcPr>
          <w:p w14:paraId="7F3E4621"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156118" w14:textId="77777777" w:rsidR="00D60D5E" w:rsidRDefault="00D60D5E">
            <w:pPr>
              <w:jc w:val="center"/>
            </w:pPr>
          </w:p>
        </w:tc>
      </w:tr>
      <w:tr w:rsidR="00D60D5E" w14:paraId="77FD5BEF" w14:textId="77777777" w:rsidTr="000617E0">
        <w:trPr>
          <w:cantSplit/>
          <w:jc w:val="center"/>
        </w:trPr>
        <w:tc>
          <w:tcPr>
            <w:tcW w:w="677" w:type="dxa"/>
            <w:tcMar>
              <w:top w:w="28" w:type="dxa"/>
              <w:left w:w="38" w:type="dxa"/>
              <w:bottom w:w="28" w:type="dxa"/>
              <w:right w:w="38" w:type="dxa"/>
            </w:tcMar>
            <w:vAlign w:val="center"/>
          </w:tcPr>
          <w:p w14:paraId="7E8016E7" w14:textId="77777777" w:rsidR="00D60D5E" w:rsidRDefault="00891EF0">
            <w:pPr>
              <w:spacing w:after="0" w:line="240" w:lineRule="auto"/>
              <w:jc w:val="center"/>
            </w:pPr>
            <w:r>
              <w:rPr>
                <w:rFonts w:eastAsia="Aptos"/>
                <w:color w:val="6A7075"/>
                <w:sz w:val="17"/>
              </w:rPr>
              <w:t>370-120</w:t>
            </w:r>
          </w:p>
        </w:tc>
        <w:tc>
          <w:tcPr>
            <w:tcW w:w="2648" w:type="dxa"/>
            <w:tcMar>
              <w:top w:w="28" w:type="dxa"/>
              <w:left w:w="38" w:type="dxa"/>
              <w:bottom w:w="28" w:type="dxa"/>
              <w:right w:w="38" w:type="dxa"/>
            </w:tcMar>
            <w:vAlign w:val="center"/>
          </w:tcPr>
          <w:p w14:paraId="12FB90E2" w14:textId="77777777" w:rsidR="00D60D5E" w:rsidRDefault="00891EF0">
            <w:pPr>
              <w:spacing w:after="0" w:line="240" w:lineRule="auto"/>
            </w:pPr>
            <w:r>
              <w:rPr>
                <w:rFonts w:eastAsia="Aptos"/>
                <w:sz w:val="17"/>
              </w:rPr>
              <w:t>Glenlivet Founders Reserve Single 750 ml</w:t>
            </w:r>
          </w:p>
        </w:tc>
        <w:tc>
          <w:tcPr>
            <w:tcW w:w="630" w:type="dxa"/>
            <w:tcMar>
              <w:top w:w="28" w:type="dxa"/>
              <w:left w:w="38" w:type="dxa"/>
              <w:bottom w:w="28" w:type="dxa"/>
              <w:right w:w="38" w:type="dxa"/>
            </w:tcMar>
            <w:vAlign w:val="center"/>
          </w:tcPr>
          <w:p w14:paraId="57F1F668" w14:textId="77777777" w:rsidR="00D60D5E" w:rsidRDefault="00891EF0">
            <w:pPr>
              <w:spacing w:after="0" w:line="240" w:lineRule="auto"/>
              <w:jc w:val="center"/>
            </w:pPr>
            <w:r>
              <w:rPr>
                <w:rFonts w:eastAsia="Aptos"/>
                <w:b/>
                <w:sz w:val="17"/>
              </w:rPr>
              <w:t>51.67</w:t>
            </w:r>
          </w:p>
        </w:tc>
        <w:tc>
          <w:tcPr>
            <w:tcW w:w="540" w:type="dxa"/>
            <w:tcMar>
              <w:top w:w="28" w:type="dxa"/>
              <w:left w:w="38" w:type="dxa"/>
              <w:bottom w:w="28" w:type="dxa"/>
              <w:right w:w="38" w:type="dxa"/>
            </w:tcMar>
            <w:vAlign w:val="center"/>
          </w:tcPr>
          <w:p w14:paraId="7886D87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82BEBAE" w14:textId="77777777" w:rsidR="00D60D5E" w:rsidRDefault="00D60D5E">
            <w:pPr>
              <w:jc w:val="center"/>
            </w:pPr>
          </w:p>
        </w:tc>
      </w:tr>
      <w:tr w:rsidR="00D60D5E" w14:paraId="0A8BD500" w14:textId="77777777" w:rsidTr="000617E0">
        <w:trPr>
          <w:cantSplit/>
          <w:jc w:val="center"/>
        </w:trPr>
        <w:tc>
          <w:tcPr>
            <w:tcW w:w="677" w:type="dxa"/>
            <w:tcMar>
              <w:top w:w="28" w:type="dxa"/>
              <w:left w:w="38" w:type="dxa"/>
              <w:bottom w:w="28" w:type="dxa"/>
              <w:right w:w="38" w:type="dxa"/>
            </w:tcMar>
            <w:vAlign w:val="center"/>
          </w:tcPr>
          <w:p w14:paraId="4DBCC4FA" w14:textId="77777777" w:rsidR="00D60D5E" w:rsidRDefault="00891EF0">
            <w:pPr>
              <w:spacing w:after="0" w:line="240" w:lineRule="auto"/>
              <w:jc w:val="center"/>
            </w:pPr>
            <w:r>
              <w:rPr>
                <w:rFonts w:eastAsia="Aptos"/>
                <w:color w:val="6A7075"/>
                <w:sz w:val="17"/>
              </w:rPr>
              <w:t>370-125</w:t>
            </w:r>
          </w:p>
        </w:tc>
        <w:tc>
          <w:tcPr>
            <w:tcW w:w="2648" w:type="dxa"/>
            <w:tcMar>
              <w:top w:w="28" w:type="dxa"/>
              <w:left w:w="38" w:type="dxa"/>
              <w:bottom w:w="28" w:type="dxa"/>
              <w:right w:w="38" w:type="dxa"/>
            </w:tcMar>
            <w:vAlign w:val="center"/>
          </w:tcPr>
          <w:p w14:paraId="5DDD8D0D" w14:textId="77777777" w:rsidR="00D60D5E" w:rsidRDefault="00891EF0">
            <w:pPr>
              <w:spacing w:after="0" w:line="240" w:lineRule="auto"/>
            </w:pPr>
            <w:r>
              <w:rPr>
                <w:rFonts w:eastAsia="Aptos"/>
                <w:sz w:val="17"/>
              </w:rPr>
              <w:t>Buchanan Deluxe 750 ml</w:t>
            </w:r>
          </w:p>
        </w:tc>
        <w:tc>
          <w:tcPr>
            <w:tcW w:w="630" w:type="dxa"/>
            <w:tcMar>
              <w:top w:w="28" w:type="dxa"/>
              <w:left w:w="38" w:type="dxa"/>
              <w:bottom w:w="28" w:type="dxa"/>
              <w:right w:w="38" w:type="dxa"/>
            </w:tcMar>
            <w:vAlign w:val="center"/>
          </w:tcPr>
          <w:p w14:paraId="17790A96" w14:textId="77777777" w:rsidR="00D60D5E" w:rsidRDefault="00891EF0">
            <w:pPr>
              <w:spacing w:after="0" w:line="240" w:lineRule="auto"/>
              <w:jc w:val="center"/>
            </w:pPr>
            <w:r>
              <w:rPr>
                <w:rFonts w:eastAsia="Aptos"/>
                <w:b/>
                <w:sz w:val="17"/>
              </w:rPr>
              <w:t>50.28</w:t>
            </w:r>
          </w:p>
        </w:tc>
        <w:tc>
          <w:tcPr>
            <w:tcW w:w="540" w:type="dxa"/>
            <w:tcMar>
              <w:top w:w="28" w:type="dxa"/>
              <w:left w:w="38" w:type="dxa"/>
              <w:bottom w:w="28" w:type="dxa"/>
              <w:right w:w="38" w:type="dxa"/>
            </w:tcMar>
            <w:vAlign w:val="center"/>
          </w:tcPr>
          <w:p w14:paraId="1997CE52"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FD2F19C" w14:textId="77777777" w:rsidR="00D60D5E" w:rsidRDefault="00D60D5E">
            <w:pPr>
              <w:jc w:val="center"/>
            </w:pPr>
          </w:p>
        </w:tc>
      </w:tr>
      <w:tr w:rsidR="00D60D5E" w14:paraId="23A052C0" w14:textId="77777777" w:rsidTr="000617E0">
        <w:trPr>
          <w:cantSplit/>
          <w:jc w:val="center"/>
        </w:trPr>
        <w:tc>
          <w:tcPr>
            <w:tcW w:w="677" w:type="dxa"/>
            <w:tcMar>
              <w:top w:w="28" w:type="dxa"/>
              <w:left w:w="38" w:type="dxa"/>
              <w:bottom w:w="28" w:type="dxa"/>
              <w:right w:w="38" w:type="dxa"/>
            </w:tcMar>
            <w:vAlign w:val="center"/>
          </w:tcPr>
          <w:p w14:paraId="3177270F" w14:textId="77777777" w:rsidR="00D60D5E" w:rsidRDefault="00891EF0">
            <w:pPr>
              <w:spacing w:after="0" w:line="240" w:lineRule="auto"/>
              <w:jc w:val="center"/>
            </w:pPr>
            <w:r>
              <w:rPr>
                <w:rFonts w:eastAsia="Aptos"/>
                <w:color w:val="6A7075"/>
                <w:sz w:val="17"/>
              </w:rPr>
              <w:t>370-130</w:t>
            </w:r>
          </w:p>
        </w:tc>
        <w:tc>
          <w:tcPr>
            <w:tcW w:w="2648" w:type="dxa"/>
            <w:tcMar>
              <w:top w:w="28" w:type="dxa"/>
              <w:left w:w="38" w:type="dxa"/>
              <w:bottom w:w="28" w:type="dxa"/>
              <w:right w:w="38" w:type="dxa"/>
            </w:tcMar>
            <w:vAlign w:val="center"/>
          </w:tcPr>
          <w:p w14:paraId="43223DEB" w14:textId="77777777" w:rsidR="00D60D5E" w:rsidRDefault="00891EF0">
            <w:pPr>
              <w:spacing w:after="0" w:line="240" w:lineRule="auto"/>
            </w:pPr>
            <w:r>
              <w:rPr>
                <w:rFonts w:eastAsia="Aptos"/>
                <w:sz w:val="17"/>
              </w:rPr>
              <w:t>Chivas Regal 18 Yr Gold Signature 750ml</w:t>
            </w:r>
          </w:p>
        </w:tc>
        <w:tc>
          <w:tcPr>
            <w:tcW w:w="630" w:type="dxa"/>
            <w:tcMar>
              <w:top w:w="28" w:type="dxa"/>
              <w:left w:w="38" w:type="dxa"/>
              <w:bottom w:w="28" w:type="dxa"/>
              <w:right w:w="38" w:type="dxa"/>
            </w:tcMar>
            <w:vAlign w:val="center"/>
          </w:tcPr>
          <w:p w14:paraId="13AE478D" w14:textId="77777777" w:rsidR="00D60D5E" w:rsidRDefault="00891EF0">
            <w:pPr>
              <w:spacing w:after="0" w:line="240" w:lineRule="auto"/>
              <w:jc w:val="center"/>
            </w:pPr>
            <w:r>
              <w:rPr>
                <w:rFonts w:eastAsia="Aptos"/>
                <w:b/>
                <w:sz w:val="17"/>
              </w:rPr>
              <w:t>109.10</w:t>
            </w:r>
          </w:p>
        </w:tc>
        <w:tc>
          <w:tcPr>
            <w:tcW w:w="540" w:type="dxa"/>
            <w:tcMar>
              <w:top w:w="28" w:type="dxa"/>
              <w:left w:w="38" w:type="dxa"/>
              <w:bottom w:w="28" w:type="dxa"/>
              <w:right w:w="38" w:type="dxa"/>
            </w:tcMar>
            <w:vAlign w:val="center"/>
          </w:tcPr>
          <w:p w14:paraId="1FFBA44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3D9BFD0" w14:textId="77777777" w:rsidR="00D60D5E" w:rsidRDefault="00D60D5E">
            <w:pPr>
              <w:jc w:val="center"/>
            </w:pPr>
          </w:p>
        </w:tc>
      </w:tr>
      <w:tr w:rsidR="00D60D5E" w14:paraId="5A67092B" w14:textId="77777777" w:rsidTr="000617E0">
        <w:trPr>
          <w:cantSplit/>
          <w:jc w:val="center"/>
        </w:trPr>
        <w:tc>
          <w:tcPr>
            <w:tcW w:w="677" w:type="dxa"/>
            <w:shd w:val="clear" w:color="auto" w:fill="D9EAF7"/>
            <w:tcMar>
              <w:top w:w="28" w:type="dxa"/>
              <w:left w:w="38" w:type="dxa"/>
              <w:bottom w:w="28" w:type="dxa"/>
              <w:right w:w="38" w:type="dxa"/>
            </w:tcMar>
            <w:vAlign w:val="center"/>
          </w:tcPr>
          <w:p w14:paraId="58934E77" w14:textId="77777777" w:rsidR="00D60D5E" w:rsidRDefault="00891EF0">
            <w:pPr>
              <w:spacing w:after="0" w:line="240" w:lineRule="auto"/>
              <w:jc w:val="center"/>
            </w:pPr>
            <w:r>
              <w:rPr>
                <w:rFonts w:eastAsia="Aptos"/>
                <w:b/>
                <w:color w:val="76A943"/>
                <w:sz w:val="18"/>
              </w:rPr>
              <w:t>375-</w:t>
            </w:r>
          </w:p>
        </w:tc>
        <w:tc>
          <w:tcPr>
            <w:tcW w:w="2648" w:type="dxa"/>
            <w:shd w:val="clear" w:color="auto" w:fill="D9EAF7"/>
            <w:tcMar>
              <w:top w:w="28" w:type="dxa"/>
              <w:left w:w="38" w:type="dxa"/>
              <w:bottom w:w="28" w:type="dxa"/>
              <w:right w:w="38" w:type="dxa"/>
            </w:tcMar>
            <w:vAlign w:val="center"/>
          </w:tcPr>
          <w:p w14:paraId="26360658" w14:textId="77777777" w:rsidR="00D60D5E" w:rsidRDefault="00891EF0">
            <w:pPr>
              <w:spacing w:after="0" w:line="240" w:lineRule="auto"/>
            </w:pPr>
            <w:r>
              <w:rPr>
                <w:rFonts w:eastAsia="Aptos"/>
                <w:b/>
                <w:color w:val="76A943"/>
                <w:sz w:val="18"/>
              </w:rPr>
              <w:t>WHISKEY IRISH/CANADIAN</w:t>
            </w:r>
          </w:p>
        </w:tc>
        <w:tc>
          <w:tcPr>
            <w:tcW w:w="630" w:type="dxa"/>
            <w:shd w:val="clear" w:color="auto" w:fill="D9EAF7"/>
            <w:tcMar>
              <w:top w:w="28" w:type="dxa"/>
              <w:left w:w="38" w:type="dxa"/>
              <w:bottom w:w="28" w:type="dxa"/>
              <w:right w:w="38" w:type="dxa"/>
            </w:tcMar>
            <w:vAlign w:val="center"/>
          </w:tcPr>
          <w:p w14:paraId="019E3304"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2D17DA26"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0718B867" w14:textId="77777777" w:rsidR="00D60D5E" w:rsidRDefault="00D60D5E">
            <w:pPr>
              <w:jc w:val="center"/>
            </w:pPr>
          </w:p>
        </w:tc>
      </w:tr>
      <w:tr w:rsidR="00D60D5E" w14:paraId="1AF601B8" w14:textId="77777777" w:rsidTr="000617E0">
        <w:trPr>
          <w:cantSplit/>
          <w:jc w:val="center"/>
        </w:trPr>
        <w:tc>
          <w:tcPr>
            <w:tcW w:w="677" w:type="dxa"/>
            <w:tcMar>
              <w:top w:w="28" w:type="dxa"/>
              <w:left w:w="38" w:type="dxa"/>
              <w:bottom w:w="28" w:type="dxa"/>
              <w:right w:w="38" w:type="dxa"/>
            </w:tcMar>
            <w:vAlign w:val="center"/>
          </w:tcPr>
          <w:p w14:paraId="3DD78C3A" w14:textId="77777777" w:rsidR="00D60D5E" w:rsidRDefault="00891EF0">
            <w:pPr>
              <w:spacing w:after="0" w:line="240" w:lineRule="auto"/>
              <w:jc w:val="center"/>
            </w:pPr>
            <w:r>
              <w:rPr>
                <w:rFonts w:eastAsia="Aptos"/>
                <w:color w:val="6A7075"/>
                <w:sz w:val="17"/>
              </w:rPr>
              <w:t>375-105</w:t>
            </w:r>
          </w:p>
        </w:tc>
        <w:tc>
          <w:tcPr>
            <w:tcW w:w="2648" w:type="dxa"/>
            <w:tcMar>
              <w:top w:w="28" w:type="dxa"/>
              <w:left w:w="38" w:type="dxa"/>
              <w:bottom w:w="28" w:type="dxa"/>
              <w:right w:w="38" w:type="dxa"/>
            </w:tcMar>
            <w:vAlign w:val="center"/>
          </w:tcPr>
          <w:p w14:paraId="112B67E3" w14:textId="77777777" w:rsidR="00D60D5E" w:rsidRDefault="00891EF0">
            <w:pPr>
              <w:spacing w:after="0" w:line="240" w:lineRule="auto"/>
            </w:pPr>
            <w:r>
              <w:rPr>
                <w:rFonts w:eastAsia="Aptos"/>
                <w:sz w:val="17"/>
              </w:rPr>
              <w:t>Jameson ltr</w:t>
            </w:r>
          </w:p>
        </w:tc>
        <w:tc>
          <w:tcPr>
            <w:tcW w:w="630" w:type="dxa"/>
            <w:tcMar>
              <w:top w:w="28" w:type="dxa"/>
              <w:left w:w="38" w:type="dxa"/>
              <w:bottom w:w="28" w:type="dxa"/>
              <w:right w:w="38" w:type="dxa"/>
            </w:tcMar>
            <w:vAlign w:val="center"/>
          </w:tcPr>
          <w:p w14:paraId="493D28A3" w14:textId="77777777" w:rsidR="00D60D5E" w:rsidRDefault="00891EF0">
            <w:pPr>
              <w:spacing w:after="0" w:line="240" w:lineRule="auto"/>
              <w:jc w:val="center"/>
            </w:pPr>
            <w:r>
              <w:rPr>
                <w:rFonts w:eastAsia="Aptos"/>
                <w:b/>
                <w:sz w:val="17"/>
              </w:rPr>
              <w:t>47.10</w:t>
            </w:r>
          </w:p>
        </w:tc>
        <w:tc>
          <w:tcPr>
            <w:tcW w:w="540" w:type="dxa"/>
            <w:tcMar>
              <w:top w:w="28" w:type="dxa"/>
              <w:left w:w="38" w:type="dxa"/>
              <w:bottom w:w="28" w:type="dxa"/>
              <w:right w:w="38" w:type="dxa"/>
            </w:tcMar>
            <w:vAlign w:val="center"/>
          </w:tcPr>
          <w:p w14:paraId="4A4CBF6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D5758C9" w14:textId="77777777" w:rsidR="00D60D5E" w:rsidRDefault="00D60D5E">
            <w:pPr>
              <w:jc w:val="center"/>
            </w:pPr>
          </w:p>
        </w:tc>
      </w:tr>
      <w:tr w:rsidR="00D60D5E" w14:paraId="2F599A60" w14:textId="77777777" w:rsidTr="000617E0">
        <w:trPr>
          <w:cantSplit/>
          <w:jc w:val="center"/>
        </w:trPr>
        <w:tc>
          <w:tcPr>
            <w:tcW w:w="677" w:type="dxa"/>
            <w:tcMar>
              <w:top w:w="28" w:type="dxa"/>
              <w:left w:w="38" w:type="dxa"/>
              <w:bottom w:w="28" w:type="dxa"/>
              <w:right w:w="38" w:type="dxa"/>
            </w:tcMar>
            <w:vAlign w:val="center"/>
          </w:tcPr>
          <w:p w14:paraId="6AACBC7E" w14:textId="77777777" w:rsidR="00D60D5E" w:rsidRDefault="00891EF0">
            <w:pPr>
              <w:spacing w:after="0" w:line="240" w:lineRule="auto"/>
              <w:jc w:val="center"/>
            </w:pPr>
            <w:r>
              <w:rPr>
                <w:rFonts w:eastAsia="Aptos"/>
                <w:color w:val="6A7075"/>
                <w:sz w:val="17"/>
              </w:rPr>
              <w:t>375-110</w:t>
            </w:r>
          </w:p>
        </w:tc>
        <w:tc>
          <w:tcPr>
            <w:tcW w:w="2648" w:type="dxa"/>
            <w:tcMar>
              <w:top w:w="28" w:type="dxa"/>
              <w:left w:w="38" w:type="dxa"/>
              <w:bottom w:w="28" w:type="dxa"/>
              <w:right w:w="38" w:type="dxa"/>
            </w:tcMar>
            <w:vAlign w:val="center"/>
          </w:tcPr>
          <w:p w14:paraId="7FC82701" w14:textId="77777777" w:rsidR="00D60D5E" w:rsidRDefault="00891EF0">
            <w:pPr>
              <w:spacing w:after="0" w:line="240" w:lineRule="auto"/>
            </w:pPr>
            <w:r>
              <w:rPr>
                <w:rFonts w:eastAsia="Aptos"/>
                <w:sz w:val="17"/>
              </w:rPr>
              <w:t>Seagrams Canadian VO 750ml</w:t>
            </w:r>
          </w:p>
        </w:tc>
        <w:tc>
          <w:tcPr>
            <w:tcW w:w="630" w:type="dxa"/>
            <w:tcMar>
              <w:top w:w="28" w:type="dxa"/>
              <w:left w:w="38" w:type="dxa"/>
              <w:bottom w:w="28" w:type="dxa"/>
              <w:right w:w="38" w:type="dxa"/>
            </w:tcMar>
            <w:vAlign w:val="center"/>
          </w:tcPr>
          <w:p w14:paraId="3C8D4D85" w14:textId="77777777" w:rsidR="00D60D5E" w:rsidRDefault="00891EF0">
            <w:pPr>
              <w:spacing w:after="0" w:line="240" w:lineRule="auto"/>
              <w:jc w:val="center"/>
            </w:pPr>
            <w:r>
              <w:rPr>
                <w:rFonts w:eastAsia="Aptos"/>
                <w:b/>
                <w:sz w:val="17"/>
              </w:rPr>
              <w:t>16.40</w:t>
            </w:r>
          </w:p>
        </w:tc>
        <w:tc>
          <w:tcPr>
            <w:tcW w:w="540" w:type="dxa"/>
            <w:tcMar>
              <w:top w:w="28" w:type="dxa"/>
              <w:left w:w="38" w:type="dxa"/>
              <w:bottom w:w="28" w:type="dxa"/>
              <w:right w:w="38" w:type="dxa"/>
            </w:tcMar>
            <w:vAlign w:val="center"/>
          </w:tcPr>
          <w:p w14:paraId="13E3C06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3592E80" w14:textId="77777777" w:rsidR="00D60D5E" w:rsidRDefault="00D60D5E">
            <w:pPr>
              <w:jc w:val="center"/>
            </w:pPr>
          </w:p>
        </w:tc>
      </w:tr>
      <w:tr w:rsidR="00D60D5E" w14:paraId="2688049B" w14:textId="77777777" w:rsidTr="000617E0">
        <w:trPr>
          <w:cantSplit/>
          <w:jc w:val="center"/>
        </w:trPr>
        <w:tc>
          <w:tcPr>
            <w:tcW w:w="677" w:type="dxa"/>
            <w:tcMar>
              <w:top w:w="28" w:type="dxa"/>
              <w:left w:w="38" w:type="dxa"/>
              <w:bottom w:w="28" w:type="dxa"/>
              <w:right w:w="38" w:type="dxa"/>
            </w:tcMar>
            <w:vAlign w:val="center"/>
          </w:tcPr>
          <w:p w14:paraId="1B841F5B" w14:textId="77777777" w:rsidR="00D60D5E" w:rsidRDefault="00891EF0">
            <w:pPr>
              <w:spacing w:after="0" w:line="240" w:lineRule="auto"/>
              <w:jc w:val="center"/>
            </w:pPr>
            <w:r>
              <w:rPr>
                <w:rFonts w:eastAsia="Aptos"/>
                <w:color w:val="6A7075"/>
                <w:sz w:val="17"/>
              </w:rPr>
              <w:t>375-115</w:t>
            </w:r>
          </w:p>
        </w:tc>
        <w:tc>
          <w:tcPr>
            <w:tcW w:w="2648" w:type="dxa"/>
            <w:tcMar>
              <w:top w:w="28" w:type="dxa"/>
              <w:left w:w="38" w:type="dxa"/>
              <w:bottom w:w="28" w:type="dxa"/>
              <w:right w:w="38" w:type="dxa"/>
            </w:tcMar>
            <w:vAlign w:val="center"/>
          </w:tcPr>
          <w:p w14:paraId="36B3AEAA" w14:textId="77777777" w:rsidR="00D60D5E" w:rsidRDefault="00891EF0">
            <w:pPr>
              <w:spacing w:after="0" w:line="240" w:lineRule="auto"/>
            </w:pPr>
            <w:r>
              <w:rPr>
                <w:rFonts w:eastAsia="Aptos"/>
                <w:sz w:val="17"/>
              </w:rPr>
              <w:t>Crown Royal Canadian DeLuxe 750ml</w:t>
            </w:r>
          </w:p>
        </w:tc>
        <w:tc>
          <w:tcPr>
            <w:tcW w:w="630" w:type="dxa"/>
            <w:tcMar>
              <w:top w:w="28" w:type="dxa"/>
              <w:left w:w="38" w:type="dxa"/>
              <w:bottom w:w="28" w:type="dxa"/>
              <w:right w:w="38" w:type="dxa"/>
            </w:tcMar>
            <w:vAlign w:val="center"/>
          </w:tcPr>
          <w:p w14:paraId="264089F9" w14:textId="77777777" w:rsidR="00D60D5E" w:rsidRDefault="00891EF0">
            <w:pPr>
              <w:spacing w:after="0" w:line="240" w:lineRule="auto"/>
              <w:jc w:val="center"/>
            </w:pPr>
            <w:r>
              <w:rPr>
                <w:rFonts w:eastAsia="Aptos"/>
                <w:b/>
                <w:sz w:val="17"/>
              </w:rPr>
              <w:t>36.19</w:t>
            </w:r>
          </w:p>
        </w:tc>
        <w:tc>
          <w:tcPr>
            <w:tcW w:w="540" w:type="dxa"/>
            <w:tcMar>
              <w:top w:w="28" w:type="dxa"/>
              <w:left w:w="38" w:type="dxa"/>
              <w:bottom w:w="28" w:type="dxa"/>
              <w:right w:w="38" w:type="dxa"/>
            </w:tcMar>
            <w:vAlign w:val="center"/>
          </w:tcPr>
          <w:p w14:paraId="14F9E39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19D9C75" w14:textId="77777777" w:rsidR="00D60D5E" w:rsidRDefault="00D60D5E">
            <w:pPr>
              <w:jc w:val="center"/>
            </w:pPr>
          </w:p>
        </w:tc>
      </w:tr>
      <w:tr w:rsidR="00D60D5E" w14:paraId="6A7F2E8A" w14:textId="77777777" w:rsidTr="000617E0">
        <w:trPr>
          <w:cantSplit/>
          <w:jc w:val="center"/>
        </w:trPr>
        <w:tc>
          <w:tcPr>
            <w:tcW w:w="677" w:type="dxa"/>
            <w:tcMar>
              <w:top w:w="28" w:type="dxa"/>
              <w:left w:w="38" w:type="dxa"/>
              <w:bottom w:w="28" w:type="dxa"/>
              <w:right w:w="38" w:type="dxa"/>
            </w:tcMar>
            <w:vAlign w:val="center"/>
          </w:tcPr>
          <w:p w14:paraId="4B256874" w14:textId="77777777" w:rsidR="00D60D5E" w:rsidRDefault="00891EF0">
            <w:pPr>
              <w:spacing w:after="0" w:line="240" w:lineRule="auto"/>
              <w:jc w:val="center"/>
            </w:pPr>
            <w:r>
              <w:rPr>
                <w:rFonts w:eastAsia="Aptos"/>
                <w:color w:val="6A7075"/>
                <w:sz w:val="17"/>
              </w:rPr>
              <w:t>375-120</w:t>
            </w:r>
          </w:p>
        </w:tc>
        <w:tc>
          <w:tcPr>
            <w:tcW w:w="2648" w:type="dxa"/>
            <w:tcMar>
              <w:top w:w="28" w:type="dxa"/>
              <w:left w:w="38" w:type="dxa"/>
              <w:bottom w:w="28" w:type="dxa"/>
              <w:right w:w="38" w:type="dxa"/>
            </w:tcMar>
            <w:vAlign w:val="center"/>
          </w:tcPr>
          <w:p w14:paraId="7525022E" w14:textId="77777777" w:rsidR="00D60D5E" w:rsidRDefault="00891EF0">
            <w:pPr>
              <w:spacing w:after="0" w:line="240" w:lineRule="auto"/>
            </w:pPr>
            <w:r>
              <w:rPr>
                <w:rFonts w:eastAsia="Aptos"/>
                <w:sz w:val="17"/>
              </w:rPr>
              <w:t>Canadian Club 750ml</w:t>
            </w:r>
          </w:p>
        </w:tc>
        <w:tc>
          <w:tcPr>
            <w:tcW w:w="630" w:type="dxa"/>
            <w:tcMar>
              <w:top w:w="28" w:type="dxa"/>
              <w:left w:w="38" w:type="dxa"/>
              <w:bottom w:w="28" w:type="dxa"/>
              <w:right w:w="38" w:type="dxa"/>
            </w:tcMar>
            <w:vAlign w:val="center"/>
          </w:tcPr>
          <w:p w14:paraId="27D188F6" w14:textId="77777777" w:rsidR="00D60D5E" w:rsidRDefault="00891EF0">
            <w:pPr>
              <w:spacing w:after="0" w:line="240" w:lineRule="auto"/>
              <w:jc w:val="center"/>
            </w:pPr>
            <w:r>
              <w:rPr>
                <w:rFonts w:eastAsia="Aptos"/>
                <w:b/>
                <w:sz w:val="17"/>
              </w:rPr>
              <w:t>25.00</w:t>
            </w:r>
          </w:p>
        </w:tc>
        <w:tc>
          <w:tcPr>
            <w:tcW w:w="540" w:type="dxa"/>
            <w:tcMar>
              <w:top w:w="28" w:type="dxa"/>
              <w:left w:w="38" w:type="dxa"/>
              <w:bottom w:w="28" w:type="dxa"/>
              <w:right w:w="38" w:type="dxa"/>
            </w:tcMar>
            <w:vAlign w:val="center"/>
          </w:tcPr>
          <w:p w14:paraId="2C800EB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47C1A261" w14:textId="77777777" w:rsidR="00D60D5E" w:rsidRDefault="00D60D5E">
            <w:pPr>
              <w:jc w:val="center"/>
            </w:pPr>
          </w:p>
        </w:tc>
      </w:tr>
      <w:tr w:rsidR="00D60D5E" w14:paraId="598AA13C" w14:textId="77777777" w:rsidTr="000617E0">
        <w:trPr>
          <w:cantSplit/>
          <w:jc w:val="center"/>
        </w:trPr>
        <w:tc>
          <w:tcPr>
            <w:tcW w:w="677" w:type="dxa"/>
            <w:shd w:val="clear" w:color="auto" w:fill="D9EAF7"/>
            <w:tcMar>
              <w:top w:w="28" w:type="dxa"/>
              <w:left w:w="38" w:type="dxa"/>
              <w:bottom w:w="28" w:type="dxa"/>
              <w:right w:w="38" w:type="dxa"/>
            </w:tcMar>
            <w:vAlign w:val="center"/>
          </w:tcPr>
          <w:p w14:paraId="2C295307" w14:textId="77777777" w:rsidR="00D60D5E" w:rsidRDefault="00891EF0">
            <w:pPr>
              <w:spacing w:after="0" w:line="240" w:lineRule="auto"/>
              <w:jc w:val="center"/>
            </w:pPr>
            <w:r>
              <w:rPr>
                <w:rFonts w:eastAsia="Aptos"/>
                <w:b/>
                <w:color w:val="2F4F8F"/>
                <w:sz w:val="18"/>
              </w:rPr>
              <w:t>380-</w:t>
            </w:r>
          </w:p>
        </w:tc>
        <w:tc>
          <w:tcPr>
            <w:tcW w:w="2648" w:type="dxa"/>
            <w:shd w:val="clear" w:color="auto" w:fill="D9EAF7"/>
            <w:tcMar>
              <w:top w:w="28" w:type="dxa"/>
              <w:left w:w="38" w:type="dxa"/>
              <w:bottom w:w="28" w:type="dxa"/>
              <w:right w:w="38" w:type="dxa"/>
            </w:tcMar>
            <w:vAlign w:val="center"/>
          </w:tcPr>
          <w:p w14:paraId="486306CA" w14:textId="77777777" w:rsidR="00D60D5E" w:rsidRDefault="00891EF0">
            <w:pPr>
              <w:spacing w:after="0" w:line="240" w:lineRule="auto"/>
            </w:pPr>
            <w:r>
              <w:rPr>
                <w:rFonts w:eastAsia="Aptos"/>
                <w:b/>
                <w:color w:val="2F4F8F"/>
                <w:sz w:val="18"/>
              </w:rPr>
              <w:t>BOURBON / RYE / TEQUILA</w:t>
            </w:r>
          </w:p>
        </w:tc>
        <w:tc>
          <w:tcPr>
            <w:tcW w:w="630" w:type="dxa"/>
            <w:shd w:val="clear" w:color="auto" w:fill="D9EAF7"/>
            <w:tcMar>
              <w:top w:w="28" w:type="dxa"/>
              <w:left w:w="38" w:type="dxa"/>
              <w:bottom w:w="28" w:type="dxa"/>
              <w:right w:w="38" w:type="dxa"/>
            </w:tcMar>
            <w:vAlign w:val="center"/>
          </w:tcPr>
          <w:p w14:paraId="1A0845A8"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4A650271"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201B7CAC" w14:textId="77777777" w:rsidR="00D60D5E" w:rsidRDefault="00D60D5E">
            <w:pPr>
              <w:jc w:val="center"/>
            </w:pPr>
          </w:p>
        </w:tc>
      </w:tr>
      <w:tr w:rsidR="00D60D5E" w14:paraId="1984155D" w14:textId="77777777" w:rsidTr="000617E0">
        <w:trPr>
          <w:cantSplit/>
          <w:jc w:val="center"/>
        </w:trPr>
        <w:tc>
          <w:tcPr>
            <w:tcW w:w="677" w:type="dxa"/>
            <w:tcMar>
              <w:top w:w="28" w:type="dxa"/>
              <w:left w:w="38" w:type="dxa"/>
              <w:bottom w:w="28" w:type="dxa"/>
              <w:right w:w="38" w:type="dxa"/>
            </w:tcMar>
            <w:vAlign w:val="center"/>
          </w:tcPr>
          <w:p w14:paraId="365850F7" w14:textId="77777777" w:rsidR="00D60D5E" w:rsidRDefault="00891EF0">
            <w:pPr>
              <w:spacing w:after="0" w:line="240" w:lineRule="auto"/>
              <w:jc w:val="center"/>
            </w:pPr>
            <w:r>
              <w:rPr>
                <w:rFonts w:eastAsia="Aptos"/>
                <w:color w:val="6A7075"/>
                <w:sz w:val="17"/>
              </w:rPr>
              <w:t>380-105</w:t>
            </w:r>
          </w:p>
        </w:tc>
        <w:tc>
          <w:tcPr>
            <w:tcW w:w="2648" w:type="dxa"/>
            <w:tcMar>
              <w:top w:w="28" w:type="dxa"/>
              <w:left w:w="38" w:type="dxa"/>
              <w:bottom w:w="28" w:type="dxa"/>
              <w:right w:w="38" w:type="dxa"/>
            </w:tcMar>
            <w:vAlign w:val="center"/>
          </w:tcPr>
          <w:p w14:paraId="7526E939" w14:textId="77777777" w:rsidR="00D60D5E" w:rsidRDefault="00891EF0">
            <w:pPr>
              <w:spacing w:after="0" w:line="240" w:lineRule="auto"/>
            </w:pPr>
            <w:r>
              <w:rPr>
                <w:rFonts w:eastAsia="Aptos"/>
                <w:sz w:val="17"/>
              </w:rPr>
              <w:t>Jack Daniels 750ml</w:t>
            </w:r>
          </w:p>
        </w:tc>
        <w:tc>
          <w:tcPr>
            <w:tcW w:w="630" w:type="dxa"/>
            <w:tcMar>
              <w:top w:w="28" w:type="dxa"/>
              <w:left w:w="38" w:type="dxa"/>
              <w:bottom w:w="28" w:type="dxa"/>
              <w:right w:w="38" w:type="dxa"/>
            </w:tcMar>
            <w:vAlign w:val="center"/>
          </w:tcPr>
          <w:p w14:paraId="70CE1336" w14:textId="77777777" w:rsidR="00D60D5E" w:rsidRDefault="00891EF0">
            <w:pPr>
              <w:spacing w:after="0" w:line="240" w:lineRule="auto"/>
              <w:jc w:val="center"/>
            </w:pPr>
            <w:r>
              <w:rPr>
                <w:rFonts w:eastAsia="Aptos"/>
                <w:b/>
                <w:sz w:val="17"/>
              </w:rPr>
              <w:t>48.15</w:t>
            </w:r>
          </w:p>
        </w:tc>
        <w:tc>
          <w:tcPr>
            <w:tcW w:w="540" w:type="dxa"/>
            <w:tcMar>
              <w:top w:w="28" w:type="dxa"/>
              <w:left w:w="38" w:type="dxa"/>
              <w:bottom w:w="28" w:type="dxa"/>
              <w:right w:w="38" w:type="dxa"/>
            </w:tcMar>
            <w:vAlign w:val="center"/>
          </w:tcPr>
          <w:p w14:paraId="2CC3E0DA"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95C3C3" w14:textId="77777777" w:rsidR="00D60D5E" w:rsidRDefault="00D60D5E">
            <w:pPr>
              <w:jc w:val="center"/>
            </w:pPr>
          </w:p>
        </w:tc>
      </w:tr>
      <w:tr w:rsidR="00D60D5E" w14:paraId="4A9EFA81" w14:textId="77777777" w:rsidTr="000617E0">
        <w:trPr>
          <w:cantSplit/>
          <w:jc w:val="center"/>
        </w:trPr>
        <w:tc>
          <w:tcPr>
            <w:tcW w:w="677" w:type="dxa"/>
            <w:tcMar>
              <w:top w:w="28" w:type="dxa"/>
              <w:left w:w="38" w:type="dxa"/>
              <w:bottom w:w="28" w:type="dxa"/>
              <w:right w:w="38" w:type="dxa"/>
            </w:tcMar>
            <w:vAlign w:val="center"/>
          </w:tcPr>
          <w:p w14:paraId="7B345EA2" w14:textId="77777777" w:rsidR="00D60D5E" w:rsidRDefault="00891EF0">
            <w:pPr>
              <w:spacing w:after="0" w:line="240" w:lineRule="auto"/>
              <w:jc w:val="center"/>
            </w:pPr>
            <w:r>
              <w:rPr>
                <w:rFonts w:eastAsia="Aptos"/>
                <w:color w:val="6A7075"/>
                <w:sz w:val="17"/>
              </w:rPr>
              <w:t>380-110</w:t>
            </w:r>
          </w:p>
        </w:tc>
        <w:tc>
          <w:tcPr>
            <w:tcW w:w="2648" w:type="dxa"/>
            <w:tcMar>
              <w:top w:w="28" w:type="dxa"/>
              <w:left w:w="38" w:type="dxa"/>
              <w:bottom w:w="28" w:type="dxa"/>
              <w:right w:w="38" w:type="dxa"/>
            </w:tcMar>
            <w:vAlign w:val="center"/>
          </w:tcPr>
          <w:p w14:paraId="231F627E" w14:textId="77777777" w:rsidR="00D60D5E" w:rsidRDefault="00891EF0">
            <w:pPr>
              <w:spacing w:after="0" w:line="240" w:lineRule="auto"/>
            </w:pPr>
            <w:r>
              <w:rPr>
                <w:rFonts w:eastAsia="Aptos"/>
                <w:sz w:val="17"/>
              </w:rPr>
              <w:t>Gentlemen’s Jack 750ml</w:t>
            </w:r>
          </w:p>
        </w:tc>
        <w:tc>
          <w:tcPr>
            <w:tcW w:w="630" w:type="dxa"/>
            <w:tcMar>
              <w:top w:w="28" w:type="dxa"/>
              <w:left w:w="38" w:type="dxa"/>
              <w:bottom w:w="28" w:type="dxa"/>
              <w:right w:w="38" w:type="dxa"/>
            </w:tcMar>
            <w:vAlign w:val="center"/>
          </w:tcPr>
          <w:p w14:paraId="06123625" w14:textId="77777777" w:rsidR="00D60D5E" w:rsidRDefault="00891EF0">
            <w:pPr>
              <w:spacing w:after="0" w:line="240" w:lineRule="auto"/>
              <w:jc w:val="center"/>
            </w:pPr>
            <w:r>
              <w:rPr>
                <w:rFonts w:eastAsia="Aptos"/>
                <w:b/>
                <w:sz w:val="17"/>
              </w:rPr>
              <w:t>45.99</w:t>
            </w:r>
          </w:p>
        </w:tc>
        <w:tc>
          <w:tcPr>
            <w:tcW w:w="540" w:type="dxa"/>
            <w:tcMar>
              <w:top w:w="28" w:type="dxa"/>
              <w:left w:w="38" w:type="dxa"/>
              <w:bottom w:w="28" w:type="dxa"/>
              <w:right w:w="38" w:type="dxa"/>
            </w:tcMar>
            <w:vAlign w:val="center"/>
          </w:tcPr>
          <w:p w14:paraId="03B3F00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0BF411" w14:textId="77777777" w:rsidR="00D60D5E" w:rsidRDefault="00D60D5E">
            <w:pPr>
              <w:jc w:val="center"/>
            </w:pPr>
          </w:p>
        </w:tc>
      </w:tr>
      <w:tr w:rsidR="00D60D5E" w14:paraId="0BCAE2AB" w14:textId="77777777" w:rsidTr="000617E0">
        <w:trPr>
          <w:cantSplit/>
          <w:jc w:val="center"/>
        </w:trPr>
        <w:tc>
          <w:tcPr>
            <w:tcW w:w="677" w:type="dxa"/>
            <w:tcMar>
              <w:top w:w="28" w:type="dxa"/>
              <w:left w:w="38" w:type="dxa"/>
              <w:bottom w:w="28" w:type="dxa"/>
              <w:right w:w="38" w:type="dxa"/>
            </w:tcMar>
            <w:vAlign w:val="center"/>
          </w:tcPr>
          <w:p w14:paraId="4FFD07E5" w14:textId="77777777" w:rsidR="00D60D5E" w:rsidRDefault="00891EF0">
            <w:pPr>
              <w:spacing w:after="0" w:line="240" w:lineRule="auto"/>
              <w:jc w:val="center"/>
            </w:pPr>
            <w:r>
              <w:rPr>
                <w:rFonts w:eastAsia="Aptos"/>
                <w:color w:val="6A7075"/>
                <w:sz w:val="17"/>
              </w:rPr>
              <w:t>380-115</w:t>
            </w:r>
          </w:p>
        </w:tc>
        <w:tc>
          <w:tcPr>
            <w:tcW w:w="2648" w:type="dxa"/>
            <w:tcMar>
              <w:top w:w="28" w:type="dxa"/>
              <w:left w:w="38" w:type="dxa"/>
              <w:bottom w:w="28" w:type="dxa"/>
              <w:right w:w="38" w:type="dxa"/>
            </w:tcMar>
            <w:vAlign w:val="center"/>
          </w:tcPr>
          <w:p w14:paraId="3924BEA6" w14:textId="77777777" w:rsidR="00D60D5E" w:rsidRDefault="00891EF0">
            <w:pPr>
              <w:spacing w:after="0" w:line="240" w:lineRule="auto"/>
            </w:pPr>
            <w:r>
              <w:rPr>
                <w:rFonts w:eastAsia="Aptos"/>
                <w:sz w:val="17"/>
              </w:rPr>
              <w:t>Makers Mark 46 Bourbon 750 ml</w:t>
            </w:r>
          </w:p>
        </w:tc>
        <w:tc>
          <w:tcPr>
            <w:tcW w:w="630" w:type="dxa"/>
            <w:tcMar>
              <w:top w:w="28" w:type="dxa"/>
              <w:left w:w="38" w:type="dxa"/>
              <w:bottom w:w="28" w:type="dxa"/>
              <w:right w:w="38" w:type="dxa"/>
            </w:tcMar>
            <w:vAlign w:val="center"/>
          </w:tcPr>
          <w:p w14:paraId="51B2B3B4" w14:textId="77777777" w:rsidR="00D60D5E" w:rsidRDefault="00891EF0">
            <w:pPr>
              <w:spacing w:after="0" w:line="240" w:lineRule="auto"/>
              <w:jc w:val="center"/>
            </w:pPr>
            <w:r>
              <w:rPr>
                <w:rFonts w:eastAsia="Aptos"/>
                <w:b/>
                <w:sz w:val="17"/>
              </w:rPr>
              <w:t>65.59</w:t>
            </w:r>
          </w:p>
        </w:tc>
        <w:tc>
          <w:tcPr>
            <w:tcW w:w="540" w:type="dxa"/>
            <w:tcMar>
              <w:top w:w="28" w:type="dxa"/>
              <w:left w:w="38" w:type="dxa"/>
              <w:bottom w:w="28" w:type="dxa"/>
              <w:right w:w="38" w:type="dxa"/>
            </w:tcMar>
            <w:vAlign w:val="center"/>
          </w:tcPr>
          <w:p w14:paraId="4FA4F29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05FB1114" w14:textId="77777777" w:rsidR="00D60D5E" w:rsidRDefault="00D60D5E">
            <w:pPr>
              <w:jc w:val="center"/>
            </w:pPr>
          </w:p>
        </w:tc>
      </w:tr>
      <w:tr w:rsidR="00D60D5E" w14:paraId="7661D118" w14:textId="77777777" w:rsidTr="000617E0">
        <w:trPr>
          <w:cantSplit/>
          <w:jc w:val="center"/>
        </w:trPr>
        <w:tc>
          <w:tcPr>
            <w:tcW w:w="677" w:type="dxa"/>
            <w:tcMar>
              <w:top w:w="28" w:type="dxa"/>
              <w:left w:w="38" w:type="dxa"/>
              <w:bottom w:w="28" w:type="dxa"/>
              <w:right w:w="38" w:type="dxa"/>
            </w:tcMar>
            <w:vAlign w:val="center"/>
          </w:tcPr>
          <w:p w14:paraId="016668A8" w14:textId="77777777" w:rsidR="00D60D5E" w:rsidRDefault="00891EF0">
            <w:pPr>
              <w:spacing w:after="0" w:line="240" w:lineRule="auto"/>
              <w:jc w:val="center"/>
            </w:pPr>
            <w:r>
              <w:rPr>
                <w:rFonts w:eastAsia="Aptos"/>
                <w:color w:val="6A7075"/>
                <w:sz w:val="17"/>
              </w:rPr>
              <w:t>380-120</w:t>
            </w:r>
          </w:p>
        </w:tc>
        <w:tc>
          <w:tcPr>
            <w:tcW w:w="2648" w:type="dxa"/>
            <w:tcMar>
              <w:top w:w="28" w:type="dxa"/>
              <w:left w:w="38" w:type="dxa"/>
              <w:bottom w:w="28" w:type="dxa"/>
              <w:right w:w="38" w:type="dxa"/>
            </w:tcMar>
            <w:vAlign w:val="center"/>
          </w:tcPr>
          <w:p w14:paraId="50C9A0CA" w14:textId="77777777" w:rsidR="00D60D5E" w:rsidRDefault="00891EF0">
            <w:pPr>
              <w:spacing w:after="0" w:line="240" w:lineRule="auto"/>
            </w:pPr>
            <w:r>
              <w:rPr>
                <w:rFonts w:eastAsia="Aptos"/>
                <w:sz w:val="17"/>
              </w:rPr>
              <w:t>Jim Beam Bourbon 750 ml</w:t>
            </w:r>
          </w:p>
        </w:tc>
        <w:tc>
          <w:tcPr>
            <w:tcW w:w="630" w:type="dxa"/>
            <w:tcMar>
              <w:top w:w="28" w:type="dxa"/>
              <w:left w:w="38" w:type="dxa"/>
              <w:bottom w:w="28" w:type="dxa"/>
              <w:right w:w="38" w:type="dxa"/>
            </w:tcMar>
            <w:vAlign w:val="center"/>
          </w:tcPr>
          <w:p w14:paraId="622A4238" w14:textId="77777777" w:rsidR="00D60D5E" w:rsidRDefault="00891EF0">
            <w:pPr>
              <w:spacing w:after="0" w:line="240" w:lineRule="auto"/>
              <w:jc w:val="center"/>
            </w:pPr>
            <w:r>
              <w:rPr>
                <w:rFonts w:eastAsia="Aptos"/>
                <w:b/>
                <w:sz w:val="17"/>
              </w:rPr>
              <w:t>29.10</w:t>
            </w:r>
          </w:p>
        </w:tc>
        <w:tc>
          <w:tcPr>
            <w:tcW w:w="540" w:type="dxa"/>
            <w:tcMar>
              <w:top w:w="28" w:type="dxa"/>
              <w:left w:w="38" w:type="dxa"/>
              <w:bottom w:w="28" w:type="dxa"/>
              <w:right w:w="38" w:type="dxa"/>
            </w:tcMar>
            <w:vAlign w:val="center"/>
          </w:tcPr>
          <w:p w14:paraId="0A3B45AC"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EC9D78" w14:textId="77777777" w:rsidR="00D60D5E" w:rsidRDefault="00D60D5E">
            <w:pPr>
              <w:jc w:val="center"/>
            </w:pPr>
          </w:p>
        </w:tc>
      </w:tr>
      <w:tr w:rsidR="00D60D5E" w14:paraId="0BE62987" w14:textId="77777777" w:rsidTr="000617E0">
        <w:trPr>
          <w:cantSplit/>
          <w:jc w:val="center"/>
        </w:trPr>
        <w:tc>
          <w:tcPr>
            <w:tcW w:w="677" w:type="dxa"/>
            <w:tcMar>
              <w:top w:w="28" w:type="dxa"/>
              <w:left w:w="38" w:type="dxa"/>
              <w:bottom w:w="28" w:type="dxa"/>
              <w:right w:w="38" w:type="dxa"/>
            </w:tcMar>
            <w:vAlign w:val="center"/>
          </w:tcPr>
          <w:p w14:paraId="219F7105" w14:textId="77777777" w:rsidR="00D60D5E" w:rsidRDefault="00891EF0">
            <w:pPr>
              <w:spacing w:after="0" w:line="240" w:lineRule="auto"/>
              <w:jc w:val="center"/>
            </w:pPr>
            <w:r>
              <w:rPr>
                <w:rFonts w:eastAsia="Aptos"/>
                <w:color w:val="6A7075"/>
                <w:sz w:val="17"/>
              </w:rPr>
              <w:t>380-125</w:t>
            </w:r>
          </w:p>
        </w:tc>
        <w:tc>
          <w:tcPr>
            <w:tcW w:w="2648" w:type="dxa"/>
            <w:tcMar>
              <w:top w:w="28" w:type="dxa"/>
              <w:left w:w="38" w:type="dxa"/>
              <w:bottom w:w="28" w:type="dxa"/>
              <w:right w:w="38" w:type="dxa"/>
            </w:tcMar>
            <w:vAlign w:val="center"/>
          </w:tcPr>
          <w:p w14:paraId="7CBF847C" w14:textId="77777777" w:rsidR="00D60D5E" w:rsidRDefault="00891EF0">
            <w:pPr>
              <w:spacing w:after="0" w:line="240" w:lineRule="auto"/>
            </w:pPr>
            <w:r>
              <w:rPr>
                <w:rFonts w:eastAsia="Aptos"/>
                <w:sz w:val="17"/>
              </w:rPr>
              <w:t>Tequila Gold/Silver 70cl Casamigos</w:t>
            </w:r>
          </w:p>
        </w:tc>
        <w:tc>
          <w:tcPr>
            <w:tcW w:w="630" w:type="dxa"/>
            <w:tcMar>
              <w:top w:w="28" w:type="dxa"/>
              <w:left w:w="38" w:type="dxa"/>
              <w:bottom w:w="28" w:type="dxa"/>
              <w:right w:w="38" w:type="dxa"/>
            </w:tcMar>
            <w:vAlign w:val="center"/>
          </w:tcPr>
          <w:p w14:paraId="5A4A87AD" w14:textId="77777777" w:rsidR="00D60D5E" w:rsidRDefault="00891EF0">
            <w:pPr>
              <w:spacing w:after="0" w:line="240" w:lineRule="auto"/>
              <w:jc w:val="center"/>
            </w:pPr>
            <w:r>
              <w:rPr>
                <w:rFonts w:eastAsia="Aptos"/>
                <w:b/>
                <w:sz w:val="17"/>
              </w:rPr>
              <w:t>115.00</w:t>
            </w:r>
          </w:p>
        </w:tc>
        <w:tc>
          <w:tcPr>
            <w:tcW w:w="540" w:type="dxa"/>
            <w:tcMar>
              <w:top w:w="28" w:type="dxa"/>
              <w:left w:w="38" w:type="dxa"/>
              <w:bottom w:w="28" w:type="dxa"/>
              <w:right w:w="38" w:type="dxa"/>
            </w:tcMar>
            <w:vAlign w:val="center"/>
          </w:tcPr>
          <w:p w14:paraId="7843D0C9"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CADA029" w14:textId="77777777" w:rsidR="00D60D5E" w:rsidRDefault="00D60D5E">
            <w:pPr>
              <w:jc w:val="center"/>
            </w:pPr>
          </w:p>
        </w:tc>
      </w:tr>
      <w:tr w:rsidR="00D60D5E" w14:paraId="519CDEFF" w14:textId="77777777" w:rsidTr="000617E0">
        <w:trPr>
          <w:cantSplit/>
          <w:jc w:val="center"/>
        </w:trPr>
        <w:tc>
          <w:tcPr>
            <w:tcW w:w="677" w:type="dxa"/>
            <w:tcMar>
              <w:top w:w="28" w:type="dxa"/>
              <w:left w:w="38" w:type="dxa"/>
              <w:bottom w:w="28" w:type="dxa"/>
              <w:right w:w="38" w:type="dxa"/>
            </w:tcMar>
            <w:vAlign w:val="center"/>
          </w:tcPr>
          <w:p w14:paraId="17D3D159" w14:textId="77777777" w:rsidR="00D60D5E" w:rsidRDefault="00891EF0">
            <w:pPr>
              <w:spacing w:after="0" w:line="240" w:lineRule="auto"/>
              <w:jc w:val="center"/>
            </w:pPr>
            <w:r>
              <w:rPr>
                <w:rFonts w:eastAsia="Aptos"/>
                <w:color w:val="6A7075"/>
                <w:sz w:val="17"/>
              </w:rPr>
              <w:lastRenderedPageBreak/>
              <w:t>380-130</w:t>
            </w:r>
          </w:p>
        </w:tc>
        <w:tc>
          <w:tcPr>
            <w:tcW w:w="2648" w:type="dxa"/>
            <w:tcMar>
              <w:top w:w="28" w:type="dxa"/>
              <w:left w:w="38" w:type="dxa"/>
              <w:bottom w:w="28" w:type="dxa"/>
              <w:right w:w="38" w:type="dxa"/>
            </w:tcMar>
            <w:vAlign w:val="center"/>
          </w:tcPr>
          <w:p w14:paraId="34130ABD" w14:textId="77777777" w:rsidR="00D60D5E" w:rsidRDefault="00891EF0">
            <w:pPr>
              <w:spacing w:after="0" w:line="240" w:lineRule="auto"/>
            </w:pPr>
            <w:r>
              <w:rPr>
                <w:rFonts w:eastAsia="Aptos"/>
                <w:sz w:val="17"/>
              </w:rPr>
              <w:t>Tequila Gold/Silver 750ml Cuervo</w:t>
            </w:r>
          </w:p>
        </w:tc>
        <w:tc>
          <w:tcPr>
            <w:tcW w:w="630" w:type="dxa"/>
            <w:tcMar>
              <w:top w:w="28" w:type="dxa"/>
              <w:left w:w="38" w:type="dxa"/>
              <w:bottom w:w="28" w:type="dxa"/>
              <w:right w:w="38" w:type="dxa"/>
            </w:tcMar>
            <w:vAlign w:val="center"/>
          </w:tcPr>
          <w:p w14:paraId="598FD278" w14:textId="77777777" w:rsidR="00D60D5E" w:rsidRDefault="00891EF0">
            <w:pPr>
              <w:spacing w:after="0" w:line="240" w:lineRule="auto"/>
              <w:jc w:val="center"/>
            </w:pPr>
            <w:r>
              <w:rPr>
                <w:rFonts w:eastAsia="Aptos"/>
                <w:b/>
                <w:sz w:val="17"/>
              </w:rPr>
              <w:t>21.99</w:t>
            </w:r>
          </w:p>
        </w:tc>
        <w:tc>
          <w:tcPr>
            <w:tcW w:w="540" w:type="dxa"/>
            <w:tcMar>
              <w:top w:w="28" w:type="dxa"/>
              <w:left w:w="38" w:type="dxa"/>
              <w:bottom w:w="28" w:type="dxa"/>
              <w:right w:w="38" w:type="dxa"/>
            </w:tcMar>
            <w:vAlign w:val="center"/>
          </w:tcPr>
          <w:p w14:paraId="7D8A2F50"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39461B94" w14:textId="77777777" w:rsidR="00D60D5E" w:rsidRDefault="00D60D5E">
            <w:pPr>
              <w:jc w:val="center"/>
            </w:pPr>
          </w:p>
        </w:tc>
      </w:tr>
      <w:tr w:rsidR="00D60D5E" w14:paraId="6E1CFED4" w14:textId="77777777" w:rsidTr="000617E0">
        <w:trPr>
          <w:cantSplit/>
          <w:jc w:val="center"/>
        </w:trPr>
        <w:tc>
          <w:tcPr>
            <w:tcW w:w="677" w:type="dxa"/>
            <w:shd w:val="clear" w:color="auto" w:fill="D9EAF7"/>
            <w:tcMar>
              <w:top w:w="28" w:type="dxa"/>
              <w:left w:w="38" w:type="dxa"/>
              <w:bottom w:w="28" w:type="dxa"/>
              <w:right w:w="38" w:type="dxa"/>
            </w:tcMar>
            <w:vAlign w:val="center"/>
          </w:tcPr>
          <w:p w14:paraId="0A23BB80" w14:textId="77777777" w:rsidR="00D60D5E" w:rsidRDefault="00891EF0">
            <w:pPr>
              <w:spacing w:after="0" w:line="240" w:lineRule="auto"/>
              <w:jc w:val="center"/>
            </w:pPr>
            <w:r>
              <w:rPr>
                <w:rFonts w:eastAsia="Aptos"/>
                <w:b/>
                <w:color w:val="76A943"/>
                <w:sz w:val="18"/>
              </w:rPr>
              <w:t>385-</w:t>
            </w:r>
          </w:p>
        </w:tc>
        <w:tc>
          <w:tcPr>
            <w:tcW w:w="2648" w:type="dxa"/>
            <w:shd w:val="clear" w:color="auto" w:fill="D9EAF7"/>
            <w:tcMar>
              <w:top w:w="28" w:type="dxa"/>
              <w:left w:w="38" w:type="dxa"/>
              <w:bottom w:w="28" w:type="dxa"/>
              <w:right w:w="38" w:type="dxa"/>
            </w:tcMar>
            <w:vAlign w:val="center"/>
          </w:tcPr>
          <w:p w14:paraId="17DCCF55" w14:textId="77777777" w:rsidR="00D60D5E" w:rsidRDefault="00891EF0">
            <w:pPr>
              <w:spacing w:after="0" w:line="240" w:lineRule="auto"/>
            </w:pPr>
            <w:r>
              <w:rPr>
                <w:rFonts w:eastAsia="Aptos"/>
                <w:b/>
                <w:color w:val="76A943"/>
                <w:sz w:val="18"/>
              </w:rPr>
              <w:t>COGNAC &amp; BRANDY</w:t>
            </w:r>
          </w:p>
        </w:tc>
        <w:tc>
          <w:tcPr>
            <w:tcW w:w="630" w:type="dxa"/>
            <w:shd w:val="clear" w:color="auto" w:fill="D9EAF7"/>
            <w:tcMar>
              <w:top w:w="28" w:type="dxa"/>
              <w:left w:w="38" w:type="dxa"/>
              <w:bottom w:w="28" w:type="dxa"/>
              <w:right w:w="38" w:type="dxa"/>
            </w:tcMar>
            <w:vAlign w:val="center"/>
          </w:tcPr>
          <w:p w14:paraId="0D0A9B57"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6AF61991"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7E3FBC05" w14:textId="77777777" w:rsidR="00D60D5E" w:rsidRDefault="00D60D5E">
            <w:pPr>
              <w:jc w:val="center"/>
            </w:pPr>
          </w:p>
        </w:tc>
      </w:tr>
      <w:tr w:rsidR="00D60D5E" w14:paraId="4E58F77A" w14:textId="77777777" w:rsidTr="000617E0">
        <w:trPr>
          <w:cantSplit/>
          <w:jc w:val="center"/>
        </w:trPr>
        <w:tc>
          <w:tcPr>
            <w:tcW w:w="677" w:type="dxa"/>
            <w:tcMar>
              <w:top w:w="28" w:type="dxa"/>
              <w:left w:w="38" w:type="dxa"/>
              <w:bottom w:w="28" w:type="dxa"/>
              <w:right w:w="38" w:type="dxa"/>
            </w:tcMar>
            <w:vAlign w:val="center"/>
          </w:tcPr>
          <w:p w14:paraId="69690453" w14:textId="77777777" w:rsidR="00D60D5E" w:rsidRDefault="00891EF0">
            <w:pPr>
              <w:spacing w:after="0" w:line="240" w:lineRule="auto"/>
              <w:jc w:val="center"/>
            </w:pPr>
            <w:r>
              <w:rPr>
                <w:rFonts w:eastAsia="Aptos"/>
                <w:color w:val="6A7075"/>
                <w:sz w:val="17"/>
              </w:rPr>
              <w:t>385-105</w:t>
            </w:r>
          </w:p>
        </w:tc>
        <w:tc>
          <w:tcPr>
            <w:tcW w:w="2648" w:type="dxa"/>
            <w:tcMar>
              <w:top w:w="28" w:type="dxa"/>
              <w:left w:w="38" w:type="dxa"/>
              <w:bottom w:w="28" w:type="dxa"/>
              <w:right w:w="38" w:type="dxa"/>
            </w:tcMar>
            <w:vAlign w:val="center"/>
          </w:tcPr>
          <w:p w14:paraId="7CD7C0FC" w14:textId="77777777" w:rsidR="00D60D5E" w:rsidRDefault="00891EF0">
            <w:pPr>
              <w:spacing w:after="0" w:line="240" w:lineRule="auto"/>
            </w:pPr>
            <w:r>
              <w:rPr>
                <w:rFonts w:eastAsia="Aptos"/>
                <w:sz w:val="17"/>
              </w:rPr>
              <w:t>Courvoisier VS 700ml / 70cl</w:t>
            </w:r>
          </w:p>
        </w:tc>
        <w:tc>
          <w:tcPr>
            <w:tcW w:w="630" w:type="dxa"/>
            <w:tcMar>
              <w:top w:w="28" w:type="dxa"/>
              <w:left w:w="38" w:type="dxa"/>
              <w:bottom w:w="28" w:type="dxa"/>
              <w:right w:w="38" w:type="dxa"/>
            </w:tcMar>
            <w:vAlign w:val="center"/>
          </w:tcPr>
          <w:p w14:paraId="7C1385C5" w14:textId="77777777" w:rsidR="00D60D5E" w:rsidRDefault="00891EF0">
            <w:pPr>
              <w:spacing w:after="0" w:line="240" w:lineRule="auto"/>
              <w:jc w:val="center"/>
            </w:pPr>
            <w:r>
              <w:rPr>
                <w:rFonts w:eastAsia="Aptos"/>
                <w:b/>
                <w:sz w:val="17"/>
              </w:rPr>
              <w:t>47.99</w:t>
            </w:r>
          </w:p>
        </w:tc>
        <w:tc>
          <w:tcPr>
            <w:tcW w:w="540" w:type="dxa"/>
            <w:tcMar>
              <w:top w:w="28" w:type="dxa"/>
              <w:left w:w="38" w:type="dxa"/>
              <w:bottom w:w="28" w:type="dxa"/>
              <w:right w:w="38" w:type="dxa"/>
            </w:tcMar>
            <w:vAlign w:val="center"/>
          </w:tcPr>
          <w:p w14:paraId="13FFCB15"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71EA97D" w14:textId="77777777" w:rsidR="00D60D5E" w:rsidRDefault="00D60D5E">
            <w:pPr>
              <w:jc w:val="center"/>
            </w:pPr>
          </w:p>
        </w:tc>
      </w:tr>
      <w:tr w:rsidR="00D60D5E" w14:paraId="5717B2C8" w14:textId="77777777" w:rsidTr="000617E0">
        <w:trPr>
          <w:cantSplit/>
          <w:jc w:val="center"/>
        </w:trPr>
        <w:tc>
          <w:tcPr>
            <w:tcW w:w="677" w:type="dxa"/>
            <w:tcMar>
              <w:top w:w="28" w:type="dxa"/>
              <w:left w:w="38" w:type="dxa"/>
              <w:bottom w:w="28" w:type="dxa"/>
              <w:right w:w="38" w:type="dxa"/>
            </w:tcMar>
            <w:vAlign w:val="center"/>
          </w:tcPr>
          <w:p w14:paraId="461ADFB5" w14:textId="77777777" w:rsidR="00D60D5E" w:rsidRDefault="00891EF0">
            <w:pPr>
              <w:spacing w:after="0" w:line="240" w:lineRule="auto"/>
              <w:jc w:val="center"/>
            </w:pPr>
            <w:r>
              <w:rPr>
                <w:rFonts w:eastAsia="Aptos"/>
                <w:color w:val="6A7075"/>
                <w:sz w:val="17"/>
              </w:rPr>
              <w:t>385-110</w:t>
            </w:r>
          </w:p>
        </w:tc>
        <w:tc>
          <w:tcPr>
            <w:tcW w:w="2648" w:type="dxa"/>
            <w:tcMar>
              <w:top w:w="28" w:type="dxa"/>
              <w:left w:w="38" w:type="dxa"/>
              <w:bottom w:w="28" w:type="dxa"/>
              <w:right w:w="38" w:type="dxa"/>
            </w:tcMar>
            <w:vAlign w:val="center"/>
          </w:tcPr>
          <w:p w14:paraId="1004FB2C" w14:textId="77777777" w:rsidR="00D60D5E" w:rsidRDefault="00891EF0">
            <w:pPr>
              <w:spacing w:after="0" w:line="240" w:lineRule="auto"/>
            </w:pPr>
            <w:r>
              <w:rPr>
                <w:rFonts w:eastAsia="Aptos"/>
                <w:sz w:val="17"/>
              </w:rPr>
              <w:t>Courvoisier VSOP 700ml / 70cl</w:t>
            </w:r>
          </w:p>
        </w:tc>
        <w:tc>
          <w:tcPr>
            <w:tcW w:w="630" w:type="dxa"/>
            <w:tcMar>
              <w:top w:w="28" w:type="dxa"/>
              <w:left w:w="38" w:type="dxa"/>
              <w:bottom w:w="28" w:type="dxa"/>
              <w:right w:w="38" w:type="dxa"/>
            </w:tcMar>
            <w:vAlign w:val="center"/>
          </w:tcPr>
          <w:p w14:paraId="2A248759" w14:textId="77777777" w:rsidR="00D60D5E" w:rsidRDefault="00891EF0">
            <w:pPr>
              <w:spacing w:after="0" w:line="240" w:lineRule="auto"/>
              <w:jc w:val="center"/>
            </w:pPr>
            <w:r>
              <w:rPr>
                <w:rFonts w:eastAsia="Aptos"/>
                <w:b/>
                <w:sz w:val="17"/>
              </w:rPr>
              <w:t>57.43</w:t>
            </w:r>
          </w:p>
        </w:tc>
        <w:tc>
          <w:tcPr>
            <w:tcW w:w="540" w:type="dxa"/>
            <w:tcMar>
              <w:top w:w="28" w:type="dxa"/>
              <w:left w:w="38" w:type="dxa"/>
              <w:bottom w:w="28" w:type="dxa"/>
              <w:right w:w="38" w:type="dxa"/>
            </w:tcMar>
            <w:vAlign w:val="center"/>
          </w:tcPr>
          <w:p w14:paraId="56693C4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E3AF6B8" w14:textId="77777777" w:rsidR="00D60D5E" w:rsidRDefault="00D60D5E">
            <w:pPr>
              <w:jc w:val="center"/>
            </w:pPr>
          </w:p>
        </w:tc>
      </w:tr>
      <w:tr w:rsidR="00D60D5E" w14:paraId="67560A5C" w14:textId="77777777" w:rsidTr="000617E0">
        <w:trPr>
          <w:cantSplit/>
          <w:jc w:val="center"/>
        </w:trPr>
        <w:tc>
          <w:tcPr>
            <w:tcW w:w="677" w:type="dxa"/>
            <w:tcMar>
              <w:top w:w="28" w:type="dxa"/>
              <w:left w:w="38" w:type="dxa"/>
              <w:bottom w:w="28" w:type="dxa"/>
              <w:right w:w="38" w:type="dxa"/>
            </w:tcMar>
            <w:vAlign w:val="center"/>
          </w:tcPr>
          <w:p w14:paraId="43327680" w14:textId="77777777" w:rsidR="00D60D5E" w:rsidRDefault="00891EF0">
            <w:pPr>
              <w:spacing w:after="0" w:line="240" w:lineRule="auto"/>
              <w:jc w:val="center"/>
            </w:pPr>
            <w:r>
              <w:rPr>
                <w:rFonts w:eastAsia="Aptos"/>
                <w:color w:val="6A7075"/>
                <w:sz w:val="17"/>
              </w:rPr>
              <w:t>385-115</w:t>
            </w:r>
          </w:p>
        </w:tc>
        <w:tc>
          <w:tcPr>
            <w:tcW w:w="2648" w:type="dxa"/>
            <w:tcMar>
              <w:top w:w="28" w:type="dxa"/>
              <w:left w:w="38" w:type="dxa"/>
              <w:bottom w:w="28" w:type="dxa"/>
              <w:right w:w="38" w:type="dxa"/>
            </w:tcMar>
            <w:vAlign w:val="center"/>
          </w:tcPr>
          <w:p w14:paraId="01F8F029" w14:textId="77777777" w:rsidR="00D60D5E" w:rsidRDefault="00891EF0">
            <w:pPr>
              <w:spacing w:after="0" w:line="240" w:lineRule="auto"/>
            </w:pPr>
            <w:r>
              <w:rPr>
                <w:rFonts w:eastAsia="Aptos"/>
                <w:sz w:val="17"/>
              </w:rPr>
              <w:t>Remy Martin VS Grand Cru 750ml</w:t>
            </w:r>
          </w:p>
        </w:tc>
        <w:tc>
          <w:tcPr>
            <w:tcW w:w="630" w:type="dxa"/>
            <w:tcMar>
              <w:top w:w="28" w:type="dxa"/>
              <w:left w:w="38" w:type="dxa"/>
              <w:bottom w:w="28" w:type="dxa"/>
              <w:right w:w="38" w:type="dxa"/>
            </w:tcMar>
            <w:vAlign w:val="center"/>
          </w:tcPr>
          <w:p w14:paraId="4621F856" w14:textId="77777777" w:rsidR="00D60D5E" w:rsidRDefault="00891EF0">
            <w:pPr>
              <w:spacing w:after="0" w:line="240" w:lineRule="auto"/>
              <w:jc w:val="center"/>
            </w:pPr>
            <w:r>
              <w:rPr>
                <w:rFonts w:eastAsia="Aptos"/>
                <w:b/>
                <w:sz w:val="17"/>
              </w:rPr>
              <w:t>75.69</w:t>
            </w:r>
          </w:p>
        </w:tc>
        <w:tc>
          <w:tcPr>
            <w:tcW w:w="540" w:type="dxa"/>
            <w:tcMar>
              <w:top w:w="28" w:type="dxa"/>
              <w:left w:w="38" w:type="dxa"/>
              <w:bottom w:w="28" w:type="dxa"/>
              <w:right w:w="38" w:type="dxa"/>
            </w:tcMar>
            <w:vAlign w:val="center"/>
          </w:tcPr>
          <w:p w14:paraId="2040D1DD"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1BFD4DD" w14:textId="77777777" w:rsidR="00D60D5E" w:rsidRDefault="00D60D5E">
            <w:pPr>
              <w:jc w:val="center"/>
            </w:pPr>
          </w:p>
        </w:tc>
      </w:tr>
      <w:tr w:rsidR="00D60D5E" w14:paraId="3E7F87A0" w14:textId="77777777" w:rsidTr="000617E0">
        <w:trPr>
          <w:cantSplit/>
          <w:jc w:val="center"/>
        </w:trPr>
        <w:tc>
          <w:tcPr>
            <w:tcW w:w="677" w:type="dxa"/>
            <w:tcMar>
              <w:top w:w="28" w:type="dxa"/>
              <w:left w:w="38" w:type="dxa"/>
              <w:bottom w:w="28" w:type="dxa"/>
              <w:right w:w="38" w:type="dxa"/>
            </w:tcMar>
            <w:vAlign w:val="center"/>
          </w:tcPr>
          <w:p w14:paraId="6AD850CC" w14:textId="77777777" w:rsidR="00D60D5E" w:rsidRDefault="00891EF0">
            <w:pPr>
              <w:spacing w:after="0" w:line="240" w:lineRule="auto"/>
              <w:jc w:val="center"/>
            </w:pPr>
            <w:r>
              <w:rPr>
                <w:rFonts w:eastAsia="Aptos"/>
                <w:color w:val="6A7075"/>
                <w:sz w:val="17"/>
              </w:rPr>
              <w:t>385-120</w:t>
            </w:r>
          </w:p>
        </w:tc>
        <w:tc>
          <w:tcPr>
            <w:tcW w:w="2648" w:type="dxa"/>
            <w:tcMar>
              <w:top w:w="28" w:type="dxa"/>
              <w:left w:w="38" w:type="dxa"/>
              <w:bottom w:w="28" w:type="dxa"/>
              <w:right w:w="38" w:type="dxa"/>
            </w:tcMar>
            <w:vAlign w:val="center"/>
          </w:tcPr>
          <w:p w14:paraId="07A09919" w14:textId="77777777" w:rsidR="00D60D5E" w:rsidRDefault="00891EF0">
            <w:pPr>
              <w:spacing w:after="0" w:line="240" w:lineRule="auto"/>
            </w:pPr>
            <w:r>
              <w:rPr>
                <w:rFonts w:eastAsia="Aptos"/>
                <w:sz w:val="17"/>
              </w:rPr>
              <w:t>Hennessey 750ml</w:t>
            </w:r>
          </w:p>
        </w:tc>
        <w:tc>
          <w:tcPr>
            <w:tcW w:w="630" w:type="dxa"/>
            <w:tcMar>
              <w:top w:w="28" w:type="dxa"/>
              <w:left w:w="38" w:type="dxa"/>
              <w:bottom w:w="28" w:type="dxa"/>
              <w:right w:w="38" w:type="dxa"/>
            </w:tcMar>
            <w:vAlign w:val="center"/>
          </w:tcPr>
          <w:p w14:paraId="371E18A4" w14:textId="77777777" w:rsidR="00D60D5E" w:rsidRDefault="00891EF0">
            <w:pPr>
              <w:spacing w:after="0" w:line="240" w:lineRule="auto"/>
              <w:jc w:val="center"/>
            </w:pPr>
            <w:r>
              <w:rPr>
                <w:rFonts w:eastAsia="Aptos"/>
                <w:b/>
                <w:sz w:val="17"/>
              </w:rPr>
              <w:t>62.50</w:t>
            </w:r>
          </w:p>
        </w:tc>
        <w:tc>
          <w:tcPr>
            <w:tcW w:w="540" w:type="dxa"/>
            <w:tcMar>
              <w:top w:w="28" w:type="dxa"/>
              <w:left w:w="38" w:type="dxa"/>
              <w:bottom w:w="28" w:type="dxa"/>
              <w:right w:w="38" w:type="dxa"/>
            </w:tcMar>
            <w:vAlign w:val="center"/>
          </w:tcPr>
          <w:p w14:paraId="18A42D23"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6D645E38" w14:textId="77777777" w:rsidR="00D60D5E" w:rsidRDefault="00D60D5E">
            <w:pPr>
              <w:jc w:val="center"/>
            </w:pPr>
          </w:p>
        </w:tc>
      </w:tr>
      <w:tr w:rsidR="00D60D5E" w14:paraId="316C09E5" w14:textId="77777777" w:rsidTr="000617E0">
        <w:trPr>
          <w:cantSplit/>
          <w:jc w:val="center"/>
        </w:trPr>
        <w:tc>
          <w:tcPr>
            <w:tcW w:w="677" w:type="dxa"/>
            <w:tcMar>
              <w:top w:w="28" w:type="dxa"/>
              <w:left w:w="38" w:type="dxa"/>
              <w:bottom w:w="28" w:type="dxa"/>
              <w:right w:w="38" w:type="dxa"/>
            </w:tcMar>
            <w:vAlign w:val="center"/>
          </w:tcPr>
          <w:p w14:paraId="3D82D393" w14:textId="77777777" w:rsidR="00D60D5E" w:rsidRDefault="00891EF0">
            <w:pPr>
              <w:spacing w:after="0" w:line="240" w:lineRule="auto"/>
              <w:jc w:val="center"/>
            </w:pPr>
            <w:r>
              <w:rPr>
                <w:rFonts w:eastAsia="Aptos"/>
                <w:color w:val="6A7075"/>
                <w:sz w:val="17"/>
              </w:rPr>
              <w:t>385-125</w:t>
            </w:r>
          </w:p>
        </w:tc>
        <w:tc>
          <w:tcPr>
            <w:tcW w:w="2648" w:type="dxa"/>
            <w:tcMar>
              <w:top w:w="28" w:type="dxa"/>
              <w:left w:w="38" w:type="dxa"/>
              <w:bottom w:w="28" w:type="dxa"/>
              <w:right w:w="38" w:type="dxa"/>
            </w:tcMar>
            <w:vAlign w:val="center"/>
          </w:tcPr>
          <w:p w14:paraId="5EFB8F0F" w14:textId="77777777" w:rsidR="00D60D5E" w:rsidRDefault="00891EF0">
            <w:pPr>
              <w:spacing w:after="0" w:line="240" w:lineRule="auto"/>
            </w:pPr>
            <w:r>
              <w:rPr>
                <w:rFonts w:eastAsia="Aptos"/>
                <w:sz w:val="17"/>
              </w:rPr>
              <w:t>Hennessey Pure White 70cl</w:t>
            </w:r>
          </w:p>
        </w:tc>
        <w:tc>
          <w:tcPr>
            <w:tcW w:w="630" w:type="dxa"/>
            <w:tcMar>
              <w:top w:w="28" w:type="dxa"/>
              <w:left w:w="38" w:type="dxa"/>
              <w:bottom w:w="28" w:type="dxa"/>
              <w:right w:w="38" w:type="dxa"/>
            </w:tcMar>
            <w:vAlign w:val="center"/>
          </w:tcPr>
          <w:p w14:paraId="73AC186C" w14:textId="77777777" w:rsidR="00D60D5E" w:rsidRDefault="00891EF0">
            <w:pPr>
              <w:spacing w:after="0" w:line="240" w:lineRule="auto"/>
              <w:jc w:val="center"/>
            </w:pPr>
            <w:r>
              <w:rPr>
                <w:rFonts w:eastAsia="Aptos"/>
                <w:b/>
                <w:sz w:val="17"/>
              </w:rPr>
              <w:t>87.29</w:t>
            </w:r>
          </w:p>
        </w:tc>
        <w:tc>
          <w:tcPr>
            <w:tcW w:w="540" w:type="dxa"/>
            <w:tcMar>
              <w:top w:w="28" w:type="dxa"/>
              <w:left w:w="38" w:type="dxa"/>
              <w:bottom w:w="28" w:type="dxa"/>
              <w:right w:w="38" w:type="dxa"/>
            </w:tcMar>
            <w:vAlign w:val="center"/>
          </w:tcPr>
          <w:p w14:paraId="2C31EF9B"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2C1D744" w14:textId="77777777" w:rsidR="00D60D5E" w:rsidRDefault="00D60D5E">
            <w:pPr>
              <w:jc w:val="center"/>
            </w:pPr>
          </w:p>
        </w:tc>
      </w:tr>
      <w:tr w:rsidR="00D60D5E" w14:paraId="3A3769A4" w14:textId="77777777" w:rsidTr="000617E0">
        <w:trPr>
          <w:cantSplit/>
          <w:jc w:val="center"/>
        </w:trPr>
        <w:tc>
          <w:tcPr>
            <w:tcW w:w="677" w:type="dxa"/>
            <w:tcMar>
              <w:top w:w="28" w:type="dxa"/>
              <w:left w:w="38" w:type="dxa"/>
              <w:bottom w:w="28" w:type="dxa"/>
              <w:right w:w="38" w:type="dxa"/>
            </w:tcMar>
            <w:vAlign w:val="center"/>
          </w:tcPr>
          <w:p w14:paraId="18C466E4" w14:textId="77777777" w:rsidR="00D60D5E" w:rsidRDefault="00891EF0">
            <w:pPr>
              <w:spacing w:after="0" w:line="240" w:lineRule="auto"/>
              <w:jc w:val="center"/>
            </w:pPr>
            <w:r>
              <w:rPr>
                <w:rFonts w:eastAsia="Aptos"/>
                <w:color w:val="6A7075"/>
                <w:sz w:val="17"/>
              </w:rPr>
              <w:t>385-130</w:t>
            </w:r>
          </w:p>
        </w:tc>
        <w:tc>
          <w:tcPr>
            <w:tcW w:w="2648" w:type="dxa"/>
            <w:tcMar>
              <w:top w:w="28" w:type="dxa"/>
              <w:left w:w="38" w:type="dxa"/>
              <w:bottom w:w="28" w:type="dxa"/>
              <w:right w:w="38" w:type="dxa"/>
            </w:tcMar>
            <w:vAlign w:val="center"/>
          </w:tcPr>
          <w:p w14:paraId="41AC045B" w14:textId="77777777" w:rsidR="00D60D5E" w:rsidRDefault="00891EF0">
            <w:pPr>
              <w:spacing w:after="0" w:line="240" w:lineRule="auto"/>
            </w:pPr>
            <w:r>
              <w:rPr>
                <w:rFonts w:eastAsia="Aptos"/>
                <w:sz w:val="17"/>
              </w:rPr>
              <w:t>Martell VS Fine 750 ml</w:t>
            </w:r>
          </w:p>
        </w:tc>
        <w:tc>
          <w:tcPr>
            <w:tcW w:w="630" w:type="dxa"/>
            <w:tcMar>
              <w:top w:w="28" w:type="dxa"/>
              <w:left w:w="38" w:type="dxa"/>
              <w:bottom w:w="28" w:type="dxa"/>
              <w:right w:w="38" w:type="dxa"/>
            </w:tcMar>
            <w:vAlign w:val="center"/>
          </w:tcPr>
          <w:p w14:paraId="7F2FF47E" w14:textId="77777777" w:rsidR="00D60D5E" w:rsidRDefault="00891EF0">
            <w:pPr>
              <w:spacing w:after="0" w:line="240" w:lineRule="auto"/>
              <w:jc w:val="center"/>
            </w:pPr>
            <w:r>
              <w:rPr>
                <w:rFonts w:eastAsia="Aptos"/>
                <w:b/>
                <w:sz w:val="17"/>
              </w:rPr>
              <w:t>46.85</w:t>
            </w:r>
          </w:p>
        </w:tc>
        <w:tc>
          <w:tcPr>
            <w:tcW w:w="540" w:type="dxa"/>
            <w:tcMar>
              <w:top w:w="28" w:type="dxa"/>
              <w:left w:w="38" w:type="dxa"/>
              <w:bottom w:w="28" w:type="dxa"/>
              <w:right w:w="38" w:type="dxa"/>
            </w:tcMar>
            <w:vAlign w:val="center"/>
          </w:tcPr>
          <w:p w14:paraId="6DC3730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7E205A5C" w14:textId="77777777" w:rsidR="00D60D5E" w:rsidRDefault="00D60D5E">
            <w:pPr>
              <w:jc w:val="center"/>
            </w:pPr>
          </w:p>
        </w:tc>
      </w:tr>
      <w:tr w:rsidR="00D60D5E" w14:paraId="03A14302" w14:textId="77777777" w:rsidTr="000617E0">
        <w:trPr>
          <w:cantSplit/>
          <w:jc w:val="center"/>
        </w:trPr>
        <w:tc>
          <w:tcPr>
            <w:tcW w:w="677" w:type="dxa"/>
            <w:shd w:val="clear" w:color="auto" w:fill="D9EAF7"/>
            <w:tcMar>
              <w:top w:w="28" w:type="dxa"/>
              <w:left w:w="38" w:type="dxa"/>
              <w:bottom w:w="28" w:type="dxa"/>
              <w:right w:w="38" w:type="dxa"/>
            </w:tcMar>
            <w:vAlign w:val="center"/>
          </w:tcPr>
          <w:p w14:paraId="7ADC99E8" w14:textId="77777777" w:rsidR="00D60D5E" w:rsidRDefault="00891EF0">
            <w:pPr>
              <w:spacing w:after="0" w:line="240" w:lineRule="auto"/>
              <w:jc w:val="center"/>
            </w:pPr>
            <w:r>
              <w:rPr>
                <w:rFonts w:eastAsia="Aptos"/>
                <w:b/>
                <w:color w:val="2F4F8F"/>
                <w:sz w:val="18"/>
              </w:rPr>
              <w:t>390-</w:t>
            </w:r>
          </w:p>
        </w:tc>
        <w:tc>
          <w:tcPr>
            <w:tcW w:w="2648" w:type="dxa"/>
            <w:shd w:val="clear" w:color="auto" w:fill="D9EAF7"/>
            <w:tcMar>
              <w:top w:w="28" w:type="dxa"/>
              <w:left w:w="38" w:type="dxa"/>
              <w:bottom w:w="28" w:type="dxa"/>
              <w:right w:w="38" w:type="dxa"/>
            </w:tcMar>
            <w:vAlign w:val="center"/>
          </w:tcPr>
          <w:p w14:paraId="7C09579B" w14:textId="77777777" w:rsidR="00D60D5E" w:rsidRDefault="00891EF0">
            <w:pPr>
              <w:spacing w:after="0" w:line="240" w:lineRule="auto"/>
            </w:pPr>
            <w:r>
              <w:rPr>
                <w:rFonts w:eastAsia="Aptos"/>
                <w:b/>
                <w:color w:val="2F4F8F"/>
                <w:sz w:val="18"/>
              </w:rPr>
              <w:t>MALT BEVERAGES</w:t>
            </w:r>
          </w:p>
        </w:tc>
        <w:tc>
          <w:tcPr>
            <w:tcW w:w="630" w:type="dxa"/>
            <w:shd w:val="clear" w:color="auto" w:fill="D9EAF7"/>
            <w:tcMar>
              <w:top w:w="28" w:type="dxa"/>
              <w:left w:w="38" w:type="dxa"/>
              <w:bottom w:w="28" w:type="dxa"/>
              <w:right w:w="38" w:type="dxa"/>
            </w:tcMar>
            <w:vAlign w:val="center"/>
          </w:tcPr>
          <w:p w14:paraId="0D72DF1B" w14:textId="77777777" w:rsidR="00D60D5E" w:rsidRDefault="00D60D5E">
            <w:pPr>
              <w:spacing w:after="0" w:line="240" w:lineRule="auto"/>
              <w:jc w:val="center"/>
            </w:pPr>
          </w:p>
        </w:tc>
        <w:tc>
          <w:tcPr>
            <w:tcW w:w="540" w:type="dxa"/>
            <w:shd w:val="clear" w:color="auto" w:fill="D9EAF7"/>
            <w:tcMar>
              <w:top w:w="28" w:type="dxa"/>
              <w:left w:w="38" w:type="dxa"/>
              <w:bottom w:w="28" w:type="dxa"/>
              <w:right w:w="38" w:type="dxa"/>
            </w:tcMar>
            <w:vAlign w:val="center"/>
          </w:tcPr>
          <w:p w14:paraId="0AE5C3C9" w14:textId="77777777" w:rsidR="00D60D5E" w:rsidRDefault="00D60D5E">
            <w:pPr>
              <w:spacing w:after="0" w:line="240" w:lineRule="auto"/>
              <w:jc w:val="center"/>
            </w:pPr>
          </w:p>
        </w:tc>
        <w:tc>
          <w:tcPr>
            <w:tcW w:w="646" w:type="dxa"/>
            <w:shd w:val="clear" w:color="auto" w:fill="D9EAF7"/>
            <w:tcMar>
              <w:top w:w="28" w:type="dxa"/>
              <w:left w:w="38" w:type="dxa"/>
              <w:bottom w:w="28" w:type="dxa"/>
              <w:right w:w="38" w:type="dxa"/>
            </w:tcMar>
            <w:vAlign w:val="center"/>
          </w:tcPr>
          <w:p w14:paraId="2B94B99B" w14:textId="77777777" w:rsidR="00D60D5E" w:rsidRDefault="00D60D5E">
            <w:pPr>
              <w:jc w:val="center"/>
            </w:pPr>
          </w:p>
        </w:tc>
      </w:tr>
      <w:tr w:rsidR="00D60D5E" w14:paraId="6E1D6029" w14:textId="77777777" w:rsidTr="000617E0">
        <w:trPr>
          <w:cantSplit/>
          <w:jc w:val="center"/>
        </w:trPr>
        <w:tc>
          <w:tcPr>
            <w:tcW w:w="677" w:type="dxa"/>
            <w:tcMar>
              <w:top w:w="28" w:type="dxa"/>
              <w:left w:w="38" w:type="dxa"/>
              <w:bottom w:w="28" w:type="dxa"/>
              <w:right w:w="38" w:type="dxa"/>
            </w:tcMar>
            <w:vAlign w:val="center"/>
          </w:tcPr>
          <w:p w14:paraId="5C945314" w14:textId="77777777" w:rsidR="00D60D5E" w:rsidRDefault="00891EF0">
            <w:pPr>
              <w:spacing w:after="0" w:line="240" w:lineRule="auto"/>
              <w:jc w:val="center"/>
            </w:pPr>
            <w:r>
              <w:rPr>
                <w:rFonts w:eastAsia="Aptos"/>
                <w:color w:val="6A7075"/>
                <w:sz w:val="17"/>
              </w:rPr>
              <w:t>390-105</w:t>
            </w:r>
          </w:p>
        </w:tc>
        <w:tc>
          <w:tcPr>
            <w:tcW w:w="2648" w:type="dxa"/>
            <w:tcMar>
              <w:top w:w="28" w:type="dxa"/>
              <w:left w:w="38" w:type="dxa"/>
              <w:bottom w:w="28" w:type="dxa"/>
              <w:right w:w="38" w:type="dxa"/>
            </w:tcMar>
            <w:vAlign w:val="center"/>
          </w:tcPr>
          <w:p w14:paraId="41441EAD" w14:textId="77777777" w:rsidR="00D60D5E" w:rsidRDefault="00891EF0">
            <w:pPr>
              <w:spacing w:after="0" w:line="240" w:lineRule="auto"/>
            </w:pPr>
            <w:r>
              <w:rPr>
                <w:rFonts w:eastAsia="Aptos"/>
                <w:sz w:val="17"/>
              </w:rPr>
              <w:t>Carib Shandy Ginger 12oz</w:t>
            </w:r>
          </w:p>
        </w:tc>
        <w:tc>
          <w:tcPr>
            <w:tcW w:w="630" w:type="dxa"/>
            <w:tcMar>
              <w:top w:w="28" w:type="dxa"/>
              <w:left w:w="38" w:type="dxa"/>
              <w:bottom w:w="28" w:type="dxa"/>
              <w:right w:w="38" w:type="dxa"/>
            </w:tcMar>
            <w:vAlign w:val="center"/>
          </w:tcPr>
          <w:p w14:paraId="6D59A8B7"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23AA5477"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87726EE" w14:textId="77777777" w:rsidR="00D60D5E" w:rsidRDefault="00D60D5E">
            <w:pPr>
              <w:jc w:val="center"/>
            </w:pPr>
          </w:p>
        </w:tc>
      </w:tr>
      <w:tr w:rsidR="00D60D5E" w14:paraId="597BA5E9" w14:textId="77777777" w:rsidTr="000617E0">
        <w:trPr>
          <w:cantSplit/>
          <w:jc w:val="center"/>
        </w:trPr>
        <w:tc>
          <w:tcPr>
            <w:tcW w:w="677" w:type="dxa"/>
            <w:tcMar>
              <w:top w:w="28" w:type="dxa"/>
              <w:left w:w="38" w:type="dxa"/>
              <w:bottom w:w="28" w:type="dxa"/>
              <w:right w:w="38" w:type="dxa"/>
            </w:tcMar>
            <w:vAlign w:val="center"/>
          </w:tcPr>
          <w:p w14:paraId="77FEEDB7" w14:textId="77777777" w:rsidR="00D60D5E" w:rsidRDefault="00891EF0">
            <w:pPr>
              <w:spacing w:after="0" w:line="240" w:lineRule="auto"/>
              <w:jc w:val="center"/>
            </w:pPr>
            <w:r>
              <w:rPr>
                <w:rFonts w:eastAsia="Aptos"/>
                <w:color w:val="6A7075"/>
                <w:sz w:val="17"/>
              </w:rPr>
              <w:t>390-110</w:t>
            </w:r>
          </w:p>
        </w:tc>
        <w:tc>
          <w:tcPr>
            <w:tcW w:w="2648" w:type="dxa"/>
            <w:tcMar>
              <w:top w:w="28" w:type="dxa"/>
              <w:left w:w="38" w:type="dxa"/>
              <w:bottom w:w="28" w:type="dxa"/>
              <w:right w:w="38" w:type="dxa"/>
            </w:tcMar>
            <w:vAlign w:val="center"/>
          </w:tcPr>
          <w:p w14:paraId="09F28A2F" w14:textId="77777777" w:rsidR="00D60D5E" w:rsidRDefault="00891EF0">
            <w:pPr>
              <w:spacing w:after="0" w:line="240" w:lineRule="auto"/>
            </w:pPr>
            <w:r>
              <w:rPr>
                <w:rFonts w:eastAsia="Aptos"/>
                <w:sz w:val="17"/>
              </w:rPr>
              <w:t>Carib Shandy Sorrel 12oz</w:t>
            </w:r>
          </w:p>
        </w:tc>
        <w:tc>
          <w:tcPr>
            <w:tcW w:w="630" w:type="dxa"/>
            <w:tcMar>
              <w:top w:w="28" w:type="dxa"/>
              <w:left w:w="38" w:type="dxa"/>
              <w:bottom w:w="28" w:type="dxa"/>
              <w:right w:w="38" w:type="dxa"/>
            </w:tcMar>
            <w:vAlign w:val="center"/>
          </w:tcPr>
          <w:p w14:paraId="38ABD490"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3306679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17C0C614" w14:textId="77777777" w:rsidR="00D60D5E" w:rsidRDefault="00D60D5E">
            <w:pPr>
              <w:jc w:val="center"/>
            </w:pPr>
          </w:p>
        </w:tc>
      </w:tr>
      <w:tr w:rsidR="00D60D5E" w14:paraId="796C45AD" w14:textId="77777777" w:rsidTr="000617E0">
        <w:trPr>
          <w:cantSplit/>
          <w:jc w:val="center"/>
        </w:trPr>
        <w:tc>
          <w:tcPr>
            <w:tcW w:w="677" w:type="dxa"/>
            <w:tcMar>
              <w:top w:w="28" w:type="dxa"/>
              <w:left w:w="38" w:type="dxa"/>
              <w:bottom w:w="28" w:type="dxa"/>
              <w:right w:w="38" w:type="dxa"/>
            </w:tcMar>
            <w:vAlign w:val="center"/>
          </w:tcPr>
          <w:p w14:paraId="7798C1C5" w14:textId="77777777" w:rsidR="00D60D5E" w:rsidRDefault="00891EF0">
            <w:pPr>
              <w:spacing w:after="0" w:line="240" w:lineRule="auto"/>
              <w:jc w:val="center"/>
            </w:pPr>
            <w:r>
              <w:rPr>
                <w:rFonts w:eastAsia="Aptos"/>
                <w:color w:val="6A7075"/>
                <w:sz w:val="17"/>
              </w:rPr>
              <w:t>390-115</w:t>
            </w:r>
          </w:p>
        </w:tc>
        <w:tc>
          <w:tcPr>
            <w:tcW w:w="2648" w:type="dxa"/>
            <w:tcMar>
              <w:top w:w="28" w:type="dxa"/>
              <w:left w:w="38" w:type="dxa"/>
              <w:bottom w:w="28" w:type="dxa"/>
              <w:right w:w="38" w:type="dxa"/>
            </w:tcMar>
            <w:vAlign w:val="center"/>
          </w:tcPr>
          <w:p w14:paraId="3A4E9283" w14:textId="77777777" w:rsidR="00D60D5E" w:rsidRDefault="00891EF0">
            <w:pPr>
              <w:spacing w:after="0" w:line="240" w:lineRule="auto"/>
            </w:pPr>
            <w:r>
              <w:rPr>
                <w:rFonts w:eastAsia="Aptos"/>
                <w:sz w:val="17"/>
              </w:rPr>
              <w:t>Carib Shandy Lime 12oz</w:t>
            </w:r>
          </w:p>
        </w:tc>
        <w:tc>
          <w:tcPr>
            <w:tcW w:w="630" w:type="dxa"/>
            <w:tcMar>
              <w:top w:w="28" w:type="dxa"/>
              <w:left w:w="38" w:type="dxa"/>
              <w:bottom w:w="28" w:type="dxa"/>
              <w:right w:w="38" w:type="dxa"/>
            </w:tcMar>
            <w:vAlign w:val="center"/>
          </w:tcPr>
          <w:p w14:paraId="73576D73" w14:textId="77777777" w:rsidR="00D60D5E" w:rsidRDefault="00891EF0">
            <w:pPr>
              <w:spacing w:after="0" w:line="240" w:lineRule="auto"/>
              <w:jc w:val="center"/>
            </w:pPr>
            <w:r>
              <w:rPr>
                <w:rFonts w:eastAsia="Aptos"/>
                <w:b/>
                <w:sz w:val="17"/>
              </w:rPr>
              <w:t>1.99</w:t>
            </w:r>
          </w:p>
        </w:tc>
        <w:tc>
          <w:tcPr>
            <w:tcW w:w="540" w:type="dxa"/>
            <w:tcMar>
              <w:top w:w="28" w:type="dxa"/>
              <w:left w:w="38" w:type="dxa"/>
              <w:bottom w:w="28" w:type="dxa"/>
              <w:right w:w="38" w:type="dxa"/>
            </w:tcMar>
            <w:vAlign w:val="center"/>
          </w:tcPr>
          <w:p w14:paraId="7C0EC804"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E1C2961" w14:textId="77777777" w:rsidR="00D60D5E" w:rsidRDefault="00D60D5E">
            <w:pPr>
              <w:jc w:val="center"/>
            </w:pPr>
          </w:p>
        </w:tc>
      </w:tr>
      <w:tr w:rsidR="00D60D5E" w14:paraId="6B90CFC6" w14:textId="77777777" w:rsidTr="000617E0">
        <w:trPr>
          <w:cantSplit/>
          <w:jc w:val="center"/>
        </w:trPr>
        <w:tc>
          <w:tcPr>
            <w:tcW w:w="677" w:type="dxa"/>
            <w:tcMar>
              <w:top w:w="28" w:type="dxa"/>
              <w:left w:w="38" w:type="dxa"/>
              <w:bottom w:w="28" w:type="dxa"/>
              <w:right w:w="38" w:type="dxa"/>
            </w:tcMar>
            <w:vAlign w:val="center"/>
          </w:tcPr>
          <w:p w14:paraId="49B9FD13" w14:textId="77777777" w:rsidR="00D60D5E" w:rsidRDefault="00891EF0">
            <w:pPr>
              <w:spacing w:after="0" w:line="240" w:lineRule="auto"/>
              <w:jc w:val="center"/>
            </w:pPr>
            <w:r>
              <w:rPr>
                <w:rFonts w:eastAsia="Aptos"/>
                <w:color w:val="6A7075"/>
                <w:sz w:val="17"/>
              </w:rPr>
              <w:t>390-120</w:t>
            </w:r>
          </w:p>
        </w:tc>
        <w:tc>
          <w:tcPr>
            <w:tcW w:w="2648" w:type="dxa"/>
            <w:tcMar>
              <w:top w:w="28" w:type="dxa"/>
              <w:left w:w="38" w:type="dxa"/>
              <w:bottom w:w="28" w:type="dxa"/>
              <w:right w:w="38" w:type="dxa"/>
            </w:tcMar>
            <w:vAlign w:val="center"/>
          </w:tcPr>
          <w:p w14:paraId="7F2EAC39" w14:textId="77777777" w:rsidR="00D60D5E" w:rsidRDefault="00891EF0">
            <w:pPr>
              <w:spacing w:after="0" w:line="240" w:lineRule="auto"/>
            </w:pPr>
            <w:r>
              <w:rPr>
                <w:rFonts w:eastAsia="Aptos"/>
                <w:sz w:val="17"/>
              </w:rPr>
              <w:t>Smirnoff Ice12oz</w:t>
            </w:r>
          </w:p>
        </w:tc>
        <w:tc>
          <w:tcPr>
            <w:tcW w:w="630" w:type="dxa"/>
            <w:tcMar>
              <w:top w:w="28" w:type="dxa"/>
              <w:left w:w="38" w:type="dxa"/>
              <w:bottom w:w="28" w:type="dxa"/>
              <w:right w:w="38" w:type="dxa"/>
            </w:tcMar>
            <w:vAlign w:val="center"/>
          </w:tcPr>
          <w:p w14:paraId="3C91FD3E" w14:textId="77777777" w:rsidR="00D60D5E" w:rsidRDefault="00891EF0">
            <w:pPr>
              <w:spacing w:after="0" w:line="240" w:lineRule="auto"/>
              <w:jc w:val="center"/>
            </w:pPr>
            <w:r>
              <w:rPr>
                <w:rFonts w:eastAsia="Aptos"/>
                <w:b/>
                <w:sz w:val="17"/>
              </w:rPr>
              <w:t>2.39</w:t>
            </w:r>
          </w:p>
        </w:tc>
        <w:tc>
          <w:tcPr>
            <w:tcW w:w="540" w:type="dxa"/>
            <w:tcMar>
              <w:top w:w="28" w:type="dxa"/>
              <w:left w:w="38" w:type="dxa"/>
              <w:bottom w:w="28" w:type="dxa"/>
              <w:right w:w="38" w:type="dxa"/>
            </w:tcMar>
            <w:vAlign w:val="center"/>
          </w:tcPr>
          <w:p w14:paraId="47AD1B26"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56F762A9" w14:textId="77777777" w:rsidR="00D60D5E" w:rsidRDefault="00D60D5E">
            <w:pPr>
              <w:jc w:val="center"/>
            </w:pPr>
          </w:p>
        </w:tc>
      </w:tr>
      <w:tr w:rsidR="00D60D5E" w14:paraId="7040CEB6" w14:textId="77777777" w:rsidTr="000617E0">
        <w:trPr>
          <w:cantSplit/>
          <w:jc w:val="center"/>
        </w:trPr>
        <w:tc>
          <w:tcPr>
            <w:tcW w:w="677" w:type="dxa"/>
            <w:tcMar>
              <w:top w:w="28" w:type="dxa"/>
              <w:left w:w="38" w:type="dxa"/>
              <w:bottom w:w="28" w:type="dxa"/>
              <w:right w:w="38" w:type="dxa"/>
            </w:tcMar>
            <w:vAlign w:val="center"/>
          </w:tcPr>
          <w:p w14:paraId="2D7FCBBA" w14:textId="77777777" w:rsidR="00D60D5E" w:rsidRDefault="00891EF0">
            <w:pPr>
              <w:spacing w:after="0" w:line="240" w:lineRule="auto"/>
              <w:jc w:val="center"/>
            </w:pPr>
            <w:r>
              <w:rPr>
                <w:rFonts w:eastAsia="Aptos"/>
                <w:color w:val="6A7075"/>
                <w:sz w:val="17"/>
              </w:rPr>
              <w:t>390-125</w:t>
            </w:r>
          </w:p>
        </w:tc>
        <w:tc>
          <w:tcPr>
            <w:tcW w:w="2648" w:type="dxa"/>
            <w:tcMar>
              <w:top w:w="28" w:type="dxa"/>
              <w:left w:w="38" w:type="dxa"/>
              <w:bottom w:w="28" w:type="dxa"/>
              <w:right w:w="38" w:type="dxa"/>
            </w:tcMar>
            <w:vAlign w:val="center"/>
          </w:tcPr>
          <w:p w14:paraId="1AB76E85" w14:textId="77777777" w:rsidR="00D60D5E" w:rsidRDefault="00891EF0">
            <w:pPr>
              <w:spacing w:after="0" w:line="240" w:lineRule="auto"/>
            </w:pPr>
            <w:r>
              <w:rPr>
                <w:rFonts w:eastAsia="Aptos"/>
                <w:sz w:val="17"/>
              </w:rPr>
              <w:t>Smirnoff Ice GreenApple/RaspB/Grape 12 oz</w:t>
            </w:r>
          </w:p>
        </w:tc>
        <w:tc>
          <w:tcPr>
            <w:tcW w:w="630" w:type="dxa"/>
            <w:tcMar>
              <w:top w:w="28" w:type="dxa"/>
              <w:left w:w="38" w:type="dxa"/>
              <w:bottom w:w="28" w:type="dxa"/>
              <w:right w:w="38" w:type="dxa"/>
            </w:tcMar>
            <w:vAlign w:val="center"/>
          </w:tcPr>
          <w:p w14:paraId="0A17B6E4" w14:textId="77777777" w:rsidR="00D60D5E" w:rsidRDefault="00891EF0">
            <w:pPr>
              <w:spacing w:after="0" w:line="240" w:lineRule="auto"/>
              <w:jc w:val="center"/>
            </w:pPr>
            <w:r>
              <w:rPr>
                <w:rFonts w:eastAsia="Aptos"/>
                <w:b/>
                <w:sz w:val="17"/>
              </w:rPr>
              <w:t>2.59</w:t>
            </w:r>
          </w:p>
        </w:tc>
        <w:tc>
          <w:tcPr>
            <w:tcW w:w="540" w:type="dxa"/>
            <w:tcMar>
              <w:top w:w="28" w:type="dxa"/>
              <w:left w:w="38" w:type="dxa"/>
              <w:bottom w:w="28" w:type="dxa"/>
              <w:right w:w="38" w:type="dxa"/>
            </w:tcMar>
            <w:vAlign w:val="center"/>
          </w:tcPr>
          <w:p w14:paraId="4AD002BF" w14:textId="77777777" w:rsidR="00D60D5E" w:rsidRDefault="00891EF0">
            <w:pPr>
              <w:spacing w:after="0" w:line="240" w:lineRule="auto"/>
              <w:jc w:val="center"/>
            </w:pPr>
            <w:r>
              <w:rPr>
                <w:rFonts w:eastAsia="Aptos"/>
                <w:sz w:val="17"/>
              </w:rPr>
              <w:t>EA</w:t>
            </w:r>
          </w:p>
        </w:tc>
        <w:tc>
          <w:tcPr>
            <w:tcW w:w="646" w:type="dxa"/>
            <w:tcMar>
              <w:top w:w="28" w:type="dxa"/>
              <w:left w:w="38" w:type="dxa"/>
              <w:bottom w:w="28" w:type="dxa"/>
              <w:right w:w="38" w:type="dxa"/>
            </w:tcMar>
            <w:vAlign w:val="center"/>
          </w:tcPr>
          <w:p w14:paraId="290642E3" w14:textId="77777777" w:rsidR="00D60D5E" w:rsidRDefault="00D60D5E">
            <w:pPr>
              <w:jc w:val="center"/>
            </w:pPr>
          </w:p>
        </w:tc>
      </w:tr>
      <w:tr w:rsidR="00D60D5E" w14:paraId="7C8BF0DA" w14:textId="77777777" w:rsidTr="000617E0">
        <w:trPr>
          <w:cantSplit/>
          <w:jc w:val="center"/>
        </w:trPr>
        <w:tc>
          <w:tcPr>
            <w:tcW w:w="677" w:type="dxa"/>
            <w:shd w:val="clear" w:color="auto" w:fill="F4F5F6"/>
            <w:tcMar>
              <w:top w:w="28" w:type="dxa"/>
              <w:left w:w="38" w:type="dxa"/>
              <w:bottom w:w="28" w:type="dxa"/>
              <w:right w:w="38" w:type="dxa"/>
            </w:tcMar>
            <w:vAlign w:val="center"/>
          </w:tcPr>
          <w:p w14:paraId="01470A91" w14:textId="77777777" w:rsidR="00D60D5E" w:rsidRDefault="00D60D5E">
            <w:pPr>
              <w:spacing w:after="0" w:line="240" w:lineRule="auto"/>
              <w:jc w:val="center"/>
            </w:pPr>
          </w:p>
        </w:tc>
        <w:tc>
          <w:tcPr>
            <w:tcW w:w="2648" w:type="dxa"/>
            <w:shd w:val="clear" w:color="auto" w:fill="F4F5F6"/>
            <w:tcMar>
              <w:top w:w="28" w:type="dxa"/>
              <w:left w:w="38" w:type="dxa"/>
              <w:bottom w:w="28" w:type="dxa"/>
              <w:right w:w="38" w:type="dxa"/>
            </w:tcMar>
            <w:vAlign w:val="center"/>
          </w:tcPr>
          <w:p w14:paraId="1D6D0643" w14:textId="77777777" w:rsidR="00D60D5E" w:rsidRDefault="00891EF0">
            <w:pPr>
              <w:spacing w:after="0" w:line="240" w:lineRule="auto"/>
            </w:pPr>
            <w:r>
              <w:rPr>
                <w:rFonts w:eastAsia="Aptos"/>
                <w:b/>
                <w:color w:val="6A7075"/>
                <w:sz w:val="17"/>
              </w:rPr>
              <w:t>END OF PRODUCT LIST</w:t>
            </w:r>
          </w:p>
        </w:tc>
        <w:tc>
          <w:tcPr>
            <w:tcW w:w="630" w:type="dxa"/>
            <w:shd w:val="clear" w:color="auto" w:fill="F4F5F6"/>
            <w:tcMar>
              <w:top w:w="28" w:type="dxa"/>
              <w:left w:w="38" w:type="dxa"/>
              <w:bottom w:w="28" w:type="dxa"/>
              <w:right w:w="38" w:type="dxa"/>
            </w:tcMar>
            <w:vAlign w:val="center"/>
          </w:tcPr>
          <w:p w14:paraId="7A960AE9" w14:textId="77777777" w:rsidR="00D60D5E" w:rsidRDefault="00D60D5E">
            <w:pPr>
              <w:spacing w:after="0" w:line="240" w:lineRule="auto"/>
              <w:jc w:val="center"/>
            </w:pPr>
          </w:p>
        </w:tc>
        <w:tc>
          <w:tcPr>
            <w:tcW w:w="540" w:type="dxa"/>
            <w:shd w:val="clear" w:color="auto" w:fill="F4F5F6"/>
            <w:tcMar>
              <w:top w:w="28" w:type="dxa"/>
              <w:left w:w="38" w:type="dxa"/>
              <w:bottom w:w="28" w:type="dxa"/>
              <w:right w:w="38" w:type="dxa"/>
            </w:tcMar>
            <w:vAlign w:val="center"/>
          </w:tcPr>
          <w:p w14:paraId="692D786D" w14:textId="77777777" w:rsidR="00D60D5E" w:rsidRDefault="00D60D5E">
            <w:pPr>
              <w:spacing w:after="0" w:line="240" w:lineRule="auto"/>
              <w:jc w:val="center"/>
            </w:pPr>
          </w:p>
        </w:tc>
        <w:tc>
          <w:tcPr>
            <w:tcW w:w="646" w:type="dxa"/>
            <w:tcMar>
              <w:top w:w="28" w:type="dxa"/>
              <w:left w:w="38" w:type="dxa"/>
              <w:bottom w:w="28" w:type="dxa"/>
              <w:right w:w="38" w:type="dxa"/>
            </w:tcMar>
            <w:vAlign w:val="center"/>
          </w:tcPr>
          <w:p w14:paraId="1071E5DC" w14:textId="77777777" w:rsidR="00D60D5E" w:rsidRDefault="00D60D5E">
            <w:pPr>
              <w:jc w:val="center"/>
            </w:pPr>
          </w:p>
        </w:tc>
      </w:tr>
    </w:tbl>
    <w:p w14:paraId="1FA3C36C" w14:textId="77777777" w:rsidR="00D60D5E" w:rsidRDefault="00D60D5E">
      <w:pPr>
        <w:sectPr w:rsidR="00D60D5E">
          <w:headerReference w:type="default" r:id="rId15"/>
          <w:footerReference w:type="default" r:id="rId16"/>
          <w:pgSz w:w="12240" w:h="15840"/>
          <w:pgMar w:top="691" w:right="792" w:bottom="691" w:left="792" w:header="720" w:footer="720" w:gutter="0"/>
          <w:cols w:num="2" w:space="220"/>
          <w:docGrid w:linePitch="360"/>
        </w:sectPr>
      </w:pPr>
    </w:p>
    <w:p w14:paraId="688CD32F" w14:textId="77777777" w:rsidR="00D60D5E" w:rsidRDefault="00891EF0">
      <w:pPr>
        <w:spacing w:after="20"/>
      </w:pPr>
      <w:r>
        <w:rPr>
          <w:rFonts w:eastAsia="Aptos"/>
          <w:b/>
          <w:color w:val="2F4F8F"/>
          <w:sz w:val="40"/>
        </w:rPr>
        <w:lastRenderedPageBreak/>
        <w:t>Short List Order Form</w:t>
      </w:r>
    </w:p>
    <w:p w14:paraId="7D8EA0D1" w14:textId="77777777" w:rsidR="00D60D5E" w:rsidRDefault="00891EF0">
      <w:pPr>
        <w:spacing w:after="160"/>
      </w:pPr>
      <w:r>
        <w:rPr>
          <w:rFonts w:eastAsia="Aptos"/>
          <w:color w:val="6A7075"/>
          <w:sz w:val="18"/>
        </w:rPr>
        <w:t>Use this page for selected items, special requests, substitutions, or products not shown in the main list.</w:t>
      </w:r>
    </w:p>
    <w:tbl>
      <w:tblPr>
        <w:tblW w:w="0" w:type="auto"/>
        <w:jc w:val="center"/>
        <w:tblBorders>
          <w:top w:val="single" w:sz="5" w:space="0" w:color="D5DADF"/>
          <w:left w:val="single" w:sz="5" w:space="0" w:color="D5DADF"/>
          <w:bottom w:val="single" w:sz="5" w:space="0" w:color="D5DADF"/>
          <w:right w:val="single" w:sz="5" w:space="0" w:color="D5DADF"/>
          <w:insideH w:val="single" w:sz="5" w:space="0" w:color="D5DADF"/>
          <w:insideV w:val="single" w:sz="5" w:space="0" w:color="D5DADF"/>
        </w:tblBorders>
        <w:tblLayout w:type="fixed"/>
        <w:tblLook w:val="04A0" w:firstRow="1" w:lastRow="0" w:firstColumn="1" w:lastColumn="0" w:noHBand="0" w:noVBand="1"/>
      </w:tblPr>
      <w:tblGrid>
        <w:gridCol w:w="1800"/>
        <w:gridCol w:w="3240"/>
        <w:gridCol w:w="1800"/>
        <w:gridCol w:w="3240"/>
      </w:tblGrid>
      <w:tr w:rsidR="00D60D5E" w14:paraId="36DE8FBD" w14:textId="77777777">
        <w:trPr>
          <w:jc w:val="center"/>
        </w:trPr>
        <w:tc>
          <w:tcPr>
            <w:tcW w:w="1800" w:type="dxa"/>
            <w:shd w:val="clear" w:color="auto" w:fill="EAF0F8"/>
            <w:tcMar>
              <w:top w:w="55" w:type="dxa"/>
              <w:left w:w="60" w:type="dxa"/>
              <w:bottom w:w="55" w:type="dxa"/>
              <w:right w:w="60" w:type="dxa"/>
            </w:tcMar>
          </w:tcPr>
          <w:p w14:paraId="63BC5D99" w14:textId="77777777" w:rsidR="00D60D5E" w:rsidRDefault="00891EF0">
            <w:pPr>
              <w:spacing w:after="0"/>
            </w:pPr>
            <w:r>
              <w:rPr>
                <w:rFonts w:eastAsia="Aptos"/>
                <w:b/>
                <w:color w:val="2F4F8F"/>
                <w:sz w:val="16"/>
              </w:rPr>
              <w:t>Name / Yacht</w:t>
            </w:r>
          </w:p>
        </w:tc>
        <w:tc>
          <w:tcPr>
            <w:tcW w:w="3240" w:type="dxa"/>
            <w:tcMar>
              <w:top w:w="55" w:type="dxa"/>
              <w:left w:w="60" w:type="dxa"/>
              <w:bottom w:w="55" w:type="dxa"/>
              <w:right w:w="60" w:type="dxa"/>
            </w:tcMar>
          </w:tcPr>
          <w:p w14:paraId="4C5F912B" w14:textId="77777777" w:rsidR="00D60D5E" w:rsidRDefault="00D60D5E"/>
        </w:tc>
        <w:tc>
          <w:tcPr>
            <w:tcW w:w="1800" w:type="dxa"/>
            <w:shd w:val="clear" w:color="auto" w:fill="EAF0F8"/>
            <w:tcMar>
              <w:top w:w="55" w:type="dxa"/>
              <w:left w:w="60" w:type="dxa"/>
              <w:bottom w:w="55" w:type="dxa"/>
              <w:right w:w="60" w:type="dxa"/>
            </w:tcMar>
          </w:tcPr>
          <w:p w14:paraId="09510F9E" w14:textId="77777777" w:rsidR="00D60D5E" w:rsidRDefault="00891EF0">
            <w:pPr>
              <w:spacing w:after="0"/>
            </w:pPr>
            <w:r>
              <w:rPr>
                <w:rFonts w:eastAsia="Aptos"/>
                <w:b/>
                <w:color w:val="2F4F8F"/>
                <w:sz w:val="16"/>
              </w:rPr>
              <w:t>Delivery Date / Time</w:t>
            </w:r>
          </w:p>
        </w:tc>
        <w:tc>
          <w:tcPr>
            <w:tcW w:w="3240" w:type="dxa"/>
            <w:tcMar>
              <w:top w:w="55" w:type="dxa"/>
              <w:left w:w="60" w:type="dxa"/>
              <w:bottom w:w="55" w:type="dxa"/>
              <w:right w:w="60" w:type="dxa"/>
            </w:tcMar>
          </w:tcPr>
          <w:p w14:paraId="05D0D095" w14:textId="77777777" w:rsidR="00D60D5E" w:rsidRDefault="00D60D5E"/>
        </w:tc>
      </w:tr>
      <w:tr w:rsidR="00D60D5E" w14:paraId="552CB253" w14:textId="77777777">
        <w:trPr>
          <w:jc w:val="center"/>
        </w:trPr>
        <w:tc>
          <w:tcPr>
            <w:tcW w:w="1800" w:type="dxa"/>
            <w:shd w:val="clear" w:color="auto" w:fill="EAF0F8"/>
            <w:tcMar>
              <w:top w:w="55" w:type="dxa"/>
              <w:left w:w="60" w:type="dxa"/>
              <w:bottom w:w="55" w:type="dxa"/>
              <w:right w:w="60" w:type="dxa"/>
            </w:tcMar>
          </w:tcPr>
          <w:p w14:paraId="133D1490" w14:textId="77777777" w:rsidR="00D60D5E" w:rsidRDefault="00891EF0">
            <w:pPr>
              <w:spacing w:after="0"/>
            </w:pPr>
            <w:r>
              <w:rPr>
                <w:rFonts w:eastAsia="Aptos"/>
                <w:b/>
                <w:color w:val="2F4F8F"/>
                <w:sz w:val="16"/>
              </w:rPr>
              <w:t>Telephone / Email</w:t>
            </w:r>
          </w:p>
        </w:tc>
        <w:tc>
          <w:tcPr>
            <w:tcW w:w="3240" w:type="dxa"/>
            <w:tcMar>
              <w:top w:w="55" w:type="dxa"/>
              <w:left w:w="60" w:type="dxa"/>
              <w:bottom w:w="55" w:type="dxa"/>
              <w:right w:w="60" w:type="dxa"/>
            </w:tcMar>
          </w:tcPr>
          <w:p w14:paraId="294A960E" w14:textId="77777777" w:rsidR="00D60D5E" w:rsidRDefault="00D60D5E"/>
        </w:tc>
        <w:tc>
          <w:tcPr>
            <w:tcW w:w="1800" w:type="dxa"/>
            <w:shd w:val="clear" w:color="auto" w:fill="EAF0F8"/>
            <w:tcMar>
              <w:top w:w="55" w:type="dxa"/>
              <w:left w:w="60" w:type="dxa"/>
              <w:bottom w:w="55" w:type="dxa"/>
              <w:right w:w="60" w:type="dxa"/>
            </w:tcMar>
          </w:tcPr>
          <w:p w14:paraId="2D6B6457" w14:textId="77777777" w:rsidR="00D60D5E" w:rsidRDefault="00891EF0">
            <w:pPr>
              <w:spacing w:after="0"/>
            </w:pPr>
            <w:r>
              <w:rPr>
                <w:rFonts w:eastAsia="Aptos"/>
                <w:b/>
                <w:color w:val="2F4F8F"/>
                <w:sz w:val="16"/>
              </w:rPr>
              <w:t>Preferred Contact</w:t>
            </w:r>
          </w:p>
        </w:tc>
        <w:tc>
          <w:tcPr>
            <w:tcW w:w="3240" w:type="dxa"/>
            <w:tcMar>
              <w:top w:w="55" w:type="dxa"/>
              <w:left w:w="60" w:type="dxa"/>
              <w:bottom w:w="55" w:type="dxa"/>
              <w:right w:w="60" w:type="dxa"/>
            </w:tcMar>
          </w:tcPr>
          <w:p w14:paraId="0BF51B80" w14:textId="77777777" w:rsidR="00D60D5E" w:rsidRDefault="00D60D5E"/>
        </w:tc>
      </w:tr>
      <w:tr w:rsidR="00D60D5E" w14:paraId="64D018C4" w14:textId="77777777">
        <w:trPr>
          <w:jc w:val="center"/>
        </w:trPr>
        <w:tc>
          <w:tcPr>
            <w:tcW w:w="1800" w:type="dxa"/>
            <w:shd w:val="clear" w:color="auto" w:fill="EAF0F8"/>
            <w:tcMar>
              <w:top w:w="55" w:type="dxa"/>
              <w:left w:w="60" w:type="dxa"/>
              <w:bottom w:w="55" w:type="dxa"/>
              <w:right w:w="60" w:type="dxa"/>
            </w:tcMar>
          </w:tcPr>
          <w:p w14:paraId="2EC1F62A" w14:textId="77777777" w:rsidR="00D60D5E" w:rsidRDefault="00891EF0">
            <w:pPr>
              <w:spacing w:after="0"/>
            </w:pPr>
            <w:r>
              <w:rPr>
                <w:rFonts w:eastAsia="Aptos"/>
                <w:b/>
                <w:color w:val="2F4F8F"/>
                <w:sz w:val="16"/>
              </w:rPr>
              <w:t>Delivery Location</w:t>
            </w:r>
          </w:p>
        </w:tc>
        <w:tc>
          <w:tcPr>
            <w:tcW w:w="3240" w:type="dxa"/>
            <w:tcMar>
              <w:top w:w="55" w:type="dxa"/>
              <w:left w:w="60" w:type="dxa"/>
              <w:bottom w:w="55" w:type="dxa"/>
              <w:right w:w="60" w:type="dxa"/>
            </w:tcMar>
          </w:tcPr>
          <w:p w14:paraId="620D8531" w14:textId="77777777" w:rsidR="00D60D5E" w:rsidRDefault="00D60D5E"/>
        </w:tc>
        <w:tc>
          <w:tcPr>
            <w:tcW w:w="1800" w:type="dxa"/>
            <w:shd w:val="clear" w:color="auto" w:fill="EAF0F8"/>
            <w:tcMar>
              <w:top w:w="55" w:type="dxa"/>
              <w:left w:w="60" w:type="dxa"/>
              <w:bottom w:w="55" w:type="dxa"/>
              <w:right w:w="60" w:type="dxa"/>
            </w:tcMar>
          </w:tcPr>
          <w:p w14:paraId="3BBBA422" w14:textId="77777777" w:rsidR="00D60D5E" w:rsidRDefault="00891EF0">
            <w:pPr>
              <w:spacing w:after="0"/>
            </w:pPr>
            <w:r>
              <w:rPr>
                <w:rFonts w:eastAsia="Aptos"/>
                <w:b/>
                <w:color w:val="2F4F8F"/>
                <w:sz w:val="16"/>
              </w:rPr>
              <w:t>Special Notes</w:t>
            </w:r>
          </w:p>
        </w:tc>
        <w:tc>
          <w:tcPr>
            <w:tcW w:w="3240" w:type="dxa"/>
            <w:tcMar>
              <w:top w:w="55" w:type="dxa"/>
              <w:left w:w="60" w:type="dxa"/>
              <w:bottom w:w="55" w:type="dxa"/>
              <w:right w:w="60" w:type="dxa"/>
            </w:tcMar>
          </w:tcPr>
          <w:p w14:paraId="28948571" w14:textId="77777777" w:rsidR="00D60D5E" w:rsidRDefault="00D60D5E"/>
        </w:tc>
      </w:tr>
    </w:tbl>
    <w:p w14:paraId="1E52F371" w14:textId="77777777" w:rsidR="00D60D5E" w:rsidRDefault="00D60D5E"/>
    <w:tbl>
      <w:tblPr>
        <w:tblW w:w="0" w:type="auto"/>
        <w:jc w:val="center"/>
        <w:tblBorders>
          <w:top w:val="single" w:sz="5" w:space="0" w:color="BFC5CB"/>
          <w:left w:val="single" w:sz="5" w:space="0" w:color="BFC5CB"/>
          <w:bottom w:val="single" w:sz="5" w:space="0" w:color="BFC5CB"/>
          <w:right w:val="single" w:sz="5" w:space="0" w:color="BFC5CB"/>
          <w:insideH w:val="single" w:sz="5" w:space="0" w:color="BFC5CB"/>
          <w:insideV w:val="single" w:sz="5" w:space="0" w:color="BFC5CB"/>
        </w:tblBorders>
        <w:tblLayout w:type="fixed"/>
        <w:tblLook w:val="04A0" w:firstRow="1" w:lastRow="0" w:firstColumn="1" w:lastColumn="0" w:noHBand="0" w:noVBand="1"/>
      </w:tblPr>
      <w:tblGrid>
        <w:gridCol w:w="1440"/>
        <w:gridCol w:w="936"/>
        <w:gridCol w:w="6120"/>
        <w:gridCol w:w="1512"/>
      </w:tblGrid>
      <w:tr w:rsidR="00D60D5E" w14:paraId="74B1F715" w14:textId="77777777">
        <w:trPr>
          <w:tblHeader/>
          <w:jc w:val="center"/>
        </w:trPr>
        <w:tc>
          <w:tcPr>
            <w:tcW w:w="1440" w:type="dxa"/>
            <w:shd w:val="clear" w:color="auto" w:fill="2F4F8F"/>
            <w:tcMar>
              <w:top w:w="55" w:type="dxa"/>
              <w:left w:w="55" w:type="dxa"/>
              <w:bottom w:w="55" w:type="dxa"/>
              <w:right w:w="55" w:type="dxa"/>
            </w:tcMar>
          </w:tcPr>
          <w:p w14:paraId="6F520087" w14:textId="77777777" w:rsidR="00D60D5E" w:rsidRDefault="00891EF0">
            <w:pPr>
              <w:spacing w:after="0"/>
              <w:jc w:val="center"/>
            </w:pPr>
            <w:r>
              <w:rPr>
                <w:rFonts w:eastAsia="Aptos"/>
                <w:b/>
                <w:color w:val="FFFFFF"/>
                <w:sz w:val="16"/>
              </w:rPr>
              <w:t>CODE</w:t>
            </w:r>
          </w:p>
        </w:tc>
        <w:tc>
          <w:tcPr>
            <w:tcW w:w="936" w:type="dxa"/>
            <w:shd w:val="clear" w:color="auto" w:fill="2F4F8F"/>
            <w:tcMar>
              <w:top w:w="55" w:type="dxa"/>
              <w:left w:w="55" w:type="dxa"/>
              <w:bottom w:w="55" w:type="dxa"/>
              <w:right w:w="55" w:type="dxa"/>
            </w:tcMar>
          </w:tcPr>
          <w:p w14:paraId="37EB2A03" w14:textId="77777777" w:rsidR="00D60D5E" w:rsidRDefault="00891EF0">
            <w:pPr>
              <w:spacing w:after="0"/>
              <w:jc w:val="center"/>
            </w:pPr>
            <w:r>
              <w:rPr>
                <w:rFonts w:eastAsia="Aptos"/>
                <w:b/>
                <w:color w:val="FFFFFF"/>
                <w:sz w:val="16"/>
              </w:rPr>
              <w:t>QTY</w:t>
            </w:r>
          </w:p>
        </w:tc>
        <w:tc>
          <w:tcPr>
            <w:tcW w:w="6120" w:type="dxa"/>
            <w:shd w:val="clear" w:color="auto" w:fill="2F4F8F"/>
            <w:tcMar>
              <w:top w:w="55" w:type="dxa"/>
              <w:left w:w="55" w:type="dxa"/>
              <w:bottom w:w="55" w:type="dxa"/>
              <w:right w:w="55" w:type="dxa"/>
            </w:tcMar>
          </w:tcPr>
          <w:p w14:paraId="53B78F61" w14:textId="77777777" w:rsidR="00D60D5E" w:rsidRDefault="00891EF0">
            <w:pPr>
              <w:spacing w:after="0"/>
              <w:jc w:val="center"/>
            </w:pPr>
            <w:r>
              <w:rPr>
                <w:rFonts w:eastAsia="Aptos"/>
                <w:b/>
                <w:color w:val="FFFFFF"/>
                <w:sz w:val="16"/>
              </w:rPr>
              <w:t>DESCRIPTION / SPECIAL REQUEST</w:t>
            </w:r>
          </w:p>
        </w:tc>
        <w:tc>
          <w:tcPr>
            <w:tcW w:w="1512" w:type="dxa"/>
            <w:shd w:val="clear" w:color="auto" w:fill="2F4F8F"/>
            <w:tcMar>
              <w:top w:w="55" w:type="dxa"/>
              <w:left w:w="55" w:type="dxa"/>
              <w:bottom w:w="55" w:type="dxa"/>
              <w:right w:w="55" w:type="dxa"/>
            </w:tcMar>
          </w:tcPr>
          <w:p w14:paraId="4404515B" w14:textId="77777777" w:rsidR="00D60D5E" w:rsidRDefault="00891EF0">
            <w:pPr>
              <w:spacing w:after="0"/>
              <w:jc w:val="center"/>
            </w:pPr>
            <w:r>
              <w:rPr>
                <w:rFonts w:eastAsia="Aptos"/>
                <w:b/>
                <w:color w:val="FFFFFF"/>
                <w:sz w:val="16"/>
              </w:rPr>
              <w:t>EST. PRICE</w:t>
            </w:r>
          </w:p>
        </w:tc>
      </w:tr>
      <w:tr w:rsidR="00D60D5E" w14:paraId="3B1106F3" w14:textId="77777777">
        <w:trPr>
          <w:cantSplit/>
          <w:jc w:val="center"/>
        </w:trPr>
        <w:tc>
          <w:tcPr>
            <w:tcW w:w="1440" w:type="dxa"/>
            <w:tcMar>
              <w:top w:w="44" w:type="dxa"/>
              <w:left w:w="55" w:type="dxa"/>
              <w:bottom w:w="44" w:type="dxa"/>
              <w:right w:w="55" w:type="dxa"/>
            </w:tcMar>
          </w:tcPr>
          <w:p w14:paraId="6A60D777"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2036CD5E"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71716085"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2590B233" w14:textId="77777777" w:rsidR="00D60D5E" w:rsidRDefault="00891EF0">
            <w:pPr>
              <w:spacing w:after="0"/>
            </w:pPr>
            <w:r>
              <w:rPr>
                <w:rFonts w:eastAsia="Aptos"/>
                <w:sz w:val="16"/>
              </w:rPr>
              <w:t xml:space="preserve"> </w:t>
            </w:r>
          </w:p>
        </w:tc>
      </w:tr>
      <w:tr w:rsidR="00D60D5E" w14:paraId="519ECBC1" w14:textId="77777777">
        <w:trPr>
          <w:cantSplit/>
          <w:jc w:val="center"/>
        </w:trPr>
        <w:tc>
          <w:tcPr>
            <w:tcW w:w="1440" w:type="dxa"/>
            <w:tcMar>
              <w:top w:w="44" w:type="dxa"/>
              <w:left w:w="55" w:type="dxa"/>
              <w:bottom w:w="44" w:type="dxa"/>
              <w:right w:w="55" w:type="dxa"/>
            </w:tcMar>
          </w:tcPr>
          <w:p w14:paraId="17446981"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36902972"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5392BB00"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3F1CDEDE" w14:textId="77777777" w:rsidR="00D60D5E" w:rsidRDefault="00891EF0">
            <w:pPr>
              <w:spacing w:after="0"/>
            </w:pPr>
            <w:r>
              <w:rPr>
                <w:rFonts w:eastAsia="Aptos"/>
                <w:sz w:val="16"/>
              </w:rPr>
              <w:t xml:space="preserve"> </w:t>
            </w:r>
          </w:p>
        </w:tc>
      </w:tr>
      <w:tr w:rsidR="00D60D5E" w14:paraId="3E5BE286" w14:textId="77777777">
        <w:trPr>
          <w:cantSplit/>
          <w:jc w:val="center"/>
        </w:trPr>
        <w:tc>
          <w:tcPr>
            <w:tcW w:w="1440" w:type="dxa"/>
            <w:tcMar>
              <w:top w:w="44" w:type="dxa"/>
              <w:left w:w="55" w:type="dxa"/>
              <w:bottom w:w="44" w:type="dxa"/>
              <w:right w:w="55" w:type="dxa"/>
            </w:tcMar>
          </w:tcPr>
          <w:p w14:paraId="53FB9489"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757E3B69"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06BA1DB7"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2D129E9E" w14:textId="77777777" w:rsidR="00D60D5E" w:rsidRDefault="00891EF0">
            <w:pPr>
              <w:spacing w:after="0"/>
            </w:pPr>
            <w:r>
              <w:rPr>
                <w:rFonts w:eastAsia="Aptos"/>
                <w:sz w:val="16"/>
              </w:rPr>
              <w:t xml:space="preserve"> </w:t>
            </w:r>
          </w:p>
        </w:tc>
      </w:tr>
      <w:tr w:rsidR="00D60D5E" w14:paraId="660602DB" w14:textId="77777777">
        <w:trPr>
          <w:cantSplit/>
          <w:jc w:val="center"/>
        </w:trPr>
        <w:tc>
          <w:tcPr>
            <w:tcW w:w="1440" w:type="dxa"/>
            <w:tcMar>
              <w:top w:w="44" w:type="dxa"/>
              <w:left w:w="55" w:type="dxa"/>
              <w:bottom w:w="44" w:type="dxa"/>
              <w:right w:w="55" w:type="dxa"/>
            </w:tcMar>
          </w:tcPr>
          <w:p w14:paraId="660E0153"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4255B467"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6CF6B8CB"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501C3ABB" w14:textId="77777777" w:rsidR="00D60D5E" w:rsidRDefault="00891EF0">
            <w:pPr>
              <w:spacing w:after="0"/>
            </w:pPr>
            <w:r>
              <w:rPr>
                <w:rFonts w:eastAsia="Aptos"/>
                <w:sz w:val="16"/>
              </w:rPr>
              <w:t xml:space="preserve"> </w:t>
            </w:r>
          </w:p>
        </w:tc>
      </w:tr>
      <w:tr w:rsidR="00D60D5E" w14:paraId="4411C80E" w14:textId="77777777">
        <w:trPr>
          <w:cantSplit/>
          <w:jc w:val="center"/>
        </w:trPr>
        <w:tc>
          <w:tcPr>
            <w:tcW w:w="1440" w:type="dxa"/>
            <w:tcMar>
              <w:top w:w="44" w:type="dxa"/>
              <w:left w:w="55" w:type="dxa"/>
              <w:bottom w:w="44" w:type="dxa"/>
              <w:right w:w="55" w:type="dxa"/>
            </w:tcMar>
          </w:tcPr>
          <w:p w14:paraId="0FA86D1E"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4B6EDE68"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775712B2"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62752B7A" w14:textId="77777777" w:rsidR="00D60D5E" w:rsidRDefault="00891EF0">
            <w:pPr>
              <w:spacing w:after="0"/>
            </w:pPr>
            <w:r>
              <w:rPr>
                <w:rFonts w:eastAsia="Aptos"/>
                <w:sz w:val="16"/>
              </w:rPr>
              <w:t xml:space="preserve"> </w:t>
            </w:r>
          </w:p>
        </w:tc>
      </w:tr>
      <w:tr w:rsidR="00D60D5E" w14:paraId="118D391E" w14:textId="77777777">
        <w:trPr>
          <w:cantSplit/>
          <w:jc w:val="center"/>
        </w:trPr>
        <w:tc>
          <w:tcPr>
            <w:tcW w:w="1440" w:type="dxa"/>
            <w:tcMar>
              <w:top w:w="44" w:type="dxa"/>
              <w:left w:w="55" w:type="dxa"/>
              <w:bottom w:w="44" w:type="dxa"/>
              <w:right w:w="55" w:type="dxa"/>
            </w:tcMar>
          </w:tcPr>
          <w:p w14:paraId="793487AA"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F458901"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59A5DC21"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4AFAC610" w14:textId="77777777" w:rsidR="00D60D5E" w:rsidRDefault="00891EF0">
            <w:pPr>
              <w:spacing w:after="0"/>
            </w:pPr>
            <w:r>
              <w:rPr>
                <w:rFonts w:eastAsia="Aptos"/>
                <w:sz w:val="16"/>
              </w:rPr>
              <w:t xml:space="preserve"> </w:t>
            </w:r>
          </w:p>
        </w:tc>
      </w:tr>
      <w:tr w:rsidR="00D60D5E" w14:paraId="5AC2AD13" w14:textId="77777777">
        <w:trPr>
          <w:cantSplit/>
          <w:jc w:val="center"/>
        </w:trPr>
        <w:tc>
          <w:tcPr>
            <w:tcW w:w="1440" w:type="dxa"/>
            <w:tcMar>
              <w:top w:w="44" w:type="dxa"/>
              <w:left w:w="55" w:type="dxa"/>
              <w:bottom w:w="44" w:type="dxa"/>
              <w:right w:w="55" w:type="dxa"/>
            </w:tcMar>
          </w:tcPr>
          <w:p w14:paraId="71D4FD8D"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130FF945"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66DA8708"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687B3C3C" w14:textId="77777777" w:rsidR="00D60D5E" w:rsidRDefault="00891EF0">
            <w:pPr>
              <w:spacing w:after="0"/>
            </w:pPr>
            <w:r>
              <w:rPr>
                <w:rFonts w:eastAsia="Aptos"/>
                <w:sz w:val="16"/>
              </w:rPr>
              <w:t xml:space="preserve"> </w:t>
            </w:r>
          </w:p>
        </w:tc>
      </w:tr>
      <w:tr w:rsidR="00D60D5E" w14:paraId="001E7F03" w14:textId="77777777">
        <w:trPr>
          <w:cantSplit/>
          <w:jc w:val="center"/>
        </w:trPr>
        <w:tc>
          <w:tcPr>
            <w:tcW w:w="1440" w:type="dxa"/>
            <w:tcMar>
              <w:top w:w="44" w:type="dxa"/>
              <w:left w:w="55" w:type="dxa"/>
              <w:bottom w:w="44" w:type="dxa"/>
              <w:right w:w="55" w:type="dxa"/>
            </w:tcMar>
          </w:tcPr>
          <w:p w14:paraId="7976A597"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57BB7D14"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4EBA3F68"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5A1F5C23" w14:textId="77777777" w:rsidR="00D60D5E" w:rsidRDefault="00891EF0">
            <w:pPr>
              <w:spacing w:after="0"/>
            </w:pPr>
            <w:r>
              <w:rPr>
                <w:rFonts w:eastAsia="Aptos"/>
                <w:sz w:val="16"/>
              </w:rPr>
              <w:t xml:space="preserve"> </w:t>
            </w:r>
          </w:p>
        </w:tc>
      </w:tr>
      <w:tr w:rsidR="00D60D5E" w14:paraId="50B90865" w14:textId="77777777">
        <w:trPr>
          <w:cantSplit/>
          <w:jc w:val="center"/>
        </w:trPr>
        <w:tc>
          <w:tcPr>
            <w:tcW w:w="1440" w:type="dxa"/>
            <w:tcMar>
              <w:top w:w="44" w:type="dxa"/>
              <w:left w:w="55" w:type="dxa"/>
              <w:bottom w:w="44" w:type="dxa"/>
              <w:right w:w="55" w:type="dxa"/>
            </w:tcMar>
          </w:tcPr>
          <w:p w14:paraId="2CFB56D4"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413EDA75"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234FA1C2"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40FD4E7E" w14:textId="77777777" w:rsidR="00D60D5E" w:rsidRDefault="00891EF0">
            <w:pPr>
              <w:spacing w:after="0"/>
            </w:pPr>
            <w:r>
              <w:rPr>
                <w:rFonts w:eastAsia="Aptos"/>
                <w:sz w:val="16"/>
              </w:rPr>
              <w:t xml:space="preserve"> </w:t>
            </w:r>
          </w:p>
        </w:tc>
      </w:tr>
      <w:tr w:rsidR="00D60D5E" w14:paraId="0E3469DD" w14:textId="77777777">
        <w:trPr>
          <w:cantSplit/>
          <w:jc w:val="center"/>
        </w:trPr>
        <w:tc>
          <w:tcPr>
            <w:tcW w:w="1440" w:type="dxa"/>
            <w:tcMar>
              <w:top w:w="44" w:type="dxa"/>
              <w:left w:w="55" w:type="dxa"/>
              <w:bottom w:w="44" w:type="dxa"/>
              <w:right w:w="55" w:type="dxa"/>
            </w:tcMar>
          </w:tcPr>
          <w:p w14:paraId="6583F59D"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12726998"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4A49B2BA"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085A607E" w14:textId="77777777" w:rsidR="00D60D5E" w:rsidRDefault="00891EF0">
            <w:pPr>
              <w:spacing w:after="0"/>
            </w:pPr>
            <w:r>
              <w:rPr>
                <w:rFonts w:eastAsia="Aptos"/>
                <w:sz w:val="16"/>
              </w:rPr>
              <w:t xml:space="preserve"> </w:t>
            </w:r>
          </w:p>
        </w:tc>
      </w:tr>
      <w:tr w:rsidR="00D60D5E" w14:paraId="7ECFC779" w14:textId="77777777">
        <w:trPr>
          <w:cantSplit/>
          <w:jc w:val="center"/>
        </w:trPr>
        <w:tc>
          <w:tcPr>
            <w:tcW w:w="1440" w:type="dxa"/>
            <w:tcMar>
              <w:top w:w="44" w:type="dxa"/>
              <w:left w:w="55" w:type="dxa"/>
              <w:bottom w:w="44" w:type="dxa"/>
              <w:right w:w="55" w:type="dxa"/>
            </w:tcMar>
          </w:tcPr>
          <w:p w14:paraId="0BCDFD95"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7885FCBD"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473DE708"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2CD4E7DD" w14:textId="77777777" w:rsidR="00D60D5E" w:rsidRDefault="00891EF0">
            <w:pPr>
              <w:spacing w:after="0"/>
            </w:pPr>
            <w:r>
              <w:rPr>
                <w:rFonts w:eastAsia="Aptos"/>
                <w:sz w:val="16"/>
              </w:rPr>
              <w:t xml:space="preserve"> </w:t>
            </w:r>
          </w:p>
        </w:tc>
      </w:tr>
      <w:tr w:rsidR="00D60D5E" w14:paraId="1642B05D" w14:textId="77777777">
        <w:trPr>
          <w:cantSplit/>
          <w:jc w:val="center"/>
        </w:trPr>
        <w:tc>
          <w:tcPr>
            <w:tcW w:w="1440" w:type="dxa"/>
            <w:tcMar>
              <w:top w:w="44" w:type="dxa"/>
              <w:left w:w="55" w:type="dxa"/>
              <w:bottom w:w="44" w:type="dxa"/>
              <w:right w:w="55" w:type="dxa"/>
            </w:tcMar>
          </w:tcPr>
          <w:p w14:paraId="04246406"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031DDF6C"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2C10F047"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20DE968F" w14:textId="77777777" w:rsidR="00D60D5E" w:rsidRDefault="00891EF0">
            <w:pPr>
              <w:spacing w:after="0"/>
            </w:pPr>
            <w:r>
              <w:rPr>
                <w:rFonts w:eastAsia="Aptos"/>
                <w:sz w:val="16"/>
              </w:rPr>
              <w:t xml:space="preserve"> </w:t>
            </w:r>
          </w:p>
        </w:tc>
      </w:tr>
      <w:tr w:rsidR="00D60D5E" w14:paraId="59806983" w14:textId="77777777">
        <w:trPr>
          <w:cantSplit/>
          <w:jc w:val="center"/>
        </w:trPr>
        <w:tc>
          <w:tcPr>
            <w:tcW w:w="1440" w:type="dxa"/>
            <w:tcMar>
              <w:top w:w="44" w:type="dxa"/>
              <w:left w:w="55" w:type="dxa"/>
              <w:bottom w:w="44" w:type="dxa"/>
              <w:right w:w="55" w:type="dxa"/>
            </w:tcMar>
          </w:tcPr>
          <w:p w14:paraId="17748D0B"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D53ADBE"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3E3D4E8E"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50FB733A" w14:textId="77777777" w:rsidR="00D60D5E" w:rsidRDefault="00891EF0">
            <w:pPr>
              <w:spacing w:after="0"/>
            </w:pPr>
            <w:r>
              <w:rPr>
                <w:rFonts w:eastAsia="Aptos"/>
                <w:sz w:val="16"/>
              </w:rPr>
              <w:t xml:space="preserve"> </w:t>
            </w:r>
          </w:p>
        </w:tc>
      </w:tr>
      <w:tr w:rsidR="00D60D5E" w14:paraId="6081393D" w14:textId="77777777">
        <w:trPr>
          <w:cantSplit/>
          <w:jc w:val="center"/>
        </w:trPr>
        <w:tc>
          <w:tcPr>
            <w:tcW w:w="1440" w:type="dxa"/>
            <w:tcMar>
              <w:top w:w="44" w:type="dxa"/>
              <w:left w:w="55" w:type="dxa"/>
              <w:bottom w:w="44" w:type="dxa"/>
              <w:right w:w="55" w:type="dxa"/>
            </w:tcMar>
          </w:tcPr>
          <w:p w14:paraId="2E5CA095"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32892D60"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539E8D05"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0494EE28" w14:textId="77777777" w:rsidR="00D60D5E" w:rsidRDefault="00891EF0">
            <w:pPr>
              <w:spacing w:after="0"/>
            </w:pPr>
            <w:r>
              <w:rPr>
                <w:rFonts w:eastAsia="Aptos"/>
                <w:sz w:val="16"/>
              </w:rPr>
              <w:t xml:space="preserve"> </w:t>
            </w:r>
          </w:p>
        </w:tc>
      </w:tr>
      <w:tr w:rsidR="00D60D5E" w14:paraId="4D915314" w14:textId="77777777">
        <w:trPr>
          <w:cantSplit/>
          <w:jc w:val="center"/>
        </w:trPr>
        <w:tc>
          <w:tcPr>
            <w:tcW w:w="1440" w:type="dxa"/>
            <w:tcMar>
              <w:top w:w="44" w:type="dxa"/>
              <w:left w:w="55" w:type="dxa"/>
              <w:bottom w:w="44" w:type="dxa"/>
              <w:right w:w="55" w:type="dxa"/>
            </w:tcMar>
          </w:tcPr>
          <w:p w14:paraId="587DC8A7"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C87934B"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282AA247"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06A0455A" w14:textId="77777777" w:rsidR="00D60D5E" w:rsidRDefault="00891EF0">
            <w:pPr>
              <w:spacing w:after="0"/>
            </w:pPr>
            <w:r>
              <w:rPr>
                <w:rFonts w:eastAsia="Aptos"/>
                <w:sz w:val="16"/>
              </w:rPr>
              <w:t xml:space="preserve"> </w:t>
            </w:r>
          </w:p>
        </w:tc>
      </w:tr>
      <w:tr w:rsidR="00D60D5E" w14:paraId="68121160" w14:textId="77777777">
        <w:trPr>
          <w:cantSplit/>
          <w:jc w:val="center"/>
        </w:trPr>
        <w:tc>
          <w:tcPr>
            <w:tcW w:w="1440" w:type="dxa"/>
            <w:tcMar>
              <w:top w:w="44" w:type="dxa"/>
              <w:left w:w="55" w:type="dxa"/>
              <w:bottom w:w="44" w:type="dxa"/>
              <w:right w:w="55" w:type="dxa"/>
            </w:tcMar>
          </w:tcPr>
          <w:p w14:paraId="5B2D07BF"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98F1049"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3070C1EC"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70CC48CF" w14:textId="77777777" w:rsidR="00D60D5E" w:rsidRDefault="00891EF0">
            <w:pPr>
              <w:spacing w:after="0"/>
            </w:pPr>
            <w:r>
              <w:rPr>
                <w:rFonts w:eastAsia="Aptos"/>
                <w:sz w:val="16"/>
              </w:rPr>
              <w:t xml:space="preserve"> </w:t>
            </w:r>
          </w:p>
        </w:tc>
      </w:tr>
      <w:tr w:rsidR="00D60D5E" w14:paraId="53C4B9DF" w14:textId="77777777">
        <w:trPr>
          <w:cantSplit/>
          <w:jc w:val="center"/>
        </w:trPr>
        <w:tc>
          <w:tcPr>
            <w:tcW w:w="1440" w:type="dxa"/>
            <w:tcMar>
              <w:top w:w="44" w:type="dxa"/>
              <w:left w:w="55" w:type="dxa"/>
              <w:bottom w:w="44" w:type="dxa"/>
              <w:right w:w="55" w:type="dxa"/>
            </w:tcMar>
          </w:tcPr>
          <w:p w14:paraId="18318A89"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3F9C6A82"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6EAED4AA"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44217CFC" w14:textId="77777777" w:rsidR="00D60D5E" w:rsidRDefault="00891EF0">
            <w:pPr>
              <w:spacing w:after="0"/>
            </w:pPr>
            <w:r>
              <w:rPr>
                <w:rFonts w:eastAsia="Aptos"/>
                <w:sz w:val="16"/>
              </w:rPr>
              <w:t xml:space="preserve"> </w:t>
            </w:r>
          </w:p>
        </w:tc>
      </w:tr>
      <w:tr w:rsidR="00D60D5E" w14:paraId="52FCF913" w14:textId="77777777">
        <w:trPr>
          <w:cantSplit/>
          <w:jc w:val="center"/>
        </w:trPr>
        <w:tc>
          <w:tcPr>
            <w:tcW w:w="1440" w:type="dxa"/>
            <w:tcMar>
              <w:top w:w="44" w:type="dxa"/>
              <w:left w:w="55" w:type="dxa"/>
              <w:bottom w:w="44" w:type="dxa"/>
              <w:right w:w="55" w:type="dxa"/>
            </w:tcMar>
          </w:tcPr>
          <w:p w14:paraId="3D1B702F"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0ABA28C"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3387CF25"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7C2282B3" w14:textId="77777777" w:rsidR="00D60D5E" w:rsidRDefault="00891EF0">
            <w:pPr>
              <w:spacing w:after="0"/>
            </w:pPr>
            <w:r>
              <w:rPr>
                <w:rFonts w:eastAsia="Aptos"/>
                <w:sz w:val="16"/>
              </w:rPr>
              <w:t xml:space="preserve"> </w:t>
            </w:r>
          </w:p>
        </w:tc>
      </w:tr>
      <w:tr w:rsidR="00D60D5E" w14:paraId="7A42C966" w14:textId="77777777">
        <w:trPr>
          <w:cantSplit/>
          <w:jc w:val="center"/>
        </w:trPr>
        <w:tc>
          <w:tcPr>
            <w:tcW w:w="1440" w:type="dxa"/>
            <w:tcMar>
              <w:top w:w="44" w:type="dxa"/>
              <w:left w:w="55" w:type="dxa"/>
              <w:bottom w:w="44" w:type="dxa"/>
              <w:right w:w="55" w:type="dxa"/>
            </w:tcMar>
          </w:tcPr>
          <w:p w14:paraId="4DEC250B"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7755FA59"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387222FE"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0DB52B17" w14:textId="77777777" w:rsidR="00D60D5E" w:rsidRDefault="00891EF0">
            <w:pPr>
              <w:spacing w:after="0"/>
            </w:pPr>
            <w:r>
              <w:rPr>
                <w:rFonts w:eastAsia="Aptos"/>
                <w:sz w:val="16"/>
              </w:rPr>
              <w:t xml:space="preserve"> </w:t>
            </w:r>
          </w:p>
        </w:tc>
      </w:tr>
      <w:tr w:rsidR="00D60D5E" w14:paraId="256F4596" w14:textId="77777777">
        <w:trPr>
          <w:cantSplit/>
          <w:jc w:val="center"/>
        </w:trPr>
        <w:tc>
          <w:tcPr>
            <w:tcW w:w="1440" w:type="dxa"/>
            <w:tcMar>
              <w:top w:w="44" w:type="dxa"/>
              <w:left w:w="55" w:type="dxa"/>
              <w:bottom w:w="44" w:type="dxa"/>
              <w:right w:w="55" w:type="dxa"/>
            </w:tcMar>
          </w:tcPr>
          <w:p w14:paraId="6F354929"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A449484"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64027813"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4DC54EDD" w14:textId="77777777" w:rsidR="00D60D5E" w:rsidRDefault="00891EF0">
            <w:pPr>
              <w:spacing w:after="0"/>
            </w:pPr>
            <w:r>
              <w:rPr>
                <w:rFonts w:eastAsia="Aptos"/>
                <w:sz w:val="16"/>
              </w:rPr>
              <w:t xml:space="preserve"> </w:t>
            </w:r>
          </w:p>
        </w:tc>
      </w:tr>
      <w:tr w:rsidR="00D60D5E" w14:paraId="3EFCFD5F" w14:textId="77777777">
        <w:trPr>
          <w:cantSplit/>
          <w:jc w:val="center"/>
        </w:trPr>
        <w:tc>
          <w:tcPr>
            <w:tcW w:w="1440" w:type="dxa"/>
            <w:tcMar>
              <w:top w:w="44" w:type="dxa"/>
              <w:left w:w="55" w:type="dxa"/>
              <w:bottom w:w="44" w:type="dxa"/>
              <w:right w:w="55" w:type="dxa"/>
            </w:tcMar>
          </w:tcPr>
          <w:p w14:paraId="38CD420A"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356B5C77"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72C70B1B"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59020EC2" w14:textId="77777777" w:rsidR="00D60D5E" w:rsidRDefault="00891EF0">
            <w:pPr>
              <w:spacing w:after="0"/>
            </w:pPr>
            <w:r>
              <w:rPr>
                <w:rFonts w:eastAsia="Aptos"/>
                <w:sz w:val="16"/>
              </w:rPr>
              <w:t xml:space="preserve"> </w:t>
            </w:r>
          </w:p>
        </w:tc>
      </w:tr>
      <w:tr w:rsidR="00D60D5E" w14:paraId="750115E8" w14:textId="77777777">
        <w:trPr>
          <w:cantSplit/>
          <w:jc w:val="center"/>
        </w:trPr>
        <w:tc>
          <w:tcPr>
            <w:tcW w:w="1440" w:type="dxa"/>
            <w:tcMar>
              <w:top w:w="44" w:type="dxa"/>
              <w:left w:w="55" w:type="dxa"/>
              <w:bottom w:w="44" w:type="dxa"/>
              <w:right w:w="55" w:type="dxa"/>
            </w:tcMar>
          </w:tcPr>
          <w:p w14:paraId="0A90F7A3"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7678DEAF"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1603E1CD"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2DFA43A0" w14:textId="77777777" w:rsidR="00D60D5E" w:rsidRDefault="00891EF0">
            <w:pPr>
              <w:spacing w:after="0"/>
            </w:pPr>
            <w:r>
              <w:rPr>
                <w:rFonts w:eastAsia="Aptos"/>
                <w:sz w:val="16"/>
              </w:rPr>
              <w:t xml:space="preserve"> </w:t>
            </w:r>
          </w:p>
        </w:tc>
      </w:tr>
      <w:tr w:rsidR="00D60D5E" w14:paraId="00ECFF2B" w14:textId="77777777">
        <w:trPr>
          <w:cantSplit/>
          <w:jc w:val="center"/>
        </w:trPr>
        <w:tc>
          <w:tcPr>
            <w:tcW w:w="1440" w:type="dxa"/>
            <w:tcMar>
              <w:top w:w="44" w:type="dxa"/>
              <w:left w:w="55" w:type="dxa"/>
              <w:bottom w:w="44" w:type="dxa"/>
              <w:right w:w="55" w:type="dxa"/>
            </w:tcMar>
          </w:tcPr>
          <w:p w14:paraId="45B25BBE"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6676689B"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6797E151"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48ABC68E" w14:textId="77777777" w:rsidR="00D60D5E" w:rsidRDefault="00891EF0">
            <w:pPr>
              <w:spacing w:after="0"/>
            </w:pPr>
            <w:r>
              <w:rPr>
                <w:rFonts w:eastAsia="Aptos"/>
                <w:sz w:val="16"/>
              </w:rPr>
              <w:t xml:space="preserve"> </w:t>
            </w:r>
          </w:p>
        </w:tc>
      </w:tr>
      <w:tr w:rsidR="00D60D5E" w14:paraId="39C8805F" w14:textId="77777777">
        <w:trPr>
          <w:cantSplit/>
          <w:jc w:val="center"/>
        </w:trPr>
        <w:tc>
          <w:tcPr>
            <w:tcW w:w="1440" w:type="dxa"/>
            <w:tcMar>
              <w:top w:w="44" w:type="dxa"/>
              <w:left w:w="55" w:type="dxa"/>
              <w:bottom w:w="44" w:type="dxa"/>
              <w:right w:w="55" w:type="dxa"/>
            </w:tcMar>
          </w:tcPr>
          <w:p w14:paraId="1F05D656" w14:textId="77777777" w:rsidR="00D60D5E" w:rsidRDefault="00891EF0">
            <w:pPr>
              <w:spacing w:after="0"/>
            </w:pPr>
            <w:r>
              <w:rPr>
                <w:rFonts w:eastAsia="Aptos"/>
                <w:sz w:val="16"/>
              </w:rPr>
              <w:t xml:space="preserve"> </w:t>
            </w:r>
          </w:p>
        </w:tc>
        <w:tc>
          <w:tcPr>
            <w:tcW w:w="936" w:type="dxa"/>
            <w:tcMar>
              <w:top w:w="44" w:type="dxa"/>
              <w:left w:w="55" w:type="dxa"/>
              <w:bottom w:w="44" w:type="dxa"/>
              <w:right w:w="55" w:type="dxa"/>
            </w:tcMar>
          </w:tcPr>
          <w:p w14:paraId="3DFC602F" w14:textId="77777777" w:rsidR="00D60D5E" w:rsidRDefault="00891EF0">
            <w:pPr>
              <w:spacing w:after="0"/>
            </w:pPr>
            <w:r>
              <w:rPr>
                <w:rFonts w:eastAsia="Aptos"/>
                <w:sz w:val="16"/>
              </w:rPr>
              <w:t xml:space="preserve"> </w:t>
            </w:r>
          </w:p>
        </w:tc>
        <w:tc>
          <w:tcPr>
            <w:tcW w:w="6120" w:type="dxa"/>
            <w:tcMar>
              <w:top w:w="44" w:type="dxa"/>
              <w:left w:w="55" w:type="dxa"/>
              <w:bottom w:w="44" w:type="dxa"/>
              <w:right w:w="55" w:type="dxa"/>
            </w:tcMar>
          </w:tcPr>
          <w:p w14:paraId="1602C03C" w14:textId="77777777" w:rsidR="00D60D5E" w:rsidRDefault="00891EF0">
            <w:pPr>
              <w:spacing w:after="0"/>
            </w:pPr>
            <w:r>
              <w:rPr>
                <w:rFonts w:eastAsia="Aptos"/>
                <w:sz w:val="16"/>
              </w:rPr>
              <w:t xml:space="preserve"> </w:t>
            </w:r>
          </w:p>
        </w:tc>
        <w:tc>
          <w:tcPr>
            <w:tcW w:w="1512" w:type="dxa"/>
            <w:tcMar>
              <w:top w:w="44" w:type="dxa"/>
              <w:left w:w="55" w:type="dxa"/>
              <w:bottom w:w="44" w:type="dxa"/>
              <w:right w:w="55" w:type="dxa"/>
            </w:tcMar>
          </w:tcPr>
          <w:p w14:paraId="02956ECE" w14:textId="77777777" w:rsidR="00D60D5E" w:rsidRDefault="00891EF0">
            <w:pPr>
              <w:spacing w:after="0"/>
            </w:pPr>
            <w:r>
              <w:rPr>
                <w:rFonts w:eastAsia="Aptos"/>
                <w:sz w:val="16"/>
              </w:rPr>
              <w:t xml:space="preserve"> </w:t>
            </w:r>
          </w:p>
        </w:tc>
      </w:tr>
    </w:tbl>
    <w:p w14:paraId="5BF18472" w14:textId="77777777" w:rsidR="00D60D5E" w:rsidRDefault="00891EF0">
      <w:pPr>
        <w:spacing w:before="120" w:after="20"/>
      </w:pPr>
      <w:r>
        <w:rPr>
          <w:rFonts w:eastAsia="Aptos"/>
          <w:b/>
          <w:color w:val="76A943"/>
          <w:sz w:val="17"/>
        </w:rPr>
        <w:t xml:space="preserve">Substitutions / preferences: </w:t>
      </w:r>
      <w:r>
        <w:rPr>
          <w:rFonts w:eastAsia="Aptos"/>
          <w:sz w:val="17"/>
        </w:rPr>
        <w:t>Please note preferred brands, sizes, dietary requirements, or “no substitution” instructions above.</w:t>
      </w:r>
    </w:p>
    <w:p w14:paraId="5B72E247" w14:textId="77777777" w:rsidR="00D60D5E" w:rsidRDefault="00891EF0">
      <w:pPr>
        <w:spacing w:after="0"/>
        <w:rPr>
          <w:rFonts w:eastAsia="Aptos"/>
          <w:sz w:val="17"/>
        </w:rPr>
      </w:pPr>
      <w:r>
        <w:rPr>
          <w:rFonts w:eastAsia="Aptos"/>
          <w:b/>
          <w:color w:val="76A943"/>
          <w:sz w:val="17"/>
        </w:rPr>
        <w:t xml:space="preserve">Pricing: </w:t>
      </w:r>
      <w:r>
        <w:rPr>
          <w:rFonts w:eastAsia="Aptos"/>
          <w:sz w:val="17"/>
        </w:rPr>
        <w:t>Final prices are subject to current store pricing and product availability.</w:t>
      </w:r>
    </w:p>
    <w:p w14:paraId="6298E23A" w14:textId="77777777" w:rsidR="00F55780" w:rsidRPr="00F55780" w:rsidRDefault="00F55780" w:rsidP="00F55780"/>
    <w:p w14:paraId="0F9DFF90" w14:textId="77777777" w:rsidR="00F55780" w:rsidRPr="00F55780" w:rsidRDefault="00F55780" w:rsidP="00F55780"/>
    <w:p w14:paraId="394A9898" w14:textId="77777777" w:rsidR="00F55780" w:rsidRPr="00F55780" w:rsidRDefault="00F55780" w:rsidP="00F55780"/>
    <w:p w14:paraId="36D54471" w14:textId="77777777" w:rsidR="00F55780" w:rsidRPr="00F55780" w:rsidRDefault="00F55780" w:rsidP="00F55780"/>
    <w:p w14:paraId="1B012367" w14:textId="15B7E6A2" w:rsidR="00F55780" w:rsidRPr="00F55780" w:rsidRDefault="00F55780" w:rsidP="00F55780">
      <w:pPr>
        <w:tabs>
          <w:tab w:val="left" w:pos="4200"/>
        </w:tabs>
      </w:pPr>
      <w:r>
        <w:tab/>
      </w:r>
    </w:p>
    <w:sectPr w:rsidR="00F55780" w:rsidRPr="00F55780" w:rsidSect="00034616">
      <w:headerReference w:type="default" r:id="rId17"/>
      <w:footerReference w:type="default" r:id="rId18"/>
      <w:pgSz w:w="12240" w:h="15840"/>
      <w:pgMar w:top="792" w:right="1008" w:bottom="792" w:left="1008"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86951" w14:textId="77777777" w:rsidR="00101F20" w:rsidRDefault="00101F20">
      <w:pPr>
        <w:spacing w:after="0" w:line="240" w:lineRule="auto"/>
      </w:pPr>
      <w:r>
        <w:separator/>
      </w:r>
    </w:p>
  </w:endnote>
  <w:endnote w:type="continuationSeparator" w:id="0">
    <w:p w14:paraId="05FA6F00" w14:textId="77777777" w:rsidR="00101F20" w:rsidRDefault="00101F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75A62" w14:textId="77777777" w:rsidR="00F55780" w:rsidRDefault="00F557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48924" w14:textId="77777777" w:rsidR="00D60D5E" w:rsidRDefault="00891EF0">
    <w:pPr>
      <w:pStyle w:val="Footer"/>
      <w:jc w:val="center"/>
    </w:pPr>
    <w:r>
      <w:rPr>
        <w:rFonts w:eastAsia="Aptos"/>
        <w:color w:val="6A7075"/>
        <w:sz w:val="16"/>
      </w:rPr>
      <w:t>Quality • Service • Value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19F13" w14:textId="77777777" w:rsidR="00F55780" w:rsidRDefault="00F5578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DCF9B" w14:textId="34F78063" w:rsidR="00D60D5E" w:rsidRDefault="00891EF0">
    <w:pPr>
      <w:pStyle w:val="Footer"/>
      <w:jc w:val="center"/>
    </w:pPr>
    <w:r>
      <w:rPr>
        <w:rFonts w:eastAsia="Aptos"/>
        <w:color w:val="6A7075"/>
        <w:sz w:val="14"/>
      </w:rPr>
      <w:t>284-494-</w:t>
    </w:r>
    <w:r w:rsidR="00883E43">
      <w:rPr>
        <w:rFonts w:eastAsia="Aptos"/>
        <w:color w:val="6A7075"/>
        <w:sz w:val="14"/>
      </w:rPr>
      <w:t>2189 • provisioning@bobbyssupermarket.com •</w:t>
    </w:r>
    <w:r>
      <w:rPr>
        <w:rFonts w:eastAsia="Aptos"/>
        <w:color w:val="6A7075"/>
        <w:sz w:val="1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644DC" w14:textId="63F123CE" w:rsidR="00D60D5E" w:rsidRDefault="00891EF0">
    <w:pPr>
      <w:pStyle w:val="Footer"/>
      <w:jc w:val="center"/>
    </w:pPr>
    <w:r>
      <w:rPr>
        <w:rFonts w:eastAsia="Aptos"/>
        <w:color w:val="6A7075"/>
        <w:sz w:val="14"/>
      </w:rPr>
      <w:t>284-494-</w:t>
    </w:r>
    <w:r w:rsidR="00F55780">
      <w:rPr>
        <w:rFonts w:eastAsia="Aptos"/>
        <w:color w:val="6A7075"/>
        <w:sz w:val="14"/>
      </w:rPr>
      <w:t>2189 •</w:t>
    </w:r>
    <w:r>
      <w:rPr>
        <w:rFonts w:eastAsia="Aptos"/>
        <w:color w:val="6A7075"/>
        <w:sz w:val="14"/>
      </w:rPr>
      <w:t xml:space="preserve">  provisioning@bobbyssupermarket.com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13DA3E" w14:textId="77777777" w:rsidR="00101F20" w:rsidRDefault="00101F20">
      <w:pPr>
        <w:spacing w:after="0" w:line="240" w:lineRule="auto"/>
      </w:pPr>
      <w:r>
        <w:separator/>
      </w:r>
    </w:p>
  </w:footnote>
  <w:footnote w:type="continuationSeparator" w:id="0">
    <w:p w14:paraId="483C717D" w14:textId="77777777" w:rsidR="00101F20" w:rsidRDefault="00101F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A0416" w14:textId="77777777" w:rsidR="00F55780" w:rsidRDefault="00F557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462EE" w14:textId="77777777" w:rsidR="00D60D5E" w:rsidRDefault="00891EF0">
    <w:pPr>
      <w:pStyle w:val="Header"/>
      <w:jc w:val="right"/>
    </w:pPr>
    <w:r>
      <w:rPr>
        <w:rFonts w:eastAsia="Aptos"/>
        <w:b/>
        <w:color w:val="6A7075"/>
        <w:sz w:val="15"/>
      </w:rPr>
      <w:t>BOBBY’S MARKETPLACE  •  TORTOLA, BVI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1F9DF" w14:textId="77777777" w:rsidR="00F55780" w:rsidRDefault="00F5578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ACF6B" w14:textId="7FB71DD1" w:rsidR="00D60D5E" w:rsidRDefault="00891EF0">
    <w:pPr>
      <w:pStyle w:val="Header"/>
      <w:jc w:val="center"/>
    </w:pPr>
    <w:r>
      <w:rPr>
        <w:rFonts w:eastAsia="Aptos"/>
        <w:b/>
        <w:color w:val="2F4F8F"/>
        <w:sz w:val="14"/>
      </w:rPr>
      <w:t xml:space="preserve">BOBBY’S </w:t>
    </w:r>
    <w:r w:rsidR="00883E43">
      <w:rPr>
        <w:rFonts w:eastAsia="Aptos"/>
        <w:b/>
        <w:color w:val="2F4F8F"/>
        <w:sz w:val="14"/>
      </w:rPr>
      <w:t>MARKETPLACE | CUSTOM</w:t>
    </w:r>
    <w:r>
      <w:rPr>
        <w:rFonts w:eastAsia="Aptos"/>
        <w:b/>
        <w:color w:val="2F4F8F"/>
        <w:sz w:val="14"/>
      </w:rPr>
      <w:t xml:space="preserve"> PROVISIONING 2026–2027</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4168D" w14:textId="77777777" w:rsidR="00D60D5E" w:rsidRDefault="00891EF0">
    <w:pPr>
      <w:pStyle w:val="Header"/>
      <w:jc w:val="center"/>
    </w:pPr>
    <w:r>
      <w:rPr>
        <w:rFonts w:eastAsia="Aptos"/>
        <w:b/>
        <w:color w:val="2F4F8F"/>
        <w:sz w:val="15"/>
      </w:rPr>
      <w:t>BOBBY’S MARKETPLACE  |  SHORT LIST ORDER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9311299">
    <w:abstractNumId w:val="8"/>
  </w:num>
  <w:num w:numId="2" w16cid:durableId="733890206">
    <w:abstractNumId w:val="6"/>
  </w:num>
  <w:num w:numId="3" w16cid:durableId="1636834750">
    <w:abstractNumId w:val="5"/>
  </w:num>
  <w:num w:numId="4" w16cid:durableId="465195780">
    <w:abstractNumId w:val="4"/>
  </w:num>
  <w:num w:numId="5" w16cid:durableId="1074545378">
    <w:abstractNumId w:val="7"/>
  </w:num>
  <w:num w:numId="6" w16cid:durableId="21396673">
    <w:abstractNumId w:val="3"/>
  </w:num>
  <w:num w:numId="7" w16cid:durableId="1515144494">
    <w:abstractNumId w:val="2"/>
  </w:num>
  <w:num w:numId="8" w16cid:durableId="1756240647">
    <w:abstractNumId w:val="1"/>
  </w:num>
  <w:num w:numId="9" w16cid:durableId="160703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1B41"/>
    <w:rsid w:val="00034616"/>
    <w:rsid w:val="0006063C"/>
    <w:rsid w:val="000617E0"/>
    <w:rsid w:val="00072EA7"/>
    <w:rsid w:val="00101F20"/>
    <w:rsid w:val="0015074B"/>
    <w:rsid w:val="0029639D"/>
    <w:rsid w:val="002E31BE"/>
    <w:rsid w:val="00313BE5"/>
    <w:rsid w:val="00326F90"/>
    <w:rsid w:val="003F6790"/>
    <w:rsid w:val="00490D75"/>
    <w:rsid w:val="0074091B"/>
    <w:rsid w:val="00883E43"/>
    <w:rsid w:val="00891EF0"/>
    <w:rsid w:val="009D26B8"/>
    <w:rsid w:val="009E2215"/>
    <w:rsid w:val="00A6561C"/>
    <w:rsid w:val="00AA1D8D"/>
    <w:rsid w:val="00B234E3"/>
    <w:rsid w:val="00B47730"/>
    <w:rsid w:val="00B9188A"/>
    <w:rsid w:val="00C0475C"/>
    <w:rsid w:val="00C30943"/>
    <w:rsid w:val="00CB0664"/>
    <w:rsid w:val="00D60D5E"/>
    <w:rsid w:val="00F16B47"/>
    <w:rsid w:val="00F55780"/>
    <w:rsid w:val="00F73F4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12662F"/>
  <w14:defaultImageDpi w14:val="300"/>
  <w15:docId w15:val="{D8191EB9-CE48-44F0-89A0-790B299E8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Aptos" w:hAnsi="Aptos"/>
      <w:color w:val="262B2F"/>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2F4F8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6A9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F4F8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10255</Words>
  <Characters>58454</Characters>
  <Application>Microsoft Office Word</Application>
  <DocSecurity>0</DocSecurity>
  <Lines>487</Lines>
  <Paragraphs>137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Bobby’s Marketplace Custom Provisioning Service 2026–2027</dc:title>
  <dc:subject>Product Price List and Order Form</dc:subject>
  <dc:creator>Bobby's Marketplace</dc:creator>
  <cp:keywords/>
  <dc:description>Professionally refined edition prepared from the supplied 2026–2027 provisioning document.</dc:description>
  <cp:lastModifiedBy>Bobby's Provisioning</cp:lastModifiedBy>
  <cp:revision>5</cp:revision>
  <dcterms:created xsi:type="dcterms:W3CDTF">2026-10-08T14:51:00Z</dcterms:created>
  <dcterms:modified xsi:type="dcterms:W3CDTF">2026-10-08T14:59:00Z</dcterms:modified>
  <cp:category/>
</cp:coreProperties>
</file>